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📄 Conversión de Manual TES Digital a Word (.docx)</w:t>
      </w:r>
    </w:p>
    <w:p/>
    <w:p>
      <w:r>
        <w:t>Este directorio contiene herramientas para convertir los archivos Markdown del Manual TES Digital a formato Word (.docx) editable.</w:t>
      </w:r>
    </w:p>
    <w:p/>
    <w:p>
      <w:pPr>
        <w:pStyle w:val="Heading2"/>
      </w:pPr>
      <w:r>
        <w:t>🚀 Inicio Rápido</w:t>
      </w:r>
    </w:p>
    <w:p/>
    <w:p>
      <w:pPr>
        <w:pStyle w:val="Heading3"/>
      </w:pPr>
      <w:r>
        <w:t>Opción 1: Usando Pandoc (Recomendado)</w:t>
      </w:r>
    </w:p>
    <w:p/>
    <w:p>
      <w:r/>
      <w:r>
        <w:rPr>
          <w:b/>
        </w:rPr>
        <w:t>Pandoc</w:t>
      </w:r>
      <w:r>
        <w:t xml:space="preserve"> es la herramienta más potente y produce mejores resultados. Está disponible en la mayoría de sistemas operativos.</w:t>
      </w:r>
    </w:p>
    <w:p/>
    <w:p>
      <w:r>
        <w:t>#### Instalación de Pandoc</w:t>
      </w:r>
    </w:p>
    <w:p/>
    <w:p>
      <w:r/>
      <w:r>
        <w:rPr>
          <w:b/>
        </w:rPr>
        <w:t>Ubuntu/Debian:</w:t>
      </w:r>
      <w:r/>
    </w:p>
    <w:p>
      <w:r>
        <w:t>```bash</w:t>
      </w:r>
    </w:p>
    <w:p>
      <w:r>
        <w:t>sudo apt update</w:t>
      </w:r>
    </w:p>
    <w:p>
      <w:r>
        <w:t>sudo apt install pandoc</w:t>
      </w:r>
    </w:p>
    <w:p>
      <w:r>
        <w:rPr>
          <w:rFonts w:ascii="Courier New" w:hAnsi="Courier New"/>
        </w:rPr>
        <w:t>`</w:t>
      </w:r>
    </w:p>
    <w:p/>
    <w:p>
      <w:r/>
      <w:r>
        <w:rPr>
          <w:b/>
        </w:rPr>
        <w:t>macOS:</w:t>
      </w:r>
      <w:r/>
    </w:p>
    <w:p>
      <w:r>
        <w:t>```bash</w:t>
      </w:r>
    </w:p>
    <w:p>
      <w:r>
        <w:t>brew install pandoc</w:t>
      </w:r>
    </w:p>
    <w:p>
      <w:r>
        <w:rPr>
          <w:rFonts w:ascii="Courier New" w:hAnsi="Courier New"/>
        </w:rPr>
        <w:t>`</w:t>
      </w:r>
    </w:p>
    <w:p/>
    <w:p>
      <w:r/>
      <w:r>
        <w:rPr>
          <w:b/>
        </w:rPr>
        <w:t>Windows:</w:t>
      </w:r>
      <w:r/>
    </w:p>
    <w:p>
      <w:r>
        <w:t>```bash</w:t>
      </w:r>
    </w:p>
    <w:p>
      <w:pPr>
        <w:pStyle w:val="Heading1"/>
      </w:pPr>
      <w:r>
        <w:t>Con Chocolatey</w:t>
      </w:r>
    </w:p>
    <w:p>
      <w:r>
        <w:t>choco install pandoc</w:t>
      </w:r>
    </w:p>
    <w:p/>
    <w:p>
      <w:pPr>
        <w:pStyle w:val="Heading1"/>
      </w:pPr>
      <w:r>
        <w:t>O descargar desde: https://pandoc.org/installing.html</w:t>
      </w:r>
    </w:p>
    <w:p>
      <w:r>
        <w:rPr>
          <w:rFonts w:ascii="Courier New" w:hAnsi="Courier New"/>
        </w:rPr>
        <w:t>`</w:t>
      </w:r>
    </w:p>
    <w:p/>
    <w:p>
      <w:r>
        <w:t>#### Uso</w:t>
      </w:r>
    </w:p>
    <w:p/>
    <w:p>
      <w:r>
        <w:t>```bash</w:t>
      </w:r>
    </w:p>
    <w:p>
      <w:r>
        <w:t>cd /home/planetazuzu/protocolo-r-pido/manual-tes/TES_Manual_Digital</w:t>
      </w:r>
    </w:p>
    <w:p>
      <w:r>
        <w:t>python3 convertir_a_word.py</w:t>
      </w:r>
    </w:p>
    <w:p>
      <w:r>
        <w:rPr>
          <w:rFonts w:ascii="Courier New" w:hAnsi="Courier New"/>
        </w:rPr>
        <w:t>`</w:t>
      </w:r>
    </w:p>
    <w:p/>
    <w:p>
      <w:r>
        <w:t>Los archivos .docx se guardarán en `Manual_Word/` manteniendo la estructura de carpetas original.</w:t>
      </w:r>
    </w:p>
    <w:p/>
    <w:p>
      <w:r>
        <w:t>__________________________________________________</w:t>
      </w:r>
    </w:p>
    <w:p/>
    <w:p>
      <w:pPr>
        <w:pStyle w:val="Heading3"/>
      </w:pPr>
      <w:r>
        <w:t>Opción 2: Usando Python-docx (Alternativa)</w:t>
      </w:r>
    </w:p>
    <w:p/>
    <w:p>
      <w:r>
        <w:t>Si Pandoc no está disponible, el script puede usar bibliotecas Python (aunque con menor fidelidad al formato original).</w:t>
      </w:r>
    </w:p>
    <w:p/>
    <w:p>
      <w:r>
        <w:t>#### Instalación</w:t>
      </w:r>
    </w:p>
    <w:p/>
    <w:p>
      <w:r>
        <w:t>```bash</w:t>
      </w:r>
    </w:p>
    <w:p>
      <w:r>
        <w:t>pip install -r requirements_word.txt</w:t>
      </w:r>
    </w:p>
    <w:p>
      <w:r>
        <w:rPr>
          <w:rFonts w:ascii="Courier New" w:hAnsi="Courier New"/>
        </w:rPr>
        <w:t>`</w:t>
      </w:r>
    </w:p>
    <w:p/>
    <w:p>
      <w:r>
        <w:t>O manualmente:</w:t>
      </w:r>
    </w:p>
    <w:p>
      <w:r>
        <w:t>```bash</w:t>
      </w:r>
    </w:p>
    <w:p>
      <w:r>
        <w:t>pip install python-docx markdown</w:t>
      </w:r>
    </w:p>
    <w:p>
      <w:r>
        <w:rPr>
          <w:rFonts w:ascii="Courier New" w:hAnsi="Courier New"/>
        </w:rPr>
        <w:t>`</w:t>
      </w:r>
    </w:p>
    <w:p/>
    <w:p>
      <w:r>
        <w:t>#### Uso</w:t>
      </w:r>
    </w:p>
    <w:p/>
    <w:p>
      <w:r>
        <w:t>```bash</w:t>
      </w:r>
    </w:p>
    <w:p>
      <w:r>
        <w:t>python3 convertir_a_word.py --no-pandoc</w:t>
      </w:r>
    </w:p>
    <w:p>
      <w:r>
        <w:rPr>
          <w:rFonts w:ascii="Courier New" w:hAnsi="Courier New"/>
        </w:rPr>
        <w:t>`</w:t>
      </w:r>
    </w:p>
    <w:p/>
    <w:p>
      <w:r>
        <w:t>__________________________________________________</w:t>
      </w:r>
    </w:p>
    <w:p/>
    <w:p>
      <w:pPr>
        <w:pStyle w:val="Heading2"/>
      </w:pPr>
      <w:r>
        <w:t>📋 Opciones del Script</w:t>
      </w:r>
    </w:p>
    <w:p/>
    <w:p>
      <w:r>
        <w:t>```bash</w:t>
      </w:r>
    </w:p>
    <w:p>
      <w:r>
        <w:t>python3 convertir_a_word.py [OPCIONES]</w:t>
      </w:r>
    </w:p>
    <w:p/>
    <w:p>
      <w:r>
        <w:t>Opciones:</w:t>
      </w:r>
    </w:p>
    <w:p>
      <w:r>
        <w:t xml:space="preserve">  --directorio DIR     Directorio fuente con archivos .md (default: directorio actual)</w:t>
      </w:r>
    </w:p>
    <w:p>
      <w:r>
        <w:t xml:space="preserve">  --salida DIR_SALIDA  Directorio de salida para archivos .docx (default: Manual_Word)</w:t>
      </w:r>
    </w:p>
    <w:p>
      <w:r>
        <w:t xml:space="preserve">  --no-pandoc          Forzar uso de python-docx en lugar de pandoc</w:t>
      </w:r>
    </w:p>
    <w:p>
      <w:r>
        <w:t xml:space="preserve">  -h, --help           Mostrar ayuda</w:t>
      </w:r>
    </w:p>
    <w:p>
      <w:r>
        <w:rPr>
          <w:rFonts w:ascii="Courier New" w:hAnsi="Courier New"/>
        </w:rPr>
        <w:t>`</w:t>
      </w:r>
    </w:p>
    <w:p/>
    <w:p>
      <w:pPr>
        <w:pStyle w:val="Heading3"/>
      </w:pPr>
      <w:r>
        <w:t>Ejemplos</w:t>
      </w:r>
    </w:p>
    <w:p/>
    <w:p>
      <w:r>
        <w:t>```bash</w:t>
      </w:r>
    </w:p>
    <w:p>
      <w:pPr>
        <w:pStyle w:val="Heading1"/>
      </w:pPr>
      <w:r>
        <w:t>Convertir desde un directorio específico</w:t>
      </w:r>
    </w:p>
    <w:p>
      <w:r>
        <w:t>python3 convertir_a_word.py --directorio ./TES_Manual_Digital --salida ./Manual_Word</w:t>
      </w:r>
    </w:p>
    <w:p/>
    <w:p>
      <w:pPr>
        <w:pStyle w:val="Heading1"/>
      </w:pPr>
      <w:r>
        <w:t>Convertir solo un bloque específico</w:t>
      </w:r>
    </w:p>
    <w:p>
      <w:r>
        <w:t>python3 convertir_a_word.py --directorio ./BLOQUE_1_PROCEDIMIENTOS_BASICOS --salida ./Bloque1_Word</w:t>
      </w:r>
    </w:p>
    <w:p/>
    <w:p>
      <w:pPr>
        <w:pStyle w:val="Heading1"/>
      </w:pPr>
      <w:r>
        <w:t>Forzar uso de python-docx</w:t>
      </w:r>
    </w:p>
    <w:p>
      <w:r>
        <w:t>python3 convertir_a_word.py --no-pandoc</w:t>
      </w:r>
    </w:p>
    <w:p>
      <w:r>
        <w:rPr>
          <w:rFonts w:ascii="Courier New" w:hAnsi="Courier New"/>
        </w:rPr>
        <w:t>`</w:t>
      </w:r>
    </w:p>
    <w:p/>
    <w:p>
      <w:r>
        <w:t>__________________________________________________</w:t>
      </w:r>
    </w:p>
    <w:p/>
    <w:p>
      <w:pPr>
        <w:pStyle w:val="Heading2"/>
      </w:pPr>
      <w:r>
        <w:t>📁 Estructura de Salida</w:t>
      </w:r>
    </w:p>
    <w:p/>
    <w:p>
      <w:r>
        <w:t>El script mantiene la estructura de carpetas original:</w:t>
      </w:r>
    </w:p>
    <w:p/>
    <w:p>
      <w:r>
        <w:rPr>
          <w:rFonts w:ascii="Courier New" w:hAnsi="Courier New"/>
        </w:rPr>
        <w:t>`</w:t>
      </w:r>
    </w:p>
    <w:p>
      <w:r>
        <w:t>Manual_Word/</w:t>
      </w:r>
    </w:p>
    <w:p>
      <w:r>
        <w:t>├── BLOQUE_0_FUNDAMENTOS/</w:t>
      </w:r>
    </w:p>
    <w:p>
      <w:r>
        <w:t>│   └── BLOQUE_00_0_FUNDAMENTOS_EMERGENCIAS.docx</w:t>
      </w:r>
    </w:p>
    <w:p>
      <w:r>
        <w:t>├── BLOQUE_1_PROCEDIMIENTOS_BASICOS/</w:t>
      </w:r>
    </w:p>
    <w:p>
      <w:r>
        <w:t>│   ├── BLOQUE_01_1_CONSTANTES_VITALES.docx</w:t>
      </w:r>
    </w:p>
    <w:p>
      <w:r>
        <w:t>│   ├── BLOQUE_01_2_ABCDE_OPERATIVO.docx</w:t>
      </w:r>
    </w:p>
    <w:p>
      <w:r>
        <w:t>│   └── ...</w:t>
      </w:r>
    </w:p>
    <w:p>
      <w:r>
        <w:t>└── ...</w:t>
      </w:r>
    </w:p>
    <w:p>
      <w:r>
        <w:rPr>
          <w:rFonts w:ascii="Courier New" w:hAnsi="Courier New"/>
        </w:rPr>
        <w:t>`</w:t>
      </w:r>
    </w:p>
    <w:p/>
    <w:p>
      <w:r>
        <w:t>__________________________________________________</w:t>
      </w:r>
    </w:p>
    <w:p/>
    <w:p>
      <w:pPr>
        <w:pStyle w:val="Heading2"/>
      </w:pPr>
      <w:r>
        <w:t>⚙️ Configuración Avanzada</w:t>
      </w:r>
    </w:p>
    <w:p/>
    <w:p>
      <w:pPr>
        <w:pStyle w:val="Heading3"/>
      </w:pPr>
      <w:r>
        <w:t>Usar una Plantilla Personalizada de Word</w:t>
      </w:r>
    </w:p>
    <w:p/>
    <w:p>
      <w:r>
        <w:t>Puedes crear una plantilla personalizada (.docx) y usarla como referencia:</w:t>
      </w:r>
    </w:p>
    <w:p/>
    <w:p>
      <w:pPr>
        <w:pStyle w:val="ListNumber"/>
      </w:pPr>
      <w:r>
        <w:t>Crea un documento Word con el formato deseado (fuentes, márgenes, estilos, etc.)</w:t>
      </w:r>
    </w:p>
    <w:p>
      <w:pPr>
        <w:pStyle w:val="ListNumber"/>
      </w:pPr>
      <w:r>
        <w:t>Guárdalo como `plantilla.docx` en el mismo directorio del script</w:t>
      </w:r>
    </w:p>
    <w:p>
      <w:pPr>
        <w:pStyle w:val="ListNumber"/>
      </w:pPr>
      <w:r>
        <w:t>Modifica el script para usar `--reference-doc=plantilla.docx` en el comando pandoc</w:t>
      </w:r>
    </w:p>
    <w:p>
      <w:pPr>
        <w:pStyle w:val="Heading3"/>
      </w:pPr>
      <w:r>
        <w:t>Convertir a Otros Formatos</w:t>
      </w:r>
    </w:p>
    <w:p/>
    <w:p>
      <w:r>
        <w:t>Pandoc soporta múltiples formatos. Puedes modificar el script para convertir a:</w:t>
      </w:r>
    </w:p>
    <w:p/>
    <w:p>
      <w:pPr>
        <w:pStyle w:val="ListBullet"/>
      </w:pPr>
      <w:r>
        <w:t>**PDF:** `pandoc archivo.md -o salida.pdf`</w:t>
      </w:r>
    </w:p>
    <w:p>
      <w:pPr>
        <w:pStyle w:val="ListBullet"/>
      </w:pPr>
      <w:r>
        <w:t>**HTML:** `pandoc archivo.md -o salida.html`</w:t>
      </w:r>
    </w:p>
    <w:p>
      <w:pPr>
        <w:pStyle w:val="ListBullet"/>
      </w:pPr>
      <w:r>
        <w:t>**RTF:** `pandoc archivo.md -o salida.rtf`</w:t>
      </w:r>
    </w:p>
    <w:p>
      <w:pPr>
        <w:pStyle w:val="ListBullet"/>
      </w:pPr>
      <w:r>
        <w:t>**ODT:** `pandoc archivo.md -o salida.odt` (OpenDocument Text)</w:t>
      </w:r>
    </w:p>
    <w:p>
      <w:r>
        <w:t>__________________________________________________</w:t>
      </w:r>
    </w:p>
    <w:p/>
    <w:p>
      <w:pPr>
        <w:pStyle w:val="Heading2"/>
      </w:pPr>
      <w:r>
        <w:t>🔍 Solución de Problemas</w:t>
      </w:r>
    </w:p>
    <w:p/>
    <w:p>
      <w:pPr>
        <w:pStyle w:val="Heading3"/>
      </w:pPr>
      <w:r>
        <w:t>Error: "pandoc: command not found"</w:t>
      </w:r>
    </w:p>
    <w:p/>
    <w:p>
      <w:r/>
      <w:r>
        <w:rPr>
          <w:b/>
        </w:rPr>
        <w:t>Solución:</w:t>
      </w:r>
      <w:r>
        <w:t xml:space="preserve"> Instala pandoc siguiendo las instrucciones arriba, o usa `--no-pandoc` para usar python-docx.</w:t>
      </w:r>
    </w:p>
    <w:p/>
    <w:p>
      <w:pPr>
        <w:pStyle w:val="Heading3"/>
      </w:pPr>
      <w:r>
        <w:t>Error: "Biblioteca faltante: python-docx"</w:t>
      </w:r>
    </w:p>
    <w:p/>
    <w:p>
      <w:r/>
      <w:r>
        <w:rPr>
          <w:b/>
        </w:rPr>
        <w:t>Solución:</w:t>
      </w:r>
      <w:r>
        <w:t xml:space="preserve"> Instala las dependencias:</w:t>
      </w:r>
    </w:p>
    <w:p>
      <w:r>
        <w:t>```bash</w:t>
      </w:r>
    </w:p>
    <w:p>
      <w:r>
        <w:t>pip install -r requirements_word.txt</w:t>
      </w:r>
    </w:p>
    <w:p>
      <w:r>
        <w:rPr>
          <w:rFonts w:ascii="Courier New" w:hAnsi="Courier New"/>
        </w:rPr>
        <w:t>`</w:t>
      </w:r>
    </w:p>
    <w:p/>
    <w:p>
      <w:pPr>
        <w:pStyle w:val="Heading3"/>
      </w:pPr>
      <w:r>
        <w:t>Los archivos Word no mantienen el formato correcto</w:t>
      </w:r>
    </w:p>
    <w:p/>
    <w:p>
      <w:r/>
      <w:r>
        <w:rPr>
          <w:b/>
        </w:rPr>
        <w:t>Solución:</w:t>
      </w:r>
      <w:r>
        <w:t xml:space="preserve"> </w:t>
      </w:r>
    </w:p>
    <w:p>
      <w:pPr>
        <w:pStyle w:val="ListBullet"/>
      </w:pPr>
      <w:r>
        <w:t>Usa Pandoc en lugar de python-docx (mejor calidad)</w:t>
      </w:r>
    </w:p>
    <w:p>
      <w:pPr>
        <w:pStyle w:val="ListBullet"/>
      </w:pPr>
      <w:r>
        <w:t>Crea y usa una plantilla personalizada de Word</w:t>
      </w:r>
    </w:p>
    <w:p>
      <w:pPr>
        <w:pStyle w:val="ListBullet"/>
      </w:pPr>
      <w:r>
        <w:t>Verifica que el archivo Markdown tenga el formato correcto</w:t>
      </w:r>
    </w:p>
    <w:p>
      <w:pPr>
        <w:pStyle w:val="Heading3"/>
      </w:pPr>
      <w:r>
        <w:t>Algunos archivos fallan al convertir</w:t>
      </w:r>
    </w:p>
    <w:p/>
    <w:p>
      <w:r/>
      <w:r>
        <w:rPr>
          <w:b/>
        </w:rPr>
        <w:t>Solución:</w:t>
      </w:r>
      <w:r/>
    </w:p>
    <w:p>
      <w:pPr>
        <w:pStyle w:val="ListBullet"/>
      </w:pPr>
      <w:r>
        <w:t>Revisa el mensaje de error en el resumen</w:t>
      </w:r>
    </w:p>
    <w:p>
      <w:pPr>
        <w:pStyle w:val="ListBullet"/>
      </w:pPr>
      <w:r>
        <w:t>Verifica que los archivos .md estén en formato válido</w:t>
      </w:r>
    </w:p>
    <w:p>
      <w:pPr>
        <w:pStyle w:val="ListBullet"/>
      </w:pPr>
      <w:r>
        <w:t>Archivos muy grandes pueden necesitar más tiempo (aumenta el timeout en el script)</w:t>
      </w:r>
    </w:p>
    <w:p>
      <w:r>
        <w:t>__________________________________________________</w:t>
      </w:r>
    </w:p>
    <w:p/>
    <w:p>
      <w:pPr>
        <w:pStyle w:val="Heading2"/>
      </w:pPr>
      <w:r>
        <w:t>📊 Formatos Soportados</w:t>
      </w:r>
    </w:p>
    <w:p/>
    <w:p>
      <w:pPr>
        <w:pStyle w:val="Heading3"/>
      </w:pPr>
      <w:r>
        <w:t>Entrada (Input)</w:t>
      </w:r>
    </w:p>
    <w:p>
      <w:pPr>
        <w:pStyle w:val="ListBullet"/>
      </w:pPr>
      <w:r>
        <w:t>✅ Markdown (.md)</w:t>
      </w:r>
    </w:p>
    <w:p>
      <w:pPr>
        <w:pStyle w:val="ListBullet"/>
      </w:pPr>
      <w:r>
        <w:t>✅ Todos los archivos del Manual TES Digital</w:t>
      </w:r>
    </w:p>
    <w:p>
      <w:pPr>
        <w:pStyle w:val="Heading3"/>
      </w:pPr>
      <w:r>
        <w:t>Salida (Output)</w:t>
      </w:r>
    </w:p>
    <w:p>
      <w:pPr>
        <w:pStyle w:val="ListBullet"/>
      </w:pPr>
      <w:r>
        <w:t>✅ Microsoft Word (.docx) - **Formato por defecto**</w:t>
      </w:r>
    </w:p>
    <w:p>
      <w:pPr>
        <w:pStyle w:val="ListBullet"/>
      </w:pPr>
      <w:r>
        <w:t>🔄 PDF (requiere LaTeX o wkhtmltopdf)</w:t>
      </w:r>
    </w:p>
    <w:p>
      <w:pPr>
        <w:pStyle w:val="ListBullet"/>
      </w:pPr>
      <w:r>
        <w:t>🔄 HTML</w:t>
      </w:r>
    </w:p>
    <w:p>
      <w:pPr>
        <w:pStyle w:val="ListBullet"/>
      </w:pPr>
      <w:r>
        <w:t>🔄 RTF</w:t>
      </w:r>
    </w:p>
    <w:p>
      <w:pPr>
        <w:pStyle w:val="ListBullet"/>
      </w:pPr>
      <w:r>
        <w:t>🔄 ODT</w:t>
      </w:r>
    </w:p>
    <w:p>
      <w:r>
        <w:t>__________________________________________________</w:t>
      </w:r>
    </w:p>
    <w:p/>
    <w:p>
      <w:pPr>
        <w:pStyle w:val="Heading2"/>
      </w:pPr>
      <w:r>
        <w:t>💡 Consejos</w:t>
      </w:r>
    </w:p>
    <w:p/>
    <w:p>
      <w:pPr>
        <w:pStyle w:val="ListNumber"/>
      </w:pPr>
      <w:r>
        <w:t>**Mejor calidad:** Usa Pandoc siempre que sea posible</w:t>
      </w:r>
    </w:p>
    <w:p>
      <w:pPr>
        <w:pStyle w:val="ListNumber"/>
      </w:pPr>
      <w:r>
        <w:t>**Revisión:** Revisa los archivos convertidos, especialmente tablas y listas complejas</w:t>
      </w:r>
    </w:p>
    <w:p>
      <w:pPr>
        <w:pStyle w:val="ListNumber"/>
      </w:pPr>
      <w:r>
        <w:t>**Estructura:** El script mantiene la estructura de carpetas para facilitar la navegación</w:t>
      </w:r>
    </w:p>
    <w:p>
      <w:pPr>
        <w:pStyle w:val="ListNumber"/>
      </w:pPr>
      <w:r>
        <w:t>**Backup:** Los archivos originales .md no se modifican</w:t>
      </w:r>
    </w:p>
    <w:p>
      <w:r>
        <w:t>__________________________________________________</w:t>
      </w:r>
    </w:p>
    <w:p/>
    <w:p>
      <w:pPr>
        <w:pStyle w:val="Heading2"/>
      </w:pPr>
      <w:r>
        <w:t>📝 Notas</w:t>
      </w:r>
    </w:p>
    <w:p/>
    <w:p>
      <w:pPr>
        <w:pStyle w:val="ListBullet"/>
      </w:pPr>
      <w:r>
        <w:t>Los archivos en `_DOCUMENTACION_INTERNA/` se excluyen automáticamente</w:t>
      </w:r>
    </w:p>
    <w:p>
      <w:pPr>
        <w:pStyle w:val="ListBullet"/>
      </w:pPr>
      <w:r>
        <w:t>Los archivos `MAPA_MAESTRO*` y `INFORME*` también se excluyen</w:t>
      </w:r>
    </w:p>
    <w:p>
      <w:pPr>
        <w:pStyle w:val="ListBullet"/>
      </w:pPr>
      <w:r>
        <w:t>El script preserva enlaces internos cuando es posible</w:t>
      </w:r>
    </w:p>
    <w:p>
      <w:pPr>
        <w:pStyle w:val="ListBullet"/>
      </w:pPr>
      <w:r>
        <w:t>Las tablas se convierten correctamente con Pandoc</w:t>
      </w:r>
    </w:p>
    <w:p>
      <w:r>
        <w:t>__________________________________________________</w:t>
      </w:r>
    </w:p>
    <w:p/>
    <w:p>
      <w:r/>
      <w:r>
        <w:rPr>
          <w:b/>
        </w:rPr>
        <w:t>Fecha de creación:</w:t>
      </w:r>
      <w:r>
        <w:t xml:space="preserve"> 2024-12-14  </w:t>
      </w:r>
    </w:p>
    <w:p>
      <w:r/>
      <w:r>
        <w:rPr>
          <w:b/>
        </w:rPr>
        <w:t>Versión del script:</w:t>
      </w:r>
      <w:r>
        <w:t xml:space="preserve"> 1.0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