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🔧 Guía de Instalación - Conversión a Word</w:t>
      </w:r>
    </w:p>
    <w:p/>
    <w:p>
      <w:pPr>
        <w:pStyle w:val="Heading2"/>
      </w:pPr>
      <w:r>
        <w:t>Instalación Rápida</w:t>
      </w:r>
    </w:p>
    <w:p/>
    <w:p>
      <w:pPr>
        <w:pStyle w:val="Heading3"/>
      </w:pPr>
      <w:r>
        <w:t>Opción 1: Pandoc (Recomendado - Mejor Calidad)</w:t>
      </w:r>
    </w:p>
    <w:p/>
    <w:p>
      <w:r>
        <w:t>Pandoc es una herramienta de línea de comandos muy potente que produce conversiones de alta calidad.</w:t>
      </w:r>
    </w:p>
    <w:p/>
    <w:p>
      <w:r>
        <w:t>#### Ubuntu/Debian:</w:t>
      </w:r>
    </w:p>
    <w:p>
      <w:r>
        <w:t>```bash</w:t>
      </w:r>
    </w:p>
    <w:p>
      <w:r>
        <w:t>sudo apt update</w:t>
      </w:r>
    </w:p>
    <w:p>
      <w:r>
        <w:t>sudo apt install pandoc</w:t>
      </w:r>
    </w:p>
    <w:p>
      <w:r>
        <w:rPr>
          <w:rFonts w:ascii="Courier New" w:hAnsi="Courier New"/>
        </w:rPr>
        <w:t>`</w:t>
      </w:r>
    </w:p>
    <w:p/>
    <w:p>
      <w:r>
        <w:t>#### macOS:</w:t>
      </w:r>
    </w:p>
    <w:p>
      <w:r>
        <w:t>```bash</w:t>
      </w:r>
    </w:p>
    <w:p>
      <w:r>
        <w:t>brew install pandoc</w:t>
      </w:r>
    </w:p>
    <w:p>
      <w:r>
        <w:rPr>
          <w:rFonts w:ascii="Courier New" w:hAnsi="Courier New"/>
        </w:rPr>
        <w:t>`</w:t>
      </w:r>
    </w:p>
    <w:p/>
    <w:p>
      <w:r>
        <w:t>#### Windows:</w:t>
      </w:r>
    </w:p>
    <w:p>
      <w:r>
        <w:t>```bash</w:t>
      </w:r>
    </w:p>
    <w:p>
      <w:pPr>
        <w:pStyle w:val="Heading1"/>
      </w:pPr>
      <w:r>
        <w:t>Con Chocolatey</w:t>
      </w:r>
    </w:p>
    <w:p>
      <w:r>
        <w:t>choco install pandoc</w:t>
      </w:r>
    </w:p>
    <w:p/>
    <w:p>
      <w:pPr>
        <w:pStyle w:val="Heading1"/>
      </w:pPr>
      <w:r>
        <w:t>O descargar el instalador desde:</w:t>
      </w:r>
    </w:p>
    <w:p>
      <w:pPr>
        <w:pStyle w:val="Heading1"/>
      </w:pPr>
      <w:r>
        <w:t>https://github.com/jgm/pandoc/releases/latest</w:t>
      </w:r>
    </w:p>
    <w:p>
      <w:r>
        <w:rPr>
          <w:rFonts w:ascii="Courier New" w:hAnsi="Courier New"/>
        </w:rPr>
        <w:t>`</w:t>
      </w:r>
    </w:p>
    <w:p/>
    <w:p>
      <w:r/>
      <w:r>
        <w:rPr>
          <w:b/>
        </w:rPr>
        <w:t>Verificar instalación:</w:t>
      </w:r>
      <w:r/>
    </w:p>
    <w:p>
      <w:r>
        <w:t>```bash</w:t>
      </w:r>
    </w:p>
    <w:p>
      <w:r>
        <w:t>pandoc --version</w:t>
      </w:r>
    </w:p>
    <w:p>
      <w:r>
        <w:rPr>
          <w:rFonts w:ascii="Courier New" w:hAnsi="Courier New"/>
        </w:rPr>
        <w:t>`</w:t>
      </w:r>
    </w:p>
    <w:p/>
    <w:p>
      <w:r>
        <w:t>__________________________________________________</w:t>
      </w:r>
    </w:p>
    <w:p/>
    <w:p>
      <w:pPr>
        <w:pStyle w:val="Heading3"/>
      </w:pPr>
      <w:r>
        <w:t>Opción 2: Python-docx (Alternativa)</w:t>
      </w:r>
    </w:p>
    <w:p/>
    <w:p>
      <w:r>
        <w:t>Si no puedes instalar Pandoc, puedes usar bibliotecas Python.</w:t>
      </w:r>
    </w:p>
    <w:p/>
    <w:p>
      <w:r>
        <w:t>#### Instalación:</w:t>
      </w:r>
    </w:p>
    <w:p>
      <w:r>
        <w:t>```bash</w:t>
      </w:r>
    </w:p>
    <w:p>
      <w:r>
        <w:t>pip install python-docx</w:t>
      </w:r>
    </w:p>
    <w:p>
      <w:r>
        <w:rPr>
          <w:rFonts w:ascii="Courier New" w:hAnsi="Courier New"/>
        </w:rPr>
        <w:t>`</w:t>
      </w:r>
    </w:p>
    <w:p/>
    <w:p>
      <w:r>
        <w:t>O usando el archivo de requisitos:</w:t>
      </w:r>
    </w:p>
    <w:p>
      <w:r>
        <w:t>```bash</w:t>
      </w:r>
    </w:p>
    <w:p>
      <w:r>
        <w:t>pip install -r requirements_word.txt</w:t>
      </w:r>
    </w:p>
    <w:p>
      <w:r>
        <w:rPr>
          <w:rFonts w:ascii="Courier New" w:hAnsi="Courier New"/>
        </w:rPr>
        <w:t>`</w:t>
      </w:r>
    </w:p>
    <w:p/>
    <w:p>
      <w:r/>
      <w:r>
        <w:rPr>
          <w:b/>
        </w:rPr>
        <w:t>Nota:</w:t>
      </w:r>
      <w:r>
        <w:t xml:space="preserve"> La calidad de conversión con python-docx es menor que con Pandoc, pero funciona sin dependencias externas.</w:t>
      </w:r>
    </w:p>
    <w:p/>
    <w:p>
      <w:r>
        <w:t>__________________________________________________</w:t>
      </w:r>
    </w:p>
    <w:p/>
    <w:p>
      <w:pPr>
        <w:pStyle w:val="Heading2"/>
      </w:pPr>
      <w:r>
        <w:t>Uso del Script</w:t>
      </w:r>
    </w:p>
    <w:p/>
    <w:p>
      <w:r>
        <w:t>Una vez instalado Pandoc o python-docx:</w:t>
      </w:r>
    </w:p>
    <w:p/>
    <w:p>
      <w:r>
        <w:t>```bash</w:t>
      </w:r>
    </w:p>
    <w:p>
      <w:r>
        <w:t>cd /home/planetazuzu/protocolo-r-pido/manual-tes/TES_Manual_Digital</w:t>
      </w:r>
    </w:p>
    <w:p>
      <w:r>
        <w:t>python3 convertir_a_word.py</w:t>
      </w:r>
    </w:p>
    <w:p>
      <w:r>
        <w:rPr>
          <w:rFonts w:ascii="Courier New" w:hAnsi="Courier New"/>
        </w:rPr>
        <w:t>`</w:t>
      </w:r>
    </w:p>
    <w:p/>
    <w:p>
      <w:r>
        <w:t>El script detectará automáticamente qué herramienta usar:</w:t>
      </w:r>
    </w:p>
    <w:p>
      <w:pPr>
        <w:pStyle w:val="ListBullet"/>
      </w:pPr>
      <w:r>
        <w:t>Si Pandoc está disponible, lo usará</w:t>
      </w:r>
    </w:p>
    <w:p>
      <w:pPr>
        <w:pStyle w:val="ListBullet"/>
      </w:pPr>
      <w:r>
        <w:t>Si no, intentará usar python-docx</w:t>
      </w:r>
    </w:p>
    <w:p>
      <w:pPr>
        <w:pStyle w:val="ListBullet"/>
      </w:pPr>
      <w:r>
        <w:t>Si ninguna está disponible, mostrará un error con instrucciones</w:t>
      </w:r>
    </w:p>
    <w:p>
      <w:r>
        <w:t>__________________________________________________</w:t>
      </w:r>
    </w:p>
    <w:p/>
    <w:p>
      <w:pPr>
        <w:pStyle w:val="Heading2"/>
      </w:pPr>
      <w:r>
        <w:t>Solución de Problemas</w:t>
      </w:r>
    </w:p>
    <w:p/>
    <w:p>
      <w:pPr>
        <w:pStyle w:val="Heading3"/>
      </w:pPr>
      <w:r>
        <w:t>Error: "pandoc: command not found"</w:t>
      </w:r>
    </w:p>
    <w:p/>
    <w:p>
      <w:r/>
      <w:r>
        <w:rPr>
          <w:b/>
        </w:rPr>
        <w:t>Solución:</w:t>
      </w:r>
      <w:r/>
    </w:p>
    <w:p>
      <w:pPr>
        <w:pStyle w:val="ListNumber"/>
      </w:pPr>
      <w:r>
        <w:t>Instala Pandoc siguiendo las instrucciones arriba, O</w:t>
      </w:r>
    </w:p>
    <w:p>
      <w:pPr>
        <w:pStyle w:val="ListNumber"/>
      </w:pPr>
      <w:r>
        <w:t>Usa `python3 convertir_a_word.py --no-pandoc` para forzar python-docx</w:t>
      </w:r>
    </w:p>
    <w:p>
      <w:pPr>
        <w:pStyle w:val="Heading3"/>
      </w:pPr>
      <w:r>
        <w:t>Error: "No module named 'docx'"</w:t>
      </w:r>
    </w:p>
    <w:p/>
    <w:p>
      <w:r/>
      <w:r>
        <w:rPr>
          <w:b/>
        </w:rPr>
        <w:t>Solución:</w:t>
      </w:r>
      <w:r/>
    </w:p>
    <w:p>
      <w:r>
        <w:t>```bash</w:t>
      </w:r>
    </w:p>
    <w:p>
      <w:r>
        <w:t>pip install python-docx</w:t>
      </w:r>
    </w:p>
    <w:p>
      <w:r>
        <w:rPr>
          <w:rFonts w:ascii="Courier New" w:hAnsi="Courier New"/>
        </w:rPr>
        <w:t>`</w:t>
      </w:r>
    </w:p>
    <w:p/>
    <w:p>
      <w:pPr>
        <w:pStyle w:val="Heading3"/>
      </w:pPr>
      <w:r>
        <w:t>Error: "Permission denied" al instalar</w:t>
      </w:r>
    </w:p>
    <w:p/>
    <w:p>
      <w:r/>
      <w:r>
        <w:rPr>
          <w:b/>
        </w:rPr>
        <w:t>Solución:</w:t>
      </w:r>
      <w:r/>
    </w:p>
    <w:p>
      <w:pPr>
        <w:pStyle w:val="ListBullet"/>
      </w:pPr>
      <w:r>
        <w:t>Ubuntu/Debian: Usa `sudo` para apt</w:t>
      </w:r>
    </w:p>
    <w:p>
      <w:pPr>
        <w:pStyle w:val="ListBullet"/>
      </w:pPr>
      <w:r>
        <w:t>Python: Usa `pip install --user python-docx` o `pip3 install --user python-docx`</w:t>
      </w:r>
    </w:p>
    <w:p>
      <w:r>
        <w:t>__________________________________________________</w:t>
      </w:r>
    </w:p>
    <w:p/>
    <w:p>
      <w:pPr>
        <w:pStyle w:val="Heading2"/>
      </w:pPr>
      <w:r>
        <w:t>Comparación: Pandoc vs python-docx</w:t>
      </w:r>
    </w:p>
    <w:p/>
    <w:p>
      <w:r>
        <w:t>| Característica | Pandoc | python-docx |</w:t>
      </w:r>
    </w:p>
    <w:p>
      <w:r>
        <w:t>|----------------|--------|-------------|</w:t>
      </w:r>
    </w:p>
    <w:p>
      <w:r>
        <w:t>| Calidad de conversión | ⭐⭐⭐⭐⭐ Excelente | ⭐⭐⭐ Buena |</w:t>
      </w:r>
    </w:p>
    <w:p>
      <w:r>
        <w:t>| Formato de tablas | ✅ Perfecto | ⚠️ Básico |</w:t>
      </w:r>
    </w:p>
    <w:p>
      <w:r>
        <w:t>| Enlaces | ✅ Funcionan | ⚠️ Limitado |</w:t>
      </w:r>
    </w:p>
    <w:p>
      <w:r>
        <w:t>| Listas anidadas | ✅ Perfecto | ⚠️ Básico |</w:t>
      </w:r>
    </w:p>
    <w:p>
      <w:r>
        <w:t>| Código | ✅ Resaltado | ❌ Texto plano |</w:t>
      </w:r>
    </w:p>
    <w:p>
      <w:r>
        <w:t>| Instalación | Requiere sistema | Solo pip |</w:t>
      </w:r>
    </w:p>
    <w:p>
      <w:r>
        <w:t>| Velocidad | Rápido | Rápido |</w:t>
      </w:r>
    </w:p>
    <w:p/>
    <w:p>
      <w:r/>
      <w:r>
        <w:rPr>
          <w:b/>
        </w:rPr>
        <w:t>Recomendación:</w:t>
      </w:r>
      <w:r>
        <w:t xml:space="preserve"> Usa Pandoc si es posible para mejor calidad.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