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MANUAL TES DIGITAL</w:t>
      </w:r>
    </w:p>
    <w:p>
      <w:pPr>
        <w:pStyle w:val="Heading1"/>
        <w:jc w:val="center"/>
      </w:pPr>
      <w:r>
        <w:t>09 Triage Multiples Victimas</w:t>
      </w:r>
    </w:p>
    <w:p/>
    <w:p>
      <w:r>
        <w:t>Documento generado automáticamente desde archivos Markdown</w:t>
      </w:r>
    </w:p>
    <w:p>
      <w:r>
        <w:t>Fecha: 2025-12-19</w:t>
      </w:r>
    </w:p>
    <w:p>
      <w:r>
        <w:br w:type="page"/>
      </w:r>
    </w:p>
    <w:p>
      <w:pPr>
        <w:pStyle w:val="Heading1"/>
      </w:pPr>
      <w:r>
        <w:t>ÍNDICE DE CONTENIDOS</w:t>
      </w:r>
    </w:p>
    <w:p/>
    <w:p>
      <w:pPr>
        <w:pStyle w:val="ListNumber"/>
      </w:pPr>
      <w:r>
        <w:t>1. 07. 1. Fundamentos Triage</w:t>
      </w:r>
    </w:p>
    <w:p>
      <w:pPr>
        <w:pStyle w:val="ListNumber"/>
      </w:pPr>
      <w:r>
        <w:t>2. 07. 2. Metodo Start</w:t>
      </w:r>
    </w:p>
    <w:p>
      <w:pPr>
        <w:pStyle w:val="ListNumber"/>
      </w:pPr>
      <w:r>
        <w:t>3. 07. 3. Etiquetado Zonificacion</w:t>
      </w:r>
    </w:p>
    <w:p>
      <w:pPr>
        <w:pStyle w:val="ListNumber"/>
      </w:pPr>
      <w:r>
        <w:t>4. 07. 4. Roles Funciones Tes Tmv</w:t>
      </w:r>
    </w:p>
    <w:p>
      <w:pPr>
        <w:pStyle w:val="ListNumber"/>
      </w:pPr>
      <w:r>
        <w:t>5. 07. 5. Re Triage Evacuacion</w:t>
      </w:r>
    </w:p>
    <w:p>
      <w:pPr>
        <w:pStyle w:val="ListNumber"/>
      </w:pPr>
      <w:r>
        <w:t>6. 07. 6. Consideraciones Especiales Tmv</w:t>
      </w:r>
    </w:p>
    <w:p>
      <w:pPr>
        <w:pStyle w:val="ListNumber"/>
      </w:pPr>
      <w:r>
        <w:t>7. 07. 7. Puntos Clave Errores Frecuentes</w:t>
      </w:r>
    </w:p>
    <w:p>
      <w:r>
        <w:br w:type="page"/>
      </w:r>
    </w:p>
    <w:p>
      <w:pPr>
        <w:pStyle w:val="Heading1"/>
      </w:pPr>
      <w:r>
        <w:t>7.1 – Fundamentos del Triage: El Cambio de Mentalidad</w:t>
      </w:r>
    </w:p>
    <w:p>
      <w:pPr>
        <w:pStyle w:val="Heading1"/>
      </w:pPr>
      <w:r>
        <w:t>7.1 – Fundamentos del Triage: El Cambio de Mentalidad</w:t>
      </w:r>
    </w:p>
    <w:p>
      <w:pPr>
        <w:pStyle w:val="Heading2"/>
      </w:pPr>
      <w:r>
        <w:t>Manual TES Digital – Clasificación y Priorización en TMV/IMV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Establecer los fundamentos conceptuales del triage y el cambio de mentalidad crítico que requiere el TES al pasar de una escena convencional (1-2 víctimas) a un Incidente con Múltiples Víctimas (IMV) o Triaje de Múltiples Víctimas (TMV), donde los recursos son limitados y la priorización cambia de "lo primero es lo primero" a "lo más útil es lo primero".</w:t>
      </w:r>
    </w:p>
    <w:p>
      <w:r>
        <w:t>**Características:**</w:t>
      </w:r>
    </w:p>
    <w:p>
      <w:pPr>
        <w:pStyle w:val="ListBullet"/>
      </w:pPr>
      <w:r>
        <w:t>✅ Definición de qué es y qué no es el triage</w:t>
      </w:r>
    </w:p>
    <w:p>
      <w:pPr>
        <w:pStyle w:val="ListBullet"/>
      </w:pPr>
      <w:r>
        <w:t>✅ Cambio de mentalidad crítico (escena convencional vs. TMV/IMV)</w:t>
      </w:r>
    </w:p>
    <w:p>
      <w:pPr>
        <w:pStyle w:val="ListBullet"/>
      </w:pPr>
      <w:r>
        <w:t>✅ Regla de Oro TES en TMV</w:t>
      </w:r>
    </w:p>
    <w:p>
      <w:pPr>
        <w:pStyle w:val="ListBullet"/>
      </w:pPr>
      <w:r>
        <w:t>❌ NO métodos específicos de triage (ver 7.2)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Incidente con Múltiples Víctimas (IMV) - 3 o más víctimas</w:t>
      </w:r>
    </w:p>
    <w:p>
      <w:pPr>
        <w:pStyle w:val="ListBullet"/>
      </w:pPr>
      <w:r>
        <w:t>Triaje de Múltiples Víctimas (TMV) - desproporción entre recursos y víctimas</w:t>
      </w:r>
    </w:p>
    <w:p>
      <w:pPr>
        <w:pStyle w:val="ListBullet"/>
      </w:pPr>
      <w:r>
        <w:t>Situaciones donde los recursos son limitados</w:t>
      </w:r>
    </w:p>
    <w:p>
      <w:pPr>
        <w:pStyle w:val="ListBullet"/>
      </w:pPr>
      <w:r>
        <w:t>Necesidad de priorización rápida y sistemática</w:t>
      </w:r>
    </w:p>
    <w:p>
      <w:r>
        <w:t>**Criterios de activación:**</w:t>
      </w:r>
    </w:p>
    <w:p>
      <w:pPr>
        <w:pStyle w:val="ListBullet"/>
      </w:pPr>
      <w:r>
        <w:t>3 o más víctimas en escena</w:t>
      </w:r>
    </w:p>
    <w:p>
      <w:pPr>
        <w:pStyle w:val="ListBullet"/>
      </w:pPr>
      <w:r>
        <w:t>Desproporción entre recursos disponibles y número de víctimas</w:t>
      </w:r>
    </w:p>
    <w:p>
      <w:pPr>
        <w:pStyle w:val="ListBullet"/>
      </w:pPr>
      <w:r>
        <w:t>Necesidad de clasificación y priorización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1.3 (Glasgow Operativo) - Evaluación de nivel de conciencia</w:t>
      </w:r>
    </w:p>
    <w:p>
      <w:pPr>
        <w:pStyle w:val="ListBullet"/>
      </w:pPr>
      <w:r>
        <w:t>1.4 (Triage START) - Método START básico</w:t>
      </w:r>
    </w:p>
    <w:p>
      <w:r>
        <w:t>**Capítulos relacionados:**</w:t>
      </w:r>
    </w:p>
    <w:p>
      <w:pPr>
        <w:pStyle w:val="ListBullet"/>
      </w:pPr>
      <w:r>
        <w:t>7.2 (Método START) - Aplicación práctica del triage</w:t>
      </w:r>
    </w:p>
    <w:p>
      <w:pPr>
        <w:pStyle w:val="ListBullet"/>
      </w:pPr>
      <w:r>
        <w:t>7.3 (Etiquetado y Zonificación) - Sistema de clasificación</w:t>
      </w:r>
    </w:p>
    <w:p>
      <w:pPr>
        <w:pStyle w:val="ListBullet"/>
      </w:pPr>
      <w:r>
        <w:t>7.4 (Roles y Funciones) - Funciones del TES en TMV</w:t>
      </w:r>
    </w:p>
    <w:p>
      <w:r>
        <w:t>**Capítulos siguientes:**</w:t>
      </w:r>
    </w:p>
    <w:p>
      <w:pPr>
        <w:pStyle w:val="ListBullet"/>
      </w:pPr>
      <w:r>
        <w:t>7.2 (Método START) - Algoritmo de triage</w:t>
      </w:r>
    </w:p>
    <w:p>
      <w:pPr>
        <w:pStyle w:val="ListBullet"/>
      </w:pPr>
      <w:r>
        <w:t>7.3-7.7 (Sistema completo de triage) - Aplicación práctica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**Qué es y qué no es el Triage**</w:t>
      </w:r>
    </w:p>
    <w:p>
      <w:pPr>
        <w:pStyle w:val="ListBullet"/>
      </w:pPr>
      <w:r>
        <w:t>NO es: Atención sanitaria completa, diagnóstico definitivo, tratamiento curativo</w:t>
      </w:r>
    </w:p>
    <w:p>
      <w:pPr>
        <w:pStyle w:val="ListBullet"/>
      </w:pPr>
      <w:r>
        <w:t>SÍ es: Sistema de clasificación y priorización basado en gravedad y urgencia</w:t>
      </w:r>
    </w:p>
    <w:p>
      <w:pPr>
        <w:pStyle w:val="ListNumber"/>
      </w:pPr>
      <w:r>
        <w:t>**El Cambio de Chip Crítico**</w:t>
      </w:r>
    </w:p>
    <w:p>
      <w:pPr>
        <w:pStyle w:val="ListBullet"/>
      </w:pPr>
      <w:r>
        <w:t>Escena convencional: "Lo primero es lo primero"</w:t>
      </w:r>
    </w:p>
    <w:p>
      <w:pPr>
        <w:pStyle w:val="ListBullet"/>
      </w:pPr>
      <w:r>
        <w:t>Escena TMV/IMV: "Lo más útil es lo primero"</w:t>
      </w:r>
    </w:p>
    <w:p>
      <w:pPr>
        <w:pStyle w:val="ListNumber"/>
      </w:pPr>
      <w:r>
        <w:t>**Regla de Oro TES en TMV**</w:t>
      </w:r>
    </w:p>
    <w:p>
      <w:pPr>
        <w:pStyle w:val="ListBullet"/>
      </w:pPr>
      <w:r>
        <w:t>Misión: No perder a nadie que se pudiera haber salvado por mala clasificación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**¿Es TMV/IMV?** (3+ víctimas, desproporción recursos/víctimas)</w:t>
      </w:r>
    </w:p>
    <w:p>
      <w:pPr>
        <w:pStyle w:val="ListBullet"/>
      </w:pPr>
      <w:r>
        <w:t>**¿Cambio de mentalidad aplicado?** (De "más grave primero" a "más útil primero")</w:t>
      </w:r>
    </w:p>
    <w:p>
      <w:pPr>
        <w:pStyle w:val="ListBullet"/>
      </w:pPr>
      <w:r>
        <w:t>**¿Priorización correcta?** (Beneficio máximo al mayor número)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**Aplicar mentalidad de escena convencional en TMV**</w:t>
            </w:r>
          </w:p>
        </w:tc>
        <w:tc>
          <w:tcPr>
            <w:tcW w:type="dxa" w:w="2880"/>
          </w:tcPr>
          <w:p>
            <w:r>
              <w:t>Recursos consumidos en un paciente, otros mueren esperando</w:t>
            </w:r>
          </w:p>
        </w:tc>
        <w:tc>
          <w:tcPr>
            <w:tcW w:type="dxa" w:w="2880"/>
          </w:tcPr>
          <w:p>
            <w:r>
              <w:t>Cambiar mentalidad: "Lo más útil es lo primero" en TMV</w:t>
            </w:r>
          </w:p>
        </w:tc>
      </w:tr>
      <w:tr>
        <w:tc>
          <w:tcPr>
            <w:tcW w:type="dxa" w:w="2880"/>
          </w:tcPr>
          <w:p>
            <w:r>
              <w:t>**Intentar atención sanitaria completa durante triage**</w:t>
            </w:r>
          </w:p>
        </w:tc>
        <w:tc>
          <w:tcPr>
            <w:tcW w:type="dxa" w:w="2880"/>
          </w:tcPr>
          <w:p>
            <w:r>
              <w:t>Pérdida de tiempo, no se clasifican todas las víctimas</w:t>
            </w:r>
          </w:p>
        </w:tc>
        <w:tc>
          <w:tcPr>
            <w:tcW w:type="dxa" w:w="2880"/>
          </w:tcPr>
          <w:p>
            <w:r>
              <w:t>Triage es clasificación, NO tratamiento completo</w:t>
            </w:r>
          </w:p>
        </w:tc>
      </w:tr>
      <w:tr>
        <w:tc>
          <w:tcPr>
            <w:tcW w:type="dxa" w:w="2880"/>
          </w:tcPr>
          <w:p>
            <w:r>
              <w:t>**No reconocer TMV/IMV a tiempo**</w:t>
            </w:r>
          </w:p>
        </w:tc>
        <w:tc>
          <w:tcPr>
            <w:tcW w:type="dxa" w:w="2880"/>
          </w:tcPr>
          <w:p>
            <w:r>
              <w:t>Retraso en activación de recursos, caos</w:t>
            </w:r>
          </w:p>
        </w:tc>
        <w:tc>
          <w:tcPr>
            <w:tcW w:type="dxa" w:w="2880"/>
          </w:tcPr>
          <w:p>
            <w:r>
              <w:t>Activar protocolo TMV cuando hay 3+ víctimas</w:t>
            </w:r>
          </w:p>
        </w:tc>
      </w:tr>
      <w:tr>
        <w:tc>
          <w:tcPr>
            <w:tcW w:type="dxa" w:w="2880"/>
          </w:tcPr>
          <w:p>
            <w:r>
              <w:t>**Priorizar siempre al más grave**</w:t>
            </w:r>
          </w:p>
        </w:tc>
        <w:tc>
          <w:tcPr>
            <w:tcW w:type="dxa" w:w="2880"/>
          </w:tcPr>
          <w:p>
            <w:r>
              <w:t>En TMV, puede consumir todos los recursos sin salvar vidas</w:t>
            </w:r>
          </w:p>
        </w:tc>
        <w:tc>
          <w:tcPr>
            <w:tcW w:type="dxa" w:w="2880"/>
          </w:tcPr>
          <w:p>
            <w:r>
              <w:t>Priorizar al que más se pueda beneficiar de intervención rápida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TMV/IMV reconocido a tiempo (3+ víctimas)</w:t>
      </w:r>
    </w:p>
    <w:p>
      <w:pPr>
        <w:pStyle w:val="ListBullet"/>
      </w:pPr>
      <w:r>
        <w:t>✅ Cambio de mentalidad aplicado correctamente</w:t>
      </w:r>
    </w:p>
    <w:p>
      <w:pPr>
        <w:pStyle w:val="ListBullet"/>
      </w:pPr>
      <w:r>
        <w:t>✅ Priorización basada en "más útil primero" en lugar de "más grave primero"</w:t>
      </w:r>
    </w:p>
    <w:p>
      <w:pPr>
        <w:pStyle w:val="ListBullet"/>
      </w:pPr>
      <w:r>
        <w:t>✅ Recursos distribuidos eficientemente</w:t>
      </w:r>
    </w:p>
    <w:p>
      <w:pPr>
        <w:pStyle w:val="ListBullet"/>
      </w:pPr>
      <w:r>
        <w:t>✅ No se pierden vidas por mala clasificación</w:t>
      </w:r>
    </w:p>
    <w:p>
      <w:r>
        <w:t>**Señales de Alerta:**</w:t>
      </w:r>
    </w:p>
    <w:p>
      <w:pPr>
        <w:pStyle w:val="ListBullet"/>
      </w:pPr>
      <w:r>
        <w:t>❌ Aplicar mentalidad convencional en TMV → Recursos mal distribuidos</w:t>
      </w:r>
    </w:p>
    <w:p>
      <w:pPr>
        <w:pStyle w:val="ListBullet"/>
      </w:pPr>
      <w:r>
        <w:t>❌ Intentar tratamiento completo durante triage → Pérdida de tiempo crítico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1.2 (ABCDE Operativo) - Evaluación primaria</w:t>
      </w:r>
    </w:p>
    <w:p>
      <w:pPr>
        <w:pStyle w:val="ListBullet"/>
      </w:pPr>
      <w:r>
        <w:t>1.3 (Glasgow Operativo) - Evaluación de nivel de conciencia</w:t>
      </w:r>
    </w:p>
    <w:p>
      <w:pPr>
        <w:pStyle w:val="ListBullet"/>
      </w:pPr>
      <w:r>
        <w:t>1.4 (Triage START) - Método START básico</w:t>
      </w:r>
    </w:p>
    <w:p>
      <w:r>
        <w:t>**Capítulos Relacionados (Consultar junto):**</w:t>
      </w:r>
    </w:p>
    <w:p>
      <w:pPr>
        <w:pStyle w:val="ListBullet"/>
      </w:pPr>
      <w:r>
        <w:t>7.2 (Método START) - Aplicación práctica del triage</w:t>
      </w:r>
    </w:p>
    <w:p>
      <w:pPr>
        <w:pStyle w:val="ListBullet"/>
      </w:pPr>
      <w:r>
        <w:t>7.3 (Etiquetado y Zonificación) - Sistema de clasificación</w:t>
      </w:r>
    </w:p>
    <w:p>
      <w:pPr>
        <w:pStyle w:val="ListBullet"/>
      </w:pPr>
      <w:r>
        <w:t>7.4 (Roles y Funciones) - Funciones del TES en TMV</w:t>
      </w:r>
    </w:p>
    <w:p>
      <w:r>
        <w:t>**Capítulos Siguientes (Leer después):**</w:t>
      </w:r>
    </w:p>
    <w:p>
      <w:pPr>
        <w:pStyle w:val="ListBullet"/>
      </w:pPr>
      <w:r>
        <w:t>7.2 (Método START) - Algoritmo de triage</w:t>
      </w:r>
    </w:p>
    <w:p>
      <w:pPr>
        <w:pStyle w:val="ListBullet"/>
      </w:pPr>
      <w:r>
        <w:t>7.3-7.7 (Sistema completo de triage) - Aplicación práctica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QUÉ ES Y QUÉ NO ES EL TRIAGE</w:t>
      </w:r>
    </w:p>
    <w:p>
      <w:pPr>
        <w:pStyle w:val="Heading3"/>
      </w:pPr>
      <w:r>
        <w:t>NO ES</w:t>
      </w:r>
    </w:p>
    <w:p>
      <w:pPr>
        <w:pStyle w:val="ListBullet"/>
      </w:pPr>
      <w:r>
        <w:t>❌ Atención sanitaria completa</w:t>
      </w:r>
    </w:p>
    <w:p>
      <w:pPr>
        <w:pStyle w:val="ListBullet"/>
      </w:pPr>
      <w:r>
        <w:t>❌ Diagnóstico definitivo</w:t>
      </w:r>
    </w:p>
    <w:p>
      <w:pPr>
        <w:pStyle w:val="ListBullet"/>
      </w:pPr>
      <w:r>
        <w:t>❌ Tratamiento curativo</w:t>
      </w:r>
    </w:p>
    <w:p>
      <w:pPr>
        <w:pStyle w:val="Heading3"/>
      </w:pPr>
      <w:r>
        <w:t>SÍ ES</w:t>
      </w:r>
    </w:p>
    <w:p>
      <w:pPr>
        <w:pStyle w:val="ListBullet"/>
      </w:pPr>
      <w:r>
        <w:t>✅ Un sistema de **CLASIFICACIÓN** y **PRIORIZACIÓN** basado en la gravedad y la urgencia</w:t>
      </w:r>
    </w:p>
    <w:p>
      <w:pPr>
        <w:pStyle w:val="ListBullet"/>
      </w:pPr>
      <w:r>
        <w:t>✅ Aplicado en condiciones de **recursos limitados**</w:t>
      </w:r>
    </w:p>
    <w:p>
      <w:pPr>
        <w:pStyle w:val="ListBullet"/>
      </w:pPr>
      <w:r>
        <w:t>✅ Objetivo: hacer el **mayor bien al mayor número de personas**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EL CAMBIO DE CHIP CRÍTICO: DE "LO PRIMERO ES LO PRIMERO" A "LO MÁS ÚTIL ES LO PRIMERO"</w:t>
      </w:r>
    </w:p>
    <w:p>
      <w:pPr>
        <w:pStyle w:val="Heading3"/>
      </w:pPr>
      <w:r>
        <w:t>ESCENA CONVENCIONAL (1-2 víctimas)</w:t>
      </w:r>
    </w:p>
    <w:p>
      <w:pPr>
        <w:pStyle w:val="ListBullet"/>
      </w:pPr>
      <w:r>
        <w:t>Se atiende al **más grave primero**.</w:t>
      </w:r>
    </w:p>
    <w:p>
      <w:pPr>
        <w:pStyle w:val="ListBullet"/>
      </w:pPr>
      <w:r>
        <w:t>Máxima dedicación de recursos a un solo paciente.</w:t>
      </w:r>
    </w:p>
    <w:p>
      <w:pPr>
        <w:pStyle w:val="ListBullet"/>
      </w:pPr>
      <w:r>
        <w:t>Mentalidad: "Lo primero es lo primero".</w:t>
      </w:r>
    </w:p>
    <w:p>
      <w:pPr>
        <w:pStyle w:val="Heading3"/>
      </w:pPr>
      <w:r>
        <w:t>ESCENA TMV/IMV (+3 víctimas, desproporción recursos/víctimas)</w:t>
      </w:r>
    </w:p>
    <w:p>
      <w:pPr>
        <w:pStyle w:val="ListBullet"/>
      </w:pPr>
      <w:r>
        <w:t>Se atiende primero al que **más se pueda beneficiar** de una intervención rápida y sencilla.</w:t>
      </w:r>
    </w:p>
    <w:p>
      <w:pPr>
        <w:pStyle w:val="ListBullet"/>
      </w:pPr>
      <w:r>
        <w:t>Los pacientes con lesiones muy graves y consumo ingente de recursos pueden ser pospuestos (Prioridad 1 o "Retrasados").</w:t>
      </w:r>
    </w:p>
    <w:p>
      <w:pPr>
        <w:pStyle w:val="ListBullet"/>
      </w:pPr>
      <w:r>
        <w:t>Mentalidad: "Lo más útil es lo primero".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REGLA DE ORO TES EN TMV</w:t>
      </w:r>
    </w:p>
    <w:p>
      <w:r>
        <w:t>**"Tu misión no es salvar a todos. Tu misión es no perder a nadie que se pudiera haber salvado por una mala clasificación."**</w:t>
      </w:r>
    </w:p>
    <w:p>
      <w:r>
        <w:t>**Aplicación:**</w:t>
      </w:r>
    </w:p>
    <w:p>
      <w:pPr>
        <w:pStyle w:val="ListBullet"/>
      </w:pPr>
      <w:r>
        <w:t>Clasificar correctamente es más importante que tratar completamente.</w:t>
      </w:r>
    </w:p>
    <w:p>
      <w:pPr>
        <w:pStyle w:val="ListBullet"/>
      </w:pPr>
      <w:r>
        <w:t>Una mala clasificación puede hacer que se pierdan vidas que se podrían haber salvado.</w:t>
      </w:r>
    </w:p>
    <w:p>
      <w:pPr>
        <w:pStyle w:val="ListBullet"/>
      </w:pPr>
      <w:r>
        <w:t>El objetivo es la eficiencia en la distribución de recursos limitados.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El triage es un **cambio de mentalidad**, no solo una técnica.</w:t>
      </w:r>
    </w:p>
    <w:p>
      <w:pPr>
        <w:pStyle w:val="ListBullet"/>
      </w:pPr>
      <w:r>
        <w:t>En TMV, **"lo más útil es lo primero"** reemplaza a **"lo primero es lo primero"**.</w:t>
      </w:r>
    </w:p>
    <w:p>
      <w:pPr>
        <w:pStyle w:val="ListBullet"/>
      </w:pPr>
      <w:r>
        <w:t>La misión del TES en TMV es **clasificar correctamente**, no tratar completamente.</w:t>
      </w:r>
    </w:p>
    <w:p>
      <w:pPr>
        <w:pStyle w:val="ListBullet"/>
      </w:pPr>
      <w:r>
        <w:t>Una mala clasificación puede hacer perder vidas que se podrían haber salvado.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7.2 – El Método START (Simple Triage And Rapid Treatment)</w:t>
      </w:r>
    </w:p>
    <w:p>
      <w:pPr>
        <w:pStyle w:val="Heading1"/>
      </w:pPr>
      <w:r>
        <w:t>7.2 – El Método START (Simple Triage And Rapid Treatment)</w:t>
      </w:r>
    </w:p>
    <w:p>
      <w:pPr>
        <w:pStyle w:val="Heading2"/>
      </w:pPr>
      <w:r>
        <w:t>Manual TES Digital – Algoritmo de Triage Rápido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Aplicar el método START (Simple Triage And Rapid Treatment) para clasificar víctimas en un TMV/IMV en menos de 60 segundos por víctima, basándose en 3 parámetros fisiológicos simples: Deambulación, Respiración, Perfusión y Estado Mental (RPM).</w:t>
      </w:r>
    </w:p>
    <w:p>
      <w:r>
        <w:t>**Características:**</w:t>
      </w:r>
    </w:p>
    <w:p>
      <w:pPr>
        <w:pStyle w:val="ListBullet"/>
      </w:pPr>
      <w:r>
        <w:t>✅ Algoritmo START paso a paso</w:t>
      </w:r>
    </w:p>
    <w:p>
      <w:pPr>
        <w:pStyle w:val="ListBullet"/>
      </w:pPr>
      <w:r>
        <w:t>✅ Evaluación secuencial (60 segundos por víctima)</w:t>
      </w:r>
    </w:p>
    <w:p>
      <w:pPr>
        <w:pStyle w:val="ListBullet"/>
      </w:pPr>
      <w:r>
        <w:t>✅ Intervenciones mínimas durante triage</w:t>
      </w:r>
    </w:p>
    <w:p>
      <w:pPr>
        <w:pStyle w:val="ListBullet"/>
      </w:pPr>
      <w:r>
        <w:t>✅ Clasificación en 4 prioridades</w:t>
      </w:r>
    </w:p>
    <w:p>
      <w:pPr>
        <w:pStyle w:val="ListBullet"/>
      </w:pPr>
      <w:r>
        <w:t>❌ NO tratamiento completo (solo intervenciones mínimas)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TMV/IMV con 3 o más víctimas</w:t>
      </w:r>
    </w:p>
    <w:p>
      <w:pPr>
        <w:pStyle w:val="ListBullet"/>
      </w:pPr>
      <w:r>
        <w:t>Necesidad de clasificación rápida y sistemática</w:t>
      </w:r>
    </w:p>
    <w:p>
      <w:pPr>
        <w:pStyle w:val="ListBullet"/>
      </w:pPr>
      <w:r>
        <w:t>Recursos limitados</w:t>
      </w:r>
    </w:p>
    <w:p>
      <w:pPr>
        <w:pStyle w:val="ListBullet"/>
      </w:pPr>
      <w:r>
        <w:t>Personal no médico puede ejecutarlo</w:t>
      </w:r>
    </w:p>
    <w:p>
      <w:r>
        <w:t>**Criterios de activación:**</w:t>
      </w:r>
    </w:p>
    <w:p>
      <w:pPr>
        <w:pStyle w:val="ListBullet"/>
      </w:pPr>
      <w:r>
        <w:t>3 o más víctimas en escena</w:t>
      </w:r>
    </w:p>
    <w:p>
      <w:pPr>
        <w:pStyle w:val="ListBullet"/>
      </w:pPr>
      <w:r>
        <w:t>Protocolo TMV/IMV activado</w:t>
      </w:r>
    </w:p>
    <w:p>
      <w:pPr>
        <w:pStyle w:val="ListBullet"/>
      </w:pPr>
      <w:r>
        <w:t>Necesidad de clasificación inicial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7.1 (Fundamentos del Triage) - Cambio de mentalidad</w:t>
      </w:r>
    </w:p>
    <w:p>
      <w:pPr>
        <w:pStyle w:val="ListBullet"/>
      </w:pPr>
      <w:r>
        <w:t>1.2 (ABCDE Operativo) - Evaluación primaria básica</w:t>
      </w:r>
    </w:p>
    <w:p>
      <w:pPr>
        <w:pStyle w:val="ListBullet"/>
      </w:pPr>
      <w:r>
        <w:t>2.0 (Reconocimiento PCR) - Evaluación de respiración</w:t>
      </w:r>
    </w:p>
    <w:p>
      <w:r>
        <w:t>**Capítulos relacionados:**</w:t>
      </w:r>
    </w:p>
    <w:p>
      <w:pPr>
        <w:pStyle w:val="ListBullet"/>
      </w:pPr>
      <w:r>
        <w:t>7.1 (Fundamentos del Triage) - Contexto conceptual</w:t>
      </w:r>
    </w:p>
    <w:p>
      <w:pPr>
        <w:pStyle w:val="ListBullet"/>
      </w:pPr>
      <w:r>
        <w:t>7.3 (Etiquetado y Zonificación) - Sistema de clasificación</w:t>
      </w:r>
    </w:p>
    <w:p>
      <w:pPr>
        <w:pStyle w:val="ListBullet"/>
      </w:pPr>
      <w:r>
        <w:t>7.6 (Consideraciones Especiales) - Triage pediátrico (JumpSTART)</w:t>
      </w:r>
    </w:p>
    <w:p>
      <w:r>
        <w:t>**Capítulos siguientes:**</w:t>
      </w:r>
    </w:p>
    <w:p>
      <w:pPr>
        <w:pStyle w:val="ListBullet"/>
      </w:pPr>
      <w:r>
        <w:t>7.3 (Etiquetado y Zonificación) - Aplicación de etiquetas</w:t>
      </w:r>
    </w:p>
    <w:p>
      <w:pPr>
        <w:pStyle w:val="ListBullet"/>
      </w:pPr>
      <w:r>
        <w:t>7.5 (Re-Triage) - Reevaluación periódica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**Qué Aporta el Método START**</w:t>
      </w:r>
    </w:p>
    <w:p>
      <w:pPr>
        <w:pStyle w:val="ListBullet"/>
      </w:pPr>
      <w:r>
        <w:t>Método de triage rápido más extendido</w:t>
      </w:r>
    </w:p>
    <w:p>
      <w:pPr>
        <w:pStyle w:val="ListBullet"/>
      </w:pPr>
      <w:r>
        <w:t>Diseñado para personal no médico</w:t>
      </w:r>
    </w:p>
    <w:p>
      <w:pPr>
        <w:pStyle w:val="ListBullet"/>
      </w:pPr>
      <w:r>
        <w:t>&lt; 60 segundos por víctima</w:t>
      </w:r>
    </w:p>
    <w:p>
      <w:pPr>
        <w:pStyle w:val="ListNumber"/>
      </w:pPr>
      <w:r>
        <w:t>**Algoritmo Paso a Paso (60 segundos por víctima)**</w:t>
      </w:r>
    </w:p>
    <w:p>
      <w:pPr>
        <w:pStyle w:val="ListBullet"/>
      </w:pPr>
      <w:r>
        <w:t>Paso 1: Deambulación ("¡Los que andan, verdes!")</w:t>
      </w:r>
    </w:p>
    <w:p>
      <w:pPr>
        <w:pStyle w:val="ListBullet"/>
      </w:pPr>
      <w:r>
        <w:t>Paso 2: Respiración</w:t>
      </w:r>
    </w:p>
    <w:p>
      <w:pPr>
        <w:pStyle w:val="ListBullet"/>
      </w:pPr>
      <w:r>
        <w:t>Paso 3: Perfusión (llenado capilar)</w:t>
      </w:r>
    </w:p>
    <w:p>
      <w:pPr>
        <w:pStyle w:val="ListBullet"/>
      </w:pPr>
      <w:r>
        <w:t>Paso 4: Estado Mental (AVPU)</w:t>
      </w:r>
    </w:p>
    <w:p>
      <w:pPr>
        <w:pStyle w:val="ListNumber"/>
      </w:pPr>
      <w:r>
        <w:t>**Intervenciones Mínimas Durante el Triage (Las "R" de START)**</w:t>
      </w:r>
    </w:p>
    <w:p>
      <w:pPr>
        <w:pStyle w:val="ListBullet"/>
      </w:pPr>
      <w:r>
        <w:t>Abrir la vía aérea</w:t>
      </w:r>
    </w:p>
    <w:p>
      <w:pPr>
        <w:pStyle w:val="ListBullet"/>
      </w:pPr>
      <w:r>
        <w:t>Controlar hemorragia externa masiva</w:t>
      </w:r>
    </w:p>
    <w:p>
      <w:pPr>
        <w:pStyle w:val="ListBullet"/>
      </w:pPr>
      <w:r>
        <w:t>Mantener alineación de columna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**¿Puede caminar?** → VERDE (Prioridad 3)</w:t>
      </w:r>
    </w:p>
    <w:p>
      <w:pPr>
        <w:pStyle w:val="ListBullet"/>
      </w:pPr>
      <w:r>
        <w:t>**¿Respira?** → Si no respira tras apertura vía aérea: NEGRO (Prioridad 0). Si respira &gt;30 rpm: ROJO (Prioridad 1)</w:t>
      </w:r>
    </w:p>
    <w:p>
      <w:pPr>
        <w:pStyle w:val="ListBullet"/>
      </w:pPr>
      <w:r>
        <w:t>**¿Perfusión adecuada?** → Si no hay pulso radial o llenado capilar &gt;2 seg: ROJO (Prioridad 1)</w:t>
      </w:r>
    </w:p>
    <w:p>
      <w:pPr>
        <w:pStyle w:val="ListBullet"/>
      </w:pPr>
      <w:r>
        <w:t>**¿Estado mental?** → Si no está ALERTA: ROJO (Prioridad 1). Si está ALERTA: AMARILLO (Prioridad 2)</w:t>
      </w:r>
    </w:p>
    <w:p>
      <w:pPr>
        <w:pStyle w:val="ListBullet"/>
      </w:pPr>
      <w:r>
        <w:t>**¿Intervenciones mínimas necesarias?** → Solo las que salvan la vida en segundos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**Tomar más de 60 segundos por víctima**</w:t>
            </w:r>
          </w:p>
        </w:tc>
        <w:tc>
          <w:tcPr>
            <w:tcW w:type="dxa" w:w="2880"/>
          </w:tcPr>
          <w:p>
            <w:r>
              <w:t>No se clasifican todas las víctimas, pérdida de tiempo crítico</w:t>
            </w:r>
          </w:p>
        </w:tc>
        <w:tc>
          <w:tcPr>
            <w:tcW w:type="dxa" w:w="2880"/>
          </w:tcPr>
          <w:p>
            <w:r>
              <w:t>Seguir algoritmo secuencial. En cuanto una condición ubica a la víctima, PARAR, ETIQUETAR y PASAR</w:t>
            </w:r>
          </w:p>
        </w:tc>
      </w:tr>
      <w:tr>
        <w:tc>
          <w:tcPr>
            <w:tcW w:type="dxa" w:w="2880"/>
          </w:tcPr>
          <w:p>
            <w:r>
              <w:t>**No realizar evaluación secuencial (evaluar todo antes de decidir)**</w:t>
            </w:r>
          </w:p>
        </w:tc>
        <w:tc>
          <w:tcPr>
            <w:tcW w:type="dxa" w:w="2880"/>
          </w:tcPr>
          <w:p>
            <w:r>
              <w:t>Pérdida de tiempo, algoritmo ineficaz</w:t>
            </w:r>
          </w:p>
        </w:tc>
        <w:tc>
          <w:tcPr>
            <w:tcW w:type="dxa" w:w="2880"/>
          </w:tcPr>
          <w:p>
            <w:r>
              <w:t>Evaluar paso a paso. En cuanto se cumple un criterio, clasificar y pasar</w:t>
            </w:r>
          </w:p>
        </w:tc>
      </w:tr>
      <w:tr>
        <w:tc>
          <w:tcPr>
            <w:tcW w:type="dxa" w:w="2880"/>
          </w:tcPr>
          <w:p>
            <w:r>
              <w:t>**Detenerse a tratar completamente**</w:t>
            </w:r>
          </w:p>
        </w:tc>
        <w:tc>
          <w:tcPr>
            <w:tcW w:type="dxa" w:w="2880"/>
          </w:tcPr>
          <w:p>
            <w:r>
              <w:t>Pérdida de tiempo, no se clasifican todas las víctimas</w:t>
            </w:r>
          </w:p>
        </w:tc>
        <w:tc>
          <w:tcPr>
            <w:tcW w:type="dxa" w:w="2880"/>
          </w:tcPr>
          <w:p>
            <w:r>
              <w:t>Solo intervenciones mínimas (apertura vía aérea, control hemorragia masiva). NO detenerse</w:t>
            </w:r>
          </w:p>
        </w:tc>
      </w:tr>
      <w:tr>
        <w:tc>
          <w:tcPr>
            <w:tcW w:type="dxa" w:w="2880"/>
          </w:tcPr>
          <w:p>
            <w:r>
              <w:t>**No abrir vía aérea antes de evaluar respiración**</w:t>
            </w:r>
          </w:p>
        </w:tc>
        <w:tc>
          <w:tcPr>
            <w:tcW w:type="dxa" w:w="2880"/>
          </w:tcPr>
          <w:p>
            <w:r>
              <w:t>Falsos negros (víctima viva clasificada como muerta)</w:t>
            </w:r>
          </w:p>
        </w:tc>
        <w:tc>
          <w:tcPr>
            <w:tcW w:type="dxa" w:w="2880"/>
          </w:tcPr>
          <w:p>
            <w:r>
              <w:t>SIEMPRE abrir vía aérea antes de evaluar respiración</w:t>
            </w:r>
          </w:p>
        </w:tc>
      </w:tr>
      <w:tr>
        <w:tc>
          <w:tcPr>
            <w:tcW w:type="dxa" w:w="2880"/>
          </w:tcPr>
          <w:p>
            <w:r>
              <w:t>**Confundir frecuencia respiratoria**</w:t>
            </w:r>
          </w:p>
        </w:tc>
        <w:tc>
          <w:tcPr>
            <w:tcW w:type="dxa" w:w="2880"/>
          </w:tcPr>
          <w:p>
            <w:r>
              <w:t>Clasificación incorrecta</w:t>
            </w:r>
          </w:p>
        </w:tc>
        <w:tc>
          <w:tcPr>
            <w:tcW w:type="dxa" w:w="2880"/>
          </w:tcPr>
          <w:p>
            <w:r>
              <w:t>Contar respiraciones en 10 segundos. &gt;30 rpm = ROJO</w:t>
            </w:r>
          </w:p>
        </w:tc>
      </w:tr>
      <w:tr>
        <w:tc>
          <w:tcPr>
            <w:tcW w:type="dxa" w:w="2880"/>
          </w:tcPr>
          <w:p>
            <w:r>
              <w:t>**No valorar perfusión correctamente**</w:t>
            </w:r>
          </w:p>
        </w:tc>
        <w:tc>
          <w:tcPr>
            <w:tcW w:type="dxa" w:w="2880"/>
          </w:tcPr>
          <w:p>
            <w:r>
              <w:t>Clasificación incorrecta</w:t>
            </w:r>
          </w:p>
        </w:tc>
        <w:tc>
          <w:tcPr>
            <w:tcW w:type="dxa" w:w="2880"/>
          </w:tcPr>
          <w:p>
            <w:r>
              <w:t>Pulso radial o llenado capilar. &gt;2 seg = ROJO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Triage realizado en &lt;60 segundos por víctima</w:t>
      </w:r>
    </w:p>
    <w:p>
      <w:pPr>
        <w:pStyle w:val="ListBullet"/>
      </w:pPr>
      <w:r>
        <w:t>✅ Evaluación secuencial aplicada correctamente</w:t>
      </w:r>
    </w:p>
    <w:p>
      <w:pPr>
        <w:pStyle w:val="ListBullet"/>
      </w:pPr>
      <w:r>
        <w:t>✅ Vía aérea abierta antes de evaluar respiración</w:t>
      </w:r>
    </w:p>
    <w:p>
      <w:pPr>
        <w:pStyle w:val="ListBullet"/>
      </w:pPr>
      <w:r>
        <w:t>✅ Intervenciones mínimas realizadas (solo las necesarias)</w:t>
      </w:r>
    </w:p>
    <w:p>
      <w:pPr>
        <w:pStyle w:val="ListBullet"/>
      </w:pPr>
      <w:r>
        <w:t>✅ Clasificación correcta según algoritmo</w:t>
      </w:r>
    </w:p>
    <w:p>
      <w:pPr>
        <w:pStyle w:val="ListBullet"/>
      </w:pPr>
      <w:r>
        <w:t>✅ Etiquetado realizado inmediatamente tras clasificación</w:t>
      </w:r>
    </w:p>
    <w:p>
      <w:r>
        <w:t>**Señales de Alerta:**</w:t>
      </w:r>
    </w:p>
    <w:p>
      <w:pPr>
        <w:pStyle w:val="ListBullet"/>
      </w:pPr>
      <w:r>
        <w:t>❌ Tiempo &gt;60 segundos por víctima → Algoritmo ineficaz</w:t>
      </w:r>
    </w:p>
    <w:p>
      <w:pPr>
        <w:pStyle w:val="ListBullet"/>
      </w:pPr>
      <w:r>
        <w:t>❌ Detenerse a tratar completamente → Pérdida de tiempo crítico</w:t>
      </w:r>
    </w:p>
    <w:p>
      <w:pPr>
        <w:pStyle w:val="ListBullet"/>
      </w:pPr>
      <w:r>
        <w:t>❌ No abrir vía aérea antes de evaluar respiración → Falsos negros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7.1 (Fundamentos del Triage) - Cambio de mentalidad</w:t>
      </w:r>
    </w:p>
    <w:p>
      <w:pPr>
        <w:pStyle w:val="ListBullet"/>
      </w:pPr>
      <w:r>
        <w:t>1.2 (ABCDE Operativo) - Evaluación primaria básica</w:t>
      </w:r>
    </w:p>
    <w:p>
      <w:pPr>
        <w:pStyle w:val="ListBullet"/>
      </w:pPr>
      <w:r>
        <w:t>2.0 (Reconocimiento PCR) - Evaluación de respiración</w:t>
      </w:r>
    </w:p>
    <w:p>
      <w:r>
        <w:t>**Capítulos Relacionados (Consultar junto):**</w:t>
      </w:r>
    </w:p>
    <w:p>
      <w:pPr>
        <w:pStyle w:val="ListBullet"/>
      </w:pPr>
      <w:r>
        <w:t>7.1 (Fundamentos del Triage) - Contexto conceptual</w:t>
      </w:r>
    </w:p>
    <w:p>
      <w:pPr>
        <w:pStyle w:val="ListBullet"/>
      </w:pPr>
      <w:r>
        <w:t>7.3 (Etiquetado y Zonificación) - Sistema de clasificación</w:t>
      </w:r>
    </w:p>
    <w:p>
      <w:pPr>
        <w:pStyle w:val="ListBullet"/>
      </w:pPr>
      <w:r>
        <w:t>7.6 (Consideraciones Especiales) - Triage pediátrico (JumpSTART)</w:t>
      </w:r>
    </w:p>
    <w:p>
      <w:r>
        <w:t>**Capítulos Siguientes (Leer después):**</w:t>
      </w:r>
    </w:p>
    <w:p>
      <w:pPr>
        <w:pStyle w:val="ListBullet"/>
      </w:pPr>
      <w:r>
        <w:t>7.3 (Etiquetado y Zonificación) - Aplicación de etiquetas</w:t>
      </w:r>
    </w:p>
    <w:p>
      <w:pPr>
        <w:pStyle w:val="ListBullet"/>
      </w:pPr>
      <w:r>
        <w:t>7.5 (Re-Triage) - Reevaluación periódica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QUÉ APORTA</w:t>
      </w:r>
    </w:p>
    <w:p>
      <w:r>
        <w:t>Es el método de triage rápido más extendido a nivel mundial para la clasificación inicial de víctimas en un TMV. Está diseñado para que personal no médico pueda ejecutarlo en **&lt; 60 segundos por víctima**, basándose en 3 parámetros fisiológicos simples: **Deambulación, Respiración, Perfusión y Estado Mental (RPM)**.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ALGORITMO PASO A PASO (60 SEGUNDOS POR VÍCTIMA)</w:t>
      </w:r>
    </w:p>
    <w:p>
      <w:r>
        <w:t>El triagista se acerca a cada víctima y realiza una evaluación **SECUENCIAL**. En cuanto una condición ubica a la víctima en una categoría, se **PARA**, se **ETIQUETA** y se **PASA** a la siguiente.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1: "¡LOS QUE ANDAN, VERDES!" (DEAMBULACIÓN)</w:t>
      </w:r>
    </w:p>
    <w:p>
      <w:r>
        <w:t>**Acción:**</w:t>
      </w:r>
    </w:p>
    <w:p>
      <w:pPr>
        <w:pStyle w:val="ListBullet"/>
      </w:pPr>
      <w:r>
        <w:t>Gritar con voz clara y firme: "¡Si pueden caminar, diríjanse a ese punto!" (señalar un lugar seguro y designado).</w:t>
      </w:r>
    </w:p>
    <w:p>
      <w:r>
        <w:t>**Clasificación:**</w:t>
      </w:r>
    </w:p>
    <w:p>
      <w:pPr>
        <w:pStyle w:val="ListBullet"/>
      </w:pPr>
      <w:r>
        <w:t>Todos los que se levanten y caminen por sus propios medios son **PRIORIDAD 3 (VERDE - Leve)**.</w:t>
      </w:r>
    </w:p>
    <w:p>
      <w:pPr>
        <w:pStyle w:val="ListBullet"/>
      </w:pPr>
      <w:r>
        <w:t>Se les envía a la Zona Verde.</w:t>
      </w:r>
    </w:p>
    <w:p>
      <w:r>
        <w:t>**Fundamento:**</w:t>
      </w:r>
    </w:p>
    <w:p>
      <w:pPr>
        <w:pStyle w:val="ListBullet"/>
      </w:pPr>
      <w:r>
        <w:t>Si pueden caminar, no tienen lesiones que amenacen inmediatamente la vida (obstrucción vía aérea, hemorragia masiva externa, shock grave).</w:t>
      </w:r>
    </w:p>
    <w:p>
      <w:pPr>
        <w:pStyle w:val="ListBullet"/>
      </w:pPr>
      <w:r>
        <w:t>Pueden esperar.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2: "LOS QUE NO ANDAN: RESPIRACIÓN"</w:t>
      </w:r>
    </w:p>
    <w:p>
      <w:r>
        <w:t>**Acción:**</w:t>
      </w:r>
    </w:p>
    <w:p>
      <w:pPr>
        <w:pStyle w:val="ListBullet"/>
      </w:pPr>
      <w:r>
        <w:t>Acercarse a una víctima que no camina.</w:t>
      </w:r>
    </w:p>
    <w:p>
      <w:pPr>
        <w:pStyle w:val="ListBullet"/>
      </w:pPr>
      <w:r>
        <w:t>**Abrir la vía aérea** (con elevación de mentón o tracción mandibular si trauma).</w:t>
      </w:r>
    </w:p>
    <w:p>
      <w:pPr>
        <w:pStyle w:val="ListBullet"/>
      </w:pPr>
      <w:r>
        <w:t>Valorar la respiración en **10 segundos**.</w:t>
      </w:r>
    </w:p>
    <w:p>
      <w:r>
        <w:t>**Decisión:**</w:t>
      </w:r>
    </w:p>
    <w:p>
      <w:pPr>
        <w:pStyle w:val="ListBullet"/>
      </w:pPr>
      <w:r>
        <w:t>**SI NO RESPIRA:** Realizar una única apertura de vía aérea. Si aún así no respira → **PRIORIDAD 0 (NEGRO - Fallecido/Expectante)**. **MARCAR Y PASAR**.</w:t>
      </w:r>
    </w:p>
    <w:p>
      <w:pPr>
        <w:pStyle w:val="ListBullet"/>
      </w:pPr>
      <w:r>
        <w:t>**SI RESPIRA con frecuencia &gt;30 rpm** (muy rápido): → **PRIORIDAD 1 (ROJO - Urgente)**. **MARCAR Y PASAR**. (Indica shock, TCE, distress).</w:t>
      </w:r>
    </w:p>
    <w:p>
      <w:pPr>
        <w:pStyle w:val="ListBullet"/>
      </w:pPr>
      <w:r>
        <w:t>**SI RESPIRA con frecuencia &lt;30 rpm:** CONTINUAR AL PASO 3.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3: "PERFUSIÓN (LLENADO CAPILAR)"</w:t>
      </w:r>
    </w:p>
    <w:p>
      <w:r>
        <w:t>**Acción:**</w:t>
      </w:r>
    </w:p>
    <w:p>
      <w:pPr>
        <w:pStyle w:val="ListBullet"/>
      </w:pPr>
      <w:r>
        <w:t>Si respira &lt;30 rpm, valorar perfusión.</w:t>
      </w:r>
    </w:p>
    <w:p>
      <w:pPr>
        <w:pStyle w:val="ListBullet"/>
      </w:pPr>
      <w:r>
        <w:t>La forma más rápida: **Pulso radial**.</w:t>
      </w:r>
    </w:p>
    <w:p>
      <w:pPr>
        <w:pStyle w:val="ListBullet"/>
      </w:pPr>
      <w:r>
        <w:t>Alternativa: Presionar el lecho ungueal (uña) y contar el tiempo que tarda en volver a ponerse rosado (llenado capilar). **&gt; 2 segundos es anormal**.</w:t>
      </w:r>
    </w:p>
    <w:p>
      <w:r>
        <w:t>**Decisión:**</w:t>
      </w:r>
    </w:p>
    <w:p>
      <w:pPr>
        <w:pStyle w:val="ListBullet"/>
      </w:pPr>
      <w:r>
        <w:t>**SI NO HAY PULSO RADIAL** o el **LLENADO CAPILAR &gt; 2 segundos**: → **PRIORIDAD 1 (ROJO - Urgente)**. **MARCAR Y PASAR**.</w:t>
      </w:r>
    </w:p>
    <w:p>
      <w:pPr>
        <w:pStyle w:val="ListBullet"/>
      </w:pPr>
      <w:r>
        <w:t>**SI HAY PULSO RADIAL / LLENADO CAPILAR &lt; 2 seg**: CONTINUAR AL PASO 4.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PASO 4: "ESTADO MENTAL (AVPU)"</w:t>
      </w:r>
    </w:p>
    <w:p>
      <w:r>
        <w:t>**Acción:**</w:t>
      </w:r>
    </w:p>
    <w:p>
      <w:pPr>
        <w:pStyle w:val="ListBullet"/>
      </w:pPr>
      <w:r>
        <w:t>Valorar el nivel de conciencia de forma rápida con la escala AVPU:</w:t>
      </w:r>
    </w:p>
    <w:p>
      <w:pPr>
        <w:pStyle w:val="ListBullet"/>
      </w:pPr>
      <w:r>
        <w:t>**Alert (Alerta):** Responde a estímulos normales.</w:t>
      </w:r>
    </w:p>
    <w:p>
      <w:pPr>
        <w:pStyle w:val="ListBullet"/>
      </w:pPr>
      <w:r>
        <w:t>**Voice (Voz):** Responde solo a estímulos verbales.</w:t>
      </w:r>
    </w:p>
    <w:p>
      <w:pPr>
        <w:pStyle w:val="ListBullet"/>
      </w:pPr>
      <w:r>
        <w:t>**Pain (Dolor):** Responde solo a estímulos dolorosos (p. ej., pellizco en el trapecio).</w:t>
      </w:r>
    </w:p>
    <w:p>
      <w:pPr>
        <w:pStyle w:val="ListBullet"/>
      </w:pPr>
      <w:r>
        <w:t>**Unresponsive (Inconsciente):** No responde.</w:t>
      </w:r>
    </w:p>
    <w:p>
      <w:r>
        <w:t>**Decisión:**</w:t>
      </w:r>
    </w:p>
    <w:p>
      <w:pPr>
        <w:pStyle w:val="ListBullet"/>
      </w:pPr>
      <w:r>
        <w:t>**SI no está ALERTA** (es decir, está V, P o U): → **PRIORIDAD 1 (ROJO - Urgente)**.</w:t>
      </w:r>
    </w:p>
    <w:p>
      <w:pPr>
        <w:pStyle w:val="ListBullet"/>
      </w:pPr>
      <w:r>
        <w:t>**SI está ALERTA (A):** → **PRIORIDAD 2 (AMARILLO - Demorable)**.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RESUMEN VISUAL DEL ALGORITMO START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INTERVENCIONES MÍNIMAS DURANTE EL TRIAGE (LAS "R" DE START)</w:t>
      </w:r>
    </w:p>
    <w:p>
      <w:r>
        <w:t>Durante los segundos que se está con cada víctima **ROJA**, se realizan **solo intervenciones que salvan la vida en segundos**:</w:t>
      </w:r>
    </w:p>
    <w:p>
      <w:pPr>
        <w:pStyle w:val="ListNumber"/>
      </w:pPr>
      <w:r>
        <w:t>**ABRIR LA VÍA AÉREA** (con maniobra simple).</w:t>
      </w:r>
    </w:p>
    <w:p>
      <w:pPr>
        <w:pStyle w:val="ListNumber"/>
      </w:pPr>
      <w:r>
        <w:t>**CONTROLAR UNA HEMORRAGIA EXTERNA MASIVA QUE SE VEA:** Aplicar compresión directa o, si el triagista está entrenado y el protocolo lo permite, colocar un **TORNIQUETE**.</w:t>
      </w:r>
    </w:p>
    <w:p>
      <w:pPr>
        <w:pStyle w:val="ListNumber"/>
      </w:pPr>
      <w:r>
        <w:t>**MANTENER ALINEACIÓN DE COLUMNA** en víctimas de mecanismo de trauma sospechoso (solo con manos, sin collares).</w:t>
      </w:r>
    </w:p>
    <w:p>
      <w:r>
        <w:t>**¡NO TE DETENGAS!** El objetivo es clasificar, no tratar.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**60 segundos máximo por víctima.** El algoritmo es secuencial: en cuanto una condición ubica a la víctima, PARAR, ETIQUETAR y PASAR.</w:t>
      </w:r>
    </w:p>
    <w:p>
      <w:pPr>
        <w:pStyle w:val="ListBullet"/>
      </w:pPr>
      <w:r>
        <w:t>**SIEMPRE abrir vía aérea antes de evaluar respiración.** Una víctima con lengua obstruida puede parecer muerta.</w:t>
      </w:r>
    </w:p>
    <w:p>
      <w:pPr>
        <w:pStyle w:val="ListBullet"/>
      </w:pPr>
      <w:r>
        <w:t>**Solo intervenciones mínimas.** No te detengas a tratar completamente. El objetivo es clasificar, no curar.</w:t>
      </w:r>
    </w:p>
    <w:p>
      <w:pPr>
        <w:pStyle w:val="ListBullet"/>
      </w:pPr>
      <w:r>
        <w:t>**Evaluación secuencial, no simultánea.** No evalúes todo antes de decidir. Paso a paso, y en cuanto se cumple un criterio, clasificar.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7.3 – Sistema de Etiquetado y Zonificación</w:t>
      </w:r>
    </w:p>
    <w:p>
      <w:pPr>
        <w:pStyle w:val="Heading1"/>
      </w:pPr>
      <w:r>
        <w:t>7.3 – Sistema de Etiquetado y Zonificación</w:t>
      </w:r>
    </w:p>
    <w:p>
      <w:pPr>
        <w:pStyle w:val="Heading2"/>
      </w:pPr>
      <w:r>
        <w:t>Manual TES Digital – Clasificación Visual y Organización del Espacio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Aplicar el sistema de etiquetado con tarjetas de triage y organizar el espacio mediante zonificación para gestionar eficientemente múltiples víctimas en un TMV/IMV, asegurando que cada víctima esté correctamente clasificada y ubicada según su prioridad.</w:t>
      </w:r>
    </w:p>
    <w:p>
      <w:r>
        <w:t>**Características:**</w:t>
      </w:r>
    </w:p>
    <w:p>
      <w:pPr>
        <w:pStyle w:val="ListBullet"/>
      </w:pPr>
      <w:r>
        <w:t>✅ Sistema de etiquetado (tarjetas de triage)</w:t>
      </w:r>
    </w:p>
    <w:p>
      <w:pPr>
        <w:pStyle w:val="ListBullet"/>
      </w:pPr>
      <w:r>
        <w:t>✅ Zonificación del espacio (zonas por prioridad)</w:t>
      </w:r>
    </w:p>
    <w:p>
      <w:pPr>
        <w:pStyle w:val="ListBullet"/>
      </w:pPr>
      <w:r>
        <w:t>✅ Organización del flujo de víctimas</w:t>
      </w:r>
    </w:p>
    <w:p>
      <w:pPr>
        <w:pStyle w:val="ListBullet"/>
      </w:pPr>
      <w:r>
        <w:t>❌ NO tratamiento (solo clasificación y organización)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TMV/IMV con múltiples víctimas clasificadas</w:t>
      </w:r>
    </w:p>
    <w:p>
      <w:pPr>
        <w:pStyle w:val="ListBullet"/>
      </w:pPr>
      <w:r>
        <w:t>Necesidad de organización visual del espacio</w:t>
      </w:r>
    </w:p>
    <w:p>
      <w:pPr>
        <w:pStyle w:val="ListBullet"/>
      </w:pPr>
      <w:r>
        <w:t>Gestión eficiente del flujo de víctimas</w:t>
      </w:r>
    </w:p>
    <w:p>
      <w:pPr>
        <w:pStyle w:val="ListBullet"/>
      </w:pPr>
      <w:r>
        <w:t>Coordinación entre equipos</w:t>
      </w:r>
    </w:p>
    <w:p>
      <w:r>
        <w:t>**Criterios de activación:**</w:t>
      </w:r>
    </w:p>
    <w:p>
      <w:pPr>
        <w:pStyle w:val="ListBullet"/>
      </w:pPr>
      <w:r>
        <w:t>Víctimas clasificadas mediante START</w:t>
      </w:r>
    </w:p>
    <w:p>
      <w:pPr>
        <w:pStyle w:val="ListBullet"/>
      </w:pPr>
      <w:r>
        <w:t>Necesidad de organización del espacio</w:t>
      </w:r>
    </w:p>
    <w:p>
      <w:pPr>
        <w:pStyle w:val="ListBullet"/>
      </w:pPr>
      <w:r>
        <w:t>Múltiples equipos trabajando simultáneamente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7.2 (Método START) - Clasificación de víctimas</w:t>
      </w:r>
    </w:p>
    <w:p>
      <w:pPr>
        <w:pStyle w:val="ListBullet"/>
      </w:pPr>
      <w:r>
        <w:t>7.1 (Fundamentos del Triage) - Contexto conceptual</w:t>
      </w:r>
    </w:p>
    <w:p>
      <w:r>
        <w:t>**Capítulos relacionados:**</w:t>
      </w:r>
    </w:p>
    <w:p>
      <w:pPr>
        <w:pStyle w:val="ListBullet"/>
      </w:pPr>
      <w:r>
        <w:t>7.2 (Método START) - Clasificación previa</w:t>
      </w:r>
    </w:p>
    <w:p>
      <w:pPr>
        <w:pStyle w:val="ListBullet"/>
      </w:pPr>
      <w:r>
        <w:t>7.4 (Roles y Funciones) - Organización de equipos</w:t>
      </w:r>
    </w:p>
    <w:p>
      <w:pPr>
        <w:pStyle w:val="ListBullet"/>
      </w:pPr>
      <w:r>
        <w:t>7.5 (Re-Triage y Evacuación) - Flujo de evacuación</w:t>
      </w:r>
    </w:p>
    <w:p>
      <w:r>
        <w:t>**Capítulos siguientes:**</w:t>
      </w:r>
    </w:p>
    <w:p>
      <w:pPr>
        <w:pStyle w:val="ListBullet"/>
      </w:pPr>
      <w:r>
        <w:t>7.4 (Roles y Funciones) - Asignación de roles</w:t>
      </w:r>
    </w:p>
    <w:p>
      <w:pPr>
        <w:pStyle w:val="ListBullet"/>
      </w:pPr>
      <w:r>
        <w:t>7.5 (Re-Triage y Evacuación) - Gestión de evacuación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**Etiquetado (Tarjetas de Triage)**</w:t>
      </w:r>
    </w:p>
    <w:p>
      <w:pPr>
        <w:pStyle w:val="ListBullet"/>
      </w:pPr>
      <w:r>
        <w:t>Prioridad 0 / NEGRO (Fallecido/Expectante)</w:t>
      </w:r>
    </w:p>
    <w:p>
      <w:pPr>
        <w:pStyle w:val="ListBullet"/>
      </w:pPr>
      <w:r>
        <w:t>Prioridad 1 / ROJO (Urgente)</w:t>
      </w:r>
    </w:p>
    <w:p>
      <w:pPr>
        <w:pStyle w:val="ListBullet"/>
      </w:pPr>
      <w:r>
        <w:t>Prioridad 2 / AMARILLO (Demorable/Grave)</w:t>
      </w:r>
    </w:p>
    <w:p>
      <w:pPr>
        <w:pStyle w:val="ListBullet"/>
      </w:pPr>
      <w:r>
        <w:t>Prioridad 3 / VERDE (Leve)</w:t>
      </w:r>
    </w:p>
    <w:p>
      <w:pPr>
        <w:pStyle w:val="ListBullet"/>
      </w:pPr>
      <w:r>
        <w:t>AZUL / BLANCO (Dudoso/Contaminado)</w:t>
      </w:r>
    </w:p>
    <w:p>
      <w:pPr>
        <w:pStyle w:val="ListNumber"/>
      </w:pPr>
      <w:r>
        <w:t>**Zonificación (Gestión del Espacio)**</w:t>
      </w:r>
    </w:p>
    <w:p>
      <w:pPr>
        <w:pStyle w:val="ListBullet"/>
      </w:pPr>
      <w:r>
        <w:t>Zona de Recepción/Acumulación</w:t>
      </w:r>
    </w:p>
    <w:p>
      <w:pPr>
        <w:pStyle w:val="ListBullet"/>
      </w:pPr>
      <w:r>
        <w:t>Zona de Triage/Clasificación</w:t>
      </w:r>
    </w:p>
    <w:p>
      <w:pPr>
        <w:pStyle w:val="ListBullet"/>
      </w:pPr>
      <w:r>
        <w:t>Zona de Atención/Tratamiento (sub-dividida por colores)</w:t>
      </w:r>
    </w:p>
    <w:p>
      <w:pPr>
        <w:pStyle w:val="ListBullet"/>
      </w:pPr>
      <w:r>
        <w:t>Zona de Evacuación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**¿Prioridad correcta?** (Según algoritmo START)</w:t>
      </w:r>
    </w:p>
    <w:p>
      <w:pPr>
        <w:pStyle w:val="ListBullet"/>
      </w:pPr>
      <w:r>
        <w:t>**¿Etiqueta visible?** (Atada/asegurada de forma muy visible)</w:t>
      </w:r>
    </w:p>
    <w:p>
      <w:pPr>
        <w:pStyle w:val="ListBullet"/>
      </w:pPr>
      <w:r>
        <w:t>**¿Zona correcta?** (Víctima ubicada en zona correspondiente a su prioridad)</w:t>
      </w:r>
    </w:p>
    <w:p>
      <w:pPr>
        <w:pStyle w:val="ListBullet"/>
      </w:pPr>
      <w:r>
        <w:t>**¿Flujo organizado?** (Víctimas moviéndose según prioridad)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etiquetar o etiqueta no visible**</w:t>
            </w:r>
          </w:p>
        </w:tc>
        <w:tc>
          <w:tcPr>
            <w:tcW w:type="dxa" w:w="2880"/>
          </w:tcPr>
          <w:p>
            <w:r>
              <w:t>Víctima se pierde, no se prioriza correctamente, caos</w:t>
            </w:r>
          </w:p>
        </w:tc>
        <w:tc>
          <w:tcPr>
            <w:tcW w:type="dxa" w:w="2880"/>
          </w:tcPr>
          <w:p>
            <w:r>
              <w:t>SIEMPRE etiquetar de forma MUY VISIBLE (brazo, tobillo, pecho). Si no hay tarjetas, usar cinta de color o rotulador indeleble</w:t>
            </w:r>
          </w:p>
        </w:tc>
      </w:tr>
      <w:tr>
        <w:tc>
          <w:tcPr>
            <w:tcW w:type="dxa" w:w="2880"/>
          </w:tcPr>
          <w:p>
            <w:r>
              <w:t>**Ubicar víctima en zona incorrecta**</w:t>
            </w:r>
          </w:p>
        </w:tc>
        <w:tc>
          <w:tcPr>
            <w:tcW w:type="dxa" w:w="2880"/>
          </w:tcPr>
          <w:p>
            <w:r>
              <w:t>Priorización incorrecta, recursos mal distribuidos</w:t>
            </w:r>
          </w:p>
        </w:tc>
        <w:tc>
          <w:tcPr>
            <w:tcW w:type="dxa" w:w="2880"/>
          </w:tcPr>
          <w:p>
            <w:r>
              <w:t>Verificar que víctima está en zona correspondiente a su prioridad (ROJO en Zona Roja, etc.)</w:t>
            </w:r>
          </w:p>
        </w:tc>
      </w:tr>
      <w:tr>
        <w:tc>
          <w:tcPr>
            <w:tcW w:type="dxa" w:w="2880"/>
          </w:tcPr>
          <w:p>
            <w:r>
              <w:t>**No organizar el espacio antes de empezar**</w:t>
            </w:r>
          </w:p>
        </w:tc>
        <w:tc>
          <w:tcPr>
            <w:tcW w:type="dxa" w:w="2880"/>
          </w:tcPr>
          <w:p>
            <w:r>
              <w:t>Caos, víctimas mezcladas, recursos mal distribuidos</w:t>
            </w:r>
          </w:p>
        </w:tc>
        <w:tc>
          <w:tcPr>
            <w:tcW w:type="dxa" w:w="2880"/>
          </w:tcPr>
          <w:p>
            <w:r>
              <w:t>Organizar zonas ANTES de empezar el triage. Designar áreas claramente</w:t>
            </w:r>
          </w:p>
        </w:tc>
      </w:tr>
      <w:tr>
        <w:tc>
          <w:tcPr>
            <w:tcW w:type="dxa" w:w="2880"/>
          </w:tcPr>
          <w:p>
            <w:r>
              <w:t>**Mezclar víctimas de diferentes prioridades**</w:t>
            </w:r>
          </w:p>
        </w:tc>
        <w:tc>
          <w:tcPr>
            <w:tcW w:type="dxa" w:w="2880"/>
          </w:tcPr>
          <w:p>
            <w:r>
              <w:t>Priorización incorrecta, recursos mal distribuidos</w:t>
            </w:r>
          </w:p>
        </w:tc>
        <w:tc>
          <w:tcPr>
            <w:tcW w:type="dxa" w:w="2880"/>
          </w:tcPr>
          <w:p>
            <w:r>
              <w:t>Mantener víctimas separadas por prioridad en sus zonas correspondientes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Todas las víctimas etiquetadas de forma visible</w:t>
      </w:r>
    </w:p>
    <w:p>
      <w:pPr>
        <w:pStyle w:val="ListBullet"/>
      </w:pPr>
      <w:r>
        <w:t>✅ Víctimas ubicadas en zonas correctas según prioridad</w:t>
      </w:r>
    </w:p>
    <w:p>
      <w:pPr>
        <w:pStyle w:val="ListBullet"/>
      </w:pPr>
      <w:r>
        <w:t>✅ Espacio organizado antes de empezar</w:t>
      </w:r>
    </w:p>
    <w:p>
      <w:pPr>
        <w:pStyle w:val="ListBullet"/>
      </w:pPr>
      <w:r>
        <w:t>✅ Flujo de víctimas organizado (ROJO → AMARILLO → VERDE)</w:t>
      </w:r>
    </w:p>
    <w:p>
      <w:pPr>
        <w:pStyle w:val="ListBullet"/>
      </w:pPr>
      <w:r>
        <w:t>✅ Zonas claramente delimitadas y señalizadas</w:t>
      </w:r>
    </w:p>
    <w:p>
      <w:r>
        <w:t>**Señales de Alerta:**</w:t>
      </w:r>
    </w:p>
    <w:p>
      <w:pPr>
        <w:pStyle w:val="ListBullet"/>
      </w:pPr>
      <w:r>
        <w:t>❌ Víctimas sin etiquetar → Se pierden, no se priorizan</w:t>
      </w:r>
    </w:p>
    <w:p>
      <w:pPr>
        <w:pStyle w:val="ListBullet"/>
      </w:pPr>
      <w:r>
        <w:t>❌ Víctimas en zonas incorrectas → Priorización incorrecta</w:t>
      </w:r>
    </w:p>
    <w:p>
      <w:pPr>
        <w:pStyle w:val="ListBullet"/>
      </w:pPr>
      <w:r>
        <w:t>❌ Espacio no organizado → Caos, recursos mal distribuidos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7.2 (Método START) - Clasificación de víctimas</w:t>
      </w:r>
    </w:p>
    <w:p>
      <w:pPr>
        <w:pStyle w:val="ListBullet"/>
      </w:pPr>
      <w:r>
        <w:t>7.1 (Fundamentos del Triage) - Contexto conceptual</w:t>
      </w:r>
    </w:p>
    <w:p>
      <w:r>
        <w:t>**Capítulos Relacionados (Consultar junto):**</w:t>
      </w:r>
    </w:p>
    <w:p>
      <w:pPr>
        <w:pStyle w:val="ListBullet"/>
      </w:pPr>
      <w:r>
        <w:t>7.2 (Método START) - Clasificación previa</w:t>
      </w:r>
    </w:p>
    <w:p>
      <w:pPr>
        <w:pStyle w:val="ListBullet"/>
      </w:pPr>
      <w:r>
        <w:t>7.4 (Roles y Funciones) - Organización de equipos</w:t>
      </w:r>
    </w:p>
    <w:p>
      <w:pPr>
        <w:pStyle w:val="ListBullet"/>
      </w:pPr>
      <w:r>
        <w:t>7.5 (Re-Triage y Evacuación) - Flujo de evacuación</w:t>
      </w:r>
    </w:p>
    <w:p>
      <w:r>
        <w:t>**Capítulos Siguientes (Leer después):**</w:t>
      </w:r>
    </w:p>
    <w:p>
      <w:pPr>
        <w:pStyle w:val="ListBullet"/>
      </w:pPr>
      <w:r>
        <w:t>7.4 (Roles y Funciones) - Asignación de roles</w:t>
      </w:r>
    </w:p>
    <w:p>
      <w:pPr>
        <w:pStyle w:val="ListBullet"/>
      </w:pPr>
      <w:r>
        <w:t>7.5 (Re-Triage y Evacuación) - Gestión de evacuación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ETIQUETADO (TARJETAS DE TRIAGE)</w:t>
      </w:r>
    </w:p>
    <w:p>
      <w:pPr>
        <w:pStyle w:val="Heading3"/>
      </w:pPr>
      <w:r>
        <w:t>PRIORIDAD 0 / NEGRO (FALLECIDO / EXPECTANTE)</w:t>
      </w:r>
    </w:p>
    <w:p>
      <w:r>
        <w:t>**Para víctimas que:**</w:t>
      </w:r>
    </w:p>
    <w:p>
      <w:pPr>
        <w:pStyle w:val="ListBullet"/>
      </w:pPr>
      <w:r>
        <w:t>No respiran tras apertura de vía aérea</w:t>
      </w:r>
    </w:p>
    <w:p>
      <w:pPr>
        <w:pStyle w:val="ListBullet"/>
      </w:pPr>
      <w:r>
        <w:t>Tienen lesiones absolutamente incompatibles con la vida en el contexto de recursos limitados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PRIORIDAD 1 / ROJO (URGENTE)</w:t>
      </w:r>
    </w:p>
    <w:p>
      <w:r>
        <w:t>**"Riesgo vital inminente".** Requieren tratamiento y evacuación **INMEDIATA**.</w:t>
      </w:r>
    </w:p>
    <w:p>
      <w:r>
        <w:t>**Ejemplos:**</w:t>
      </w:r>
    </w:p>
    <w:p>
      <w:pPr>
        <w:pStyle w:val="ListBullet"/>
      </w:pPr>
      <w:r>
        <w:t>Obstrucción vía aérea</w:t>
      </w:r>
    </w:p>
    <w:p>
      <w:pPr>
        <w:pStyle w:val="ListBullet"/>
      </w:pPr>
      <w:r>
        <w:t>Neumotórax a tensión</w:t>
      </w:r>
    </w:p>
    <w:p>
      <w:pPr>
        <w:pStyle w:val="ListBullet"/>
      </w:pPr>
      <w:r>
        <w:t>Shock hipovolémico</w:t>
      </w:r>
    </w:p>
    <w:p>
      <w:pPr>
        <w:pStyle w:val="ListBullet"/>
      </w:pPr>
      <w:r>
        <w:t>TCE grave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PRIORIDAD 2 / AMARILLO (DEMORABLE / GRAVE)</w:t>
      </w:r>
    </w:p>
    <w:p>
      <w:r>
        <w:t>**"Heridas graves sin riesgo vital inmediato".** Pueden esperar minutos o incluso horas.</w:t>
      </w:r>
    </w:p>
    <w:p>
      <w:r>
        <w:t>**Ejemplos:**</w:t>
      </w:r>
    </w:p>
    <w:p>
      <w:pPr>
        <w:pStyle w:val="ListBullet"/>
      </w:pPr>
      <w:r>
        <w:t>Fracturas mayores sin hemorragia masiva</w:t>
      </w:r>
    </w:p>
    <w:p>
      <w:pPr>
        <w:pStyle w:val="ListBullet"/>
      </w:pPr>
      <w:r>
        <w:t>Heridas abdominales sin shock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PRIORIDAD 3 / VERDE (LEVE)</w:t>
      </w:r>
    </w:p>
    <w:p>
      <w:r>
        <w:t>**"Heridos leves".** Caminantes. Pueden esperar horas.</w:t>
      </w:r>
    </w:p>
    <w:p>
      <w:r>
        <w:t>**Ejemplos:**</w:t>
      </w:r>
    </w:p>
    <w:p>
      <w:pPr>
        <w:pStyle w:val="ListBullet"/>
      </w:pPr>
      <w:r>
        <w:t>Esguinces</w:t>
      </w:r>
    </w:p>
    <w:p>
      <w:pPr>
        <w:pStyle w:val="ListBullet"/>
      </w:pPr>
      <w:r>
        <w:t>Contusiones</w:t>
      </w:r>
    </w:p>
    <w:p>
      <w:pPr>
        <w:pStyle w:val="ListBullet"/>
      </w:pPr>
      <w:r>
        <w:t>Heridas menores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AZUL / BLANCO (DUDOSO)</w:t>
      </w:r>
    </w:p>
    <w:p>
      <w:r>
        <w:t>A veces usado para víctimas **contaminadas** (químicas, radiológicas) que requieren descontaminación antes de ser clasificadas.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CÓMO ETIQUETAR</w:t>
      </w:r>
    </w:p>
    <w:p>
      <w:pPr>
        <w:pStyle w:val="ListBullet"/>
      </w:pPr>
      <w:r>
        <w:t>Atar o asegurar la tarjeta de triage de forma **MUY VISIBLE** (brazo, tobillo, pecho).</w:t>
      </w:r>
    </w:p>
    <w:p>
      <w:pPr>
        <w:pStyle w:val="ListBullet"/>
      </w:pPr>
      <w:r>
        <w:t>Si no hay tarjetas, usar **cinta de color** o marcar en la frente con **rotulador indeleble**.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ZONIFICACIÓN (GESTIÓN DEL ESPACIO)</w:t>
      </w:r>
    </w:p>
    <w:p>
      <w:pPr>
        <w:pStyle w:val="Heading3"/>
      </w:pPr>
      <w:r>
        <w:t>ZONA DE RECEPCIÓN / ACUMULACIÓN</w:t>
      </w:r>
    </w:p>
    <w:p>
      <w:r>
        <w:t>Donde están las víctimas inicialmente. Aquí actúan los equipos de triage y rescate.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ZONA DE TRIAGE / CLASIFICACIÓN</w:t>
      </w:r>
    </w:p>
    <w:p>
      <w:r>
        <w:t>Ámbito próximo donde se realiza la evaluación START.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ZONA DE ATENCIÓN / TRATAMIENTO (SUB-DIVIDIDA POR COLORES)</w:t>
      </w:r>
    </w:p>
    <w:p>
      <w:r>
        <w:t>**ZONA ROJA (P1):**</w:t>
      </w:r>
    </w:p>
    <w:p>
      <w:pPr>
        <w:pStyle w:val="ListBullet"/>
      </w:pPr>
      <w:r>
        <w:t>Lo más cercano al Puesto Médico Avanzado (PMA) y a la vía de evacuación.</w:t>
      </w:r>
    </w:p>
    <w:p>
      <w:pPr>
        <w:pStyle w:val="ListBullet"/>
      </w:pPr>
      <w:r>
        <w:t>Asignar más recursos.</w:t>
      </w:r>
    </w:p>
    <w:p>
      <w:r>
        <w:t>**ZONA AMARILLA (P2):**</w:t>
      </w:r>
    </w:p>
    <w:p>
      <w:pPr>
        <w:pStyle w:val="ListBullet"/>
      </w:pPr>
      <w:r>
        <w:t>Un poco más apartada.</w:t>
      </w:r>
    </w:p>
    <w:p>
      <w:r>
        <w:t>**ZONA VERDE (P3):**</w:t>
      </w:r>
    </w:p>
    <w:p>
      <w:pPr>
        <w:pStyle w:val="ListBullet"/>
      </w:pPr>
      <w:r>
        <w:t>La más alejada, pero en un lugar seguro.</w:t>
      </w:r>
    </w:p>
    <w:p>
      <w:r>
        <w:t>**ZONA NEGRA (P0):**</w:t>
      </w:r>
    </w:p>
    <w:p>
      <w:pPr>
        <w:pStyle w:val="ListBullet"/>
      </w:pPr>
      <w:r>
        <w:t>Discreta, alejada y cubierta si es posible.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ZONA DE EVACUACIÓN</w:t>
      </w:r>
    </w:p>
    <w:p>
      <w:r>
        <w:t>Punto de carga de ambulancias. Organizada por prioridades.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**"Lo que no está etiquetado, se pierde."** SIEMPRE etiquetar de forma muy visible.</w:t>
      </w:r>
    </w:p>
    <w:p>
      <w:pPr>
        <w:pStyle w:val="ListBullet"/>
      </w:pPr>
      <w:r>
        <w:t>**Organizar el espacio ANTES de empezar.** Designar zonas claramente delimitadas.</w:t>
      </w:r>
    </w:p>
    <w:p>
      <w:pPr>
        <w:pStyle w:val="ListBullet"/>
      </w:pPr>
      <w:r>
        <w:t>**Verificar que víctimas están en zonas correctas.** ROJO en Zona Roja, AMARILLO en Zona Amarilla, etc.</w:t>
      </w:r>
    </w:p>
    <w:p>
      <w:pPr>
        <w:pStyle w:val="ListBullet"/>
      </w:pPr>
      <w:r>
        <w:t>**Mantener víctimas separadas por prioridad.** No mezclar diferentes prioridades en la misma zona.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7.4 – Roles y Funciones del TES en un TMV</w:t>
      </w:r>
    </w:p>
    <w:p>
      <w:pPr>
        <w:pStyle w:val="Heading1"/>
      </w:pPr>
      <w:r>
        <w:t>7.4 – Roles y Funciones del TES en un TMV</w:t>
      </w:r>
    </w:p>
    <w:p>
      <w:pPr>
        <w:pStyle w:val="Heading2"/>
      </w:pPr>
      <w:r>
        <w:t>Manual TES Digital – Funciones Operativas en Incidentes con Múltiples Víctimas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Conocer y aplicar los diferentes roles y funciones que puede desempeñar el TES en un TMV/IMV, desde triagista hasta apoyo logístico, adaptándose a las necesidades del incidente y siguiendo las órdenes del mando.</w:t>
      </w:r>
    </w:p>
    <w:p>
      <w:r>
        <w:t>**Características:**</w:t>
      </w:r>
    </w:p>
    <w:p>
      <w:pPr>
        <w:pStyle w:val="ListBullet"/>
      </w:pPr>
      <w:r>
        <w:t>✅ 5 roles principales del TES en TMV</w:t>
      </w:r>
    </w:p>
    <w:p>
      <w:pPr>
        <w:pStyle w:val="ListBullet"/>
      </w:pPr>
      <w:r>
        <w:t>✅ Funciones específicas de cada rol</w:t>
      </w:r>
    </w:p>
    <w:p>
      <w:pPr>
        <w:pStyle w:val="ListBullet"/>
      </w:pPr>
      <w:r>
        <w:t>✅ Perfil y equipo necesario</w:t>
      </w:r>
    </w:p>
    <w:p>
      <w:pPr>
        <w:pStyle w:val="ListBullet"/>
      </w:pPr>
      <w:r>
        <w:t>✅ Principio de flexibilidad</w:t>
      </w:r>
    </w:p>
    <w:p>
      <w:pPr>
        <w:pStyle w:val="ListBullet"/>
      </w:pPr>
      <w:r>
        <w:t>❌ NO decisiones de mando (criterio del Jefe de Intervención)</w:t>
      </w:r>
    </w:p>
    <w:p>
      <w:pPr>
        <w:pStyle w:val="ListBullet"/>
      </w:pPr>
      <w:r>
        <w:t>❌ NO tratamiento avanzado (competencia médica)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TMV/IMV activado</w:t>
      </w:r>
    </w:p>
    <w:p>
      <w:pPr>
        <w:pStyle w:val="ListBullet"/>
      </w:pPr>
      <w:r>
        <w:t>Asignación de roles por el mando</w:t>
      </w:r>
    </w:p>
    <w:p>
      <w:pPr>
        <w:pStyle w:val="ListBullet"/>
      </w:pPr>
      <w:r>
        <w:t>Necesidad de adaptación a diferentes funciones</w:t>
      </w:r>
    </w:p>
    <w:p>
      <w:pPr>
        <w:pStyle w:val="ListBullet"/>
      </w:pPr>
      <w:r>
        <w:t>Coordinación entre múltiples equipos</w:t>
      </w:r>
    </w:p>
    <w:p>
      <w:r>
        <w:t>**Criterios de activación:**</w:t>
      </w:r>
    </w:p>
    <w:p>
      <w:pPr>
        <w:pStyle w:val="ListBullet"/>
      </w:pPr>
      <w:r>
        <w:t>Protocolo TMV/IMV activado</w:t>
      </w:r>
    </w:p>
    <w:p>
      <w:pPr>
        <w:pStyle w:val="ListBullet"/>
      </w:pPr>
      <w:r>
        <w:t>Roles asignados por el mando</w:t>
      </w:r>
    </w:p>
    <w:p>
      <w:pPr>
        <w:pStyle w:val="ListBullet"/>
      </w:pPr>
      <w:r>
        <w:t>Necesidad de flexibilidad y adaptación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7.1 (Fundamentos del Triage) - Contexto conceptual</w:t>
      </w:r>
    </w:p>
    <w:p>
      <w:pPr>
        <w:pStyle w:val="ListBullet"/>
      </w:pPr>
      <w:r>
        <w:t>7.2 (Método START) - Técnica de triage</w:t>
      </w:r>
    </w:p>
    <w:p>
      <w:pPr>
        <w:pStyle w:val="ListBullet"/>
      </w:pPr>
      <w:r>
        <w:t>7.3 (Etiquetado y Zonificación) - Organización del espacio</w:t>
      </w:r>
    </w:p>
    <w:p>
      <w:r>
        <w:t>**Capítulos relacionados:**</w:t>
      </w:r>
    </w:p>
    <w:p>
      <w:pPr>
        <w:pStyle w:val="ListBullet"/>
      </w:pPr>
      <w:r>
        <w:t>7.2 (Método START) - Función de triagista</w:t>
      </w:r>
    </w:p>
    <w:p>
      <w:pPr>
        <w:pStyle w:val="ListBullet"/>
      </w:pPr>
      <w:r>
        <w:t>7.3 (Etiquetado y Zonificación) - Organización del espacio</w:t>
      </w:r>
    </w:p>
    <w:p>
      <w:pPr>
        <w:pStyle w:val="ListBullet"/>
      </w:pPr>
      <w:r>
        <w:t>7.5 (Re-Triage y Evacuación) - Función de gestor de evacuación</w:t>
      </w:r>
    </w:p>
    <w:p>
      <w:r>
        <w:t>**Capítulos siguientes:**</w:t>
      </w:r>
    </w:p>
    <w:p>
      <w:pPr>
        <w:pStyle w:val="ListBullet"/>
      </w:pPr>
      <w:r>
        <w:t>7.5 (Re-Triage y Evacuación) - Gestión de evacuación</w:t>
      </w:r>
    </w:p>
    <w:p>
      <w:pPr>
        <w:pStyle w:val="ListBullet"/>
      </w:pPr>
      <w:r>
        <w:t>7.6-7.7 (Consideraciones Especiales) - Aplicación práctica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**Triagista (Primera Línea)**</w:t>
      </w:r>
    </w:p>
    <w:p>
      <w:pPr>
        <w:pStyle w:val="ListBullet"/>
      </w:pPr>
      <w:r>
        <w:t>Función: Ejecutar START</w:t>
      </w:r>
    </w:p>
    <w:p>
      <w:pPr>
        <w:pStyle w:val="ListBullet"/>
      </w:pPr>
      <w:r>
        <w:t>Perfil: Experiencia, capacidad de decidir bajo presión</w:t>
      </w:r>
    </w:p>
    <w:p>
      <w:pPr>
        <w:pStyle w:val="ListBullet"/>
      </w:pPr>
      <w:r>
        <w:t>Equipo: Mínimo (cuchillo, torniquete, tarjetas/rotulador)</w:t>
      </w:r>
    </w:p>
    <w:p>
      <w:pPr>
        <w:pStyle w:val="ListNumber"/>
      </w:pPr>
      <w:r>
        <w:t>**Asistente en Zona Roja (Tratamiento)**</w:t>
      </w:r>
    </w:p>
    <w:p>
      <w:pPr>
        <w:pStyle w:val="ListBullet"/>
      </w:pPr>
      <w:r>
        <w:t>Función: Aplicar soporte vital avanzado</w:t>
      </w:r>
    </w:p>
    <w:p>
      <w:pPr>
        <w:pStyle w:val="ListBullet"/>
      </w:pPr>
      <w:r>
        <w:t>Actuación: Bajo dirección del médico/ENPA</w:t>
      </w:r>
    </w:p>
    <w:p>
      <w:pPr>
        <w:pStyle w:val="ListNumber"/>
      </w:pPr>
      <w:r>
        <w:t>**Gestor de Evacuación**</w:t>
      </w:r>
    </w:p>
    <w:p>
      <w:pPr>
        <w:pStyle w:val="ListBullet"/>
      </w:pPr>
      <w:r>
        <w:t>Función: Organizar flujo de pacientes hacia ambulancias</w:t>
      </w:r>
    </w:p>
    <w:p>
      <w:pPr>
        <w:pStyle w:val="ListBullet"/>
      </w:pPr>
      <w:r>
        <w:t>Coordinación: Con Jefe de Evacuación y conductores</w:t>
      </w:r>
    </w:p>
    <w:p>
      <w:pPr>
        <w:pStyle w:val="ListNumber"/>
      </w:pPr>
      <w:r>
        <w:t>**Apoyo Logístico / Runner**</w:t>
      </w:r>
    </w:p>
    <w:p>
      <w:pPr>
        <w:pStyle w:val="ListBullet"/>
      </w:pPr>
      <w:r>
        <w:t>Función: Llevar material desde UAL hasta zonas de tratamiento</w:t>
      </w:r>
    </w:p>
    <w:p>
      <w:pPr>
        <w:pStyle w:val="ListNumber"/>
      </w:pPr>
      <w:r>
        <w:t>**Seguridad y Acceso**</w:t>
      </w:r>
    </w:p>
    <w:p>
      <w:pPr>
        <w:pStyle w:val="ListBullet"/>
      </w:pPr>
      <w:r>
        <w:t>Función: Asegurar perímetro, controlar accesos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**¿Rol asignado?** (Por el mando)</w:t>
      </w:r>
    </w:p>
    <w:p>
      <w:pPr>
        <w:pStyle w:val="ListBullet"/>
      </w:pPr>
      <w:r>
        <w:t>**¿Función clara?** (Conocer todas las funciones posibles)</w:t>
      </w:r>
    </w:p>
    <w:p>
      <w:pPr>
        <w:pStyle w:val="ListBullet"/>
      </w:pPr>
      <w:r>
        <w:t>**¿Flexibilidad?** (Adaptarse a necesidades del incidente)</w:t>
      </w:r>
    </w:p>
    <w:p>
      <w:pPr>
        <w:pStyle w:val="ListBullet"/>
      </w:pPr>
      <w:r>
        <w:t>**¿Coordinación?** (Comunicar con mando y otros equipos)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**Actuar por cuenta propia sin comunicar**</w:t>
            </w:r>
          </w:p>
        </w:tc>
        <w:tc>
          <w:tcPr>
            <w:tcW w:type="dxa" w:w="2880"/>
          </w:tcPr>
          <w:p>
            <w:r>
              <w:t>Romper cadena de mando, caos, recursos mal distribuidos</w:t>
            </w:r>
          </w:p>
        </w:tc>
        <w:tc>
          <w:tcPr>
            <w:tcW w:type="dxa" w:w="2880"/>
          </w:tcPr>
          <w:p>
            <w:r>
              <w:t>Saber quién es el Jefe de Intervención y reportarle. Seguir órdenes</w:t>
            </w:r>
          </w:p>
        </w:tc>
      </w:tr>
      <w:tr>
        <w:tc>
          <w:tcPr>
            <w:tcW w:type="dxa" w:w="2880"/>
          </w:tcPr>
          <w:p>
            <w:r>
              <w:t>**No conocer todas las funciones posibles**</w:t>
            </w:r>
          </w:p>
        </w:tc>
        <w:tc>
          <w:tcPr>
            <w:tcW w:type="dxa" w:w="2880"/>
          </w:tcPr>
          <w:p>
            <w:r>
              <w:t>No adaptarse a necesidades, ineficiencia</w:t>
            </w:r>
          </w:p>
        </w:tc>
        <w:tc>
          <w:tcPr>
            <w:tcW w:type="dxa" w:w="2880"/>
          </w:tcPr>
          <w:p>
            <w:r>
              <w:t>Conocer todos los roles. Tu flexibilidad es tu mayor valor</w:t>
            </w:r>
          </w:p>
        </w:tc>
      </w:tr>
      <w:tr>
        <w:tc>
          <w:tcPr>
            <w:tcW w:type="dxa" w:w="2880"/>
          </w:tcPr>
          <w:p>
            <w:r>
              <w:t>**No comunicar cambios o necesidades**</w:t>
            </w:r>
          </w:p>
        </w:tc>
        <w:tc>
          <w:tcPr>
            <w:tcW w:type="dxa" w:w="2880"/>
          </w:tcPr>
          <w:p>
            <w:r>
              <w:t>Falta de coordinación, recursos mal distribuidos</w:t>
            </w:r>
          </w:p>
        </w:tc>
        <w:tc>
          <w:tcPr>
            <w:tcW w:type="dxa" w:w="2880"/>
          </w:tcPr>
          <w:p>
            <w:r>
              <w:t>Comunicar constantemente con el mando y otros equipos</w:t>
            </w:r>
          </w:p>
        </w:tc>
      </w:tr>
      <w:tr>
        <w:tc>
          <w:tcPr>
            <w:tcW w:type="dxa" w:w="2880"/>
          </w:tcPr>
          <w:p>
            <w:r>
              <w:t>**Asumir un rol sin ser asignado**</w:t>
            </w:r>
          </w:p>
        </w:tc>
        <w:tc>
          <w:tcPr>
            <w:tcW w:type="dxa" w:w="2880"/>
          </w:tcPr>
          <w:p>
            <w:r>
              <w:t>Confusión, recursos mal distribuidos</w:t>
            </w:r>
          </w:p>
        </w:tc>
        <w:tc>
          <w:tcPr>
            <w:tcW w:type="dxa" w:w="2880"/>
          </w:tcPr>
          <w:p>
            <w:r>
              <w:t>Esperar asignación del mando. No asumir roles por cuenta propia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Rol asignado claramente por el mando</w:t>
      </w:r>
    </w:p>
    <w:p>
      <w:pPr>
        <w:pStyle w:val="ListBullet"/>
      </w:pPr>
      <w:r>
        <w:t>✅ Función ejecutada correctamente según rol</w:t>
      </w:r>
    </w:p>
    <w:p>
      <w:pPr>
        <w:pStyle w:val="ListBullet"/>
      </w:pPr>
      <w:r>
        <w:t>✅ Coordinación mantenida con mando y otros equipos</w:t>
      </w:r>
    </w:p>
    <w:p>
      <w:pPr>
        <w:pStyle w:val="ListBullet"/>
      </w:pPr>
      <w:r>
        <w:t>✅ Flexibilidad demostrada (adaptación a necesidades)</w:t>
      </w:r>
    </w:p>
    <w:p>
      <w:pPr>
        <w:pStyle w:val="ListBullet"/>
      </w:pPr>
      <w:r>
        <w:t>✅ Comunicación constante y efectiva</w:t>
      </w:r>
    </w:p>
    <w:p>
      <w:r>
        <w:t>**Señales de Alerta:**</w:t>
      </w:r>
    </w:p>
    <w:p>
      <w:pPr>
        <w:pStyle w:val="ListBullet"/>
      </w:pPr>
      <w:r>
        <w:t>❌ Actuar por cuenta propia → Romper cadena de mando</w:t>
      </w:r>
    </w:p>
    <w:p>
      <w:pPr>
        <w:pStyle w:val="ListBullet"/>
      </w:pPr>
      <w:r>
        <w:t>❌ No comunicar cambios → Falta de coordinación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7.1 (Fundamentos del Triage) - Contexto conceptual</w:t>
      </w:r>
    </w:p>
    <w:p>
      <w:pPr>
        <w:pStyle w:val="ListBullet"/>
      </w:pPr>
      <w:r>
        <w:t>7.2 (Método START) - Técnica de triage</w:t>
      </w:r>
    </w:p>
    <w:p>
      <w:pPr>
        <w:pStyle w:val="ListBullet"/>
      </w:pPr>
      <w:r>
        <w:t>7.3 (Etiquetado y Zonificación) - Organización del espacio</w:t>
      </w:r>
    </w:p>
    <w:p>
      <w:r>
        <w:t>**Capítulos Relacionados (Consultar junto):**</w:t>
      </w:r>
    </w:p>
    <w:p>
      <w:pPr>
        <w:pStyle w:val="ListBullet"/>
      </w:pPr>
      <w:r>
        <w:t>7.2 (Método START) - Función de triagista</w:t>
      </w:r>
    </w:p>
    <w:p>
      <w:pPr>
        <w:pStyle w:val="ListBullet"/>
      </w:pPr>
      <w:r>
        <w:t>7.3 (Etiquetado y Zonificación) - Organización del espacio</w:t>
      </w:r>
    </w:p>
    <w:p>
      <w:pPr>
        <w:pStyle w:val="ListBullet"/>
      </w:pPr>
      <w:r>
        <w:t>7.5 (Re-Triage y Evacuación) - Función de gestor de evacuación</w:t>
      </w:r>
    </w:p>
    <w:p>
      <w:r>
        <w:t>**Capítulos Siguientes (Leer después):**</w:t>
      </w:r>
    </w:p>
    <w:p>
      <w:pPr>
        <w:pStyle w:val="ListBullet"/>
      </w:pPr>
      <w:r>
        <w:t>7.5 (Re-Triage y Evacuación) - Gestión de evacuación</w:t>
      </w:r>
    </w:p>
    <w:p>
      <w:pPr>
        <w:pStyle w:val="ListBullet"/>
      </w:pPr>
      <w:r>
        <w:t>7.6-7.7 (Consideraciones Especiales) - Aplicación práctica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PRINCIPIO CLAVE</w:t>
      </w:r>
    </w:p>
    <w:p>
      <w:r>
        <w:t>**"En TMV, el rol te lo asigna el mando. Tu flexibilidad y conocimiento de todas las funciones es tu mayor valor."**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1. TRIAGISTA (PRIMERA LÍNEA)</w:t>
      </w:r>
    </w:p>
    <w:p>
      <w:pPr>
        <w:pStyle w:val="Heading3"/>
      </w:pPr>
      <w:r>
        <w:t>FUNCIÓN</w:t>
      </w:r>
    </w:p>
    <w:p>
      <w:pPr>
        <w:pStyle w:val="ListBullet"/>
      </w:pPr>
      <w:r>
        <w:t>Ejecutar START.</w:t>
      </w:r>
    </w:p>
    <w:p>
      <w:pPr>
        <w:pStyle w:val="ListBullet"/>
      </w:pPr>
      <w:r>
        <w:t>Clasificar, etiquetar, realizar intervenciones mínimas (compresión, apertura vía aérea).</w:t>
      </w:r>
    </w:p>
    <w:p>
      <w:pPr>
        <w:pStyle w:val="Heading3"/>
      </w:pPr>
      <w:r>
        <w:t>PERFIL</w:t>
      </w:r>
    </w:p>
    <w:p>
      <w:pPr>
        <w:pStyle w:val="ListBullet"/>
      </w:pPr>
      <w:r>
        <w:t>Experiencia.</w:t>
      </w:r>
    </w:p>
    <w:p>
      <w:pPr>
        <w:pStyle w:val="ListBullet"/>
      </w:pPr>
      <w:r>
        <w:t>Capacidad de decidir bajo presión.</w:t>
      </w:r>
    </w:p>
    <w:p>
      <w:pPr>
        <w:pStyle w:val="ListBullet"/>
      </w:pPr>
      <w:r>
        <w:t>Frialdad emocional.</w:t>
      </w:r>
    </w:p>
    <w:p>
      <w:pPr>
        <w:pStyle w:val="Heading3"/>
      </w:pPr>
      <w:r>
        <w:t>EQUIPO</w:t>
      </w:r>
    </w:p>
    <w:p>
      <w:pPr>
        <w:pStyle w:val="ListBullet"/>
      </w:pPr>
      <w:r>
        <w:t>Solo su cuchillo, torniquete, tarjetas/rotulador.</w:t>
      </w:r>
    </w:p>
    <w:p>
      <w:pPr>
        <w:pStyle w:val="ListBullet"/>
      </w:pPr>
      <w:r>
        <w:t>Nada más.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2. ASISTENTE EN ZONA ROJA (TRATAMIENTO)</w:t>
      </w:r>
    </w:p>
    <w:p>
      <w:pPr>
        <w:pStyle w:val="Heading3"/>
      </w:pPr>
      <w:r>
        <w:t>FUNCIÓN</w:t>
      </w:r>
    </w:p>
    <w:p>
      <w:pPr>
        <w:pStyle w:val="ListBullet"/>
      </w:pPr>
      <w:r>
        <w:t>Aplicar soporte vital avanzado a los Rojos:</w:t>
      </w:r>
    </w:p>
    <w:p>
      <w:pPr>
        <w:pStyle w:val="ListBullet"/>
      </w:pPr>
      <w:r>
        <w:t>Intubación (asistencia)</w:t>
      </w:r>
    </w:p>
    <w:p>
      <w:pPr>
        <w:pStyle w:val="ListBullet"/>
      </w:pPr>
      <w:r>
        <w:t>Acceso IO</w:t>
      </w:r>
    </w:p>
    <w:p>
      <w:pPr>
        <w:pStyle w:val="ListBullet"/>
      </w:pPr>
      <w:r>
        <w:t>Administración de fluidos</w:t>
      </w:r>
    </w:p>
    <w:p>
      <w:pPr>
        <w:pStyle w:val="ListBullet"/>
      </w:pPr>
      <w:r>
        <w:t>Analgesia</w:t>
      </w:r>
    </w:p>
    <w:p>
      <w:pPr>
        <w:pStyle w:val="ListBullet"/>
      </w:pPr>
      <w:r>
        <w:t>Toracostomía con aguja</w:t>
      </w:r>
    </w:p>
    <w:p>
      <w:pPr>
        <w:pStyle w:val="Heading3"/>
      </w:pPr>
      <w:r>
        <w:t>ACTUACIÓN</w:t>
      </w:r>
    </w:p>
    <w:p>
      <w:pPr>
        <w:pStyle w:val="ListBullet"/>
      </w:pPr>
      <w:r>
        <w:t>Bajo la dirección del médico/ENPA en el PMA.</w:t>
      </w:r>
    </w:p>
    <w:p>
      <w:pPr>
        <w:pStyle w:val="ListBullet"/>
      </w:pPr>
      <w:r>
        <w:t>Se priorizan intervenciones que estabilicen para el transporte.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3. GESTOR DE EVACUACIÓN</w:t>
      </w:r>
    </w:p>
    <w:p>
      <w:pPr>
        <w:pStyle w:val="Heading3"/>
      </w:pPr>
      <w:r>
        <w:t>FUNCIÓN</w:t>
      </w:r>
    </w:p>
    <w:p>
      <w:pPr>
        <w:pStyle w:val="ListBullet"/>
      </w:pPr>
      <w:r>
        <w:t>Organizar el flujo de pacientes desde las zonas de tratamiento hacia las ambulancias, respetando el orden de prioridad (1 ROJO → 2 AMARILLO → 3 VERDE).</w:t>
      </w:r>
    </w:p>
    <w:p>
      <w:pPr>
        <w:pStyle w:val="ListBullet"/>
      </w:pPr>
      <w:r>
        <w:t>Llevar un registro simple.</w:t>
      </w:r>
    </w:p>
    <w:p>
      <w:pPr>
        <w:pStyle w:val="Heading3"/>
      </w:pPr>
      <w:r>
        <w:t>COORDINACIÓN</w:t>
      </w:r>
    </w:p>
    <w:p>
      <w:pPr>
        <w:pStyle w:val="ListBullet"/>
      </w:pPr>
      <w:r>
        <w:t>Con el Jefe de Evacuación y los conductores de ambulancia.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4. APOYO LOGÍSTICO / RUNNER</w:t>
      </w:r>
    </w:p>
    <w:p>
      <w:pPr>
        <w:pStyle w:val="Heading3"/>
      </w:pPr>
      <w:r>
        <w:t>FUNCIÓN</w:t>
      </w:r>
    </w:p>
    <w:p>
      <w:pPr>
        <w:pStyle w:val="ListBullet"/>
      </w:pPr>
      <w:r>
        <w:t>Llevar material (kits, fármacos, oxígeno) desde la Unidad de Apoyo Logístico (UAL) hasta las zonas de tratamiento.</w:t>
      </w:r>
    </w:p>
    <w:p>
      <w:pPr>
        <w:pStyle w:val="ListBullet"/>
      </w:pPr>
      <w:r>
        <w:t>Recoger información entre zonas.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5. SEGURIDAD Y ACCESO</w:t>
      </w:r>
    </w:p>
    <w:p>
      <w:pPr>
        <w:pStyle w:val="Heading3"/>
      </w:pPr>
      <w:r>
        <w:t>FUNCIÓN</w:t>
      </w:r>
    </w:p>
    <w:p>
      <w:pPr>
        <w:pStyle w:val="ListBullet"/>
      </w:pPr>
      <w:r>
        <w:t>Asegurar el perímetro.</w:t>
      </w:r>
    </w:p>
    <w:p>
      <w:pPr>
        <w:pStyle w:val="ListBullet"/>
      </w:pPr>
      <w:r>
        <w:t>Controlar accesos.</w:t>
      </w:r>
    </w:p>
    <w:p>
      <w:pPr>
        <w:pStyle w:val="ListBullet"/>
      </w:pPr>
      <w:r>
        <w:t>Garantizar la seguridad de los intervinientes (riesgo de derrumbe, agresor activo, etc.).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**El rol te lo asigna el mando.** No asumas roles por cuenta propia.</w:t>
      </w:r>
    </w:p>
    <w:p>
      <w:pPr>
        <w:pStyle w:val="ListBullet"/>
      </w:pPr>
      <w:r>
        <w:t>**Tu flexibilidad es tu mayor valor.** Conocer todas las funciones te permite adaptarte.</w:t>
      </w:r>
    </w:p>
    <w:p>
      <w:pPr>
        <w:pStyle w:val="ListBullet"/>
      </w:pPr>
      <w:r>
        <w:t>**Comunicar constantemente.** Reporta al mando y coordina con otros equipos.</w:t>
      </w:r>
    </w:p>
    <w:p>
      <w:pPr>
        <w:pStyle w:val="ListBullet"/>
      </w:pPr>
      <w:r>
        <w:t>**Seguir órdenes del mando.** La cadena de mando es crítica en TMV.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7.5 – Re-Triage y Evacuación</w:t>
      </w:r>
    </w:p>
    <w:p>
      <w:pPr>
        <w:pStyle w:val="Heading1"/>
      </w:pPr>
      <w:r>
        <w:t>7.5 – Re-Triage y Evacuación</w:t>
      </w:r>
    </w:p>
    <w:p>
      <w:pPr>
        <w:pStyle w:val="Heading2"/>
      </w:pPr>
      <w:r>
        <w:t>Manual TES Digital – Control Dinámico y Transporte Eficiente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Realizar re-triage periódico para detectar cambios en el estado de las víctimas y organizar la evacuación de forma eficiente, asegurando que cada víctima llegue al hospital adecuado con la prioridad correcta y la información necesaria.</w:t>
      </w:r>
    </w:p>
    <w:p>
      <w:r>
        <w:t>**Características:**</w:t>
      </w:r>
    </w:p>
    <w:p>
      <w:pPr>
        <w:pStyle w:val="ListBullet"/>
      </w:pPr>
      <w:r>
        <w:t>✅ Re-triage periódico (control dinámico)</w:t>
      </w:r>
    </w:p>
    <w:p>
      <w:pPr>
        <w:pStyle w:val="ListBullet"/>
      </w:pPr>
      <w:r>
        <w:t>✅ Organización de evacuación</w:t>
      </w:r>
    </w:p>
    <w:p>
      <w:pPr>
        <w:pStyle w:val="ListBullet"/>
      </w:pPr>
      <w:r>
        <w:t>✅ Distribución hospitalaria (dispersión)</w:t>
      </w:r>
    </w:p>
    <w:p>
      <w:pPr>
        <w:pStyle w:val="ListBullet"/>
      </w:pPr>
      <w:r>
        <w:t>✅ Información de evacuación</w:t>
      </w:r>
    </w:p>
    <w:p>
      <w:pPr>
        <w:pStyle w:val="ListBullet"/>
      </w:pPr>
      <w:r>
        <w:t>❌ NO decisiones de destino hospitalario (coordinación con 112/COS)</w:t>
      </w:r>
    </w:p>
    <w:p>
      <w:pPr>
        <w:pStyle w:val="ListBullet"/>
      </w:pPr>
      <w:r>
        <w:t>❌ NO tratamiento durante evacuación (solo estabilización)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TMV/IMV en curso con víctimas clasificadas</w:t>
      </w:r>
    </w:p>
    <w:p>
      <w:pPr>
        <w:pStyle w:val="ListBullet"/>
      </w:pPr>
      <w:r>
        <w:t>Necesidad de detectar cambios en estado de víctimas</w:t>
      </w:r>
    </w:p>
    <w:p>
      <w:pPr>
        <w:pStyle w:val="ListBullet"/>
      </w:pPr>
      <w:r>
        <w:t>Organización de evacuación</w:t>
      </w:r>
    </w:p>
    <w:p>
      <w:pPr>
        <w:pStyle w:val="ListBullet"/>
      </w:pPr>
      <w:r>
        <w:t>Distribución de víctimas a diferentes hospitales</w:t>
      </w:r>
    </w:p>
    <w:p>
      <w:r>
        <w:t>**Criterios de activación:**</w:t>
      </w:r>
    </w:p>
    <w:p>
      <w:pPr>
        <w:pStyle w:val="ListBullet"/>
      </w:pPr>
      <w:r>
        <w:t>Víctimas ya clasificadas mediante START</w:t>
      </w:r>
    </w:p>
    <w:p>
      <w:pPr>
        <w:pStyle w:val="ListBullet"/>
      </w:pPr>
      <w:r>
        <w:t>Tiempo transcurrido desde triage inicial (15-30 minutos)</w:t>
      </w:r>
    </w:p>
    <w:p>
      <w:pPr>
        <w:pStyle w:val="ListBullet"/>
      </w:pPr>
      <w:r>
        <w:t>Antes de cada evacuación</w:t>
      </w:r>
    </w:p>
    <w:p>
      <w:pPr>
        <w:pStyle w:val="ListBullet"/>
      </w:pPr>
      <w:r>
        <w:t>Necesidad de organizar transporte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7.2 (Método START) - Técnica de triage inicial</w:t>
      </w:r>
    </w:p>
    <w:p>
      <w:pPr>
        <w:pStyle w:val="ListBullet"/>
      </w:pPr>
      <w:r>
        <w:t>7.3 (Etiquetado y Zonificación) - Sistema de clasificación</w:t>
      </w:r>
    </w:p>
    <w:p>
      <w:pPr>
        <w:pStyle w:val="ListBullet"/>
      </w:pPr>
      <w:r>
        <w:t>7.4 (Roles y Funciones) - Función de gestor de evacuación</w:t>
      </w:r>
    </w:p>
    <w:p>
      <w:r>
        <w:t>**Capítulos relacionados:**</w:t>
      </w:r>
    </w:p>
    <w:p>
      <w:pPr>
        <w:pStyle w:val="ListBullet"/>
      </w:pPr>
      <w:r>
        <w:t>7.2 (Método START) - Reaplicación del algoritmo</w:t>
      </w:r>
    </w:p>
    <w:p>
      <w:pPr>
        <w:pStyle w:val="ListBullet"/>
      </w:pPr>
      <w:r>
        <w:t>7.3 (Etiquetado y Zonificación) - Cambio de etiquetas</w:t>
      </w:r>
    </w:p>
    <w:p>
      <w:pPr>
        <w:pStyle w:val="ListBullet"/>
      </w:pPr>
      <w:r>
        <w:t>8.5 (Transferencia al Hospital) - Continuidad asistencial</w:t>
      </w:r>
    </w:p>
    <w:p>
      <w:r>
        <w:t>**Capítulos siguientes:**</w:t>
      </w:r>
    </w:p>
    <w:p>
      <w:pPr>
        <w:pStyle w:val="ListBullet"/>
      </w:pPr>
      <w:r>
        <w:t>7.6 (Consideraciones Especiales) - Triage pediátrico, ambientes hostiles</w:t>
      </w:r>
    </w:p>
    <w:p>
      <w:pPr>
        <w:pStyle w:val="ListBullet"/>
      </w:pPr>
      <w:r>
        <w:t>8.5 (Transferencia al Hospital)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**Re-Triage (Control Dinámico)**</w:t>
      </w:r>
    </w:p>
    <w:p>
      <w:pPr>
        <w:pStyle w:val="ListBullet"/>
      </w:pPr>
      <w:r>
        <w:t>Cuándo realizar</w:t>
      </w:r>
    </w:p>
    <w:p>
      <w:pPr>
        <w:pStyle w:val="ListBullet"/>
      </w:pPr>
      <w:r>
        <w:t>Quién realiza</w:t>
      </w:r>
    </w:p>
    <w:p>
      <w:pPr>
        <w:pStyle w:val="ListBullet"/>
      </w:pPr>
      <w:r>
        <w:t>Objetivo: Detectar deterioros o mejorías</w:t>
      </w:r>
    </w:p>
    <w:p>
      <w:pPr>
        <w:pStyle w:val="ListNumber"/>
      </w:pPr>
      <w:r>
        <w:t>**Evacuación (Transporte)**</w:t>
      </w:r>
    </w:p>
    <w:p>
      <w:pPr>
        <w:pStyle w:val="ListBullet"/>
      </w:pPr>
      <w:r>
        <w:t>Principio: "Una víctima bien evacuada"</w:t>
      </w:r>
    </w:p>
    <w:p>
      <w:pPr>
        <w:pStyle w:val="ListBullet"/>
      </w:pPr>
      <w:r>
        <w:t>Nunca se evacúa "vacío"</w:t>
      </w:r>
    </w:p>
    <w:p>
      <w:pPr>
        <w:pStyle w:val="ListBullet"/>
      </w:pPr>
      <w:r>
        <w:t>Distribución hospitalaria (dispersión)</w:t>
      </w:r>
    </w:p>
    <w:p>
      <w:pPr>
        <w:pStyle w:val="ListBullet"/>
      </w:pPr>
      <w:r>
        <w:t>Información de evacuación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**¿Cuándo re-triage?** (Cada 15-30 min, antes de evacuación)</w:t>
      </w:r>
    </w:p>
    <w:p>
      <w:pPr>
        <w:pStyle w:val="ListBullet"/>
      </w:pPr>
      <w:r>
        <w:t>**¿Deterioro detectado?** (Cambiar etiqueta si cambia prioridad)</w:t>
      </w:r>
    </w:p>
    <w:p>
      <w:pPr>
        <w:pStyle w:val="ListBullet"/>
      </w:pPr>
      <w:r>
        <w:t>**¿Mejora detectada?** (Cambiar etiqueta si cambia prioridad)</w:t>
      </w:r>
    </w:p>
    <w:p>
      <w:pPr>
        <w:pStyle w:val="ListBullet"/>
      </w:pPr>
      <w:r>
        <w:t>**¿Orden de evacuación?** (ROJO → AMARILLO → VERDE)</w:t>
      </w:r>
    </w:p>
    <w:p>
      <w:pPr>
        <w:pStyle w:val="ListBullet"/>
      </w:pPr>
      <w:r>
        <w:t>**¿Hospital adecuado?** (Coordinación con 112/COS)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**No realizar re-triage periódico**</w:t>
            </w:r>
          </w:p>
        </w:tc>
        <w:tc>
          <w:tcPr>
            <w:tcW w:type="dxa" w:w="2880"/>
          </w:tcPr>
          <w:p>
            <w:r>
              <w:t>Deterioros no detectados, víctimas mueren esperando</w:t>
            </w:r>
          </w:p>
        </w:tc>
        <w:tc>
          <w:tcPr>
            <w:tcW w:type="dxa" w:w="2880"/>
          </w:tcPr>
          <w:p>
            <w:r>
              <w:t>Establecer turnos de re-triage explícitos (cada 15-30 min)</w:t>
            </w:r>
          </w:p>
        </w:tc>
      </w:tr>
      <w:tr>
        <w:tc>
          <w:tcPr>
            <w:tcW w:type="dxa" w:w="2880"/>
          </w:tcPr>
          <w:p>
            <w:r>
              <w:t>**Asumir que clasificación es para siempre**</w:t>
            </w:r>
          </w:p>
        </w:tc>
        <w:tc>
          <w:tcPr>
            <w:tcW w:type="dxa" w:w="2880"/>
          </w:tcPr>
          <w:p>
            <w:r>
              <w:t>No detectar cambios, priorización incorrecta</w:t>
            </w:r>
          </w:p>
        </w:tc>
        <w:tc>
          <w:tcPr>
            <w:tcW w:type="dxa" w:w="2880"/>
          </w:tcPr>
          <w:p>
            <w:r>
              <w:t>Re-triage SIEMPRE antes de evacuación. Cambiar etiqueta si cambia prioridad</w:t>
            </w:r>
          </w:p>
        </w:tc>
      </w:tr>
      <w:tr>
        <w:tc>
          <w:tcPr>
            <w:tcW w:type="dxa" w:w="2880"/>
          </w:tcPr>
          <w:p>
            <w:r>
              <w:t>**Evacuar "vacío" (una víctima por ambulancia)**</w:t>
            </w:r>
          </w:p>
        </w:tc>
        <w:tc>
          <w:tcPr>
            <w:tcW w:type="dxa" w:w="2880"/>
          </w:tcPr>
          <w:p>
            <w:r>
              <w:t>Ineficiencia, no se evacúan todas las víctimas</w:t>
            </w:r>
          </w:p>
        </w:tc>
        <w:tc>
          <w:tcPr>
            <w:tcW w:type="dxa" w:w="2880"/>
          </w:tcPr>
          <w:p>
            <w:r>
              <w:t>Llevar máximo de pacientes posibles en cada ambulancia, priorizando Rojos</w:t>
            </w:r>
          </w:p>
        </w:tc>
      </w:tr>
      <w:tr>
        <w:tc>
          <w:tcPr>
            <w:tcW w:type="dxa" w:w="2880"/>
          </w:tcPr>
          <w:p>
            <w:r>
              <w:t>**Saturar el hospital más cercano**</w:t>
            </w:r>
          </w:p>
        </w:tc>
        <w:tc>
          <w:tcPr>
            <w:tcW w:type="dxa" w:w="2880"/>
          </w:tcPr>
          <w:p>
            <w:r>
              <w:t>Colapso del hospital, atención inadecuada</w:t>
            </w:r>
          </w:p>
        </w:tc>
        <w:tc>
          <w:tcPr>
            <w:tcW w:type="dxa" w:w="2880"/>
          </w:tcPr>
          <w:p>
            <w:r>
              <w:t>Distribución hospitalaria (dispersión). Coordinar con 112/COS</w:t>
            </w:r>
          </w:p>
        </w:tc>
      </w:tr>
      <w:tr>
        <w:tc>
          <w:tcPr>
            <w:tcW w:type="dxa" w:w="2880"/>
          </w:tcPr>
          <w:p>
            <w:r>
              <w:t>**No llevar información de evacuación**</w:t>
            </w:r>
          </w:p>
        </w:tc>
        <w:tc>
          <w:tcPr>
            <w:tcW w:type="dxa" w:w="2880"/>
          </w:tcPr>
          <w:p>
            <w:r>
              <w:t>Pérdida de información crítica, continuidad asistencial comprometida</w:t>
            </w:r>
          </w:p>
        </w:tc>
        <w:tc>
          <w:tcPr>
            <w:tcW w:type="dxa" w:w="2880"/>
          </w:tcPr>
          <w:p>
            <w:r>
              <w:t>Tarjeta de evacuación mínima: Identificación, triage, lesiones, tratamiento, hora de salida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Re-triage realizado periódicamente (cada 15-30 min)</w:t>
      </w:r>
    </w:p>
    <w:p>
      <w:pPr>
        <w:pStyle w:val="ListBullet"/>
      </w:pPr>
      <w:r>
        <w:t>✅ Re-triage realizado antes de cada evacuación</w:t>
      </w:r>
    </w:p>
    <w:p>
      <w:pPr>
        <w:pStyle w:val="ListBullet"/>
      </w:pPr>
      <w:r>
        <w:t>✅ Cambios de prioridad detectados y etiquetas actualizadas</w:t>
      </w:r>
    </w:p>
    <w:p>
      <w:pPr>
        <w:pStyle w:val="ListBullet"/>
      </w:pPr>
      <w:r>
        <w:t>✅ Evacuación organizada por prioridad (ROJO → AMARILLO → VERDE)</w:t>
      </w:r>
    </w:p>
    <w:p>
      <w:pPr>
        <w:pStyle w:val="ListBullet"/>
      </w:pPr>
      <w:r>
        <w:t>✅ Máximo de pacientes por ambulancia (no evacuar "vacío")</w:t>
      </w:r>
    </w:p>
    <w:p>
      <w:pPr>
        <w:pStyle w:val="ListBullet"/>
      </w:pPr>
      <w:r>
        <w:t>✅ Distribución hospitalaria realizada (no saturar un solo hospital)</w:t>
      </w:r>
    </w:p>
    <w:p>
      <w:pPr>
        <w:pStyle w:val="ListBullet"/>
      </w:pPr>
      <w:r>
        <w:t>✅ Información de evacuación completa enviada con cada paciente</w:t>
      </w:r>
    </w:p>
    <w:p>
      <w:r>
        <w:t>**Señales de Alerta:**</w:t>
      </w:r>
    </w:p>
    <w:p>
      <w:pPr>
        <w:pStyle w:val="ListBullet"/>
      </w:pPr>
      <w:r>
        <w:t>❌ No realizar re-triage → Deterioros no detectados</w:t>
      </w:r>
    </w:p>
    <w:p>
      <w:pPr>
        <w:pStyle w:val="ListBullet"/>
      </w:pPr>
      <w:r>
        <w:t>❌ Evacuar "vacío" → Ineficiencia</w:t>
      </w:r>
    </w:p>
    <w:p>
      <w:pPr>
        <w:pStyle w:val="ListBullet"/>
      </w:pPr>
      <w:r>
        <w:t>❌ Saturar hospital más cercano → Colapso del sistema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7.2 (Método START) - Técnica de triage inicial</w:t>
      </w:r>
    </w:p>
    <w:p>
      <w:pPr>
        <w:pStyle w:val="ListBullet"/>
      </w:pPr>
      <w:r>
        <w:t>7.3 (Etiquetado y Zonificación) - Sistema de clasificación</w:t>
      </w:r>
    </w:p>
    <w:p>
      <w:pPr>
        <w:pStyle w:val="ListBullet"/>
      </w:pPr>
      <w:r>
        <w:t>7.4 (Roles y Funciones) - Función de gestor de evacuación</w:t>
      </w:r>
    </w:p>
    <w:p>
      <w:r>
        <w:t>**Capítulos Relacionados (Consultar junto):**</w:t>
      </w:r>
    </w:p>
    <w:p>
      <w:pPr>
        <w:pStyle w:val="ListBullet"/>
      </w:pPr>
      <w:r>
        <w:t>7.2 (Método START) - Reaplicación del algoritmo</w:t>
      </w:r>
    </w:p>
    <w:p>
      <w:pPr>
        <w:pStyle w:val="ListBullet"/>
      </w:pPr>
      <w:r>
        <w:t>7.3 (Etiquetado y Zonificación) - Cambio de etiquetas</w:t>
      </w:r>
    </w:p>
    <w:p>
      <w:pPr>
        <w:pStyle w:val="ListBullet"/>
      </w:pPr>
      <w:r>
        <w:t>8.5 (Transferencia al Hospital) - Continuidad asistencial</w:t>
      </w:r>
    </w:p>
    <w:p>
      <w:r>
        <w:t>**Capítulos Siguientes (Leer después):**</w:t>
      </w:r>
    </w:p>
    <w:p>
      <w:pPr>
        <w:pStyle w:val="ListBullet"/>
      </w:pPr>
      <w:r>
        <w:t>7.6 (Consideraciones Especiales) - Triage pediátrico, ambientes hostiles</w:t>
      </w:r>
    </w:p>
    <w:p>
      <w:pPr>
        <w:pStyle w:val="ListBullet"/>
      </w:pPr>
      <w:r>
        <w:t>8.5 (Transferencia al Hospital)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RE-TRIAGE (CONTROL DINÁMICO)</w:t>
      </w:r>
    </w:p>
    <w:p>
      <w:pPr>
        <w:pStyle w:val="Heading3"/>
      </w:pPr>
      <w:r>
        <w:t>EL TRIAGE NO ES UNA FOTO, ES UNA PELÍCULA</w:t>
      </w:r>
    </w:p>
    <w:p>
      <w:r>
        <w:t>Los pacientes pueden **empeorar** (o mejorar). El triage inicial es solo el punto de partida.</w:t>
      </w:r>
    </w:p>
    <w:p>
      <w:pPr>
        <w:pStyle w:val="Heading3"/>
      </w:pPr>
      <w:r>
        <w:t>CUÁNDO</w:t>
      </w:r>
    </w:p>
    <w:p>
      <w:pPr>
        <w:pStyle w:val="ListBullet"/>
      </w:pPr>
      <w:r>
        <w:t>De forma **periódica** (cada 15-30 min).</w:t>
      </w:r>
    </w:p>
    <w:p>
      <w:pPr>
        <w:pStyle w:val="ListBullet"/>
      </w:pPr>
      <w:r>
        <w:t>**Siempre antes de la evacuación**.</w:t>
      </w:r>
    </w:p>
    <w:p>
      <w:pPr>
        <w:pStyle w:val="Heading3"/>
      </w:pPr>
      <w:r>
        <w:t>QUIÉN</w:t>
      </w:r>
    </w:p>
    <w:p>
      <w:pPr>
        <w:pStyle w:val="ListBullet"/>
      </w:pPr>
      <w:r>
        <w:t>Un triagista o personal designado recorre las zonas (especialmente Amarilla y Verde) re-evaluando.</w:t>
      </w:r>
    </w:p>
    <w:p>
      <w:pPr>
        <w:pStyle w:val="Heading3"/>
      </w:pPr>
      <w:r>
        <w:t>OBJETIVO</w:t>
      </w:r>
    </w:p>
    <w:p>
      <w:pPr>
        <w:pStyle w:val="ListBullet"/>
      </w:pPr>
      <w:r>
        <w:t>Detectar **deterioros** (un Amarillo que pasa a Rojo).</w:t>
      </w:r>
    </w:p>
    <w:p>
      <w:pPr>
        <w:pStyle w:val="ListBullet"/>
      </w:pPr>
      <w:r>
        <w:t>Detectar **mejorías** (un Rojo que se estabiliza y pasa a Amarillo).</w:t>
      </w:r>
    </w:p>
    <w:p>
      <w:pPr>
        <w:pStyle w:val="ListBullet"/>
      </w:pPr>
      <w:r>
        <w:t>**Cambiar la etiqueta SIEMPRE** que cambie la prioridad.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EVACUACIÓN (TRANSPORTE)</w:t>
      </w:r>
    </w:p>
    <w:p>
      <w:pPr>
        <w:pStyle w:val="Heading3"/>
      </w:pPr>
      <w:r>
        <w:t>PRINCIPIO</w:t>
      </w:r>
    </w:p>
    <w:p>
      <w:r>
        <w:t>**"Una víctima bien evacuada es la que llega al hospital adecuado, con la prioridad correcta y con la información necesaria."**</w:t>
      </w:r>
    </w:p>
    <w:p>
      <w:pPr>
        <w:pStyle w:val="Heading3"/>
      </w:pPr>
      <w:r>
        <w:t>NUNCA SE EVACÚA "VACÍO"</w:t>
      </w:r>
    </w:p>
    <w:p>
      <w:pPr>
        <w:pStyle w:val="ListBullet"/>
      </w:pPr>
      <w:r>
        <w:t>Se debe llevar el **máximo de pacientes posibles** en cada ambulancia, priorizando Rojos.</w:t>
      </w:r>
    </w:p>
    <w:p>
      <w:pPr>
        <w:pStyle w:val="ListBullet"/>
      </w:pPr>
      <w:r>
        <w:t>Eficiencia en el uso de recursos de transporte.</w:t>
      </w:r>
    </w:p>
    <w:p>
      <w:pPr>
        <w:pStyle w:val="Heading3"/>
      </w:pPr>
      <w:r>
        <w:t>DISTRIBUCIÓN HOSPITALARIA (DISPERSIÓN)</w:t>
      </w:r>
    </w:p>
    <w:p>
      <w:pPr>
        <w:pStyle w:val="ListBullet"/>
      </w:pPr>
      <w:r>
        <w:t>**No saturar el hospital más cercano.**</w:t>
      </w:r>
    </w:p>
    <w:p>
      <w:pPr>
        <w:pStyle w:val="ListBullet"/>
      </w:pPr>
      <w:r>
        <w:t>El Director de Evacuación coordina con la Sala de Coordinación (112/COS) para enviar pacientes a varios centros según:</w:t>
      </w:r>
    </w:p>
    <w:p>
      <w:pPr>
        <w:pStyle w:val="ListBullet"/>
      </w:pPr>
      <w:r>
        <w:t>Su capacidad.</w:t>
      </w:r>
    </w:p>
    <w:p>
      <w:pPr>
        <w:pStyle w:val="ListBullet"/>
      </w:pPr>
      <w:r>
        <w:t>Su especialidad (trauma, quemados, pediatría).</w:t>
      </w:r>
    </w:p>
    <w:p>
      <w:pPr>
        <w:pStyle w:val="Heading3"/>
      </w:pPr>
      <w:r>
        <w:t>INFORMACIÓN DE EVACUACIÓN</w:t>
      </w:r>
    </w:p>
    <w:p>
      <w:r>
        <w:t>Una tarjeta de evacuación mínima que viaja con el paciente:</w:t>
      </w:r>
    </w:p>
    <w:p>
      <w:pPr>
        <w:pStyle w:val="ListBullet"/>
      </w:pPr>
      <w:r>
        <w:t>**Identificación.**</w:t>
      </w:r>
    </w:p>
    <w:p>
      <w:pPr>
        <w:pStyle w:val="ListBullet"/>
      </w:pPr>
      <w:r>
        <w:t>**Triage** (prioridad actual).</w:t>
      </w:r>
    </w:p>
    <w:p>
      <w:pPr>
        <w:pStyle w:val="ListBullet"/>
      </w:pPr>
      <w:r>
        <w:t>**Lesiones.**</w:t>
      </w:r>
    </w:p>
    <w:p>
      <w:pPr>
        <w:pStyle w:val="ListBullet"/>
      </w:pPr>
      <w:r>
        <w:t>**Tratamiento dado.**</w:t>
      </w:r>
    </w:p>
    <w:p>
      <w:pPr>
        <w:pStyle w:val="ListBullet"/>
      </w:pPr>
      <w:r>
        <w:t>**Hora de salida.**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**El triage no es para siempre.** Re-triage periódico y antes de cada evacuación.</w:t>
      </w:r>
    </w:p>
    <w:p>
      <w:pPr>
        <w:pStyle w:val="ListBullet"/>
      </w:pPr>
      <w:r>
        <w:t>**Cambiar etiqueta SIEMPRE que cambie la prioridad.** Un Amarillo que pasa a Rojo debe ser re-etiquetado inmediatamente.</w:t>
      </w:r>
    </w:p>
    <w:p>
      <w:pPr>
        <w:pStyle w:val="ListBullet"/>
      </w:pPr>
      <w:r>
        <w:t>**Nunca evacuar "vacío".** Llevar máximo de pacientes posibles, priorizando Rojos.</w:t>
      </w:r>
    </w:p>
    <w:p>
      <w:pPr>
        <w:pStyle w:val="ListBullet"/>
      </w:pPr>
      <w:r>
        <w:t>**Distribución hospitalaria es crítica.** No saturar un solo hospital. Coordinar con 112/COS.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7.6 – Consideraciones Especiales en TMV</w:t>
      </w:r>
    </w:p>
    <w:p>
      <w:pPr>
        <w:pStyle w:val="Heading1"/>
      </w:pPr>
      <w:r>
        <w:t>7.6 – Consideraciones Especiales en TMV</w:t>
      </w:r>
    </w:p>
    <w:p>
      <w:pPr>
        <w:pStyle w:val="Heading2"/>
      </w:pPr>
      <w:r>
        <w:t>Manual TES Digital – Triage Pediátrico, Ambientes Hostiles y Triage Inverso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Aplicar consideraciones especiales en situaciones específicas de TMV: triage pediátrico (JumpSTART), ambientes hostiles (tirador activo, amenaza química) y triage inverso (desastres con recursos muy limitados).</w:t>
      </w:r>
    </w:p>
    <w:p>
      <w:r>
        <w:t>**Características:**</w:t>
      </w:r>
    </w:p>
    <w:p>
      <w:pPr>
        <w:pStyle w:val="ListBullet"/>
      </w:pPr>
      <w:r>
        <w:t>✅ Triage pediátrico (JumpSTART)</w:t>
      </w:r>
    </w:p>
    <w:p>
      <w:pPr>
        <w:pStyle w:val="ListBullet"/>
      </w:pPr>
      <w:r>
        <w:t>✅ Triage en ambientes hostiles</w:t>
      </w:r>
    </w:p>
    <w:p>
      <w:pPr>
        <w:pStyle w:val="ListBullet"/>
      </w:pPr>
      <w:r>
        <w:t>✅ Triage inverso (desastres)</w:t>
      </w:r>
    </w:p>
    <w:p>
      <w:pPr>
        <w:pStyle w:val="ListBullet"/>
      </w:pPr>
      <w:r>
        <w:t>❌ NO métodos estándar (ver 7.2 para START estándar)</w:t>
      </w:r>
    </w:p>
    <w:p>
      <w:pPr>
        <w:pStyle w:val="ListBullet"/>
      </w:pPr>
      <w:r>
        <w:t>❌ NO decisiones de seguridad (criterio de fuerzas de seguridad)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TMV/IMV con víctimas pediátricas (&lt;8 años)</w:t>
      </w:r>
    </w:p>
    <w:p>
      <w:pPr>
        <w:pStyle w:val="ListBullet"/>
      </w:pPr>
      <w:r>
        <w:t>Ambientes hostiles (tirador activo, amenaza química/biológica/radiológica)</w:t>
      </w:r>
    </w:p>
    <w:p>
      <w:pPr>
        <w:pStyle w:val="ListBullet"/>
      </w:pPr>
      <w:r>
        <w:t>Desastres con recursos muy limitados (triaje inverso)</w:t>
      </w:r>
    </w:p>
    <w:p>
      <w:r>
        <w:t>**Criterios de activación:**</w:t>
      </w:r>
    </w:p>
    <w:p>
      <w:pPr>
        <w:pStyle w:val="ListBullet"/>
      </w:pPr>
      <w:r>
        <w:t>Presencia de víctimas pediátricas en TMV</w:t>
      </w:r>
    </w:p>
    <w:p>
      <w:pPr>
        <w:pStyle w:val="ListBullet"/>
      </w:pPr>
      <w:r>
        <w:t>Escena no segura (tirador activo, amenaza química)</w:t>
      </w:r>
    </w:p>
    <w:p>
      <w:pPr>
        <w:pStyle w:val="ListBullet"/>
      </w:pPr>
      <w:r>
        <w:t>Recursos extremadamente limitados (catástrofe, aislamiento total)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7.2 (Método START) - Triage estándar para adultos</w:t>
      </w:r>
    </w:p>
    <w:p>
      <w:pPr>
        <w:pStyle w:val="ListBullet"/>
      </w:pPr>
      <w:r>
        <w:t>7.1 (Fundamentos del Triage) - Contexto conceptual</w:t>
      </w:r>
    </w:p>
    <w:p>
      <w:pPr>
        <w:pStyle w:val="ListBullet"/>
      </w:pPr>
      <w:r>
        <w:t>2.2-2.3 (RCP Pediátrica/Lactantes) - Fisiología pediátrica</w:t>
      </w:r>
    </w:p>
    <w:p>
      <w:r>
        <w:t>**Capítulos relacionados:**</w:t>
      </w:r>
    </w:p>
    <w:p>
      <w:pPr>
        <w:pStyle w:val="ListBullet"/>
      </w:pPr>
      <w:r>
        <w:t>7.2 (Método START) - Método estándar (adultos)</w:t>
      </w:r>
    </w:p>
    <w:p>
      <w:pPr>
        <w:pStyle w:val="ListBullet"/>
      </w:pPr>
      <w:r>
        <w:t>2.2-2.3 (RCP Pediátrica/Lactantes) - Fisiología pediátrica</w:t>
      </w:r>
    </w:p>
    <w:p>
      <w:pPr>
        <w:pStyle w:val="ListBullet"/>
      </w:pPr>
      <w:r>
        <w:t>14.0 (Seguridad Personal) - Autoprotección</w:t>
      </w:r>
    </w:p>
    <w:p>
      <w:r>
        <w:t>**Capítulos siguientes:**</w:t>
      </w:r>
    </w:p>
    <w:p>
      <w:pPr>
        <w:pStyle w:val="ListBullet"/>
      </w:pPr>
      <w:r>
        <w:t>7.7 (Puntos Clave y Errores) - Aplicación práctica</w:t>
      </w:r>
    </w:p>
    <w:p>
      <w:pPr>
        <w:pStyle w:val="ListBullet"/>
      </w:pPr>
      <w:r>
        <w:t>8.5 (Transferencia al Hospital)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**Triage Pediátrico (JumpSTART)**</w:t>
      </w:r>
    </w:p>
    <w:p>
      <w:pPr>
        <w:pStyle w:val="ListBullet"/>
      </w:pPr>
      <w:r>
        <w:t>Método modificado para &lt;8 años</w:t>
      </w:r>
    </w:p>
    <w:p>
      <w:pPr>
        <w:pStyle w:val="ListBullet"/>
      </w:pPr>
      <w:r>
        <w:t>Diferencias con START estándar</w:t>
      </w:r>
    </w:p>
    <w:p>
      <w:pPr>
        <w:pStyle w:val="ListBullet"/>
      </w:pPr>
      <w:r>
        <w:t>Fisiología pediátrica</w:t>
      </w:r>
    </w:p>
    <w:p>
      <w:pPr>
        <w:pStyle w:val="ListNumber"/>
      </w:pPr>
      <w:r>
        <w:t>**Triage en Ambientes Hostiles**</w:t>
      </w:r>
    </w:p>
    <w:p>
      <w:pPr>
        <w:pStyle w:val="ListBullet"/>
      </w:pPr>
      <w:r>
        <w:t>Tirador activo</w:t>
      </w:r>
    </w:p>
    <w:p>
      <w:pPr>
        <w:pStyle w:val="ListBullet"/>
      </w:pPr>
      <w:r>
        <w:t>Amenaza química/biológica/radiológica</w:t>
      </w:r>
    </w:p>
    <w:p>
      <w:pPr>
        <w:pStyle w:val="ListBullet"/>
      </w:pPr>
      <w:r>
        <w:t>Principio: SEGURIDAD &gt; ACCESO &gt; TRIAGE &gt; TRATAMIENTO</w:t>
      </w:r>
    </w:p>
    <w:p>
      <w:pPr>
        <w:pStyle w:val="ListNumber"/>
      </w:pPr>
      <w:r>
        <w:t>**Triage Inverso (Desastres)**</w:t>
      </w:r>
    </w:p>
    <w:p>
      <w:pPr>
        <w:pStyle w:val="ListBullet"/>
      </w:pPr>
      <w:r>
        <w:t>Recursos muy limitados</w:t>
      </w:r>
    </w:p>
    <w:p>
      <w:pPr>
        <w:pStyle w:val="ListBullet"/>
      </w:pPr>
      <w:r>
        <w:t>Priorización de Amarillos sobre Rojos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**¿Víctima pediátrica?** (&lt;8 años o apariencia pediátrica) → Usar JumpSTART</w:t>
      </w:r>
    </w:p>
    <w:p>
      <w:pPr>
        <w:pStyle w:val="ListBullet"/>
      </w:pPr>
      <w:r>
        <w:t>**¿Escena segura?** → Si no, no entrar hasta que sea declarada segura</w:t>
      </w:r>
    </w:p>
    <w:p>
      <w:pPr>
        <w:pStyle w:val="ListBullet"/>
      </w:pPr>
      <w:r>
        <w:t>**¿Recursos muy limitados?** → Considerar triage inverso</w:t>
      </w:r>
    </w:p>
    <w:p>
      <w:pPr>
        <w:pStyle w:val="ListBullet"/>
      </w:pPr>
      <w:r>
        <w:t>**¿Evacuación en caliente?** → Solo sacar de zona de peligro, no tratar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**Usar START estándar en víctimas pediátricas**</w:t>
            </w:r>
          </w:p>
        </w:tc>
        <w:tc>
          <w:tcPr>
            <w:tcW w:type="dxa" w:w="2880"/>
          </w:tcPr>
          <w:p>
            <w:r>
              <w:t>Clasificación incorrecta, fisiología diferente no considerada</w:t>
            </w:r>
          </w:p>
        </w:tc>
        <w:tc>
          <w:tcPr>
            <w:tcW w:type="dxa" w:w="2880"/>
          </w:tcPr>
          <w:p>
            <w:r>
              <w:t>Usar JumpSTART para &lt;8 años o apariencia pediátrica</w:t>
            </w:r>
          </w:p>
        </w:tc>
      </w:tr>
      <w:tr>
        <w:tc>
          <w:tcPr>
            <w:tcW w:type="dxa" w:w="2880"/>
          </w:tcPr>
          <w:p>
            <w:r>
              <w:t>**Entrar en escena no segura**</w:t>
            </w:r>
          </w:p>
        </w:tc>
        <w:tc>
          <w:tcPr>
            <w:tcW w:type="dxa" w:w="2880"/>
          </w:tcPr>
          <w:p>
            <w:r>
              <w:t>Riesgo para intervinientes, más víctimas</w:t>
            </w:r>
          </w:p>
        </w:tc>
        <w:tc>
          <w:tcPr>
            <w:tcW w:type="dxa" w:w="2880"/>
          </w:tcPr>
          <w:p>
            <w:r>
              <w:t>NO entrar hasta que escena sea declarada segura por fuerzas de seguridad</w:t>
            </w:r>
          </w:p>
        </w:tc>
      </w:tr>
      <w:tr>
        <w:tc>
          <w:tcPr>
            <w:tcW w:type="dxa" w:w="2880"/>
          </w:tcPr>
          <w:p>
            <w:r>
              <w:t>**Tratar víctimas en zona de peligro (tirador activo)**</w:t>
            </w:r>
          </w:p>
        </w:tc>
        <w:tc>
          <w:tcPr>
            <w:tcW w:type="dxa" w:w="2880"/>
          </w:tcPr>
          <w:p>
            <w:r>
              <w:t>Riesgo para intervinientes, más víctimas</w:t>
            </w:r>
          </w:p>
        </w:tc>
        <w:tc>
          <w:tcPr>
            <w:tcW w:type="dxa" w:w="2880"/>
          </w:tcPr>
          <w:p>
            <w:r>
              <w:t>Evacuación en caliente: solo sacar de zona de peligro, no tratar</w:t>
            </w:r>
          </w:p>
        </w:tc>
      </w:tr>
      <w:tr>
        <w:tc>
          <w:tcPr>
            <w:tcW w:type="dxa" w:w="2880"/>
          </w:tcPr>
          <w:p>
            <w:r>
              <w:t>**No aplicar triage inverso cuando recursos son muy limitados**</w:t>
            </w:r>
          </w:p>
        </w:tc>
        <w:tc>
          <w:tcPr>
            <w:tcW w:type="dxa" w:w="2880"/>
          </w:tcPr>
          <w:p>
            <w:r>
              <w:t>Recursos consumidos sin salvar vidas</w:t>
            </w:r>
          </w:p>
        </w:tc>
        <w:tc>
          <w:tcPr>
            <w:tcW w:type="dxa" w:w="2880"/>
          </w:tcPr>
          <w:p>
            <w:r>
              <w:t>En desastres con recursos muy limitados, priorizar Amarillos sobre Rojos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JumpSTART aplicado correctamente en víctimas pediátricas</w:t>
      </w:r>
    </w:p>
    <w:p>
      <w:pPr>
        <w:pStyle w:val="ListBullet"/>
      </w:pPr>
      <w:r>
        <w:t>✅ Escena declarada segura antes de entrar</w:t>
      </w:r>
    </w:p>
    <w:p>
      <w:pPr>
        <w:pStyle w:val="ListBullet"/>
      </w:pPr>
      <w:r>
        <w:t>✅ Evacuación en caliente realizada correctamente (solo sacar, no tratar)</w:t>
      </w:r>
    </w:p>
    <w:p>
      <w:pPr>
        <w:pStyle w:val="ListBullet"/>
      </w:pPr>
      <w:r>
        <w:t>✅ Triage inverso aplicado cuando recursos son muy limitados</w:t>
      </w:r>
    </w:p>
    <w:p>
      <w:pPr>
        <w:pStyle w:val="ListBullet"/>
      </w:pPr>
      <w:r>
        <w:t>✅ Autoprotección mantenida en todo momento</w:t>
      </w:r>
    </w:p>
    <w:p>
      <w:r>
        <w:t>**Señales de Alerta:**</w:t>
      </w:r>
    </w:p>
    <w:p>
      <w:pPr>
        <w:pStyle w:val="ListBullet"/>
      </w:pPr>
      <w:r>
        <w:t>❌ Entrar en escena no segura → Riesgo para intervinientes</w:t>
      </w:r>
    </w:p>
    <w:p>
      <w:pPr>
        <w:pStyle w:val="ListBullet"/>
      </w:pPr>
      <w:r>
        <w:t>❌ Tratar en zona de peligro → Más víctimas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7.2 (Método START) - Triage estándar para adultos</w:t>
      </w:r>
    </w:p>
    <w:p>
      <w:pPr>
        <w:pStyle w:val="ListBullet"/>
      </w:pPr>
      <w:r>
        <w:t>7.1 (Fundamentos del Triage) - Contexto conceptual</w:t>
      </w:r>
    </w:p>
    <w:p>
      <w:pPr>
        <w:pStyle w:val="ListBullet"/>
      </w:pPr>
      <w:r>
        <w:t>2.2-2.3 (RCP Pediátrica/Lactantes) - Fisiología pediátrica</w:t>
      </w:r>
    </w:p>
    <w:p>
      <w:r>
        <w:t>**Capítulos Relacionados (Consultar junto):**</w:t>
      </w:r>
    </w:p>
    <w:p>
      <w:pPr>
        <w:pStyle w:val="ListBullet"/>
      </w:pPr>
      <w:r>
        <w:t>7.2 (Método START) - Método estándar (adultos)</w:t>
      </w:r>
    </w:p>
    <w:p>
      <w:pPr>
        <w:pStyle w:val="ListBullet"/>
      </w:pPr>
      <w:r>
        <w:t>2.2-2.3 (RCP Pediátrica/Lactantes) - Fisiología pediátrica</w:t>
      </w:r>
    </w:p>
    <w:p>
      <w:pPr>
        <w:pStyle w:val="ListBullet"/>
      </w:pPr>
      <w:r>
        <w:t>14.0 (Seguridad Personal) - Autoprotección</w:t>
      </w:r>
    </w:p>
    <w:p>
      <w:r>
        <w:t>**Capítulos Siguientes (Leer después):**</w:t>
      </w:r>
    </w:p>
    <w:p>
      <w:pPr>
        <w:pStyle w:val="ListBullet"/>
      </w:pPr>
      <w:r>
        <w:t>7.7 (Puntos Clave y Errores) - Aplicación práctica</w:t>
      </w:r>
    </w:p>
    <w:p>
      <w:pPr>
        <w:pStyle w:val="ListBullet"/>
      </w:pPr>
      <w:r>
        <w:t>8.5 (Transferencia al Hospital)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TRIAGE PEDIÁTRICO (START MODIFICADO - JUMPSTART)</w:t>
      </w:r>
    </w:p>
    <w:p>
      <w:r>
        <w:t>Los niños tienen fisiología diferente. Se usa el método **JumpSTART** (para &lt;8 años o apariencia pediátrica):</w:t>
      </w:r>
    </w:p>
    <w:p>
      <w:pPr>
        <w:pStyle w:val="Heading3"/>
      </w:pPr>
      <w:r>
        <w:t>DEAMBULACIÓN</w:t>
      </w:r>
    </w:p>
    <w:p>
      <w:pPr>
        <w:pStyle w:val="ListBullet"/>
      </w:pPr>
      <w:r>
        <w:t>**Igual.** Los que caminan, Verdes.</w:t>
      </w:r>
    </w:p>
    <w:p>
      <w:pPr>
        <w:pStyle w:val="Heading3"/>
      </w:pPr>
      <w:r>
        <w:t>RESPIRACIÓN</w:t>
      </w:r>
    </w:p>
    <w:p>
      <w:pPr>
        <w:pStyle w:val="ListBullet"/>
      </w:pPr>
      <w:r>
        <w:t>Si está **apneico**, se dan **5 ventilaciones de rescate**.</w:t>
      </w:r>
    </w:p>
    <w:p>
      <w:pPr>
        <w:pStyle w:val="ListBullet"/>
      </w:pPr>
      <w:r>
        <w:t>Si **responde** (empieza a respirar) → **ROJO**.</w:t>
      </w:r>
    </w:p>
    <w:p>
      <w:pPr>
        <w:pStyle w:val="ListBullet"/>
      </w:pPr>
      <w:r>
        <w:t>Si **no responde** → **NEGRO**.</w:t>
      </w:r>
    </w:p>
    <w:p>
      <w:pPr>
        <w:pStyle w:val="Heading3"/>
      </w:pPr>
      <w:r>
        <w:t>FRECUENCIA RESPIRATORIA</w:t>
      </w:r>
    </w:p>
    <w:p>
      <w:pPr>
        <w:pStyle w:val="ListBullet"/>
      </w:pPr>
      <w:r>
        <w:t>Límites diferentes: **&lt;15 o &gt;45 rpm es anormal**.</w:t>
      </w:r>
    </w:p>
    <w:p>
      <w:pPr>
        <w:pStyle w:val="Heading3"/>
      </w:pPr>
      <w:r>
        <w:t>PULSO</w:t>
      </w:r>
    </w:p>
    <w:p>
      <w:pPr>
        <w:pStyle w:val="ListBullet"/>
      </w:pPr>
      <w:r>
        <w:t>Se valora **pulso central** (femoral/braquial).</w:t>
      </w:r>
    </w:p>
    <w:p>
      <w:pPr>
        <w:pStyle w:val="Heading3"/>
      </w:pPr>
      <w:r>
        <w:t>AVPU</w:t>
      </w:r>
    </w:p>
    <w:p>
      <w:pPr>
        <w:pStyle w:val="ListBullet"/>
      </w:pPr>
      <w:r>
        <w:t>**Igual.**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TRIAGE EN AMBIENTES HOSTILES (TIRADOR ACTIVO, AMENAZA QUÍMICA)</w:t>
      </w:r>
    </w:p>
    <w:p>
      <w:pPr>
        <w:pStyle w:val="Heading3"/>
      </w:pPr>
      <w:r>
        <w:t>PRINCIPIO</w:t>
      </w:r>
    </w:p>
    <w:p>
      <w:r>
        <w:t>**SEGURIDAD &gt; ACCESO &gt; TRIAGE &gt; TRATAMIENTO**</w:t>
      </w:r>
    </w:p>
    <w:p>
      <w:pPr>
        <w:pStyle w:val="Heading3"/>
      </w:pPr>
      <w:r>
        <w:t>PROTEGER</w:t>
      </w:r>
    </w:p>
    <w:p>
      <w:pPr>
        <w:pStyle w:val="ListBullet"/>
      </w:pPr>
      <w:r>
        <w:t>**No entrar** hasta que la escena sea declarada segura por las fuerzas de seguridad.</w:t>
      </w:r>
    </w:p>
    <w:p>
      <w:pPr>
        <w:pStyle w:val="Heading3"/>
      </w:pPr>
      <w:r>
        <w:t>EVACUACIÓN EN CALIENTE (HOT ZONE)</w:t>
      </w:r>
    </w:p>
    <w:p>
      <w:pPr>
        <w:pStyle w:val="ListBullet"/>
      </w:pPr>
      <w:r>
        <w:t>En tirador activo, el objetivo es **sacar a las víctimas de la zona de fuego**, no tratarlas allí.</w:t>
      </w:r>
    </w:p>
    <w:p>
      <w:pPr>
        <w:pStyle w:val="ListBullet"/>
      </w:pPr>
      <w:r>
        <w:t>Las fuerzas de seguridad arrastran/llevan a las víctimas a un punto seguro.</w:t>
      </w:r>
    </w:p>
    <w:p>
      <w:pPr>
        <w:pStyle w:val="Heading3"/>
      </w:pPr>
      <w:r>
        <w:t>TRIAGE EN FRÍO (COLD ZONE)</w:t>
      </w:r>
    </w:p>
    <w:p>
      <w:pPr>
        <w:pStyle w:val="ListBullet"/>
      </w:pPr>
      <w:r>
        <w:t>Una vez en lugar seguro, se realiza el triage y tratamiento.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TRIAGE INVERSO (EN DESASTRES CON RECURSOS MUY LIMITADOS)</w:t>
      </w:r>
    </w:p>
    <w:p>
      <w:r>
        <w:t>Se da en catástrofes (terremotos, aislamiento total). El objetivo cambia a **"hacer el mayor bien"**.</w:t>
      </w:r>
    </w:p>
    <w:p>
      <w:pPr>
        <w:pStyle w:val="ListBullet"/>
      </w:pPr>
      <w:r>
        <w:t>Se prioriza a los **Amarillos** (los que con pocos recursos tienen alta probabilidad de sobrevivir).</w:t>
      </w:r>
    </w:p>
    <w:p>
      <w:pPr>
        <w:pStyle w:val="ListBullet"/>
      </w:pPr>
      <w:r>
        <w:t>Se posponen a los **Rojos** que consumirían todos los recursos con baja probabilidad de éxito.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**JumpSTART para pediatría.** Los niños tienen fisiología diferente. Usar método modificado.</w:t>
      </w:r>
    </w:p>
    <w:p>
      <w:pPr>
        <w:pStyle w:val="ListBullet"/>
      </w:pPr>
      <w:r>
        <w:t>**SEGURIDAD primero.** No entrar en escena no segura. Esperar declaración de seguridad.</w:t>
      </w:r>
    </w:p>
    <w:p>
      <w:pPr>
        <w:pStyle w:val="ListBullet"/>
      </w:pPr>
      <w:r>
        <w:t>**Evacuación en caliente: solo sacar, no tratar.** El objetivo es sacar de zona de peligro, no tratar allí.</w:t>
      </w:r>
    </w:p>
    <w:p>
      <w:pPr>
        <w:pStyle w:val="ListBullet"/>
      </w:pPr>
      <w:r>
        <w:t>**Triage inverso en desastres.** Cuando recursos son muy limitados, priorizar Amarillos sobre Rojos.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p>
      <w:pPr>
        <w:pStyle w:val="Heading1"/>
      </w:pPr>
      <w:r>
        <w:t>7.7 – Puntos Clave y Errores Frecuentes del TES</w:t>
      </w:r>
    </w:p>
    <w:p>
      <w:pPr>
        <w:pStyle w:val="Heading1"/>
      </w:pPr>
      <w:r>
        <w:t>7.7 – Puntos Clave y Errores Frecuentes del TES</w:t>
      </w:r>
    </w:p>
    <w:p>
      <w:pPr>
        <w:pStyle w:val="Heading2"/>
      </w:pPr>
      <w:r>
        <w:t>Manual TES Digital – Checklist Mental y Prevención de Errores</w:t>
      </w:r>
    </w:p>
    <w:p>
      <w:r>
        <w:t>**Versión:** 1.0</w:t>
      </w:r>
    </w:p>
    <w:p>
      <w:r>
        <w:t>**Fecha:** 2024-12-19</w:t>
      </w:r>
    </w:p>
    <w:p>
      <w:r>
        <w:t>**Tipo:** Bloque Operativo - Triage y TMV</w:t>
      </w:r>
    </w:p>
    <w:p>
      <w:r>
        <w:t>**Estado:** ⭐ NUEVO - Contenido completo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OBJETIVO DEL CAPÍTULO</w:t>
      </w:r>
    </w:p>
    <w:p>
      <w:r>
        <w:t>Proporcionar un checklist mental y una guía de errores frecuentes para el TES en situaciones de TMV/IMV, asegurando que se apliquen los principios fundamentales y se eviten los errores más comunes que pueden comprometer la eficacia del triage.</w:t>
      </w:r>
    </w:p>
    <w:p>
      <w:r>
        <w:t>**Características:**</w:t>
      </w:r>
    </w:p>
    <w:p>
      <w:pPr>
        <w:pStyle w:val="ListBullet"/>
      </w:pPr>
      <w:r>
        <w:t>✅ Checklist mental (5 puntos clave)</w:t>
      </w:r>
    </w:p>
    <w:p>
      <w:pPr>
        <w:pStyle w:val="ListBullet"/>
      </w:pPr>
      <w:r>
        <w:t>✅ Errores frecuentes y cómo evitarlos</w:t>
      </w:r>
    </w:p>
    <w:p>
      <w:pPr>
        <w:pStyle w:val="ListBullet"/>
      </w:pPr>
      <w:r>
        <w:t>✅ Frase final de impacto</w:t>
      </w:r>
    </w:p>
    <w:p>
      <w:pPr>
        <w:pStyle w:val="ListBullet"/>
      </w:pPr>
      <w:r>
        <w:t>❌ NO contenido nuevo (síntesis y recordatorios)</w:t>
      </w:r>
    </w:p>
    <w:p>
      <w:pPr>
        <w:pStyle w:val="ListBullet"/>
      </w:pPr>
      <w:r>
        <w:t>❌ NO decisiones terapéuticas (criterio médico)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CUÁNDO SE APLICA</w:t>
      </w:r>
    </w:p>
    <w:p>
      <w:r>
        <w:t>**Escenarios de uso:**</w:t>
      </w:r>
    </w:p>
    <w:p>
      <w:pPr>
        <w:pStyle w:val="ListBullet"/>
      </w:pPr>
      <w:r>
        <w:t>TMV/IMV en curso</w:t>
      </w:r>
    </w:p>
    <w:p>
      <w:pPr>
        <w:pStyle w:val="ListBullet"/>
      </w:pPr>
      <w:r>
        <w:t>Necesidad de recordatorios rápidos</w:t>
      </w:r>
    </w:p>
    <w:p>
      <w:pPr>
        <w:pStyle w:val="ListBullet"/>
      </w:pPr>
      <w:r>
        <w:t>Prevención de errores comunes</w:t>
      </w:r>
    </w:p>
    <w:p>
      <w:pPr>
        <w:pStyle w:val="ListBullet"/>
      </w:pPr>
      <w:r>
        <w:t>Refuerzo de principios fundamentales</w:t>
      </w:r>
    </w:p>
    <w:p>
      <w:r>
        <w:t>**Criterios de activación:**</w:t>
      </w:r>
    </w:p>
    <w:p>
      <w:pPr>
        <w:pStyle w:val="ListBullet"/>
      </w:pPr>
      <w:r>
        <w:t>Protocolo TMV/IMV activado</w:t>
      </w:r>
    </w:p>
    <w:p>
      <w:pPr>
        <w:pStyle w:val="ListBullet"/>
      </w:pPr>
      <w:r>
        <w:t>Necesidad de checklist mental</w:t>
      </w:r>
    </w:p>
    <w:p>
      <w:pPr>
        <w:pStyle w:val="ListBullet"/>
      </w:pPr>
      <w:r>
        <w:t>Prevención de errores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DEPENDENCIAS</w:t>
      </w:r>
    </w:p>
    <w:p>
      <w:r>
        <w:t>**Capítulos previos necesarios:**</w:t>
      </w:r>
    </w:p>
    <w:p>
      <w:pPr>
        <w:pStyle w:val="ListBullet"/>
      </w:pPr>
      <w:r>
        <w:t>7.1-7.6 (Todo el Bloque 7) - Contenido completo de triage</w:t>
      </w:r>
    </w:p>
    <w:p>
      <w:pPr>
        <w:pStyle w:val="ListBullet"/>
      </w:pPr>
      <w:r>
        <w:t>1.2 (ABCDE Operativo) - Evaluación primaria</w:t>
      </w:r>
    </w:p>
    <w:p>
      <w:r>
        <w:t>**Capítulos relacionados:**</w:t>
      </w:r>
    </w:p>
    <w:p>
      <w:pPr>
        <w:pStyle w:val="ListBullet"/>
      </w:pPr>
      <w:r>
        <w:t>7.1-7.6 (Todo el Bloque 7) - Síntesis de todo el contenido</w:t>
      </w:r>
    </w:p>
    <w:p>
      <w:pPr>
        <w:pStyle w:val="ListBullet"/>
      </w:pPr>
      <w:r>
        <w:t>5.8 (Comunicación Coordinadores) - Coordinación en TMV</w:t>
      </w:r>
    </w:p>
    <w:p>
      <w:r>
        <w:t>**Capítulos siguientes:**</w:t>
      </w:r>
    </w:p>
    <w:p>
      <w:pPr>
        <w:pStyle w:val="ListBullet"/>
      </w:pPr>
      <w:r>
        <w:t>8.0-8.5 (Transferencia)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CONTENIDO PRINCIPAL</w:t>
      </w:r>
    </w:p>
    <w:p>
      <w:pPr>
        <w:pStyle w:val="ListNumber"/>
      </w:pPr>
      <w:r>
        <w:t>**Puntos Clave (Checklist Mental)**</w:t>
      </w:r>
    </w:p>
    <w:p>
      <w:pPr>
        <w:pStyle w:val="ListBullet"/>
      </w:pPr>
      <w:r>
        <w:t>Autoprotección</w:t>
      </w:r>
    </w:p>
    <w:p>
      <w:pPr>
        <w:pStyle w:val="ListBullet"/>
      </w:pPr>
      <w:r>
        <w:t>Voz de mando</w:t>
      </w:r>
    </w:p>
    <w:p>
      <w:pPr>
        <w:pStyle w:val="ListBullet"/>
      </w:pPr>
      <w:r>
        <w:t>60 segundos</w:t>
      </w:r>
    </w:p>
    <w:p>
      <w:pPr>
        <w:pStyle w:val="ListBullet"/>
      </w:pPr>
      <w:r>
        <w:t>ROJO, AMARILLO, VERDE, NEGRO</w:t>
      </w:r>
    </w:p>
    <w:p>
      <w:pPr>
        <w:pStyle w:val="ListBullet"/>
      </w:pPr>
      <w:r>
        <w:t>Etiquetar siempre</w:t>
      </w:r>
    </w:p>
    <w:p>
      <w:pPr>
        <w:pStyle w:val="ListBullet"/>
      </w:pPr>
      <w:r>
        <w:t>Re-triage</w:t>
      </w:r>
    </w:p>
    <w:p>
      <w:pPr>
        <w:pStyle w:val="ListNumber"/>
      </w:pPr>
      <w:r>
        <w:t>**Errores Frecuentes (Y Cómo Evitarlos)**</w:t>
      </w:r>
    </w:p>
    <w:p>
      <w:pPr>
        <w:pStyle w:val="ListBullet"/>
      </w:pPr>
      <w:r>
        <w:t>Efecto primera víctima</w:t>
      </w:r>
    </w:p>
    <w:p>
      <w:pPr>
        <w:pStyle w:val="ListBullet"/>
      </w:pPr>
      <w:r>
        <w:t>Triage emocional</w:t>
      </w:r>
    </w:p>
    <w:p>
      <w:pPr>
        <w:pStyle w:val="ListBullet"/>
      </w:pPr>
      <w:r>
        <w:t>No hacer re-triage</w:t>
      </w:r>
    </w:p>
    <w:p>
      <w:pPr>
        <w:pStyle w:val="ListBullet"/>
      </w:pPr>
      <w:r>
        <w:t>Romper la cadena de mando</w:t>
      </w:r>
    </w:p>
    <w:p>
      <w:pPr>
        <w:pStyle w:val="ListBullet"/>
      </w:pPr>
      <w:r>
        <w:t>Confundir "no evacuable" con "negro"</w:t>
      </w:r>
    </w:p>
    <w:p>
      <w:pPr>
        <w:pStyle w:val="ListNumber"/>
      </w:pPr>
      <w:r>
        <w:t>**Frase Final de Impacto**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DECISIONES CLAVE DEL TES</w:t>
      </w:r>
    </w:p>
    <w:p>
      <w:pPr>
        <w:pStyle w:val="ListBullet"/>
      </w:pPr>
      <w:r>
        <w:t>**¿Checklist mental aplicado?** (5 puntos clave)</w:t>
      </w:r>
    </w:p>
    <w:p>
      <w:pPr>
        <w:pStyle w:val="ListBullet"/>
      </w:pPr>
      <w:r>
        <w:t>**¿Errores frecuentes evitados?** (Efecto primera víctima, triage emocional, etc.)</w:t>
      </w:r>
    </w:p>
    <w:p>
      <w:pPr>
        <w:pStyle w:val="ListBullet"/>
      </w:pPr>
      <w:r>
        <w:t>**¿Cadena de mando respetada?** (Comunicar con mando)</w:t>
      </w:r>
    </w:p>
    <w:p>
      <w:pPr>
        <w:pStyle w:val="ListBullet"/>
      </w:pPr>
      <w:r>
        <w:t>**¿Re-triage programado?** (Cada 15-30 min)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Error</w:t>
            </w:r>
          </w:p>
        </w:tc>
        <w:tc>
          <w:tcPr>
            <w:tcW w:type="dxa" w:w="2880"/>
          </w:tcPr>
          <w:p>
            <w:r>
              <w:t>Consecuencia</w:t>
            </w:r>
          </w:p>
        </w:tc>
        <w:tc>
          <w:tcPr>
            <w:tcW w:type="dxa" w:w="2880"/>
          </w:tcPr>
          <w:p>
            <w:r>
              <w:t>Prevención</w:t>
            </w:r>
          </w:p>
        </w:tc>
      </w:tr>
      <w:tr>
        <w:tc>
          <w:tcPr>
            <w:tcW w:type="dxa" w:w="2880"/>
          </w:tcPr>
          <w:p>
            <w:r>
              <w:t>**"Efecto primera víctima": Dedicar tiempo excesivo al primer herido grave**</w:t>
            </w:r>
          </w:p>
        </w:tc>
        <w:tc>
          <w:tcPr>
            <w:tcW w:type="dxa" w:w="2880"/>
          </w:tcPr>
          <w:p>
            <w:r>
              <w:t>No se clasifican todas las víctimas, recursos consumidos en uno</w:t>
            </w:r>
          </w:p>
        </w:tc>
        <w:tc>
          <w:tcPr>
            <w:tcW w:type="dxa" w:w="2880"/>
          </w:tcPr>
          <w:p>
            <w:r>
              <w:t>Recordar el "marcar y pasar". Eres un clasificador, no su médico</w:t>
            </w:r>
          </w:p>
        </w:tc>
      </w:tr>
      <w:tr>
        <w:tc>
          <w:tcPr>
            <w:tcW w:type="dxa" w:w="2880"/>
          </w:tcPr>
          <w:p>
            <w:r>
              <w:t>**Triage emocional: Dejarse llevar por los gritos**</w:t>
            </w:r>
          </w:p>
        </w:tc>
        <w:tc>
          <w:tcPr>
            <w:tcW w:type="dxa" w:w="2880"/>
          </w:tcPr>
          <w:p>
            <w:r>
              <w:t>Clasificación incorrecta (el que más grita no es siempre el más grave)</w:t>
            </w:r>
          </w:p>
        </w:tc>
        <w:tc>
          <w:tcPr>
            <w:tcW w:type="dxa" w:w="2880"/>
          </w:tcPr>
          <w:p>
            <w:r>
              <w:t>Seguir el algoritmo, no los llantos. El silencioso en shock puede ser más crítico</w:t>
            </w:r>
          </w:p>
        </w:tc>
      </w:tr>
      <w:tr>
        <w:tc>
          <w:tcPr>
            <w:tcW w:type="dxa" w:w="2880"/>
          </w:tcPr>
          <w:p>
            <w:r>
              <w:t>**No hacer re-triage: Asumir que un Verde sigue siendo Verde**</w:t>
            </w:r>
          </w:p>
        </w:tc>
        <w:tc>
          <w:tcPr>
            <w:tcW w:type="dxa" w:w="2880"/>
          </w:tcPr>
          <w:p>
            <w:r>
              <w:t>Deterioros no detectados, víctimas mueren esperando</w:t>
            </w:r>
          </w:p>
        </w:tc>
        <w:tc>
          <w:tcPr>
            <w:tcW w:type="dxa" w:w="2880"/>
          </w:tcPr>
          <w:p>
            <w:r>
              <w:t>Establecer turnos de re-triage explícitos (cada 15-30 min)</w:t>
            </w:r>
          </w:p>
        </w:tc>
      </w:tr>
      <w:tr>
        <w:tc>
          <w:tcPr>
            <w:tcW w:type="dxa" w:w="2880"/>
          </w:tcPr>
          <w:p>
            <w:r>
              <w:t>**Romper la cadena de mando: Actuar por cuenta propia sin comunicar**</w:t>
            </w:r>
          </w:p>
        </w:tc>
        <w:tc>
          <w:tcPr>
            <w:tcW w:type="dxa" w:w="2880"/>
          </w:tcPr>
          <w:p>
            <w:r>
              <w:t>Caos, recursos mal distribuidos</w:t>
            </w:r>
          </w:p>
        </w:tc>
        <w:tc>
          <w:tcPr>
            <w:tcW w:type="dxa" w:w="2880"/>
          </w:tcPr>
          <w:p>
            <w:r>
              <w:t>Saber quién es el Jefe de Intervención y reportarle</w:t>
            </w:r>
          </w:p>
        </w:tc>
      </w:tr>
      <w:tr>
        <w:tc>
          <w:tcPr>
            <w:tcW w:type="dxa" w:w="2880"/>
          </w:tcPr>
          <w:p>
            <w:r>
              <w:t>**Confundir "no evacuable" con "negro": Una víctima atrapada pero viva es ROJA, no Negra**</w:t>
            </w:r>
          </w:p>
        </w:tc>
        <w:tc>
          <w:tcPr>
            <w:tcW w:type="dxa" w:w="2880"/>
          </w:tcPr>
          <w:p>
            <w:r>
              <w:t>Víctima viva clasificada como muerta, no se prioriza extracción</w:t>
            </w:r>
          </w:p>
        </w:tc>
        <w:tc>
          <w:tcPr>
            <w:tcW w:type="dxa" w:w="2880"/>
          </w:tcPr>
          <w:p>
            <w:r>
              <w:t>Víctima atrapada pero viva: ROJA. Marcar como Roja y notificar a rescate para extracción prioritaria</w:t>
            </w:r>
          </w:p>
        </w:tc>
      </w:tr>
    </w:tbl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INDICADORES DE CALIDAD / SEGURIDAD</w:t>
      </w:r>
    </w:p>
    <w:p>
      <w:r>
        <w:t>**Métricas de Éxito Operativo:**</w:t>
      </w:r>
    </w:p>
    <w:p>
      <w:pPr>
        <w:pStyle w:val="ListBullet"/>
      </w:pPr>
      <w:r>
        <w:t>✅ Checklist mental aplicado (5 puntos clave)</w:t>
      </w:r>
    </w:p>
    <w:p>
      <w:pPr>
        <w:pStyle w:val="ListBullet"/>
      </w:pPr>
      <w:r>
        <w:t>✅ Errores frecuentes evitados</w:t>
      </w:r>
    </w:p>
    <w:p>
      <w:pPr>
        <w:pStyle w:val="ListBullet"/>
      </w:pPr>
      <w:r>
        <w:t>✅ Cadena de mando respetada</w:t>
      </w:r>
    </w:p>
    <w:p>
      <w:pPr>
        <w:pStyle w:val="ListBullet"/>
      </w:pPr>
      <w:r>
        <w:t>✅ Re-triage programado y realizado</w:t>
      </w:r>
    </w:p>
    <w:p>
      <w:pPr>
        <w:pStyle w:val="ListBullet"/>
      </w:pPr>
      <w:r>
        <w:t>✅ Triage basado en algoritmo, no en emociones</w:t>
      </w:r>
    </w:p>
    <w:p>
      <w:r>
        <w:t>**Señales de Alerta:**</w:t>
      </w:r>
    </w:p>
    <w:p>
      <w:pPr>
        <w:pStyle w:val="ListBullet"/>
      </w:pPr>
      <w:r>
        <w:t>❌ Efecto primera víctima → Recursos consumidos en uno, otros mueren</w:t>
      </w:r>
    </w:p>
    <w:p>
      <w:pPr>
        <w:pStyle w:val="ListBullet"/>
      </w:pPr>
      <w:r>
        <w:t>❌ Triage emocional → Clasificación incorrecta</w:t>
      </w:r>
    </w:p>
    <w:p>
      <w:pPr>
        <w:pStyle w:val="ListBullet"/>
      </w:pPr>
      <w:r>
        <w:t>❌ No hacer re-triage → Deterioros no detectados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RELACIÓN CON OTROS CAPÍTULOS</w:t>
      </w:r>
    </w:p>
    <w:p>
      <w:r>
        <w:t>**Capítulos Previos (Leer antes):**</w:t>
      </w:r>
    </w:p>
    <w:p>
      <w:pPr>
        <w:pStyle w:val="ListBullet"/>
      </w:pPr>
      <w:r>
        <w:t>7.1-7.6 (Todo el Bloque 7) - Contenido completo de triage</w:t>
      </w:r>
    </w:p>
    <w:p>
      <w:pPr>
        <w:pStyle w:val="ListBullet"/>
      </w:pPr>
      <w:r>
        <w:t>1.2 (ABCDE Operativo) - Evaluación primaria</w:t>
      </w:r>
    </w:p>
    <w:p>
      <w:r>
        <w:t>**Capítulos Relacionados (Consultar junto):**</w:t>
      </w:r>
    </w:p>
    <w:p>
      <w:pPr>
        <w:pStyle w:val="ListBullet"/>
      </w:pPr>
      <w:r>
        <w:t>7.1-7.6 (Todo el Bloque 7) - Síntesis de todo el contenido</w:t>
      </w:r>
    </w:p>
    <w:p>
      <w:pPr>
        <w:pStyle w:val="ListBullet"/>
      </w:pPr>
      <w:r>
        <w:t>5.8 (Comunicación Coordinadores) - Coordinación en TMV</w:t>
      </w:r>
    </w:p>
    <w:p>
      <w:r>
        <w:t>**Capítulos Siguientes (Leer después):**</w:t>
      </w:r>
    </w:p>
    <w:p>
      <w:pPr>
        <w:pStyle w:val="ListBullet"/>
      </w:pPr>
      <w:r>
        <w:t>8.0-8.5 (Transferencia) - Continuidad asistencial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CLAVE (CHECKLIST MENTAL)</w:t>
      </w:r>
    </w:p>
    <w:p>
      <w:pPr>
        <w:pStyle w:val="ListNumber"/>
      </w:pPr>
      <w:r>
        <w:t>**AUTOPROTECCIÓN:** Escena segura. EPIs adecuados.</w:t>
      </w:r>
    </w:p>
    <w:p>
      <w:pPr>
        <w:pStyle w:val="ListNumber"/>
      </w:pPr>
      <w:r>
        <w:t>**VOZ DE MANDO:** "¡Los que puedan caminar, hasta aquí!" (Primera acción).</w:t>
      </w:r>
    </w:p>
    <w:p>
      <w:pPr>
        <w:pStyle w:val="ListNumber"/>
      </w:pPr>
      <w:r>
        <w:t>**60 SEGUNDOS:** No más por víctima en la primera pasada.</w:t>
      </w:r>
    </w:p>
    <w:p>
      <w:pPr>
        <w:pStyle w:val="ListNumber"/>
      </w:pPr>
      <w:r>
        <w:t>**ROJO, AMARILLO, VERDE, NEGRO:** En ese orden de preocupación.</w:t>
      </w:r>
    </w:p>
    <w:p>
      <w:pPr>
        <w:pStyle w:val="ListNumber"/>
      </w:pPr>
      <w:r>
        <w:t>**ETIQUETAR SIEMPRE:** Lo que no está etiquetado, se pierde.</w:t>
      </w:r>
    </w:p>
    <w:p>
      <w:pPr>
        <w:pStyle w:val="ListNumber"/>
      </w:pPr>
      <w:r>
        <w:t>**RE-TRIAGE:** La clasificación no es para siempre.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ERRORES FRECUENTES (Y CÓMO EVITARLOS)</w:t>
      </w:r>
    </w:p>
    <w:p>
      <w:pPr>
        <w:pStyle w:val="Heading3"/>
      </w:pPr>
      <w:r>
        <w:t>"EFECTO PRIMERA VÍCTIMA"</w:t>
      </w:r>
    </w:p>
    <w:p>
      <w:r>
        <w:t>**Error:** Dedicar tiempo excesivo al primer herido grave que se encuentra.</w:t>
      </w:r>
    </w:p>
    <w:p>
      <w:r>
        <w:t>**Solución:** Recordar el "marcar y pasar". Eres un clasificador, no su médico.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TRIAGE EMOCIONAL</w:t>
      </w:r>
    </w:p>
    <w:p>
      <w:r>
        <w:t>**Error:** Dejarse llevar por los gritos (el que más grita no es siempre el más grave; el silencioso en shock puede ser más crítico).</w:t>
      </w:r>
    </w:p>
    <w:p>
      <w:r>
        <w:t>**Solución:** Seguir el algoritmo, no los llantos.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NO HACER RE-TRIAGE</w:t>
      </w:r>
    </w:p>
    <w:p>
      <w:r>
        <w:t>**Error:** Asumir que un Verde sigue siendo Verde.</w:t>
      </w:r>
    </w:p>
    <w:p>
      <w:r>
        <w:t>**Solución:** Establecer turnos de re-triage explícitos (cada 15-30 min).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ROMPER LA CADENA DE MANDO</w:t>
      </w:r>
    </w:p>
    <w:p>
      <w:r>
        <w:t>**Error:** Actuar por cuenta propia sin comunicar.</w:t>
      </w:r>
    </w:p>
    <w:p>
      <w:r>
        <w:t>**Solución:** Saber quién es el Jefe de Intervención y reportarle.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3"/>
      </w:pPr>
      <w:r>
        <w:t>CONFUNDIR "NO EVACUABLE" CON "NEGRO"</w:t>
      </w:r>
    </w:p>
    <w:p>
      <w:r>
        <w:t>**Error:** Una víctima atrapada pero viva es ROJA, no Negra.</w:t>
      </w:r>
    </w:p>
    <w:p>
      <w:r>
        <w:t>**Solución:** Se marca como Roja y se notifica a rescate para su extracción prioritaria.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FRASE FINAL DE IMPACTO PARA EL TES</w:t>
      </w:r>
    </w:p>
    <w:p>
      <w:r>
        <w:t>**"En una escena normal, tienes el lujo del tiempo y los recursos. En un TMV, eres el director de un tráfico de vidas. Tu decisión rápida y correcta en 60 segundos determina quién llega primero a la cirugía que puede salvarle. No es fácil, pero por eso estás entrenado."**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PUNTOS CRÍTICOS TES</w:t>
      </w:r>
    </w:p>
    <w:p>
      <w:pPr>
        <w:pStyle w:val="ListBullet"/>
      </w:pPr>
      <w:r>
        <w:t>**Checklist mental:** Autoprotección, Voz de mando, 60 segundos, ROJO/AMARILLO/VERDE/NEGRO, Etiquetar siempre, Re-triage.</w:t>
      </w:r>
    </w:p>
    <w:p>
      <w:pPr>
        <w:pStyle w:val="ListBullet"/>
      </w:pPr>
      <w:r>
        <w:t>**"Marcar y pasar."** Eres un clasificador, no el médico de cada víctima.</w:t>
      </w:r>
    </w:p>
    <w:p>
      <w:pPr>
        <w:pStyle w:val="ListBullet"/>
      </w:pPr>
      <w:r>
        <w:t>**Seguir el algoritmo, no las emociones.** El silencioso en shock puede ser más crítico que el que grita.</w:t>
      </w:r>
    </w:p>
    <w:p>
      <w:pPr>
        <w:pStyle w:val="ListBullet"/>
      </w:pPr>
      <w:r>
        <w:t>**Re-triage es obligatorio.** La clasificación no es para siempre.</w:t>
      </w:r>
    </w:p>
    <w:p>
      <w:pPr>
        <w:pStyle w:val="ListBullet"/>
      </w:pPr>
      <w:r>
        <w:t>**Cadena de mando es crítica.** Comunicar constantemente con el mando.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r>
        <w:t>**Versión:** 1.0</w:t>
      </w:r>
    </w:p>
    <w:p>
      <w:r>
        <w:t>**Última actualización:** 2024-12-19</w:t>
      </w:r>
    </w:p>
    <w:p>
      <w:r>
        <w:t>**Tipo:** Bloque Operativo - Triage y TMV</w:t>
      </w:r>
    </w:p>
    <w:p>
      <w:r>
        <w:t>────────────────────────────────────────────────────────────</w:t>
      </w:r>
    </w:p>
    <w:p>
      <w:pPr>
        <w:pStyle w:val="Heading2"/>
      </w:pPr>
      <w:r>
        <w:t>🔗 Enlaces recomendados / Guía de referencia</w:t>
      </w:r>
    </w:p>
    <w:p>
      <w:pPr>
        <w:pStyle w:val="ListBullet"/>
      </w:pPr>
      <w:r>
        <w:t>ABCDE Operativo</w:t>
      </w:r>
    </w:p>
    <w:p/>
    <w:p>
      <w:r>
        <w:t>────────────────────────────────────────────────────────────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