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MANUAL TES DIGITAL</w:t>
      </w:r>
    </w:p>
    <w:p>
      <w:pPr>
        <w:pStyle w:val="Heading1"/>
        <w:jc w:val="center"/>
      </w:pPr>
      <w:r>
        <w:t>05 Oxigenoterapia Y Material Sanitario</w:t>
      </w:r>
    </w:p>
    <w:p/>
    <w:p>
      <w:r>
        <w:t>Documento generado automáticamente desde archivos Markdown</w:t>
      </w:r>
    </w:p>
    <w:p>
      <w:r>
        <w:t>Fecha: 2025-12-19</w:t>
      </w:r>
    </w:p>
    <w:p>
      <w:r>
        <w:br w:type="page"/>
      </w:r>
    </w:p>
    <w:p>
      <w:pPr>
        <w:pStyle w:val="Heading1"/>
      </w:pPr>
      <w:r>
        <w:t>ÍNDICE DE CONTENIDOS</w:t>
      </w:r>
    </w:p>
    <w:p/>
    <w:p>
      <w:pPr>
        <w:pStyle w:val="ListNumber"/>
      </w:pPr>
      <w:r>
        <w:t>1. 03. 0. Oxigenoterapia Fundamentos</w:t>
      </w:r>
    </w:p>
    <w:p>
      <w:pPr>
        <w:pStyle w:val="ListNumber"/>
      </w:pPr>
      <w:r>
        <w:t>2. 03. 10. Monitorizacion Basica</w:t>
      </w:r>
    </w:p>
    <w:p>
      <w:pPr>
        <w:pStyle w:val="ListNumber"/>
      </w:pPr>
      <w:r>
        <w:t>3. 03. 11. Glucometro</w:t>
      </w:r>
    </w:p>
    <w:p>
      <w:pPr>
        <w:pStyle w:val="ListNumber"/>
      </w:pPr>
      <w:r>
        <w:t>4. 03. 12. Termometria</w:t>
      </w:r>
    </w:p>
    <w:p>
      <w:pPr>
        <w:pStyle w:val="ListNumber"/>
      </w:pPr>
      <w:r>
        <w:t>5. 03. 13. Confort Dolor</w:t>
      </w:r>
    </w:p>
    <w:p>
      <w:pPr>
        <w:pStyle w:val="ListNumber"/>
      </w:pPr>
      <w:r>
        <w:t>6. 03. 14. Bioseguridad Descontaminacion</w:t>
      </w:r>
    </w:p>
    <w:p>
      <w:pPr>
        <w:pStyle w:val="ListNumber"/>
      </w:pPr>
      <w:r>
        <w:t>7. 03. 15. Gestion Material Escena</w:t>
      </w:r>
    </w:p>
    <w:p>
      <w:pPr>
        <w:pStyle w:val="ListNumber"/>
      </w:pPr>
      <w:r>
        <w:t>8. 03. 16. Comunicacion Operativa</w:t>
      </w:r>
    </w:p>
    <w:p>
      <w:pPr>
        <w:pStyle w:val="ListNumber"/>
      </w:pPr>
      <w:r>
        <w:t>9. 03. 17. Senalizacion Iluminacion</w:t>
      </w:r>
    </w:p>
    <w:p>
      <w:pPr>
        <w:pStyle w:val="ListNumber"/>
      </w:pPr>
      <w:r>
        <w:t>10. 03. 18. Documentacion Operativa</w:t>
      </w:r>
    </w:p>
    <w:p>
      <w:pPr>
        <w:pStyle w:val="ListNumber"/>
      </w:pPr>
      <w:r>
        <w:t>11. 03. 19. Gestion Operativa Via Aerea Avanzada</w:t>
      </w:r>
    </w:p>
    <w:p>
      <w:pPr>
        <w:pStyle w:val="ListNumber"/>
      </w:pPr>
      <w:r>
        <w:t>12. 03. 1. Dispositivos Oxigenoterapia</w:t>
      </w:r>
    </w:p>
    <w:p>
      <w:pPr>
        <w:pStyle w:val="ListNumber"/>
      </w:pPr>
      <w:r>
        <w:t>13. 03. 20. Resolucion Problemas Via Aerea</w:t>
      </w:r>
    </w:p>
    <w:p>
      <w:pPr>
        <w:pStyle w:val="ListNumber"/>
      </w:pPr>
      <w:r>
        <w:t>14. 03. 21. Monitorizacion Via Aerea Traslado</w:t>
      </w:r>
    </w:p>
    <w:p>
      <w:pPr>
        <w:pStyle w:val="ListNumber"/>
      </w:pPr>
      <w:r>
        <w:t>15. 03. 22. Dispositivos Supragloticos</w:t>
      </w:r>
    </w:p>
    <w:p>
      <w:pPr>
        <w:pStyle w:val="ListNumber"/>
      </w:pPr>
      <w:r>
        <w:t>16. 03. 23. Canulas Oro Nasofaringeas</w:t>
      </w:r>
    </w:p>
    <w:p>
      <w:pPr>
        <w:pStyle w:val="ListNumber"/>
      </w:pPr>
      <w:r>
        <w:t>17. 03. 24. Uso Correcto Bvm Ambu</w:t>
      </w:r>
    </w:p>
    <w:p>
      <w:pPr>
        <w:pStyle w:val="ListNumber"/>
      </w:pPr>
      <w:r>
        <w:t>18. 03. 25. Ventilacion Medios Fortuna</w:t>
      </w:r>
    </w:p>
    <w:p>
      <w:pPr>
        <w:pStyle w:val="ListNumber"/>
      </w:pPr>
      <w:r>
        <w:t>19. 03. 2. Aspiracion</w:t>
      </w:r>
    </w:p>
    <w:p>
      <w:pPr>
        <w:pStyle w:val="ListNumber"/>
      </w:pPr>
      <w:r>
        <w:t>20. 03. 3. Bvm</w:t>
      </w:r>
    </w:p>
    <w:p>
      <w:pPr>
        <w:pStyle w:val="ListNumber"/>
      </w:pPr>
      <w:r>
        <w:t>21. 03. 4. Canulas</w:t>
      </w:r>
    </w:p>
    <w:p>
      <w:pPr>
        <w:pStyle w:val="ListNumber"/>
      </w:pPr>
      <w:r>
        <w:t>22. 03. 5. Organizacion Maletin</w:t>
      </w:r>
    </w:p>
    <w:p>
      <w:pPr>
        <w:pStyle w:val="ListNumber"/>
      </w:pPr>
      <w:r>
        <w:t>23. 03. 6. Control Hemorragias</w:t>
      </w:r>
    </w:p>
    <w:p>
      <w:pPr>
        <w:pStyle w:val="ListNumber"/>
      </w:pPr>
      <w:r>
        <w:t>24. 03. 7. Quemaduras</w:t>
      </w:r>
    </w:p>
    <w:p>
      <w:pPr>
        <w:pStyle w:val="ListNumber"/>
      </w:pPr>
      <w:r>
        <w:t>25. 03. 8. Heridas Vendajes</w:t>
      </w:r>
    </w:p>
    <w:p>
      <w:pPr>
        <w:pStyle w:val="ListNumber"/>
      </w:pPr>
      <w:r>
        <w:t>26. 03. 99. Cierre 3</w:t>
      </w:r>
    </w:p>
    <w:p>
      <w:pPr>
        <w:pStyle w:val="ListNumber"/>
      </w:pPr>
      <w:r>
        <w:t>27. 03. 9. Exposicion Aislamiento Termico</w:t>
      </w:r>
    </w:p>
    <w:p>
      <w:pPr>
        <w:pStyle w:val="ListNumber"/>
      </w:pPr>
      <w:r>
        <w:t>28. 03. X2. Maletin Curas</w:t>
      </w:r>
    </w:p>
    <w:p>
      <w:pPr>
        <w:pStyle w:val="ListNumber"/>
      </w:pPr>
      <w:r>
        <w:t>29. 03. X3. Bolsa Monitorizacion</w:t>
      </w:r>
    </w:p>
    <w:p>
      <w:pPr>
        <w:pStyle w:val="ListNumber"/>
      </w:pPr>
      <w:r>
        <w:t>30. 03. X4. Inventario Global</w:t>
      </w:r>
    </w:p>
    <w:p>
      <w:pPr>
        <w:pStyle w:val="ListNumber"/>
      </w:pPr>
      <w:r>
        <w:t>31. 03. X5. Checklist Maestro</w:t>
      </w:r>
    </w:p>
    <w:p>
      <w:pPr>
        <w:pStyle w:val="ListNumber"/>
      </w:pPr>
      <w:r>
        <w:t>32. 03. X Inventario Material Sanitario</w:t>
      </w:r>
    </w:p>
    <w:p>
      <w:r>
        <w:br w:type="page"/>
      </w:r>
    </w:p>
    <w:p>
      <w:pPr>
        <w:pStyle w:val="Heading1"/>
      </w:pPr>
      <w:r>
        <w:t>3.0 – Oxigenoterapia: fundamentos operativos y seguridad TES</w:t>
      </w:r>
    </w:p>
    <w:p>
      <w:pPr>
        <w:pStyle w:val="Heading1"/>
      </w:pPr>
      <w:r>
        <w:t>3.0 – Oxigenoterapia: fundamentos operativos y seguridad TES</w:t>
      </w:r>
    </w:p>
    <w:p>
      <w:pPr>
        <w:pStyle w:val="Heading2"/>
      </w:pPr>
      <w:r>
        <w:t>Manual TES Digital – Uso seguro de oxígeno</w:t>
      </w:r>
    </w:p>
    <w:p>
      <w:r>
        <w:t>**Versión:** 1.0</w:t>
      </w:r>
    </w:p>
    <w:p>
      <w:r>
        <w:t>**Fecha:** 2024-12-13</w:t>
      </w:r>
    </w:p>
    <w:p>
      <w:r>
        <w:t>**Tipo:** Bloque Operativo - Procedimiento TES</w:t>
      </w:r>
    </w:p>
    <w:p>
      <w:r>
        <w:t>────────────────────────────────────────────────────────────</w:t>
      </w:r>
    </w:p>
    <w:p>
      <w:pPr>
        <w:pStyle w:val="Heading2"/>
      </w:pPr>
      <w:r>
        <w:t>3.0.1 Objetivo operativo</w:t>
      </w:r>
    </w:p>
    <w:p>
      <w:r>
        <w:t>Proporcionar al TES los conocimientos operativos para **manejar, montar, verificar y usar** sistemas de oxigenoterapia de forma **segura y efectiva**, incluyendo **manipulación de botellas a presión**, **montaje del sistema**, **cálculo de duración**, **gestión del consumo** y **prevención de incidentes**.</w:t>
      </w:r>
    </w:p>
    <w:p>
      <w:r>
        <w:t>Este capítulo se centra en **equipos, uso seguro, montaje, verificación, logística y cálculo**, no en indicaciones clínicas avanzadas.</w:t>
      </w:r>
    </w:p>
    <w:p>
      <w:r>
        <w:t>────────────────────────────────────────────────────────────</w:t>
      </w:r>
    </w:p>
    <w:p>
      <w:pPr>
        <w:pStyle w:val="Heading2"/>
      </w:pPr>
      <w:r>
        <w:t>3.0.2 Seguridad con oxígeno</w:t>
      </w:r>
    </w:p>
    <w:p>
      <w:pPr>
        <w:pStyle w:val="Heading3"/>
      </w:pPr>
      <w:r>
        <w:t>Incendio y combustión</w:t>
      </w:r>
    </w:p>
    <w:p>
      <w:r>
        <w:t>**Principios de seguridad:**</w:t>
      </w:r>
    </w:p>
    <w:p>
      <w:pPr>
        <w:pStyle w:val="ListBullet"/>
      </w:pPr>
      <w:r>
        <w:t>El oxígeno **NO es inflamable**, pero **acelera la combustión**.</w:t>
      </w:r>
    </w:p>
    <w:p>
      <w:pPr>
        <w:pStyle w:val="ListBullet"/>
      </w:pPr>
      <w:r>
        <w:t>En presencia de oxígeno, materiales que normalmente no arden pueden arder.</w:t>
      </w:r>
    </w:p>
    <w:p>
      <w:pPr>
        <w:pStyle w:val="ListBullet"/>
      </w:pPr>
      <w:r>
        <w:t>El riesgo de incendio aumenta significativamente con oxígeno concentrado.</w:t>
      </w:r>
    </w:p>
    <w:p>
      <w:r>
        <w:t>**Precauciones:**</w:t>
      </w:r>
    </w:p>
    <w:p>
      <w:pPr>
        <w:pStyle w:val="ListBullet"/>
      </w:pPr>
      <w:r>
        <w:t>**NO fumar** en presencia de oxígeno.</w:t>
      </w:r>
    </w:p>
    <w:p>
      <w:pPr>
        <w:pStyle w:val="ListBullet"/>
      </w:pPr>
      <w:r>
        <w:t>**NO usar llamas** cerca de oxígeno.</w:t>
      </w:r>
    </w:p>
    <w:p>
      <w:pPr>
        <w:pStyle w:val="ListBullet"/>
      </w:pPr>
      <w:r>
        <w:t>**NO usar materiales inflamables** cerca de oxígeno.</w:t>
      </w:r>
    </w:p>
    <w:p>
      <w:pPr>
        <w:pStyle w:val="ListBullet"/>
      </w:pPr>
      <w:r>
        <w:t>**Mantener distancia** de fuentes de ignición.</w:t>
      </w:r>
    </w:p>
    <w:p>
      <w:pPr>
        <w:pStyle w:val="ListBullet"/>
      </w:pPr>
      <w:r>
        <w:t>**Ventilar** espacios cerrados si hay fuga de oxígeno.</w:t>
      </w:r>
    </w:p>
    <w:p>
      <w:r>
        <w:t>────────────────────────────────────────────────────────────</w:t>
      </w:r>
    </w:p>
    <w:p>
      <w:pPr>
        <w:pStyle w:val="Heading3"/>
      </w:pPr>
      <w:r>
        <w:t>Manipulación de botellas a presión</w:t>
      </w:r>
    </w:p>
    <w:p>
      <w:r>
        <w:t>**Principios de seguridad:**</w:t>
      </w:r>
    </w:p>
    <w:p>
      <w:pPr>
        <w:pStyle w:val="ListBullet"/>
      </w:pPr>
      <w:r>
        <w:t>Las botellas de oxígeno contienen **gas a alta presión** (200 bar aproximadamente).</w:t>
      </w:r>
    </w:p>
    <w:p>
      <w:pPr>
        <w:pStyle w:val="ListBullet"/>
      </w:pPr>
      <w:r>
        <w:t>La manipulación incorrecta puede causar **explosión o proyección** de la botella.</w:t>
      </w:r>
    </w:p>
    <w:p>
      <w:pPr>
        <w:pStyle w:val="ListBullet"/>
      </w:pPr>
      <w:r>
        <w:t>Las botellas son **pesadas** y pueden causar lesiones si caen.</w:t>
      </w:r>
    </w:p>
    <w:p>
      <w:r>
        <w:t>**Precauciones:**</w:t>
      </w:r>
    </w:p>
    <w:p>
      <w:pPr>
        <w:pStyle w:val="ListBullet"/>
      </w:pPr>
      <w:r>
        <w:t>**Transportar botellas** con carro o sistema de transporte adecuado.</w:t>
      </w:r>
    </w:p>
    <w:p>
      <w:pPr>
        <w:pStyle w:val="ListBullet"/>
      </w:pPr>
      <w:r>
        <w:t>**Fijar botellas** correctamente en ambulancia o punto de uso.</w:t>
      </w:r>
    </w:p>
    <w:p>
      <w:pPr>
        <w:pStyle w:val="ListBullet"/>
      </w:pPr>
      <w:r>
        <w:t>**NO dejar botellas** sin fijar (riesgo de caída).</w:t>
      </w:r>
    </w:p>
    <w:p>
      <w:pPr>
        <w:pStyle w:val="ListBullet"/>
      </w:pPr>
      <w:r>
        <w:t>**NO golpear** botellas (riesgo de daño).</w:t>
      </w:r>
    </w:p>
    <w:p>
      <w:pPr>
        <w:pStyle w:val="ListBullet"/>
      </w:pPr>
      <w:r>
        <w:t>**NO exponer** a temperaturas extremas.</w:t>
      </w:r>
    </w:p>
    <w:p>
      <w:pPr>
        <w:pStyle w:val="ListBullet"/>
      </w:pPr>
      <w:r>
        <w:t>**Mantener botellas** en posición vertical.</w:t>
      </w:r>
    </w:p>
    <w:p>
      <w:r>
        <w:t>────────────────────────────────────────────────────────────</w:t>
      </w:r>
    </w:p>
    <w:p>
      <w:pPr>
        <w:pStyle w:val="Heading3"/>
      </w:pPr>
      <w:r>
        <w:t>Transporte y fijación</w:t>
      </w:r>
    </w:p>
    <w:p>
      <w:r>
        <w:t>**Transporte:**</w:t>
      </w:r>
    </w:p>
    <w:p>
      <w:pPr>
        <w:pStyle w:val="ListBullet"/>
      </w:pPr>
      <w:r>
        <w:t>Usar **carro de botellas** o sistema de transporte adecuado.</w:t>
      </w:r>
    </w:p>
    <w:p>
      <w:pPr>
        <w:pStyle w:val="ListBullet"/>
      </w:pPr>
      <w:r>
        <w:t>**Fijar botella** en carro antes de transportar.</w:t>
      </w:r>
    </w:p>
    <w:p>
      <w:pPr>
        <w:pStyle w:val="ListBullet"/>
      </w:pPr>
      <w:r>
        <w:t>**Verificar que botella está segura** antes de mover.</w:t>
      </w:r>
    </w:p>
    <w:p>
      <w:pPr>
        <w:pStyle w:val="ListBullet"/>
      </w:pPr>
      <w:r>
        <w:t>**Mover con cuidado**, evitar golpes.</w:t>
      </w:r>
    </w:p>
    <w:p>
      <w:r>
        <w:t>**Fijación en ambulancia:**</w:t>
      </w:r>
    </w:p>
    <w:p>
      <w:pPr>
        <w:pStyle w:val="ListBullet"/>
      </w:pPr>
      <w:r>
        <w:t>**Fijar botella** en sistema de sujeción de ambulancia.</w:t>
      </w:r>
    </w:p>
    <w:p>
      <w:pPr>
        <w:pStyle w:val="ListBullet"/>
      </w:pPr>
      <w:r>
        <w:t>**Verificar que fijación es segura**.</w:t>
      </w:r>
    </w:p>
    <w:p>
      <w:pPr>
        <w:pStyle w:val="ListBullet"/>
      </w:pPr>
      <w:r>
        <w:t>**Verificar que botella no se mueve** durante transporte.</w:t>
      </w:r>
    </w:p>
    <w:p>
      <w:pPr>
        <w:pStyle w:val="ListBullet"/>
      </w:pPr>
      <w:r>
        <w:t>**Re-verificar periódicamente** durante servicio.</w:t>
      </w:r>
    </w:p>
    <w:p>
      <w:r>
        <w:t>**Fijación en punto de uso:**</w:t>
      </w:r>
    </w:p>
    <w:p>
      <w:pPr>
        <w:pStyle w:val="ListBullet"/>
      </w:pPr>
      <w:r>
        <w:t>**Fijar botella** en soporte o carro.</w:t>
      </w:r>
    </w:p>
    <w:p>
      <w:pPr>
        <w:pStyle w:val="ListBullet"/>
      </w:pPr>
      <w:r>
        <w:t>**Verificar que botella está estable**.</w:t>
      </w:r>
    </w:p>
    <w:p>
      <w:pPr>
        <w:pStyle w:val="ListBullet"/>
      </w:pPr>
      <w:r>
        <w:t>**Verificar que botella no puede caer**.</w:t>
      </w:r>
    </w:p>
    <w:p>
      <w:r>
        <w:t>────────────────────────────────────────────────────────────</w:t>
      </w:r>
    </w:p>
    <w:p>
      <w:pPr>
        <w:pStyle w:val="Heading3"/>
      </w:pPr>
      <w:r>
        <w:t>Prohibición de grasas y aceites</w:t>
      </w:r>
    </w:p>
    <w:p>
      <w:r>
        <w:t>**Principio crítico:**</w:t>
      </w:r>
    </w:p>
    <w:p>
      <w:pPr>
        <w:pStyle w:val="ListBullet"/>
      </w:pPr>
      <w:r>
        <w:t>**NUNCA usar grasas, aceites o lubricantes** en conexiones de oxígeno.</w:t>
      </w:r>
    </w:p>
    <w:p>
      <w:pPr>
        <w:pStyle w:val="ListBullet"/>
      </w:pPr>
      <w:r>
        <w:t>Las grasas y aceites pueden **reaccionar violentamente** con oxígeno a presión.</w:t>
      </w:r>
    </w:p>
    <w:p>
      <w:pPr>
        <w:pStyle w:val="ListBullet"/>
      </w:pPr>
      <w:r>
        <w:t>Esta reacción puede causar **explosión o incendio**.</w:t>
      </w:r>
    </w:p>
    <w:p>
      <w:r>
        <w:t>**Precauciones:**</w:t>
      </w:r>
    </w:p>
    <w:p>
      <w:pPr>
        <w:pStyle w:val="ListBullet"/>
      </w:pPr>
      <w:r>
        <w:t>**NO lubricar** conexiones de oxígeno.</w:t>
      </w:r>
    </w:p>
    <w:p>
      <w:pPr>
        <w:pStyle w:val="ListBullet"/>
      </w:pPr>
      <w:r>
        <w:t>**NO usar herramientas** con residuos de grasa/aceite.</w:t>
      </w:r>
    </w:p>
    <w:p>
      <w:pPr>
        <w:pStyle w:val="ListBullet"/>
      </w:pPr>
      <w:r>
        <w:t>**NO tocar conexiones** con manos engrasadas.</w:t>
      </w:r>
    </w:p>
    <w:p>
      <w:pPr>
        <w:pStyle w:val="ListBullet"/>
      </w:pPr>
      <w:r>
        <w:t>**Limpiar conexiones** si hay sospecha de contaminación.</w:t>
      </w:r>
    </w:p>
    <w:p>
      <w:pPr>
        <w:pStyle w:val="ListBullet"/>
      </w:pPr>
      <w:r>
        <w:t>**Usar herramientas limpias** para manipular oxígeno.</w:t>
      </w:r>
    </w:p>
    <w:p>
      <w:r>
        <w:t>────────────────────────────────────────────────────────────</w:t>
      </w:r>
    </w:p>
    <w:p>
      <w:pPr>
        <w:pStyle w:val="Heading3"/>
      </w:pPr>
      <w:r>
        <w:t>Apertura y cierre controlados</w:t>
      </w:r>
    </w:p>
    <w:p>
      <w:r>
        <w:t>**Apertura de botella:**</w:t>
      </w:r>
    </w:p>
    <w:p>
      <w:pPr>
        <w:pStyle w:val="ListBullet"/>
      </w:pPr>
      <w:r>
        <w:t>**Abrir válvula lentamente** (no bruscamente).</w:t>
      </w:r>
    </w:p>
    <w:p>
      <w:pPr>
        <w:pStyle w:val="ListBullet"/>
      </w:pPr>
      <w:r>
        <w:t>**Abrir completamente** después de abrir lentamente.</w:t>
      </w:r>
    </w:p>
    <w:p>
      <w:pPr>
        <w:pStyle w:val="ListBullet"/>
      </w:pPr>
      <w:r>
        <w:t>**Verificar que manómetro** muestra presión.</w:t>
      </w:r>
    </w:p>
    <w:p>
      <w:pPr>
        <w:pStyle w:val="ListBullet"/>
      </w:pPr>
      <w:r>
        <w:t>**Verificar que no hay fugas** en válvula.</w:t>
      </w:r>
    </w:p>
    <w:p>
      <w:r>
        <w:t>**Cierre de botella:**</w:t>
      </w:r>
    </w:p>
    <w:p>
      <w:pPr>
        <w:pStyle w:val="ListBullet"/>
      </w:pPr>
      <w:r>
        <w:t>**Cerrar válvula completamente**.</w:t>
      </w:r>
    </w:p>
    <w:p>
      <w:pPr>
        <w:pStyle w:val="ListBullet"/>
      </w:pPr>
      <w:r>
        <w:t>**Verificar que válvula está cerrada**.</w:t>
      </w:r>
    </w:p>
    <w:p>
      <w:pPr>
        <w:pStyle w:val="ListBullet"/>
      </w:pPr>
      <w:r>
        <w:t>**Liberar presión** del sistema (abrir caudalímetro) antes de desconectar.</w:t>
      </w:r>
    </w:p>
    <w:p>
      <w:pPr>
        <w:pStyle w:val="ListBullet"/>
      </w:pPr>
      <w:r>
        <w:t>**Verificar que presión se libera** correctamente.</w:t>
      </w:r>
    </w:p>
    <w:p>
      <w:r>
        <w:t>**Principio:**</w:t>
      </w:r>
    </w:p>
    <w:p>
      <w:pPr>
        <w:pStyle w:val="ListBullet"/>
      </w:pPr>
      <w:r>
        <w:t>**Apertura/cierre controlados** previenen daños y accidentes.</w:t>
      </w:r>
    </w:p>
    <w:p>
      <w:pPr>
        <w:pStyle w:val="ListBullet"/>
      </w:pPr>
      <w:r>
        <w:t>**Siempre verificar** que válvula está completamente abierta o cerrada.</w:t>
      </w:r>
    </w:p>
    <w:p>
      <w:r>
        <w:t>────────────────────────────────────────────────────────────</w:t>
      </w:r>
    </w:p>
    <w:p>
      <w:pPr>
        <w:pStyle w:val="Heading2"/>
      </w:pPr>
      <w:r>
        <w:t>3.0.3 Componentes del sistema de O₂</w:t>
      </w:r>
    </w:p>
    <w:p>
      <w:pPr>
        <w:pStyle w:val="Heading3"/>
      </w:pPr>
      <w:r>
        <w:t>Botella de oxígeno</w:t>
      </w:r>
    </w:p>
    <w:p>
      <w:r>
        <w:t>**Características:**</w:t>
      </w:r>
    </w:p>
    <w:p>
      <w:pPr>
        <w:pStyle w:val="ListBullet"/>
      </w:pPr>
      <w:r>
        <w:t>Contiene oxígeno comprimido a alta presión (200 bar aproximadamente).</w:t>
      </w:r>
    </w:p>
    <w:p>
      <w:pPr>
        <w:pStyle w:val="ListBullet"/>
      </w:pPr>
      <w:r>
        <w:t>Tamaños habituales: 2L, 5L, 10L, 40L (según servicio).</w:t>
      </w:r>
    </w:p>
    <w:p>
      <w:pPr>
        <w:pStyle w:val="ListBullet"/>
      </w:pPr>
      <w:r>
        <w:t>Color: blanco o identificado según normativa.</w:t>
      </w:r>
    </w:p>
    <w:p>
      <w:pPr>
        <w:pStyle w:val="ListBullet"/>
      </w:pPr>
      <w:r>
        <w:t>Válvula en la parte superior.</w:t>
      </w:r>
    </w:p>
    <w:p>
      <w:r>
        <w:t>**Verificación:**</w:t>
      </w:r>
    </w:p>
    <w:p>
      <w:pPr>
        <w:pStyle w:val="ListBullet"/>
      </w:pPr>
      <w:r>
        <w:t>Verificar que botella está en buen estado (sin daños visibles).</w:t>
      </w:r>
    </w:p>
    <w:p>
      <w:pPr>
        <w:pStyle w:val="ListBullet"/>
      </w:pPr>
      <w:r>
        <w:t>Verificar que válvula funciona correctamente.</w:t>
      </w:r>
    </w:p>
    <w:p>
      <w:pPr>
        <w:pStyle w:val="ListBullet"/>
      </w:pPr>
      <w:r>
        <w:t>Verificar que presión es adecuada (según manómetro).</w:t>
      </w:r>
    </w:p>
    <w:p>
      <w:pPr>
        <w:pStyle w:val="ListBullet"/>
      </w:pPr>
      <w:r>
        <w:t>Verificar fecha de caducidad/revisión (si aplica).</w:t>
      </w:r>
    </w:p>
    <w:p>
      <w:r>
        <w:t>────────────────────────────────────────────────────────────</w:t>
      </w:r>
    </w:p>
    <w:p>
      <w:pPr>
        <w:pStyle w:val="Heading3"/>
      </w:pPr>
      <w:r>
        <w:t>Válvula</w:t>
      </w:r>
    </w:p>
    <w:p>
      <w:r>
        <w:t>**Función:**</w:t>
      </w:r>
    </w:p>
    <w:p>
      <w:pPr>
        <w:pStyle w:val="ListBullet"/>
      </w:pPr>
      <w:r>
        <w:t>Controla salida de oxígeno de la botella.</w:t>
      </w:r>
    </w:p>
    <w:p>
      <w:pPr>
        <w:pStyle w:val="ListBullet"/>
      </w:pPr>
      <w:r>
        <w:t>Permite apertura/cierre del flujo.</w:t>
      </w:r>
    </w:p>
    <w:p>
      <w:r>
        <w:t>**Verificación:**</w:t>
      </w:r>
    </w:p>
    <w:p>
      <w:pPr>
        <w:pStyle w:val="ListBullet"/>
      </w:pPr>
      <w:r>
        <w:t>Verificar que válvula funciona correctamente.</w:t>
      </w:r>
    </w:p>
    <w:p>
      <w:pPr>
        <w:pStyle w:val="ListBullet"/>
      </w:pPr>
      <w:r>
        <w:t>Verificar que abre/cierra completamente.</w:t>
      </w:r>
    </w:p>
    <w:p>
      <w:pPr>
        <w:pStyle w:val="ListBullet"/>
      </w:pPr>
      <w:r>
        <w:t>Verificar que no hay fugas en válvula.</w:t>
      </w:r>
    </w:p>
    <w:p>
      <w:r>
        <w:t>────────────────────────────────────────────────────────────</w:t>
      </w:r>
    </w:p>
    <w:p>
      <w:pPr>
        <w:pStyle w:val="Heading3"/>
      </w:pPr>
      <w:r>
        <w:t>Manómetro</w:t>
      </w:r>
    </w:p>
    <w:p>
      <w:r>
        <w:t>**Función:**</w:t>
      </w:r>
    </w:p>
    <w:p>
      <w:pPr>
        <w:pStyle w:val="ListBullet"/>
      </w:pPr>
      <w:r>
        <w:t>Muestra presión de oxígeno en la botella.</w:t>
      </w:r>
    </w:p>
    <w:p>
      <w:pPr>
        <w:pStyle w:val="ListBullet"/>
      </w:pPr>
      <w:r>
        <w:t>Permite conocer cantidad de oxígeno disponible.</w:t>
      </w:r>
    </w:p>
    <w:p>
      <w:r>
        <w:t>**Lectura:**</w:t>
      </w:r>
    </w:p>
    <w:p>
      <w:pPr>
        <w:pStyle w:val="ListBullet"/>
      </w:pPr>
      <w:r>
        <w:t>Presión en bar (habitualmente 200 bar cuando está llena).</w:t>
      </w:r>
    </w:p>
    <w:p>
      <w:pPr>
        <w:pStyle w:val="ListBullet"/>
      </w:pPr>
      <w:r>
        <w:t>Presión disminuye con el uso.</w:t>
      </w:r>
    </w:p>
    <w:p>
      <w:pPr>
        <w:pStyle w:val="ListBullet"/>
      </w:pPr>
      <w:r>
        <w:t>Presión = 0 cuando botella está vacía.</w:t>
      </w:r>
    </w:p>
    <w:p>
      <w:r>
        <w:t>**Verificación:**</w:t>
      </w:r>
    </w:p>
    <w:p>
      <w:pPr>
        <w:pStyle w:val="ListBullet"/>
      </w:pPr>
      <w:r>
        <w:t>Verificar que manómetro funciona (muestra presión).</w:t>
      </w:r>
    </w:p>
    <w:p>
      <w:pPr>
        <w:pStyle w:val="ListBullet"/>
      </w:pPr>
      <w:r>
        <w:t>Verificar que lectura es correcta.</w:t>
      </w:r>
    </w:p>
    <w:p>
      <w:pPr>
        <w:pStyle w:val="ListBullet"/>
      </w:pPr>
      <w:r>
        <w:t>Verificar que manómetro no está dañado.</w:t>
      </w:r>
    </w:p>
    <w:p>
      <w:r>
        <w:t>────────────────────────────────────────────────────────────</w:t>
      </w:r>
    </w:p>
    <w:p>
      <w:pPr>
        <w:pStyle w:val="Heading3"/>
      </w:pPr>
      <w:r>
        <w:t>Regulador/manorreductor</w:t>
      </w:r>
    </w:p>
    <w:p>
      <w:r>
        <w:t>**Función:**</w:t>
      </w:r>
    </w:p>
    <w:p>
      <w:pPr>
        <w:pStyle w:val="ListBullet"/>
      </w:pPr>
      <w:r>
        <w:t>Reduce presión de botella (200 bar) a presión de trabajo (4-6 bar aproximadamente).</w:t>
      </w:r>
    </w:p>
    <w:p>
      <w:pPr>
        <w:pStyle w:val="ListBullet"/>
      </w:pPr>
      <w:r>
        <w:t>Permite uso seguro del oxígeno.</w:t>
      </w:r>
    </w:p>
    <w:p>
      <w:r>
        <w:t>**Verificación:**</w:t>
      </w:r>
    </w:p>
    <w:p>
      <w:pPr>
        <w:pStyle w:val="ListBullet"/>
      </w:pPr>
      <w:r>
        <w:t>Verificar que regulador está bien conectado.</w:t>
      </w:r>
    </w:p>
    <w:p>
      <w:pPr>
        <w:pStyle w:val="ListBullet"/>
      </w:pPr>
      <w:r>
        <w:t>Verificar que no hay fugas en conexión.</w:t>
      </w:r>
    </w:p>
    <w:p>
      <w:pPr>
        <w:pStyle w:val="ListBullet"/>
      </w:pPr>
      <w:r>
        <w:t>Verificar que presión de trabajo es correcta.</w:t>
      </w:r>
    </w:p>
    <w:p>
      <w:r>
        <w:t>────────────────────────────────────────────────────────────</w:t>
      </w:r>
    </w:p>
    <w:p>
      <w:pPr>
        <w:pStyle w:val="Heading3"/>
      </w:pPr>
      <w:r>
        <w:t>Caudalímetro</w:t>
      </w:r>
    </w:p>
    <w:p>
      <w:r>
        <w:t>**Función:**</w:t>
      </w:r>
    </w:p>
    <w:p>
      <w:pPr>
        <w:pStyle w:val="ListBullet"/>
      </w:pPr>
      <w:r>
        <w:t>Controla flujo de oxígeno (litros por minuto).</w:t>
      </w:r>
    </w:p>
    <w:p>
      <w:pPr>
        <w:pStyle w:val="ListBullet"/>
      </w:pPr>
      <w:r>
        <w:t>Permite ajustar flujo según necesidad.</w:t>
      </w:r>
    </w:p>
    <w:p>
      <w:r>
        <w:t>**Tipos:**</w:t>
      </w:r>
    </w:p>
    <w:p>
      <w:pPr>
        <w:pStyle w:val="ListBullet"/>
      </w:pPr>
      <w:r>
        <w:t>Caudalímetro de flotador (bolita).</w:t>
      </w:r>
    </w:p>
    <w:p>
      <w:pPr>
        <w:pStyle w:val="ListBullet"/>
      </w:pPr>
      <w:r>
        <w:t>Caudalímetro digital (según modelo).</w:t>
      </w:r>
    </w:p>
    <w:p>
      <w:r>
        <w:t>**Verificación:**</w:t>
      </w:r>
    </w:p>
    <w:p>
      <w:pPr>
        <w:pStyle w:val="ListBullet"/>
      </w:pPr>
      <w:r>
        <w:t>Verificar que caudalímetro funciona correctamente.</w:t>
      </w:r>
    </w:p>
    <w:p>
      <w:pPr>
        <w:pStyle w:val="ListBullet"/>
      </w:pPr>
      <w:r>
        <w:t>Verificar que flujo se ajusta correctamente.</w:t>
      </w:r>
    </w:p>
    <w:p>
      <w:pPr>
        <w:pStyle w:val="ListBullet"/>
      </w:pPr>
      <w:r>
        <w:t>Verificar que lectura es correcta.</w:t>
      </w:r>
    </w:p>
    <w:p>
      <w:r>
        <w:t>────────────────────────────────────────────────────────────</w:t>
      </w:r>
    </w:p>
    <w:p>
      <w:pPr>
        <w:pStyle w:val="Heading3"/>
      </w:pPr>
      <w:r>
        <w:t>Tubuladuras</w:t>
      </w:r>
    </w:p>
    <w:p>
      <w:r>
        <w:t>**Función:**</w:t>
      </w:r>
    </w:p>
    <w:p>
      <w:pPr>
        <w:pStyle w:val="ListBullet"/>
      </w:pPr>
      <w:r>
        <w:t>Conectan caudalímetro con dispositivo de administración.</w:t>
      </w:r>
    </w:p>
    <w:p>
      <w:pPr>
        <w:pStyle w:val="ListBullet"/>
      </w:pPr>
      <w:r>
        <w:t>Transportan oxígeno al paciente.</w:t>
      </w:r>
    </w:p>
    <w:p>
      <w:r>
        <w:t>**Tipos:**</w:t>
      </w:r>
    </w:p>
    <w:p>
      <w:pPr>
        <w:pStyle w:val="ListBullet"/>
      </w:pPr>
      <w:r>
        <w:t>Tubuladura estándar (transparente).</w:t>
      </w:r>
    </w:p>
    <w:p>
      <w:pPr>
        <w:pStyle w:val="ListBullet"/>
      </w:pPr>
      <w:r>
        <w:t>Tubuladura de alta concentración (si aplica).</w:t>
      </w:r>
    </w:p>
    <w:p>
      <w:r>
        <w:t>**Verificación:**</w:t>
      </w:r>
    </w:p>
    <w:p>
      <w:pPr>
        <w:pStyle w:val="ListBullet"/>
      </w:pPr>
      <w:r>
        <w:t>Verificar que tubuladura está en buen estado (sin daños).</w:t>
      </w:r>
    </w:p>
    <w:p>
      <w:pPr>
        <w:pStyle w:val="ListBullet"/>
      </w:pPr>
      <w:r>
        <w:t>Verificar que conexiones están seguras.</w:t>
      </w:r>
    </w:p>
    <w:p>
      <w:pPr>
        <w:pStyle w:val="ListBullet"/>
      </w:pPr>
      <w:r>
        <w:t>Verificar que no hay fugas.</w:t>
      </w:r>
    </w:p>
    <w:p>
      <w:r>
        <w:t>────────────────────────────────────────────────────────────</w:t>
      </w:r>
    </w:p>
    <w:p>
      <w:pPr>
        <w:pStyle w:val="Heading3"/>
      </w:pPr>
      <w:r>
        <w:t>Conexiones</w:t>
      </w:r>
    </w:p>
    <w:p>
      <w:r>
        <w:t>**Tipos:**</w:t>
      </w:r>
    </w:p>
    <w:p>
      <w:pPr>
        <w:pStyle w:val="ListBullet"/>
      </w:pPr>
      <w:r>
        <w:t>Conexión botella-regulador.</w:t>
      </w:r>
    </w:p>
    <w:p>
      <w:pPr>
        <w:pStyle w:val="ListBullet"/>
      </w:pPr>
      <w:r>
        <w:t>Conexión regulador-caudalímetro.</w:t>
      </w:r>
    </w:p>
    <w:p>
      <w:pPr>
        <w:pStyle w:val="ListBullet"/>
      </w:pPr>
      <w:r>
        <w:t>Conexión caudalímetro-tubuladura.</w:t>
      </w:r>
    </w:p>
    <w:p>
      <w:pPr>
        <w:pStyle w:val="ListBullet"/>
      </w:pPr>
      <w:r>
        <w:t>Conexión tubuladura-dispositivo.</w:t>
      </w:r>
    </w:p>
    <w:p>
      <w:r>
        <w:t>**Verificación:**</w:t>
      </w:r>
    </w:p>
    <w:p>
      <w:pPr>
        <w:pStyle w:val="ListBullet"/>
      </w:pPr>
      <w:r>
        <w:t>Verificar que conexiones están bien ajustadas.</w:t>
      </w:r>
    </w:p>
    <w:p>
      <w:pPr>
        <w:pStyle w:val="ListBullet"/>
      </w:pPr>
      <w:r>
        <w:t>Verificar que no hay fugas.</w:t>
      </w:r>
    </w:p>
    <w:p>
      <w:pPr>
        <w:pStyle w:val="ListBullet"/>
      </w:pPr>
      <w:r>
        <w:t>Verificar que conexiones están limpias (sin grasa/aceite).</w:t>
      </w:r>
    </w:p>
    <w:p>
      <w:r>
        <w:t>────────────────────────────────────────────────────────────</w:t>
      </w:r>
    </w:p>
    <w:p>
      <w:pPr>
        <w:pStyle w:val="Heading3"/>
      </w:pPr>
      <w:r>
        <w:t>Detección de fugas</w:t>
      </w:r>
    </w:p>
    <w:p>
      <w:r>
        <w:t>**Método:**</w:t>
      </w:r>
    </w:p>
    <w:p>
      <w:pPr>
        <w:pStyle w:val="ListBullet"/>
      </w:pPr>
      <w:r>
        <w:t>Aplicar solución jabonosa o detector de fugas en conexiones.</w:t>
      </w:r>
    </w:p>
    <w:p>
      <w:pPr>
        <w:pStyle w:val="ListBullet"/>
      </w:pPr>
      <w:r>
        <w:t>Observar si aparecen burbujas (indica fuga).</w:t>
      </w:r>
    </w:p>
    <w:p>
      <w:pPr>
        <w:pStyle w:val="ListBullet"/>
      </w:pPr>
      <w:r>
        <w:t>Escuchar silbido (puede indicar fuga).</w:t>
      </w:r>
    </w:p>
    <w:p>
      <w:r>
        <w:t>**Verificación sistemática:**</w:t>
      </w:r>
    </w:p>
    <w:p>
      <w:pPr>
        <w:pStyle w:val="ListBullet"/>
      </w:pPr>
      <w:r>
        <w:t>Verificar válvula de botella.</w:t>
      </w:r>
    </w:p>
    <w:p>
      <w:pPr>
        <w:pStyle w:val="ListBullet"/>
      </w:pPr>
      <w:r>
        <w:t>Verificar conexión botella-regulador.</w:t>
      </w:r>
    </w:p>
    <w:p>
      <w:pPr>
        <w:pStyle w:val="ListBullet"/>
      </w:pPr>
      <w:r>
        <w:t>Verificar conexión regulador-caudalímetro.</w:t>
      </w:r>
    </w:p>
    <w:p>
      <w:pPr>
        <w:pStyle w:val="ListBullet"/>
      </w:pPr>
      <w:r>
        <w:t>Verificar conexión caudalímetro-tubuladura.</w:t>
      </w:r>
    </w:p>
    <w:p>
      <w:pPr>
        <w:pStyle w:val="ListBullet"/>
      </w:pPr>
      <w:r>
        <w:t>Verificar conexión tubuladura-dispositivo.</w:t>
      </w:r>
    </w:p>
    <w:p>
      <w:r>
        <w:t>**Si hay fuga:**</w:t>
      </w:r>
    </w:p>
    <w:p>
      <w:pPr>
        <w:pStyle w:val="ListBullet"/>
      </w:pPr>
      <w:r>
        <w:t>Cerrar válvula de botella.</w:t>
      </w:r>
    </w:p>
    <w:p>
      <w:pPr>
        <w:pStyle w:val="ListBullet"/>
      </w:pPr>
      <w:r>
        <w:t>Desconectar y re-conectar componente con fuga.</w:t>
      </w:r>
    </w:p>
    <w:p>
      <w:pPr>
        <w:pStyle w:val="ListBullet"/>
      </w:pPr>
      <w:r>
        <w:t>Re-verificar que fuga está resuelta.</w:t>
      </w:r>
    </w:p>
    <w:p>
      <w:pPr>
        <w:pStyle w:val="ListBullet"/>
      </w:pPr>
      <w:r>
        <w:t>Si persiste: cambiar componente o botella.</w:t>
      </w:r>
    </w:p>
    <w:p>
      <w:r>
        <w:t>────────────────────────────────────────────────────────────</w:t>
      </w:r>
    </w:p>
    <w:p>
      <w:pPr>
        <w:pStyle w:val="Heading2"/>
      </w:pPr>
      <w:r>
        <w:t>3.0.4 Dispositivos de administración (visión práctica)</w:t>
      </w:r>
    </w:p>
    <w:p>
      <w:pPr>
        <w:pStyle w:val="Heading3"/>
      </w:pPr>
      <w:r>
        <w:t>Gafas nasales</w:t>
      </w:r>
    </w:p>
    <w:p>
      <w:r>
        <w:t>**Características:**</w:t>
      </w:r>
    </w:p>
    <w:p>
      <w:pPr>
        <w:pStyle w:val="ListBullet"/>
      </w:pPr>
      <w:r>
        <w:t>Dispositivo simple con dos puntas nasales.</w:t>
      </w:r>
    </w:p>
    <w:p>
      <w:pPr>
        <w:pStyle w:val="ListBullet"/>
      </w:pPr>
      <w:r>
        <w:t>Flujo habitual: 1-6 L/min.</w:t>
      </w:r>
    </w:p>
    <w:p>
      <w:pPr>
        <w:pStyle w:val="ListBullet"/>
      </w:pPr>
      <w:r>
        <w:t>FiO2 aproximada: 24-44% (según flujo y respiración del paciente).</w:t>
      </w:r>
    </w:p>
    <w:p>
      <w:r>
        <w:t>**Uso:**</w:t>
      </w:r>
    </w:p>
    <w:p>
      <w:pPr>
        <w:pStyle w:val="ListBullet"/>
      </w:pPr>
      <w:r>
        <w:t>Colocar puntas nasales en fosas nasales.</w:t>
      </w:r>
    </w:p>
    <w:p>
      <w:pPr>
        <w:pStyle w:val="ListBullet"/>
      </w:pPr>
      <w:r>
        <w:t>Ajustar flujo según necesidad.</w:t>
      </w:r>
    </w:p>
    <w:p>
      <w:pPr>
        <w:pStyle w:val="ListBullet"/>
      </w:pPr>
      <w:r>
        <w:t>Verificar que paciente tolera dispositivo.</w:t>
      </w:r>
    </w:p>
    <w:p>
      <w:r>
        <w:t>**Consideraciones:**</w:t>
      </w:r>
    </w:p>
    <w:p>
      <w:pPr>
        <w:pStyle w:val="ListBullet"/>
      </w:pPr>
      <w:r>
        <w:t>No usar si paciente respira por boca principalmente.</w:t>
      </w:r>
    </w:p>
    <w:p>
      <w:pPr>
        <w:pStyle w:val="ListBullet"/>
      </w:pPr>
      <w:r>
        <w:t>Verificar que puntas nasales no están obstruidas.</w:t>
      </w:r>
    </w:p>
    <w:p>
      <w:r>
        <w:t>────────────────────────────────────────────────────────────</w:t>
      </w:r>
    </w:p>
    <w:p>
      <w:pPr>
        <w:pStyle w:val="Heading3"/>
      </w:pPr>
      <w:r>
        <w:t>Mascarilla simple</w:t>
      </w:r>
    </w:p>
    <w:p>
      <w:r>
        <w:t>**Características:**</w:t>
      </w:r>
    </w:p>
    <w:p>
      <w:pPr>
        <w:pStyle w:val="ListBullet"/>
      </w:pPr>
      <w:r>
        <w:t>Mascarilla que cubre nariz y boca.</w:t>
      </w:r>
    </w:p>
    <w:p>
      <w:pPr>
        <w:pStyle w:val="ListBullet"/>
      </w:pPr>
      <w:r>
        <w:t>Flujo habitual: 6-10 L/min.</w:t>
      </w:r>
    </w:p>
    <w:p>
      <w:pPr>
        <w:pStyle w:val="ListBullet"/>
      </w:pPr>
      <w:r>
        <w:t>FiO2 aproximada: 40-60% (según flujo y respiración del paciente).</w:t>
      </w:r>
    </w:p>
    <w:p>
      <w:r>
        <w:t>**Uso:**</w:t>
      </w:r>
    </w:p>
    <w:p>
      <w:pPr>
        <w:pStyle w:val="ListBullet"/>
      </w:pPr>
      <w:r>
        <w:t>Colocar mascarilla sobre nariz y boca.</w:t>
      </w:r>
    </w:p>
    <w:p>
      <w:pPr>
        <w:pStyle w:val="ListBullet"/>
      </w:pPr>
      <w:r>
        <w:t>Ajustar flujo según necesidad.</w:t>
      </w:r>
    </w:p>
    <w:p>
      <w:pPr>
        <w:pStyle w:val="ListBullet"/>
      </w:pPr>
      <w:r>
        <w:t>Verificar que mascarilla está bien ajustada.</w:t>
      </w:r>
    </w:p>
    <w:p>
      <w:pPr>
        <w:pStyle w:val="ListBullet"/>
      </w:pPr>
      <w:r>
        <w:t>Verificar que paciente tolera dispositivo.</w:t>
      </w:r>
    </w:p>
    <w:p>
      <w:r>
        <w:t>**Consideraciones:**</w:t>
      </w:r>
    </w:p>
    <w:p>
      <w:pPr>
        <w:pStyle w:val="ListBullet"/>
      </w:pPr>
      <w:r>
        <w:t>Verificar que mascarilla no está obstruida.</w:t>
      </w:r>
    </w:p>
    <w:p>
      <w:pPr>
        <w:pStyle w:val="ListBullet"/>
      </w:pPr>
      <w:r>
        <w:t>Verificar que ajuste es adecuado (no demasiado apretado ni flojo).</w:t>
      </w:r>
    </w:p>
    <w:p>
      <w:r>
        <w:t>────────────────────────────────────────────────────────────</w:t>
      </w:r>
    </w:p>
    <w:p>
      <w:pPr>
        <w:pStyle w:val="Heading3"/>
      </w:pPr>
      <w:r>
        <w:t>Mascarilla con reservorio</w:t>
      </w:r>
    </w:p>
    <w:p>
      <w:r>
        <w:t>**Características:**</w:t>
      </w:r>
    </w:p>
    <w:p>
      <w:pPr>
        <w:pStyle w:val="ListBullet"/>
      </w:pPr>
      <w:r>
        <w:t>Mascarilla con bolsa reservorio.</w:t>
      </w:r>
    </w:p>
    <w:p>
      <w:pPr>
        <w:pStyle w:val="ListBullet"/>
      </w:pPr>
      <w:r>
        <w:t>Flujo habitual: 10-15 L/min (llenar reservorio).</w:t>
      </w:r>
    </w:p>
    <w:p>
      <w:pPr>
        <w:pStyle w:val="ListBullet"/>
      </w:pPr>
      <w:r>
        <w:t>FiO2 aproximada: 60-90% (según flujo y respiración del paciente).</w:t>
      </w:r>
    </w:p>
    <w:p>
      <w:r>
        <w:t>**Uso:**</w:t>
      </w:r>
    </w:p>
    <w:p>
      <w:pPr>
        <w:pStyle w:val="ListBullet"/>
      </w:pPr>
      <w:r>
        <w:t>Colocar mascarilla sobre nariz y boca.</w:t>
      </w:r>
    </w:p>
    <w:p>
      <w:pPr>
        <w:pStyle w:val="ListBullet"/>
      </w:pPr>
      <w:r>
        <w:t>Ajustar flujo para llenar reservorio (mínimo 10 L/min).</w:t>
      </w:r>
    </w:p>
    <w:p>
      <w:pPr>
        <w:pStyle w:val="ListBullet"/>
      </w:pPr>
      <w:r>
        <w:t>Verificar que reservorio se llena.</w:t>
      </w:r>
    </w:p>
    <w:p>
      <w:pPr>
        <w:pStyle w:val="ListBullet"/>
      </w:pPr>
      <w:r>
        <w:t>Verificar que paciente tolera dispositivo.</w:t>
      </w:r>
    </w:p>
    <w:p>
      <w:r>
        <w:t>**Consideraciones:**</w:t>
      </w:r>
    </w:p>
    <w:p>
      <w:pPr>
        <w:pStyle w:val="ListBullet"/>
      </w:pPr>
      <w:r>
        <w:t>Flujo mínimo 10 L/min para llenar reservorio.</w:t>
      </w:r>
    </w:p>
    <w:p>
      <w:pPr>
        <w:pStyle w:val="ListBullet"/>
      </w:pPr>
      <w:r>
        <w:t>Verificar que reservorio no está colapsado.</w:t>
      </w:r>
    </w:p>
    <w:p>
      <w:pPr>
        <w:pStyle w:val="ListBullet"/>
      </w:pPr>
      <w:r>
        <w:t>Verificar que mascarilla está bien ajustada.</w:t>
      </w:r>
    </w:p>
    <w:p>
      <w:r>
        <w:t>────────────────────────────────────────────────────────────</w:t>
      </w:r>
    </w:p>
    <w:p>
      <w:pPr>
        <w:pStyle w:val="Heading3"/>
      </w:pPr>
      <w:r>
        <w:t>Venturi</w:t>
      </w:r>
    </w:p>
    <w:p>
      <w:r>
        <w:t>**Características:**</w:t>
      </w:r>
    </w:p>
    <w:p>
      <w:pPr>
        <w:pStyle w:val="ListBullet"/>
      </w:pPr>
      <w:r>
        <w:t>Dispositivo con sistema Venturi para controlar FiO2.</w:t>
      </w:r>
    </w:p>
    <w:p>
      <w:pPr>
        <w:pStyle w:val="ListBullet"/>
      </w:pPr>
      <w:r>
        <w:t>FiO2 fija según color/ajuste (24%, 28%, 35%, 40%, etc.).</w:t>
      </w:r>
    </w:p>
    <w:p>
      <w:pPr>
        <w:pStyle w:val="ListBullet"/>
      </w:pPr>
      <w:r>
        <w:t>Flujo según FiO2 seleccionada.</w:t>
      </w:r>
    </w:p>
    <w:p>
      <w:r>
        <w:t>**Uso:**</w:t>
      </w:r>
    </w:p>
    <w:p>
      <w:pPr>
        <w:pStyle w:val="ListBullet"/>
      </w:pPr>
      <w:r>
        <w:t>Seleccionar FiO2 según necesidad.</w:t>
      </w:r>
    </w:p>
    <w:p>
      <w:pPr>
        <w:pStyle w:val="ListBullet"/>
      </w:pPr>
      <w:r>
        <w:t>Conectar a oxígeno.</w:t>
      </w:r>
    </w:p>
    <w:p>
      <w:pPr>
        <w:pStyle w:val="ListBullet"/>
      </w:pPr>
      <w:r>
        <w:t>Ajustar flujo según indicación del dispositivo.</w:t>
      </w:r>
    </w:p>
    <w:p>
      <w:pPr>
        <w:pStyle w:val="ListBullet"/>
      </w:pPr>
      <w:r>
        <w:t>Verificar que paciente tolera dispositivo.</w:t>
      </w:r>
    </w:p>
    <w:p>
      <w:r>
        <w:t>**Consideraciones:**</w:t>
      </w:r>
    </w:p>
    <w:p>
      <w:pPr>
        <w:pStyle w:val="ListBullet"/>
      </w:pPr>
      <w:r>
        <w:t>FiO2 es fija según ajuste (no varía con respiración del paciente).</w:t>
      </w:r>
    </w:p>
    <w:p>
      <w:pPr>
        <w:pStyle w:val="ListBullet"/>
      </w:pPr>
      <w:r>
        <w:t>Verificar que ajuste es correcto.</w:t>
      </w:r>
    </w:p>
    <w:p>
      <w:pPr>
        <w:pStyle w:val="ListBullet"/>
      </w:pPr>
      <w:r>
        <w:t>Verificar que flujo es adecuado.</w:t>
      </w:r>
    </w:p>
    <w:p>
      <w:r>
        <w:t>────────────────────────────────────────────────────────────</w:t>
      </w:r>
    </w:p>
    <w:p>
      <w:pPr>
        <w:pStyle w:val="Heading3"/>
      </w:pPr>
      <w:r>
        <w:t>Nebulización con O₂ (si aplica)</w:t>
      </w:r>
    </w:p>
    <w:p>
      <w:r>
        <w:t>**Características:**</w:t>
      </w:r>
    </w:p>
    <w:p>
      <w:pPr>
        <w:pStyle w:val="ListBullet"/>
      </w:pPr>
      <w:r>
        <w:t>Sistema de nebulización conectado a oxígeno.</w:t>
      </w:r>
    </w:p>
    <w:p>
      <w:pPr>
        <w:pStyle w:val="ListBullet"/>
      </w:pPr>
      <w:r>
        <w:t>Proporciona medicación nebulizada con oxígeno.</w:t>
      </w:r>
    </w:p>
    <w:p>
      <w:pPr>
        <w:pStyle w:val="ListBullet"/>
      </w:pPr>
      <w:r>
        <w:t>Flujo habitual: 6-8 L/min.</w:t>
      </w:r>
    </w:p>
    <w:p>
      <w:r>
        <w:t>**Uso:**</w:t>
      </w:r>
    </w:p>
    <w:p>
      <w:pPr>
        <w:pStyle w:val="ListBullet"/>
      </w:pPr>
      <w:r>
        <w:t>Preparar medicación según protocolo.</w:t>
      </w:r>
    </w:p>
    <w:p>
      <w:pPr>
        <w:pStyle w:val="ListBullet"/>
      </w:pPr>
      <w:r>
        <w:t>Conectar nebulizador a oxígeno.</w:t>
      </w:r>
    </w:p>
    <w:p>
      <w:pPr>
        <w:pStyle w:val="ListBullet"/>
      </w:pPr>
      <w:r>
        <w:t>Ajustar flujo según necesidad.</w:t>
      </w:r>
    </w:p>
    <w:p>
      <w:pPr>
        <w:pStyle w:val="ListBullet"/>
      </w:pPr>
      <w:r>
        <w:t>Verificar que nebulización funciona correctamente.</w:t>
      </w:r>
    </w:p>
    <w:p>
      <w:r>
        <w:t>**Consideraciones:**</w:t>
      </w:r>
    </w:p>
    <w:p>
      <w:pPr>
        <w:pStyle w:val="ListBullet"/>
      </w:pPr>
      <w:r>
        <w:t>Verificar que nebulizador funciona correctamente.</w:t>
      </w:r>
    </w:p>
    <w:p>
      <w:pPr>
        <w:pStyle w:val="ListBullet"/>
      </w:pPr>
      <w:r>
        <w:t>Verificar que medicación se nebuliza.</w:t>
      </w:r>
    </w:p>
    <w:p>
      <w:pPr>
        <w:pStyle w:val="ListBullet"/>
      </w:pPr>
      <w:r>
        <w:t>Verificar que paciente tolera nebulización.</w:t>
      </w:r>
    </w:p>
    <w:p>
      <w:r>
        <w:t>────────────────────────────────────────────────────────────</w:t>
      </w:r>
    </w:p>
    <w:p>
      <w:pPr>
        <w:pStyle w:val="Heading3"/>
      </w:pPr>
      <w:r>
        <w:t>BVM a O₂ (bolsa autoinflable con mascarilla)</w:t>
      </w:r>
    </w:p>
    <w:p>
      <w:r>
        <w:t>**Características:**</w:t>
      </w:r>
    </w:p>
    <w:p>
      <w:pPr>
        <w:pStyle w:val="ListBullet"/>
      </w:pPr>
      <w:r>
        <w:t>Bolsa autoinflable conectada a oxígeno.</w:t>
      </w:r>
    </w:p>
    <w:p>
      <w:pPr>
        <w:pStyle w:val="ListBullet"/>
      </w:pPr>
      <w:r>
        <w:t>Proporciona ventilación asistida con oxígeno.</w:t>
      </w:r>
    </w:p>
    <w:p>
      <w:pPr>
        <w:pStyle w:val="ListBullet"/>
      </w:pPr>
      <w:r>
        <w:t>Flujo habitual: 10-15 L/min.</w:t>
      </w:r>
    </w:p>
    <w:p>
      <w:r>
        <w:t>**Uso:**</w:t>
      </w:r>
    </w:p>
    <w:p>
      <w:pPr>
        <w:pStyle w:val="ListBullet"/>
      </w:pPr>
      <w:r>
        <w:t>Conectar BVM a oxígeno.</w:t>
      </w:r>
    </w:p>
    <w:p>
      <w:pPr>
        <w:pStyle w:val="ListBullet"/>
      </w:pPr>
      <w:r>
        <w:t>Ajustar flujo (10-15 L/min).</w:t>
      </w:r>
    </w:p>
    <w:p>
      <w:pPr>
        <w:pStyle w:val="ListBullet"/>
      </w:pPr>
      <w:r>
        <w:t>Verificar que reservorio se llena.</w:t>
      </w:r>
    </w:p>
    <w:p>
      <w:pPr>
        <w:pStyle w:val="ListBullet"/>
      </w:pPr>
      <w:r>
        <w:t>Usar para ventilación asistida según protocolo.</w:t>
      </w:r>
    </w:p>
    <w:p>
      <w:r>
        <w:t>**Consideraciones:**</w:t>
      </w:r>
    </w:p>
    <w:p>
      <w:pPr>
        <w:pStyle w:val="ListBullet"/>
      </w:pPr>
      <w:r>
        <w:t>Flujo mínimo 10 L/min para llenar reservorio.</w:t>
      </w:r>
    </w:p>
    <w:p>
      <w:pPr>
        <w:pStyle w:val="ListBullet"/>
      </w:pPr>
      <w:r>
        <w:t>Verificar que reservorio no está colapsado.</w:t>
      </w:r>
    </w:p>
    <w:p>
      <w:pPr>
        <w:pStyle w:val="ListBullet"/>
      </w:pPr>
      <w:r>
        <w:t>Verificar que BVM funciona correctamente.</w:t>
      </w:r>
    </w:p>
    <w:p>
      <w:pPr>
        <w:pStyle w:val="ListBullet"/>
      </w:pPr>
      <w:r>
        <w:t>**Nota:** Este capítulo no entra en técnicas de ventilación avanzada.</w:t>
      </w:r>
    </w:p>
    <w:p>
      <w:r>
        <w:t>────────────────────────────────────────────────────────────</w:t>
      </w:r>
    </w:p>
    <w:p>
      <w:pPr>
        <w:pStyle w:val="Heading2"/>
      </w:pPr>
      <w:r>
        <w:t>3.0.5 Montaje y verificación paso a paso</w:t>
      </w:r>
    </w:p>
    <w:p>
      <w:pPr>
        <w:pStyle w:val="Heading3"/>
      </w:pPr>
      <w:r>
        <w:t>Procedimiento estándar</w:t>
      </w:r>
    </w:p>
    <w:p>
      <w:r>
        <w:t>**Paso 1: Verificación de botella**</w:t>
      </w:r>
    </w:p>
    <w:p>
      <w:pPr>
        <w:pStyle w:val="ListBullet"/>
      </w:pPr>
      <w:r>
        <w:t>Verificar que botella está en buen estado.</w:t>
      </w:r>
    </w:p>
    <w:p>
      <w:pPr>
        <w:pStyle w:val="ListBullet"/>
      </w:pPr>
      <w:r>
        <w:t>Verificar que válvula funciona correctamente.</w:t>
      </w:r>
    </w:p>
    <w:p>
      <w:pPr>
        <w:pStyle w:val="ListBullet"/>
      </w:pPr>
      <w:r>
        <w:t>Verificar que presión es adecuada (según manómetro).</w:t>
      </w:r>
    </w:p>
    <w:p>
      <w:pPr>
        <w:pStyle w:val="ListBullet"/>
      </w:pPr>
      <w:r>
        <w:t>Verificar que botella está fijada correctamente.</w:t>
      </w:r>
    </w:p>
    <w:p>
      <w:r>
        <w:t>**Paso 2: Conexión de regulador**</w:t>
      </w:r>
    </w:p>
    <w:p>
      <w:pPr>
        <w:pStyle w:val="ListBullet"/>
      </w:pPr>
      <w:r>
        <w:t>Conectar regulador a válvula de botella.</w:t>
      </w:r>
    </w:p>
    <w:p>
      <w:pPr>
        <w:pStyle w:val="ListBullet"/>
      </w:pPr>
      <w:r>
        <w:t>Ajustar conexión firmemente (sin usar herramientas con grasa/aceite).</w:t>
      </w:r>
    </w:p>
    <w:p>
      <w:pPr>
        <w:pStyle w:val="ListBullet"/>
      </w:pPr>
      <w:r>
        <w:t>Verificar que conexión está segura.</w:t>
      </w:r>
    </w:p>
    <w:p>
      <w:pPr>
        <w:pStyle w:val="ListBullet"/>
      </w:pPr>
      <w:r>
        <w:t>Verificar que no hay fugas (aplicar detector de fugas si es necesario).</w:t>
      </w:r>
    </w:p>
    <w:p>
      <w:r>
        <w:t>**Paso 3: Conexión de caudalímetro**</w:t>
      </w:r>
    </w:p>
    <w:p>
      <w:pPr>
        <w:pStyle w:val="ListBullet"/>
      </w:pPr>
      <w:r>
        <w:t>Conectar caudalímetro a regulador.</w:t>
      </w:r>
    </w:p>
    <w:p>
      <w:pPr>
        <w:pStyle w:val="ListBullet"/>
      </w:pPr>
      <w:r>
        <w:t>Verificar que conexión está segura.</w:t>
      </w:r>
    </w:p>
    <w:p>
      <w:pPr>
        <w:pStyle w:val="ListBullet"/>
      </w:pPr>
      <w:r>
        <w:t>Verificar que no hay fugas.</w:t>
      </w:r>
    </w:p>
    <w:p>
      <w:r>
        <w:t>**Paso 4: Conexión de tubuladura**</w:t>
      </w:r>
    </w:p>
    <w:p>
      <w:pPr>
        <w:pStyle w:val="ListBullet"/>
      </w:pPr>
      <w:r>
        <w:t>Conectar tubuladura a caudalímetro.</w:t>
      </w:r>
    </w:p>
    <w:p>
      <w:pPr>
        <w:pStyle w:val="ListBullet"/>
      </w:pPr>
      <w:r>
        <w:t>Verificar que conexión está segura.</w:t>
      </w:r>
    </w:p>
    <w:p>
      <w:pPr>
        <w:pStyle w:val="ListBullet"/>
      </w:pPr>
      <w:r>
        <w:t>Verificar que tubuladura está en buen estado.</w:t>
      </w:r>
    </w:p>
    <w:p>
      <w:r>
        <w:t>**Paso 5: Apertura de válvula**</w:t>
      </w:r>
    </w:p>
    <w:p>
      <w:pPr>
        <w:pStyle w:val="ListBullet"/>
      </w:pPr>
      <w:r>
        <w:t>Abrir válvula de botella lentamente.</w:t>
      </w:r>
    </w:p>
    <w:p>
      <w:pPr>
        <w:pStyle w:val="ListBullet"/>
      </w:pPr>
      <w:r>
        <w:t>Abrir completamente después de abrir lentamente.</w:t>
      </w:r>
    </w:p>
    <w:p>
      <w:pPr>
        <w:pStyle w:val="ListBullet"/>
      </w:pPr>
      <w:r>
        <w:t>Verificar que manómetro muestra presión.</w:t>
      </w:r>
    </w:p>
    <w:p>
      <w:pPr>
        <w:pStyle w:val="ListBullet"/>
      </w:pPr>
      <w:r>
        <w:t>Verificar que no hay fugas en válvula.</w:t>
      </w:r>
    </w:p>
    <w:p>
      <w:r>
        <w:t>**Paso 6: Prueba de flujo**</w:t>
      </w:r>
    </w:p>
    <w:p>
      <w:pPr>
        <w:pStyle w:val="ListBullet"/>
      </w:pPr>
      <w:r>
        <w:t>Abrir caudalímetro.</w:t>
      </w:r>
    </w:p>
    <w:p>
      <w:pPr>
        <w:pStyle w:val="ListBullet"/>
      </w:pPr>
      <w:r>
        <w:t>Ajustar flujo a valor de prueba (ej: 5 L/min).</w:t>
      </w:r>
    </w:p>
    <w:p>
      <w:pPr>
        <w:pStyle w:val="ListBullet"/>
      </w:pPr>
      <w:r>
        <w:t>Verificar que flujo se ajusta correctamente.</w:t>
      </w:r>
    </w:p>
    <w:p>
      <w:pPr>
        <w:pStyle w:val="ListBullet"/>
      </w:pPr>
      <w:r>
        <w:t>Verificar que lectura es correcta.</w:t>
      </w:r>
    </w:p>
    <w:p>
      <w:pPr>
        <w:pStyle w:val="ListBullet"/>
      </w:pPr>
      <w:r>
        <w:t>Cerrar caudalímetro.</w:t>
      </w:r>
    </w:p>
    <w:p>
      <w:r>
        <w:t>**Paso 7: Control de fugas**</w:t>
      </w:r>
    </w:p>
    <w:p>
      <w:pPr>
        <w:pStyle w:val="ListBullet"/>
      </w:pPr>
      <w:r>
        <w:t>Aplicar detector de fugas en todas las conexiones.</w:t>
      </w:r>
    </w:p>
    <w:p>
      <w:pPr>
        <w:pStyle w:val="ListBullet"/>
      </w:pPr>
      <w:r>
        <w:t>Verificar válvula de botella.</w:t>
      </w:r>
    </w:p>
    <w:p>
      <w:pPr>
        <w:pStyle w:val="ListBullet"/>
      </w:pPr>
      <w:r>
        <w:t>Verificar conexión botella-regulador.</w:t>
      </w:r>
    </w:p>
    <w:p>
      <w:pPr>
        <w:pStyle w:val="ListBullet"/>
      </w:pPr>
      <w:r>
        <w:t>Verificar conexión regulador-caudalímetro.</w:t>
      </w:r>
    </w:p>
    <w:p>
      <w:pPr>
        <w:pStyle w:val="ListBullet"/>
      </w:pPr>
      <w:r>
        <w:t>Verificar conexión caudalímetro-tubuladura.</w:t>
      </w:r>
    </w:p>
    <w:p>
      <w:pPr>
        <w:pStyle w:val="ListBullet"/>
      </w:pPr>
      <w:r>
        <w:t>Si hay fuga: corregir y re-verificar.</w:t>
      </w:r>
    </w:p>
    <w:p>
      <w:r>
        <w:t>**Paso 8: Conexión de dispositivo**</w:t>
      </w:r>
    </w:p>
    <w:p>
      <w:pPr>
        <w:pStyle w:val="ListBullet"/>
      </w:pPr>
      <w:r>
        <w:t>Conectar dispositivo de administración a tubuladura.</w:t>
      </w:r>
    </w:p>
    <w:p>
      <w:pPr>
        <w:pStyle w:val="ListBullet"/>
      </w:pPr>
      <w:r>
        <w:t>Verificar que conexión está segura.</w:t>
      </w:r>
    </w:p>
    <w:p>
      <w:pPr>
        <w:pStyle w:val="ListBullet"/>
      </w:pPr>
      <w:r>
        <w:t>Verificar que dispositivo está en buen estado.</w:t>
      </w:r>
    </w:p>
    <w:p>
      <w:pPr>
        <w:pStyle w:val="ListBullet"/>
      </w:pPr>
      <w:r>
        <w:t>Verificar que dispositivo es adecuado.</w:t>
      </w:r>
    </w:p>
    <w:p>
      <w:r>
        <w:t>**Paso 9: Verificación final**</w:t>
      </w:r>
    </w:p>
    <w:p>
      <w:pPr>
        <w:pStyle w:val="ListBullet"/>
      </w:pPr>
      <w:r>
        <w:t>Verificar que todo el sistema está montado correctamente.</w:t>
      </w:r>
    </w:p>
    <w:p>
      <w:pPr>
        <w:pStyle w:val="ListBullet"/>
      </w:pPr>
      <w:r>
        <w:t>Verificar que no hay fugas.</w:t>
      </w:r>
    </w:p>
    <w:p>
      <w:pPr>
        <w:pStyle w:val="ListBullet"/>
      </w:pPr>
      <w:r>
        <w:t>Verificar que flujo funciona correctamente.</w:t>
      </w:r>
    </w:p>
    <w:p>
      <w:pPr>
        <w:pStyle w:val="ListBullet"/>
      </w:pPr>
      <w:r>
        <w:t>Verificar que sistema está listo para usar.</w:t>
      </w:r>
    </w:p>
    <w:p>
      <w:r>
        <w:t>────────────────────────────────────────────────────────────</w:t>
      </w:r>
    </w:p>
    <w:p>
      <w:pPr>
        <w:pStyle w:val="Heading2"/>
      </w:pPr>
      <w:r>
        <w:t>3.0.6 Cálculo de duración de botellas de O₂</w:t>
      </w:r>
    </w:p>
    <w:p>
      <w:pPr>
        <w:pStyle w:val="Heading3"/>
      </w:pPr>
      <w:r>
        <w:t>Variables del cálculo</w:t>
      </w:r>
    </w:p>
    <w:p>
      <w:r>
        <w:t>**1. Presión inicial (P_inicial):**</w:t>
      </w:r>
    </w:p>
    <w:p>
      <w:pPr>
        <w:pStyle w:val="ListBullet"/>
      </w:pPr>
      <w:r>
        <w:t>Presión actual de la botella (en bar).</w:t>
      </w:r>
    </w:p>
    <w:p>
      <w:pPr>
        <w:pStyle w:val="ListBullet"/>
      </w:pPr>
      <w:r>
        <w:t>Se lee en el manómetro.</w:t>
      </w:r>
    </w:p>
    <w:p>
      <w:pPr>
        <w:pStyle w:val="ListBullet"/>
      </w:pPr>
      <w:r>
        <w:t>Disminuye con el uso.</w:t>
      </w:r>
    </w:p>
    <w:p>
      <w:r>
        <w:t>**2. Presión de reserva (P_reserva):**</w:t>
      </w:r>
    </w:p>
    <w:p>
      <w:pPr>
        <w:pStyle w:val="ListBullet"/>
      </w:pPr>
      <w:r>
        <w:t>Margen de seguridad recomendado.</w:t>
      </w:r>
    </w:p>
    <w:p>
      <w:pPr>
        <w:pStyle w:val="ListBullet"/>
      </w:pPr>
      <w:r>
        <w:t>No usar botella hasta presión = 0.</w:t>
      </w:r>
    </w:p>
    <w:p>
      <w:pPr>
        <w:pStyle w:val="ListBullet"/>
      </w:pPr>
      <w:r>
        <w:t>Valores habituales: 20-30 bar (según protocolo del servicio).</w:t>
      </w:r>
    </w:p>
    <w:p>
      <w:r>
        <w:t>**3. Volumen de la botella (V):**</w:t>
      </w:r>
    </w:p>
    <w:p>
      <w:pPr>
        <w:pStyle w:val="ListBullet"/>
      </w:pPr>
      <w:r>
        <w:t>Volumen nominal de la botella en litros.</w:t>
      </w:r>
    </w:p>
    <w:p>
      <w:pPr>
        <w:pStyle w:val="ListBullet"/>
      </w:pPr>
      <w:r>
        <w:t>Valores habituales: 2L, 5L, 10L, 40L (según dotación).</w:t>
      </w:r>
    </w:p>
    <w:p>
      <w:r>
        <w:t>**4. Caudal (Q):**</w:t>
      </w:r>
    </w:p>
    <w:p>
      <w:pPr>
        <w:pStyle w:val="ListBullet"/>
      </w:pPr>
      <w:r>
        <w:t>Flujo de oxígeno en litros por minuto (L/min).</w:t>
      </w:r>
    </w:p>
    <w:p>
      <w:pPr>
        <w:pStyle w:val="ListBullet"/>
      </w:pPr>
      <w:r>
        <w:t>Se ajusta en el caudalímetro.</w:t>
      </w:r>
    </w:p>
    <w:p>
      <w:pPr>
        <w:pStyle w:val="ListBullet"/>
      </w:pPr>
      <w:r>
        <w:t>Varía según dispositivo y necesidad.</w:t>
      </w:r>
    </w:p>
    <w:p>
      <w:r>
        <w:t>────────────────────────────────────────────────────────────</w:t>
      </w:r>
    </w:p>
    <w:p>
      <w:pPr>
        <w:pStyle w:val="Heading3"/>
      </w:pPr>
      <w:r>
        <w:t>Fórmula práctica</w:t>
      </w:r>
    </w:p>
    <w:p>
      <w:r>
        <w:t>**Fórmula:**</w:t>
      </w:r>
    </w:p>
    <w:p>
      <w:r>
        <w:t>**Donde:**</w:t>
      </w:r>
    </w:p>
    <w:p>
      <w:pPr>
        <w:pStyle w:val="ListBullet"/>
      </w:pPr>
      <w:r>
        <w:t>**P_inicial:** Presión actual en bar (leer en manómetro).</w:t>
      </w:r>
    </w:p>
    <w:p>
      <w:pPr>
        <w:pStyle w:val="ListBullet"/>
      </w:pPr>
      <w:r>
        <w:t>**P_reserva:** Presión de reserva en bar (ej: 20-30 bar).</w:t>
      </w:r>
    </w:p>
    <w:p>
      <w:pPr>
        <w:pStyle w:val="ListBullet"/>
      </w:pPr>
      <w:r>
        <w:t>**Volumen_botella:** Volumen nominal de la botella en litros (2, 5, 10, 40, etc.).</w:t>
      </w:r>
    </w:p>
    <w:p>
      <w:pPr>
        <w:pStyle w:val="ListBullet"/>
      </w:pPr>
      <w:r>
        <w:t>**Caudal:** Flujo en L/min (ajustado en caudalímetro).</w:t>
      </w:r>
    </w:p>
    <w:p>
      <w:r>
        <w:t>**Resultado:**</w:t>
      </w:r>
    </w:p>
    <w:p>
      <w:pPr>
        <w:pStyle w:val="ListBullet"/>
      </w:pPr>
      <w:r>
        <w:t>Duración en minutos.</w:t>
      </w:r>
    </w:p>
    <w:p>
      <w:pPr>
        <w:pStyle w:val="ListBullet"/>
      </w:pPr>
      <w:r>
        <w:t>Convertir a horas si es necesario (dividir por 60).</w:t>
      </w:r>
    </w:p>
    <w:p>
      <w:r>
        <w:t>────────────────────────────────────────────────────────────</w:t>
      </w:r>
    </w:p>
    <w:p>
      <w:pPr>
        <w:pStyle w:val="Heading3"/>
      </w:pPr>
      <w:r>
        <w:t>Tabla operativa de volúmenes habituales</w:t>
      </w:r>
    </w:p>
    <w:p>
      <w:r>
        <w:t>**Volúmenes según tamaño de botella:**</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Tamaño de Botella</w:t>
            </w:r>
          </w:p>
        </w:tc>
        <w:tc>
          <w:tcPr>
            <w:tcW w:type="dxa" w:w="2880"/>
          </w:tcPr>
          <w:p>
            <w:r>
              <w:t>Volumen (litros)</w:t>
            </w:r>
          </w:p>
        </w:tc>
        <w:tc>
          <w:tcPr>
            <w:tcW w:type="dxa" w:w="2880"/>
          </w:tcPr>
          <w:p>
            <w:r>
              <w:t>Presión típica (bar)</w:t>
            </w:r>
          </w:p>
        </w:tc>
      </w:tr>
      <w:tr>
        <w:tc>
          <w:tcPr>
            <w:tcW w:type="dxa" w:w="2880"/>
          </w:tcPr>
          <w:p>
            <w:r>
              <w:t>2 L</w:t>
            </w:r>
          </w:p>
        </w:tc>
        <w:tc>
          <w:tcPr>
            <w:tcW w:type="dxa" w:w="2880"/>
          </w:tcPr>
          <w:p>
            <w:r>
              <w:t>2</w:t>
            </w:r>
          </w:p>
        </w:tc>
        <w:tc>
          <w:tcPr>
            <w:tcW w:type="dxa" w:w="2880"/>
          </w:tcPr>
          <w:p>
            <w:r>
              <w:t>200</w:t>
            </w:r>
          </w:p>
        </w:tc>
      </w:tr>
      <w:tr>
        <w:tc>
          <w:tcPr>
            <w:tcW w:type="dxa" w:w="2880"/>
          </w:tcPr>
          <w:p>
            <w:r>
              <w:t>5 L</w:t>
            </w:r>
          </w:p>
        </w:tc>
        <w:tc>
          <w:tcPr>
            <w:tcW w:type="dxa" w:w="2880"/>
          </w:tcPr>
          <w:p>
            <w:r>
              <w:t>5</w:t>
            </w:r>
          </w:p>
        </w:tc>
        <w:tc>
          <w:tcPr>
            <w:tcW w:type="dxa" w:w="2880"/>
          </w:tcPr>
          <w:p>
            <w:r>
              <w:t>200</w:t>
            </w:r>
          </w:p>
        </w:tc>
      </w:tr>
      <w:tr>
        <w:tc>
          <w:tcPr>
            <w:tcW w:type="dxa" w:w="2880"/>
          </w:tcPr>
          <w:p>
            <w:r>
              <w:t>10 L</w:t>
            </w:r>
          </w:p>
        </w:tc>
        <w:tc>
          <w:tcPr>
            <w:tcW w:type="dxa" w:w="2880"/>
          </w:tcPr>
          <w:p>
            <w:r>
              <w:t>10</w:t>
            </w:r>
          </w:p>
        </w:tc>
        <w:tc>
          <w:tcPr>
            <w:tcW w:type="dxa" w:w="2880"/>
          </w:tcPr>
          <w:p>
            <w:r>
              <w:t>200</w:t>
            </w:r>
          </w:p>
        </w:tc>
      </w:tr>
      <w:tr>
        <w:tc>
          <w:tcPr>
            <w:tcW w:type="dxa" w:w="2880"/>
          </w:tcPr>
          <w:p>
            <w:r>
              <w:t>40 L</w:t>
            </w:r>
          </w:p>
        </w:tc>
        <w:tc>
          <w:tcPr>
            <w:tcW w:type="dxa" w:w="2880"/>
          </w:tcPr>
          <w:p>
            <w:r>
              <w:t>40</w:t>
            </w:r>
          </w:p>
        </w:tc>
        <w:tc>
          <w:tcPr>
            <w:tcW w:type="dxa" w:w="2880"/>
          </w:tcPr>
          <w:p>
            <w:r>
              <w:t>200</w:t>
            </w:r>
          </w:p>
        </w:tc>
      </w:tr>
    </w:tbl>
    <w:p>
      <w:r>
        <w:t>**Nota:** Los volúmenes pueden variar ligeramente según modelo y fabricante. Consultar especificaciones del servicio si es necesario.</w:t>
      </w:r>
    </w:p>
    <w:p>
      <w:r>
        <w:t>────────────────────────────────────────────────────────────</w:t>
      </w:r>
    </w:p>
    <w:p>
      <w:pPr>
        <w:pStyle w:val="Heading3"/>
      </w:pPr>
      <w:r>
        <w:t>Ejemplos de cálculo</w:t>
      </w:r>
    </w:p>
    <w:p>
      <w:r>
        <w:t>**Ejemplo 1: Botella de 5L, presión 150 bar, caudal 5 L/min, reserva 20 bar**</w:t>
      </w:r>
    </w:p>
    <w:p>
      <w:r>
        <w:t>**Cálculo:**</w:t>
      </w:r>
    </w:p>
    <w:p>
      <w:r>
        <w:t>**Resultado:** La botella durará aproximadamente 130 minutos (2 horas 10 minutos).</w:t>
      </w:r>
    </w:p>
    <w:p>
      <w:r>
        <w:t>────────────────────────────────────────────────────────────</w:t>
      </w:r>
    </w:p>
    <w:p>
      <w:r>
        <w:t>**Ejemplo 2: Botella de 10L, presión 200 bar, caudal 10 L/min, reserva 30 bar**</w:t>
      </w:r>
    </w:p>
    <w:p>
      <w:r>
        <w:t>**Cálculo:**</w:t>
      </w:r>
    </w:p>
    <w:p>
      <w:r>
        <w:t>**Resultado:** La botella durará aproximadamente 170 minutos (2 horas 50 minutos).</w:t>
      </w:r>
    </w:p>
    <w:p>
      <w:r>
        <w:t>────────────────────────────────────────────────────────────</w:t>
      </w:r>
    </w:p>
    <w:p>
      <w:r>
        <w:t>**Ejemplo 3: Botella de 2L, presión 100 bar, caudal 3 L/min, reserva 20 bar**</w:t>
      </w:r>
    </w:p>
    <w:p>
      <w:r>
        <w:t>**Cálculo:**</w:t>
      </w:r>
    </w:p>
    <w:p>
      <w:r>
        <w:t>**Resultado:** La botella durará aproximadamente 53 minutos.</w:t>
      </w:r>
    </w:p>
    <w:p>
      <w:r>
        <w:t>────────────────────────────────────────────────────────────</w:t>
      </w:r>
    </w:p>
    <w:p>
      <w:r>
        <w:t>**Ejemplo 4: Botella de 10L, presión 180 bar, caudal 15 L/min (BVM con reservorio), reserva 25 bar**</w:t>
      </w:r>
    </w:p>
    <w:p>
      <w:r>
        <w:t>**Cálculo:**</w:t>
      </w:r>
    </w:p>
    <w:p>
      <w:r>
        <w:t>**Resultado:** La botella durará aproximadamente 103 minutos (1 hora 43 minutos).</w:t>
      </w:r>
    </w:p>
    <w:p>
      <w:r>
        <w:t>────────────────────────────────────────────────────────────</w:t>
      </w:r>
    </w:p>
    <w:p>
      <w:pPr>
        <w:pStyle w:val="Heading3"/>
      </w:pPr>
      <w:r>
        <w:t>Errores frecuentes en el cálculo</w:t>
      </w:r>
    </w:p>
    <w:p>
      <w:r>
        <w:t>**Error 1: No considerar reserva**</w:t>
      </w:r>
    </w:p>
    <w:p>
      <w:pPr>
        <w:pStyle w:val="ListBullet"/>
      </w:pPr>
      <w:r>
        <w:t>❌ Calcular con presión completa (sin restar reserva).</w:t>
      </w:r>
    </w:p>
    <w:p>
      <w:pPr>
        <w:pStyle w:val="ListBullet"/>
      </w:pPr>
      <w:r>
        <w:t>**Consecuencia:** Sobreestimación de duración, riesgo de quedarse sin oxígeno.</w:t>
      </w:r>
    </w:p>
    <w:p>
      <w:pPr>
        <w:pStyle w:val="ListBullet"/>
      </w:pPr>
      <w:r>
        <w:t>**Prevención:** Siempre restar reserva (20-30 bar).</w:t>
      </w:r>
    </w:p>
    <w:p>
      <w:r>
        <w:t>**Error 2: Usar volumen incorrecto**</w:t>
      </w:r>
    </w:p>
    <w:p>
      <w:pPr>
        <w:pStyle w:val="ListBullet"/>
      </w:pPr>
      <w:r>
        <w:t>❌ Usar volumen de botella incorrecto.</w:t>
      </w:r>
    </w:p>
    <w:p>
      <w:pPr>
        <w:pStyle w:val="ListBullet"/>
      </w:pPr>
      <w:r>
        <w:t>**Consecuencia:** Cálculo incorrecto de duración.</w:t>
      </w:r>
    </w:p>
    <w:p>
      <w:pPr>
        <w:pStyle w:val="ListBullet"/>
      </w:pPr>
      <w:r>
        <w:t>**Prevención:** Verificar tamaño de botella y usar volumen correcto (2, 5, 10, 40 litros, etc.).</w:t>
      </w:r>
    </w:p>
    <w:p>
      <w:r>
        <w:t>**Error 3: No actualizar presión**</w:t>
      </w:r>
    </w:p>
    <w:p>
      <w:pPr>
        <w:pStyle w:val="ListBullet"/>
      </w:pPr>
      <w:r>
        <w:t>❌ Usar presión inicial sin actualizar durante uso.</w:t>
      </w:r>
    </w:p>
    <w:p>
      <w:pPr>
        <w:pStyle w:val="ListBullet"/>
      </w:pPr>
      <w:r>
        <w:t>**Consecuencia:** Cálculo incorrecto de duración restante.</w:t>
      </w:r>
    </w:p>
    <w:p>
      <w:pPr>
        <w:pStyle w:val="ListBullet"/>
      </w:pPr>
      <w:r>
        <w:t>**Prevención:** Re-calcular periódicamente con presión actual.</w:t>
      </w:r>
    </w:p>
    <w:p>
      <w:r>
        <w:t>**Error 4: No considerar caudal real**</w:t>
      </w:r>
    </w:p>
    <w:p>
      <w:pPr>
        <w:pStyle w:val="ListBullet"/>
      </w:pPr>
      <w:r>
        <w:t>❌ Usar caudal teórico sin verificar caudal real.</w:t>
      </w:r>
    </w:p>
    <w:p>
      <w:pPr>
        <w:pStyle w:val="ListBullet"/>
      </w:pPr>
      <w:r>
        <w:t>**Consecuencia:** Cálculo incorrecto si hay fuga o ajuste incorrecto.</w:t>
      </w:r>
    </w:p>
    <w:p>
      <w:pPr>
        <w:pStyle w:val="ListBullet"/>
      </w:pPr>
      <w:r>
        <w:t>**Prevención:** Verificar caudal real en caudalímetro.</w:t>
      </w:r>
    </w:p>
    <w:p>
      <w:r>
        <w:t>**Error 5: No considerar múltiples dispositivos**</w:t>
      </w:r>
    </w:p>
    <w:p>
      <w:pPr>
        <w:pStyle w:val="ListBullet"/>
      </w:pPr>
      <w:r>
        <w:t>❌ Calcular para un dispositivo cuando hay múltiples.</w:t>
      </w:r>
    </w:p>
    <w:p>
      <w:pPr>
        <w:pStyle w:val="ListBullet"/>
      </w:pPr>
      <w:r>
        <w:t>**Consecuencia:** Sobreestimación de duración.</w:t>
      </w:r>
    </w:p>
    <w:p>
      <w:pPr>
        <w:pStyle w:val="ListBullet"/>
      </w:pPr>
      <w:r>
        <w:t>**Prevención:** Sumar caudales de todos los dispositivos.</w:t>
      </w:r>
    </w:p>
    <w:p>
      <w:r>
        <w:t>────────────────────────────────────────────────────────────</w:t>
      </w:r>
    </w:p>
    <w:p>
      <w:pPr>
        <w:pStyle w:val="Heading2"/>
      </w:pPr>
      <w:r>
        <w:t>3.0.7 Gestión del consumo durante el servicio</w:t>
      </w:r>
    </w:p>
    <w:p>
      <w:pPr>
        <w:pStyle w:val="Heading3"/>
      </w:pPr>
      <w:r>
        <w:t>Logística de botellas</w:t>
      </w:r>
    </w:p>
    <w:p>
      <w:r>
        <w:t>**Planificación:**</w:t>
      </w:r>
    </w:p>
    <w:p>
      <w:pPr>
        <w:pStyle w:val="ListBullet"/>
      </w:pPr>
      <w:r>
        <w:t>Verificar cantidad de botellas disponibles al inicio del servicio.</w:t>
      </w:r>
    </w:p>
    <w:p>
      <w:pPr>
        <w:pStyle w:val="ListBullet"/>
      </w:pPr>
      <w:r>
        <w:t>Verificar presión de botellas disponibles.</w:t>
      </w:r>
    </w:p>
    <w:p>
      <w:pPr>
        <w:pStyle w:val="ListBullet"/>
      </w:pPr>
      <w:r>
        <w:t>Calcular duración estimada según botellas disponibles.</w:t>
      </w:r>
    </w:p>
    <w:p>
      <w:pPr>
        <w:pStyle w:val="ListBullet"/>
      </w:pPr>
      <w:r>
        <w:t>Planificar cambios de botella si es necesario.</w:t>
      </w:r>
    </w:p>
    <w:p>
      <w:r>
        <w:t>**Monitoreo:**</w:t>
      </w:r>
    </w:p>
    <w:p>
      <w:pPr>
        <w:pStyle w:val="ListBullet"/>
      </w:pPr>
      <w:r>
        <w:t>Verificar presión periódicamente durante servicio.</w:t>
      </w:r>
    </w:p>
    <w:p>
      <w:pPr>
        <w:pStyle w:val="ListBullet"/>
      </w:pPr>
      <w:r>
        <w:t>Re-calcular duración restante periódicamente.</w:t>
      </w:r>
    </w:p>
    <w:p>
      <w:pPr>
        <w:pStyle w:val="ListBullet"/>
      </w:pPr>
      <w:r>
        <w:t>Identificar cuándo cambiar botella.</w:t>
      </w:r>
    </w:p>
    <w:p>
      <w:pPr>
        <w:pStyle w:val="ListBullet"/>
      </w:pPr>
      <w:r>
        <w:t>Comunicar necesidad de cambio si es necesario.</w:t>
      </w:r>
    </w:p>
    <w:p>
      <w:r>
        <w:t>**Cambios planificados:**</w:t>
      </w:r>
    </w:p>
    <w:p>
      <w:pPr>
        <w:pStyle w:val="ListBullet"/>
      </w:pPr>
      <w:r>
        <w:t>Cambiar botella antes de que se agote.</w:t>
      </w:r>
    </w:p>
    <w:p>
      <w:pPr>
        <w:pStyle w:val="ListBullet"/>
      </w:pPr>
      <w:r>
        <w:t>Usar reserva como señal de cambio.</w:t>
      </w:r>
    </w:p>
    <w:p>
      <w:pPr>
        <w:pStyle w:val="ListBullet"/>
      </w:pPr>
      <w:r>
        <w:t>Verificar que botella de reemplazo está disponible.</w:t>
      </w:r>
    </w:p>
    <w:p>
      <w:pPr>
        <w:pStyle w:val="ListBullet"/>
      </w:pPr>
      <w:r>
        <w:t>Cambiar botella de forma controlada.</w:t>
      </w:r>
    </w:p>
    <w:p>
      <w:r>
        <w:t>────────────────────────────────────────────────────────────</w:t>
      </w:r>
    </w:p>
    <w:p>
      <w:pPr>
        <w:pStyle w:val="Heading3"/>
      </w:pPr>
      <w:r>
        <w:t>Minimizar fugas</w:t>
      </w:r>
    </w:p>
    <w:p>
      <w:r>
        <w:t>**Prevención:**</w:t>
      </w:r>
    </w:p>
    <w:p>
      <w:pPr>
        <w:pStyle w:val="ListBullet"/>
      </w:pPr>
      <w:r>
        <w:t>Verificar conexiones antes de usar.</w:t>
      </w:r>
    </w:p>
    <w:p>
      <w:pPr>
        <w:pStyle w:val="ListBullet"/>
      </w:pPr>
      <w:r>
        <w:t>Aplicar detector de fugas periódicamente.</w:t>
      </w:r>
    </w:p>
    <w:p>
      <w:pPr>
        <w:pStyle w:val="ListBullet"/>
      </w:pPr>
      <w:r>
        <w:t>Cerrar válvula cuando no se usa.</w:t>
      </w:r>
    </w:p>
    <w:p>
      <w:pPr>
        <w:pStyle w:val="ListBullet"/>
      </w:pPr>
      <w:r>
        <w:t>Cerrar caudalímetro cuando no se usa.</w:t>
      </w:r>
    </w:p>
    <w:p>
      <w:r>
        <w:t>**Detección:**</w:t>
      </w:r>
    </w:p>
    <w:p>
      <w:pPr>
        <w:pStyle w:val="ListBullet"/>
      </w:pPr>
      <w:r>
        <w:t>Escuchar silbido (puede indicar fuga).</w:t>
      </w:r>
    </w:p>
    <w:p>
      <w:pPr>
        <w:pStyle w:val="ListBullet"/>
      </w:pPr>
      <w:r>
        <w:t>Observar disminución rápida de presión.</w:t>
      </w:r>
    </w:p>
    <w:p>
      <w:pPr>
        <w:pStyle w:val="ListBullet"/>
      </w:pPr>
      <w:r>
        <w:t>Aplicar detector de fugas.</w:t>
      </w:r>
    </w:p>
    <w:p>
      <w:pPr>
        <w:pStyle w:val="ListBullet"/>
      </w:pPr>
      <w:r>
        <w:t>Verificar conexiones sistemáticamente.</w:t>
      </w:r>
    </w:p>
    <w:p>
      <w:r>
        <w:t>**Corrección:**</w:t>
      </w:r>
    </w:p>
    <w:p>
      <w:pPr>
        <w:pStyle w:val="ListBullet"/>
      </w:pPr>
      <w:r>
        <w:t>Si hay fuga: corregir inmediatamente.</w:t>
      </w:r>
    </w:p>
    <w:p>
      <w:pPr>
        <w:pStyle w:val="ListBullet"/>
      </w:pPr>
      <w:r>
        <w:t>Re-conectar componente con fuga.</w:t>
      </w:r>
    </w:p>
    <w:p>
      <w:pPr>
        <w:pStyle w:val="ListBullet"/>
      </w:pPr>
      <w:r>
        <w:t>Re-verificar que fuga está resuelta.</w:t>
      </w:r>
    </w:p>
    <w:p>
      <w:pPr>
        <w:pStyle w:val="ListBullet"/>
      </w:pPr>
      <w:r>
        <w:t>Si persiste: cambiar componente o botella.</w:t>
      </w:r>
    </w:p>
    <w:p>
      <w:r>
        <w:t>────────────────────────────────────────────────────────────</w:t>
      </w:r>
    </w:p>
    <w:p>
      <w:pPr>
        <w:pStyle w:val="Heading3"/>
      </w:pPr>
      <w:r>
        <w:t>Optimización del consumo</w:t>
      </w:r>
    </w:p>
    <w:p>
      <w:r>
        <w:t>**Principios:**</w:t>
      </w:r>
    </w:p>
    <w:p>
      <w:pPr>
        <w:pStyle w:val="ListBullet"/>
      </w:pPr>
      <w:r>
        <w:t>Usar flujo adecuado (no excesivo).</w:t>
      </w:r>
    </w:p>
    <w:p>
      <w:pPr>
        <w:pStyle w:val="ListBullet"/>
      </w:pPr>
      <w:r>
        <w:t>Cerrar caudalímetro cuando no se usa.</w:t>
      </w:r>
    </w:p>
    <w:p>
      <w:pPr>
        <w:pStyle w:val="ListBullet"/>
      </w:pPr>
      <w:r>
        <w:t>Cerrar válvula cuando no se usa (si es seguro).</w:t>
      </w:r>
    </w:p>
    <w:p>
      <w:pPr>
        <w:pStyle w:val="ListBullet"/>
      </w:pPr>
      <w:r>
        <w:t>Verificar que no hay fugas.</w:t>
      </w:r>
    </w:p>
    <w:p>
      <w:r>
        <w:t>**Consideraciones:**</w:t>
      </w:r>
    </w:p>
    <w:p>
      <w:pPr>
        <w:pStyle w:val="ListBullet"/>
      </w:pPr>
      <w:r>
        <w:t>No reducir flujo por debajo de lo necesario (compromete oxigenación).</w:t>
      </w:r>
    </w:p>
    <w:p>
      <w:pPr>
        <w:pStyle w:val="ListBullet"/>
      </w:pPr>
      <w:r>
        <w:t>Priorizar seguridad del paciente sobre consumo.</w:t>
      </w:r>
    </w:p>
    <w:p>
      <w:pPr>
        <w:pStyle w:val="ListBullet"/>
      </w:pPr>
      <w:r>
        <w:t>Planificar cambios de botella si traslado es largo.</w:t>
      </w:r>
    </w:p>
    <w:p>
      <w:r>
        <w:t>────────────────────────────────────────────────────────────</w:t>
      </w:r>
    </w:p>
    <w:p>
      <w:pPr>
        <w:pStyle w:val="Heading2"/>
      </w:pPr>
      <w:r>
        <w:t>3.0.8 Errores críticos y señales de alarma</w:t>
      </w:r>
    </w:p>
    <w:p>
      <w:pPr>
        <w:pStyle w:val="Heading3"/>
      </w:pPr>
      <w:r>
        <w:t>Errores críticos</w:t>
      </w:r>
    </w:p>
    <w:p>
      <w:r>
        <w:t>**Error 1: Usar grasas/aceites en conexiones**</w:t>
      </w:r>
    </w:p>
    <w:p>
      <w:pPr>
        <w:pStyle w:val="ListBullet"/>
      </w:pPr>
      <w:r>
        <w:t>❌ Lubricar o tocar conexiones con grasa/aceite.</w:t>
      </w:r>
    </w:p>
    <w:p>
      <w:pPr>
        <w:pStyle w:val="ListBullet"/>
      </w:pPr>
      <w:r>
        <w:t>**Consecuencia:** Riesgo de explosión o incendio.</w:t>
      </w:r>
    </w:p>
    <w:p>
      <w:pPr>
        <w:pStyle w:val="ListBullet"/>
      </w:pPr>
      <w:r>
        <w:t>**Prevención:** NUNCA usar grasas/aceites en conexiones de oxígeno.</w:t>
      </w:r>
    </w:p>
    <w:p>
      <w:r>
        <w:t>**Error 2: No fijar botella**</w:t>
      </w:r>
    </w:p>
    <w:p>
      <w:pPr>
        <w:pStyle w:val="ListBullet"/>
      </w:pPr>
      <w:r>
        <w:t>❌ Dejar botella sin fijar.</w:t>
      </w:r>
    </w:p>
    <w:p>
      <w:pPr>
        <w:pStyle w:val="ListBullet"/>
      </w:pPr>
      <w:r>
        <w:t>**Consecuencia:** Riesgo de caída, lesión, daño a botella.</w:t>
      </w:r>
    </w:p>
    <w:p>
      <w:pPr>
        <w:pStyle w:val="ListBullet"/>
      </w:pPr>
      <w:r>
        <w:t>**Prevención:** Siempre fijar botella correctamente.</w:t>
      </w:r>
    </w:p>
    <w:p>
      <w:r>
        <w:t>**Error 3: Apertura brusca de válvula**</w:t>
      </w:r>
    </w:p>
    <w:p>
      <w:pPr>
        <w:pStyle w:val="ListBullet"/>
      </w:pPr>
      <w:r>
        <w:t>❌ Abrir válvula de forma brusca.</w:t>
      </w:r>
    </w:p>
    <w:p>
      <w:pPr>
        <w:pStyle w:val="ListBullet"/>
      </w:pPr>
      <w:r>
        <w:t>**Consecuencia:** Daño a componentes, riesgo de accidente.</w:t>
      </w:r>
    </w:p>
    <w:p>
      <w:pPr>
        <w:pStyle w:val="ListBullet"/>
      </w:pPr>
      <w:r>
        <w:t>**Prevención:** Abrir válvula lentamente, luego completamente.</w:t>
      </w:r>
    </w:p>
    <w:p>
      <w:r>
        <w:t>**Error 4: No verificar fugas**</w:t>
      </w:r>
    </w:p>
    <w:p>
      <w:pPr>
        <w:pStyle w:val="ListBullet"/>
      </w:pPr>
      <w:r>
        <w:t>❌ No verificar fugas antes de usar.</w:t>
      </w:r>
    </w:p>
    <w:p>
      <w:pPr>
        <w:pStyle w:val="ListBullet"/>
      </w:pPr>
      <w:r>
        <w:t>**Consecuencia:** Pérdida de oxígeno, quedarse sin oxígeno durante uso.</w:t>
      </w:r>
    </w:p>
    <w:p>
      <w:pPr>
        <w:pStyle w:val="ListBullet"/>
      </w:pPr>
      <w:r>
        <w:t>**Prevención:** Verificar fugas sistemáticamente antes de usar.</w:t>
      </w:r>
    </w:p>
    <w:p>
      <w:r>
        <w:t>**Error 5: No calcular duración**</w:t>
      </w:r>
    </w:p>
    <w:p>
      <w:pPr>
        <w:pStyle w:val="ListBullet"/>
      </w:pPr>
      <w:r>
        <w:t>❌ No calcular duración de botella.</w:t>
      </w:r>
    </w:p>
    <w:p>
      <w:pPr>
        <w:pStyle w:val="ListBullet"/>
      </w:pPr>
      <w:r>
        <w:t>**Consecuencia:** Quedarse sin oxígeno durante uso, compromiso de oxigenación.</w:t>
      </w:r>
    </w:p>
    <w:p>
      <w:pPr>
        <w:pStyle w:val="ListBullet"/>
      </w:pPr>
      <w:r>
        <w:t>**Prevención:** Calcular duración antes de usar, re-calcular periódicamente.</w:t>
      </w:r>
    </w:p>
    <w:p>
      <w:r>
        <w:t>**Error 6: No considerar reserva**</w:t>
      </w:r>
    </w:p>
    <w:p>
      <w:pPr>
        <w:pStyle w:val="ListBullet"/>
      </w:pPr>
      <w:r>
        <w:t>❌ Usar botella hasta presión = 0.</w:t>
      </w:r>
    </w:p>
    <w:p>
      <w:pPr>
        <w:pStyle w:val="ListBullet"/>
      </w:pPr>
      <w:r>
        <w:t>**Consecuencia:** Quedarse sin oxígeno, compromiso de oxigenación.</w:t>
      </w:r>
    </w:p>
    <w:p>
      <w:pPr>
        <w:pStyle w:val="ListBullet"/>
      </w:pPr>
      <w:r>
        <w:t>**Prevención:** Dejar reserva (20-30 bar), cambiar botella antes de agotarse.</w:t>
      </w:r>
    </w:p>
    <w:p>
      <w:r>
        <w:t>**Error 7: Flujo incorrecto**</w:t>
      </w:r>
    </w:p>
    <w:p>
      <w:pPr>
        <w:pStyle w:val="ListBullet"/>
      </w:pPr>
      <w:r>
        <w:t>❌ Usar flujo incorrecto para dispositivo.</w:t>
      </w:r>
    </w:p>
    <w:p>
      <w:pPr>
        <w:pStyle w:val="ListBullet"/>
      </w:pPr>
      <w:r>
        <w:t>**Consecuencia:** Oxigenación inadecuada o desperdicio de oxígeno.</w:t>
      </w:r>
    </w:p>
    <w:p>
      <w:pPr>
        <w:pStyle w:val="ListBullet"/>
      </w:pPr>
      <w:r>
        <w:t>**Prevención:** Verificar flujo adecuado para cada dispositivo.</w:t>
      </w:r>
    </w:p>
    <w:p>
      <w:r>
        <w:t>────────────────────────────────────────────────────────────</w:t>
      </w:r>
    </w:p>
    <w:p>
      <w:pPr>
        <w:pStyle w:val="Heading3"/>
      </w:pPr>
      <w:r>
        <w:t>Señales de alarma (cuándo parar y reevaluar)</w:t>
      </w:r>
    </w:p>
    <w:p>
      <w:r>
        <w:t>**Señal de alarma 1: Fuga detectada**</w:t>
      </w:r>
    </w:p>
    <w:p>
      <w:pPr>
        <w:pStyle w:val="ListBullet"/>
      </w:pPr>
      <w:r>
        <w:t>**Acción:** Parar, cerrar válvula, corregir fuga, re-verificar.</w:t>
      </w:r>
    </w:p>
    <w:p>
      <w:pPr>
        <w:pStyle w:val="ListBullet"/>
      </w:pPr>
      <w:r>
        <w:t>**Si persiste:** Cambiar componente o botella.</w:t>
      </w:r>
    </w:p>
    <w:p>
      <w:r>
        <w:t>**Señal de alarma 2: Presión disminuye rápidamente**</w:t>
      </w:r>
    </w:p>
    <w:p>
      <w:pPr>
        <w:pStyle w:val="ListBullet"/>
      </w:pPr>
      <w:r>
        <w:t>**Acción:** Parar, verificar fugas, calcular duración restante.</w:t>
      </w:r>
    </w:p>
    <w:p>
      <w:pPr>
        <w:pStyle w:val="ListBullet"/>
      </w:pPr>
      <w:r>
        <w:t>**Si es necesario:** Cambiar botella, comunicar situación.</w:t>
      </w:r>
    </w:p>
    <w:p>
      <w:r>
        <w:t>**Señal de alarma 3: Botella se agota durante uso**</w:t>
      </w:r>
    </w:p>
    <w:p>
      <w:pPr>
        <w:pStyle w:val="ListBullet"/>
      </w:pPr>
      <w:r>
        <w:t>**Acción:** Parar, cambiar botella inmediatamente, re-conectar sistema.</w:t>
      </w:r>
    </w:p>
    <w:p>
      <w:pPr>
        <w:pStyle w:val="ListBullet"/>
      </w:pPr>
      <w:r>
        <w:t>**Prevención:** Calcular duración, cambiar botella antes de agotarse.</w:t>
      </w:r>
    </w:p>
    <w:p>
      <w:r>
        <w:t>**Señal de alarma 4: Dispositivo no funciona correctamente**</w:t>
      </w:r>
    </w:p>
    <w:p>
      <w:pPr>
        <w:pStyle w:val="ListBullet"/>
      </w:pPr>
      <w:r>
        <w:t>**Acción:** Parar, verificar dispositivo, cambiar si es necesario.</w:t>
      </w:r>
    </w:p>
    <w:p>
      <w:pPr>
        <w:pStyle w:val="ListBullet"/>
      </w:pPr>
      <w:r>
        <w:t>**Si persiste:** Usar dispositivo alternativo.</w:t>
      </w:r>
    </w:p>
    <w:p>
      <w:r>
        <w:t>**Señal de alarma 5: Olor o ruido anormal**</w:t>
      </w:r>
    </w:p>
    <w:p>
      <w:pPr>
        <w:pStyle w:val="ListBullet"/>
      </w:pPr>
      <w:r>
        <w:t>**Acción:** Parar, cerrar válvula, verificar sistema, comunicar.</w:t>
      </w:r>
    </w:p>
    <w:p>
      <w:pPr>
        <w:pStyle w:val="ListBullet"/>
      </w:pPr>
      <w:r>
        <w:t>**Si persiste:** No usar, cambiar botella o componente.</w:t>
      </w:r>
    </w:p>
    <w:p>
      <w:r>
        <w:t>**Principio:**</w:t>
      </w:r>
    </w:p>
    <w:p>
      <w:pPr>
        <w:pStyle w:val="ListBullet"/>
      </w:pPr>
      <w:r>
        <w:t>**Si hay señal de alarma: PARAR, RE-EVALUAR, CORREGIR, COMUNICAR.**</w:t>
      </w:r>
    </w:p>
    <w:p>
      <w:pPr>
        <w:pStyle w:val="ListBullet"/>
      </w:pPr>
      <w:r>
        <w:t>**No continuar si hay riesgo para paciente o equipo.**</w:t>
      </w:r>
    </w:p>
    <w:p>
      <w:r>
        <w:t>────────────────────────────────────────────────────────────</w:t>
      </w:r>
    </w:p>
    <w:p>
      <w:pPr>
        <w:pStyle w:val="Heading2"/>
      </w:pPr>
      <w:r>
        <w:t>3.0.9 Puntos clave TES</w:t>
      </w:r>
    </w:p>
    <w:p>
      <w:pPr>
        <w:pStyle w:val="ListBullet"/>
      </w:pPr>
      <w:r>
        <w:t>**NUNCA usar grasas, aceites o lubricantes** en conexiones de oxígeno (riesgo de explosión/incendio).</w:t>
      </w:r>
    </w:p>
    <w:p>
      <w:pPr>
        <w:pStyle w:val="ListBullet"/>
      </w:pPr>
      <w:r>
        <w:t>**Siempre fijar botella** correctamente (transporte y punto de uso).</w:t>
      </w:r>
    </w:p>
    <w:p>
      <w:pPr>
        <w:pStyle w:val="ListBullet"/>
      </w:pPr>
      <w:r>
        <w:t>**Abrir válvula lentamente** (no bruscamente), luego completamente.</w:t>
      </w:r>
    </w:p>
    <w:p>
      <w:pPr>
        <w:pStyle w:val="ListBullet"/>
      </w:pPr>
      <w:r>
        <w:t>**Verificar fugas sistemáticamente** antes de usar (aplicar detector de fugas en todas las conexiones).</w:t>
      </w:r>
    </w:p>
    <w:p>
      <w:pPr>
        <w:pStyle w:val="ListBullet"/>
      </w:pPr>
      <w:r>
        <w:t>**Calcular duración de botella** antes de usar y re-calcular periódicamente (fórmula: (P_inicial - P_reserva) × Volumen_botella / Caudal).</w:t>
      </w:r>
    </w:p>
    <w:p>
      <w:pPr>
        <w:pStyle w:val="ListBullet"/>
      </w:pPr>
      <w:r>
        <w:t>**Dejar reserva** (20-30 bar) y cambiar botella antes de agotarse (no usar hasta presión = 0).</w:t>
      </w:r>
    </w:p>
    <w:p>
      <w:pPr>
        <w:pStyle w:val="ListBullet"/>
      </w:pPr>
      <w:r>
        <w:t>**Usar flujo adecuado** para cada dispositivo (verificar que flujo es correcto).</w:t>
      </w:r>
    </w:p>
    <w:p>
      <w:pPr>
        <w:pStyle w:val="ListBullet"/>
      </w:pPr>
      <w:r>
        <w:t>**Cerrar caudalímetro** cuando no se usa (minimizar consumo y fugas).</w:t>
      </w:r>
    </w:p>
    <w:p>
      <w:pPr>
        <w:pStyle w:val="ListBullet"/>
      </w:pPr>
      <w:r>
        <w:t>**Monitorear presión** periódicamente durante servicio (re-calcular duración restante).</w:t>
      </w:r>
    </w:p>
    <w:p>
      <w:pPr>
        <w:pStyle w:val="ListBullet"/>
      </w:pPr>
      <w:r>
        <w:t>**Planificar cambios de botella** si traslado es largo (no esperar a que se agote).</w:t>
      </w:r>
    </w:p>
    <w:p>
      <w:pPr>
        <w:pStyle w:val="ListBullet"/>
      </w:pPr>
      <w:r>
        <w:t>**Si hay fuga: corregir inmediatamente** (cerrar válvula, re-conectar, re-verificar).</w:t>
      </w:r>
    </w:p>
    <w:p>
      <w:pPr>
        <w:pStyle w:val="ListBullet"/>
      </w:pPr>
      <w:r>
        <w:t>**Un TES lesionado detiene la asistencia:** aplicar ergonomía al manipular botellas (usar carro, pedir ayuda si es necesario).</w:t>
      </w:r>
    </w:p>
    <w:p>
      <w:r>
        <w:t>────────────────────────────────────────────────────────────</w:t>
      </w:r>
    </w:p>
    <w:p>
      <w:pPr>
        <w:pStyle w:val="Heading2"/>
      </w:pPr>
      <w:r>
        <w:t>3.0.10 Cierre del capítulo</w:t>
      </w:r>
    </w:p>
    <w:p>
      <w:r>
        <w:t>Este capítulo se integra con:</w:t>
      </w:r>
    </w:p>
    <w:p>
      <w:pPr>
        <w:pStyle w:val="ListBullet"/>
      </w:pPr>
      <w:r>
        <w:t>**3.1 – Dispositivos de Oxigenoterapia: Uso Operativo por Dispositivo** (aplicación práctica de dispositivos)</w:t>
      </w:r>
    </w:p>
    <w:p>
      <w:pPr>
        <w:pStyle w:val="ListBullet"/>
      </w:pPr>
      <w:r>
        <w:t>**3.2 – Aspiración: Material y Uso Seguro** (integración con aspiración)</w:t>
      </w:r>
    </w:p>
    <w:p>
      <w:pPr>
        <w:pStyle w:val="ListBullet"/>
      </w:pPr>
      <w:r>
        <w:t>**3.3 – Bolsa-Válvula-Mascarilla (BVM): Material y Uso Seguro** (integración con BVM)</w:t>
      </w:r>
    </w:p>
    <w:p>
      <w:pPr>
        <w:pStyle w:val="ListBullet"/>
      </w:pPr>
      <w:r>
        <w:t>**3.4 – Cánulas (OPA/NPA): Uso Seguro Operativo** (integración con cánulas)</w:t>
      </w:r>
    </w:p>
    <w:p>
      <w:pPr>
        <w:pStyle w:val="ListBullet"/>
      </w:pPr>
      <w:r>
        <w:t>**3.5 – Maletín de Vía Aérea y Oxigenoterapia: Organización y Chequeo Operativo** (verificación de material)</w:t>
      </w:r>
    </w:p>
    <w:p>
      <w:r>
        <w:t>**Transición:**</w:t>
      </w:r>
    </w:p>
    <w:p>
      <w:pPr>
        <w:pStyle w:val="ListBullet"/>
      </w:pPr>
      <w:r>
        <w:t>Este capítulo proporciona los **fundamentos operativos y seguridad**.</w:t>
      </w:r>
    </w:p>
    <w:p>
      <w:pPr>
        <w:pStyle w:val="ListBullet"/>
      </w:pPr>
      <w:r>
        <w:t>Los capítulos siguientes desarrollan **dispositivos específicos** y **técnicas operativas**.</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El **oxígeno acelera la combustión** (NO es inflamable pero aumenta riesgo de incendio).</w:t>
      </w:r>
    </w:p>
    <w:p>
      <w:pPr>
        <w:pStyle w:val="ListBullet"/>
      </w:pPr>
      <w:r>
        <w:t>**NUNCA usar grasas/aceites** en conexiones de oxígeno (riesgo de explosión/incendio).</w:t>
      </w:r>
    </w:p>
    <w:p>
      <w:pPr>
        <w:pStyle w:val="ListBullet"/>
      </w:pPr>
      <w:r>
        <w:t>**Siempre fijar botellas** correctamente (riesgo de caída y lesión).</w:t>
      </w:r>
    </w:p>
    <w:p>
      <w:pPr>
        <w:pStyle w:val="ListBullet"/>
      </w:pPr>
      <w:r>
        <w:t>**Calcular duración** antes de usar y re-calcular periódicamente.</w:t>
      </w:r>
    </w:p>
    <w:p>
      <w:pPr>
        <w:pStyle w:val="ListBullet"/>
      </w:pPr>
      <w:r>
        <w:t>**Dejar reserva** y cambiar botella antes de agotarse.</w:t>
      </w:r>
    </w:p>
    <w:p>
      <w:r>
        <w:t>**Principios No Negociables:**</w:t>
      </w:r>
    </w:p>
    <w:p>
      <w:pPr>
        <w:pStyle w:val="ListBullet"/>
      </w:pPr>
      <w:r>
        <w:t>**NUNCA usar** grasas/aceites en conexiones de oxígeno</w:t>
      </w:r>
    </w:p>
    <w:p>
      <w:pPr>
        <w:pStyle w:val="ListBullet"/>
      </w:pPr>
      <w:r>
        <w:t>**NUNCA dejar** botellas sin fijar</w:t>
      </w:r>
    </w:p>
    <w:p>
      <w:pPr>
        <w:pStyle w:val="ListBullet"/>
      </w:pPr>
      <w:r>
        <w:t>**NUNCA abrir** válvula bruscamente</w:t>
      </w:r>
    </w:p>
    <w:p>
      <w:pPr>
        <w:pStyle w:val="ListBullet"/>
      </w:pPr>
      <w:r>
        <w:t>**NUNCA usar** botella hasta presión = 0</w:t>
      </w:r>
    </w:p>
    <w:p>
      <w:pPr>
        <w:pStyle w:val="ListBullet"/>
      </w:pPr>
      <w:r>
        <w:t>**SIEMPRE verificar** fugas antes de usar</w:t>
      </w:r>
    </w:p>
    <w:p>
      <w:pPr>
        <w:pStyle w:val="ListBullet"/>
      </w:pPr>
      <w:r>
        <w:t>**SIEMPRE calcular** duración antes de usar</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3.10 – Monitorización básica: material y uso seguro (operativo TES)</w:t>
      </w:r>
    </w:p>
    <w:p>
      <w:pPr>
        <w:pStyle w:val="Heading1"/>
      </w:pPr>
      <w:r>
        <w:t>3.10 – Monitorización básica: material y uso seguro (operativo TES)</w:t>
      </w:r>
    </w:p>
    <w:p>
      <w:pPr>
        <w:pStyle w:val="Heading2"/>
      </w:pPr>
      <w:r>
        <w:t>Manual TES Digital – Obtención de constantes vitales en campo</w:t>
      </w:r>
    </w:p>
    <w:p>
      <w:r>
        <w:t>**Versión:** 1.0</w:t>
      </w:r>
    </w:p>
    <w:p>
      <w:r>
        <w:t>**Fecha:** 2024-12-13</w:t>
      </w:r>
    </w:p>
    <w:p>
      <w:r>
        <w:t>**Tipo:** Bloque Operativo - Procedimiento TES</w:t>
      </w:r>
    </w:p>
    <w:p>
      <w:r>
        <w:t>────────────────────────────────────────────────────────────</w:t>
      </w:r>
    </w:p>
    <w:p>
      <w:pPr>
        <w:pStyle w:val="Heading2"/>
      </w:pPr>
      <w:r>
        <w:t>3.10.1 Objetivo operativo</w:t>
      </w:r>
    </w:p>
    <w:p>
      <w:r>
        <w:t>Obtener constantes fiables en campo y durante traslado, evitando lecturas falsas por **técnica, perfusión, movimiento o mala colocación**, integrando la monitorización con **traslado (2.8, 2.13) y gestión de material (3.15)**.</w:t>
      </w:r>
    </w:p>
    <w:p>
      <w:r>
        <w:t>Este capítulo se centra en **material, técnica operativa, resolución de problemas y errores**, no en interpretación clínica avanzada ni tratamiento.</w:t>
      </w:r>
    </w:p>
    <w:p>
      <w:r>
        <w:t>────────────────────────────────────────────────────────────</w:t>
      </w:r>
    </w:p>
    <w:p>
      <w:pPr>
        <w:pStyle w:val="Heading2"/>
      </w:pPr>
      <w:r>
        <w:t>3.10.2 Alcance y límites</w:t>
      </w:r>
    </w:p>
    <w:p>
      <w:pPr>
        <w:pStyle w:val="Heading3"/>
      </w:pPr>
      <w:r>
        <w:t>Alcance del capítulo</w:t>
      </w:r>
    </w:p>
    <w:p>
      <w:r>
        <w:t>Este capítulo cubre:</w:t>
      </w:r>
    </w:p>
    <w:p>
      <w:pPr>
        <w:pStyle w:val="ListBullet"/>
      </w:pPr>
      <w:r>
        <w:t>**Material y técnica** de monitorización básica (SpO₂, TA, ECG básico si aplica).</w:t>
      </w:r>
    </w:p>
    <w:p>
      <w:pPr>
        <w:pStyle w:val="ListBullet"/>
      </w:pPr>
      <w:r>
        <w:t>**Obtención de constantes** fiables en campo.</w:t>
      </w:r>
    </w:p>
    <w:p>
      <w:pPr>
        <w:pStyle w:val="ListBullet"/>
      </w:pPr>
      <w:r>
        <w:t>**Resolución de problemas** y errores frecuentes.</w:t>
      </w:r>
    </w:p>
    <w:p>
      <w:pPr>
        <w:pStyle w:val="ListBullet"/>
      </w:pPr>
      <w:r>
        <w:t>**Integración** con traslado y gestión de material.</w:t>
      </w:r>
    </w:p>
    <w:p>
      <w:pPr>
        <w:pStyle w:val="Heading3"/>
      </w:pPr>
      <w:r>
        <w:t>Límites del capítulo</w:t>
      </w:r>
    </w:p>
    <w:p>
      <w:r>
        <w:t>**Este capítulo NO cubre:**</w:t>
      </w:r>
    </w:p>
    <w:p>
      <w:pPr>
        <w:pStyle w:val="ListBullet"/>
      </w:pPr>
      <w:r>
        <w:t>Interpretación clínica avanzada de constantes.</w:t>
      </w:r>
    </w:p>
    <w:p>
      <w:pPr>
        <w:pStyle w:val="ListBullet"/>
      </w:pPr>
      <w:r>
        <w:t>Tratamiento basado en constantes.</w:t>
      </w:r>
    </w:p>
    <w:p>
      <w:pPr>
        <w:pStyle w:val="ListBullet"/>
      </w:pPr>
      <w:r>
        <w:t>Indicaciones clínicas avanzadas (criterio médico).</w:t>
      </w:r>
    </w:p>
    <w:p>
      <w:r>
        <w:t>**Este capítulo SÍ cubre:**</w:t>
      </w:r>
    </w:p>
    <w:p>
      <w:pPr>
        <w:pStyle w:val="ListBullet"/>
      </w:pPr>
      <w:r>
        <w:t>Técnica operativa de obtención de constantes.</w:t>
      </w:r>
    </w:p>
    <w:p>
      <w:pPr>
        <w:pStyle w:val="ListBullet"/>
      </w:pPr>
      <w:r>
        <w:t>Material y su uso funcional.</w:t>
      </w:r>
    </w:p>
    <w:p>
      <w:pPr>
        <w:pStyle w:val="ListBullet"/>
      </w:pPr>
      <w:r>
        <w:t>Resolución de problemas operativos.</w:t>
      </w:r>
    </w:p>
    <w:p>
      <w:pPr>
        <w:pStyle w:val="ListBullet"/>
      </w:pPr>
      <w:r>
        <w:t>Integración con otras técnicas TES.</w:t>
      </w:r>
    </w:p>
    <w:p>
      <w:r>
        <w:t>**Integración:**</w:t>
      </w:r>
    </w:p>
    <w:p>
      <w:pPr>
        <w:pStyle w:val="ListBullet"/>
      </w:pPr>
      <w:r>
        <w:t>Se integra con traslado (Bloque 2, 2.8, 2.13).</w:t>
      </w:r>
    </w:p>
    <w:p>
      <w:pPr>
        <w:pStyle w:val="ListBullet"/>
      </w:pPr>
      <w:r>
        <w:t>Se relaciona con gestión de material (3.15).</w:t>
      </w:r>
    </w:p>
    <w:p>
      <w:pPr>
        <w:pStyle w:val="ListBullet"/>
      </w:pPr>
      <w:r>
        <w:t>Se relaciona con glucómetro (3.11) y termometría (3.12).</w:t>
      </w:r>
    </w:p>
    <w:p>
      <w:r>
        <w:t>────────────────────────────────────────────────────────────</w:t>
      </w:r>
    </w:p>
    <w:p>
      <w:pPr>
        <w:pStyle w:val="Heading2"/>
      </w:pPr>
      <w:r>
        <w:t>3.10.3 Principios TES</w:t>
      </w:r>
    </w:p>
    <w:p>
      <w:pPr>
        <w:pStyle w:val="Heading3"/>
      </w:pPr>
      <w:r>
        <w:t>Lectura útil = lectura estable + contexto</w:t>
      </w:r>
    </w:p>
    <w:p>
      <w:r>
        <w:t>**Principio:**</w:t>
      </w:r>
    </w:p>
    <w:p>
      <w:pPr>
        <w:pStyle w:val="ListBullet"/>
      </w:pPr>
      <w:r>
        <w:t>Lectura útil requiere lectura estable y contexto.</w:t>
      </w:r>
    </w:p>
    <w:p>
      <w:pPr>
        <w:pStyle w:val="ListBullet"/>
      </w:pPr>
      <w:r>
        <w:t>Lectura inestable o sin contexto no es útil.</w:t>
      </w:r>
    </w:p>
    <w:p>
      <w:pPr>
        <w:pStyle w:val="ListBullet"/>
      </w:pPr>
      <w:r>
        <w:t>Registrar condiciones que pueden afectar lectura.</w:t>
      </w:r>
    </w:p>
    <w:p>
      <w:r>
        <w:t>**Técnica:**</w:t>
      </w:r>
    </w:p>
    <w:p>
      <w:pPr>
        <w:pStyle w:val="ListNumber"/>
      </w:pPr>
      <w:r>
        <w:t>Obtener lectura estable.</w:t>
      </w:r>
    </w:p>
    <w:p>
      <w:pPr>
        <w:pStyle w:val="ListNumber"/>
      </w:pPr>
      <w:r>
        <w:t>Registrar contexto (movimiento, frío, mala perfusión, dolor/temblor).</w:t>
      </w:r>
    </w:p>
    <w:p>
      <w:pPr>
        <w:pStyle w:val="ListNumber"/>
      </w:pPr>
      <w:r>
        <w:t>Interpretar lectura con contexto.</w:t>
      </w:r>
    </w:p>
    <w:p>
      <w:r>
        <w:t>────────────────────────────────────────────────────────────</w:t>
      </w:r>
    </w:p>
    <w:p>
      <w:pPr>
        <w:pStyle w:val="Heading3"/>
      </w:pPr>
      <w:r>
        <w:t>Si no cuadra: revisar técnica y repetir</w:t>
      </w:r>
    </w:p>
    <w:p>
      <w:r>
        <w:t>**Principio:**</w:t>
      </w:r>
    </w:p>
    <w:p>
      <w:pPr>
        <w:pStyle w:val="ListBullet"/>
      </w:pPr>
      <w:r>
        <w:t>Si lectura no cuadra con situación: revisar técnica.</w:t>
      </w:r>
    </w:p>
    <w:p>
      <w:pPr>
        <w:pStyle w:val="ListBullet"/>
      </w:pPr>
      <w:r>
        <w:t>Repetir medición con técnica correcta.</w:t>
      </w:r>
    </w:p>
    <w:p>
      <w:pPr>
        <w:pStyle w:val="ListBullet"/>
      </w:pPr>
      <w:r>
        <w:t>No confiar en lectura claramente artefactada.</w:t>
      </w:r>
    </w:p>
    <w:p>
      <w:r>
        <w:t>**Técnica:**</w:t>
      </w:r>
    </w:p>
    <w:p>
      <w:pPr>
        <w:pStyle w:val="ListNumber"/>
      </w:pPr>
      <w:r>
        <w:t>Si lectura no cuadra: revisar técnica.</w:t>
      </w:r>
    </w:p>
    <w:p>
      <w:pPr>
        <w:pStyle w:val="ListNumber"/>
      </w:pPr>
      <w:r>
        <w:t>Verificar colocación, condiciones, material.</w:t>
      </w:r>
    </w:p>
    <w:p>
      <w:pPr>
        <w:pStyle w:val="ListNumber"/>
      </w:pPr>
      <w:r>
        <w:t>Repetir medición con técnica correcta.</w:t>
      </w:r>
    </w:p>
    <w:p>
      <w:pPr>
        <w:pStyle w:val="ListNumber"/>
      </w:pPr>
      <w:r>
        <w:t>Si persiste: documentar y comunicar.</w:t>
      </w:r>
    </w:p>
    <w:p>
      <w:r>
        <w:t>────────────────────────────────────────────────────────────</w:t>
      </w:r>
    </w:p>
    <w:p>
      <w:pPr>
        <w:pStyle w:val="Heading3"/>
      </w:pPr>
      <w:r>
        <w:t>Registrar condiciones: movimiento, frío, mala perfusión, dolor/temblor</w:t>
      </w:r>
    </w:p>
    <w:p>
      <w:r>
        <w:t>**Principio:**</w:t>
      </w:r>
    </w:p>
    <w:p>
      <w:pPr>
        <w:pStyle w:val="ListBullet"/>
      </w:pPr>
      <w:r>
        <w:t>Registrar condiciones que pueden afectar lectura.</w:t>
      </w:r>
    </w:p>
    <w:p>
      <w:pPr>
        <w:pStyle w:val="ListBullet"/>
      </w:pPr>
      <w:r>
        <w:t>Contexto ayuda a interpretar lectura.</w:t>
      </w:r>
    </w:p>
    <w:p>
      <w:pPr>
        <w:pStyle w:val="ListBullet"/>
      </w:pPr>
      <w:r>
        <w:t>Documentar condiciones en registro.</w:t>
      </w:r>
    </w:p>
    <w:p>
      <w:r>
        <w:t>**Técnica:**</w:t>
      </w:r>
    </w:p>
    <w:p>
      <w:pPr>
        <w:pStyle w:val="ListNumber"/>
      </w:pPr>
      <w:r>
        <w:t>Observar condiciones (movimiento, frío, mala perfusión, dolor/temblor).</w:t>
      </w:r>
    </w:p>
    <w:p>
      <w:pPr>
        <w:pStyle w:val="ListNumber"/>
      </w:pPr>
      <w:r>
        <w:t>Registrar condiciones en registro.</w:t>
      </w:r>
    </w:p>
    <w:p>
      <w:pPr>
        <w:pStyle w:val="ListNumber"/>
      </w:pPr>
      <w:r>
        <w:t>Interpretar lectura con contexto.</w:t>
      </w:r>
    </w:p>
    <w:p>
      <w:pPr>
        <w:pStyle w:val="ListNumber"/>
      </w:pPr>
      <w:r>
        <w:t>Comunicar condiciones si es necesario.</w:t>
      </w:r>
    </w:p>
    <w:p>
      <w:r>
        <w:t>────────────────────────────────────────────────────────────</w:t>
      </w:r>
    </w:p>
    <w:p>
      <w:pPr>
        <w:pStyle w:val="Heading2"/>
      </w:pPr>
      <w:r>
        <w:t>3.10.4 Material y componentes</w:t>
      </w:r>
    </w:p>
    <w:p>
      <w:pPr>
        <w:pStyle w:val="Heading3"/>
      </w:pPr>
      <w:r>
        <w:t>Pulsioxímetro (sensor, pilas)</w:t>
      </w:r>
    </w:p>
    <w:p>
      <w:r>
        <w:t>**Componentes:**</w:t>
      </w:r>
    </w:p>
    <w:p>
      <w:pPr>
        <w:pStyle w:val="ListBullet"/>
      </w:pPr>
      <w:r>
        <w:t>Sensor de pulsioxímetro (dedo, oreja, según modelo).</w:t>
      </w:r>
    </w:p>
    <w:p>
      <w:pPr>
        <w:pStyle w:val="ListBullet"/>
      </w:pPr>
      <w:r>
        <w:t>Monitor/display (muestra SpO₂ y frecuencia cardíaca).</w:t>
      </w:r>
    </w:p>
    <w:p>
      <w:pPr>
        <w:pStyle w:val="ListBullet"/>
      </w:pPr>
      <w:r>
        <w:t>Pilas/batería.</w:t>
      </w:r>
    </w:p>
    <w:p>
      <w:r>
        <w:t>**Verificación:**</w:t>
      </w:r>
    </w:p>
    <w:p>
      <w:pPr>
        <w:pStyle w:val="ListBullet"/>
      </w:pPr>
      <w:r>
        <w:t>Verificar que pulsioxímetro está disponible.</w:t>
      </w:r>
    </w:p>
    <w:p>
      <w:pPr>
        <w:pStyle w:val="ListBullet"/>
      </w:pPr>
      <w:r>
        <w:t>Verificar que pilas están cargadas.</w:t>
      </w:r>
    </w:p>
    <w:p>
      <w:pPr>
        <w:pStyle w:val="ListBullet"/>
      </w:pPr>
      <w:r>
        <w:t>Verificar que sensor funciona correctamente.</w:t>
      </w:r>
    </w:p>
    <w:p>
      <w:r>
        <w:t>────────────────────────────────────────────────────────────</w:t>
      </w:r>
    </w:p>
    <w:p>
      <w:pPr>
        <w:pStyle w:val="Heading3"/>
      </w:pPr>
      <w:r>
        <w:t>Tensiómetro manual (manguitos tallas, pera, manómetro) + estetoscopio</w:t>
      </w:r>
    </w:p>
    <w:p>
      <w:r>
        <w:t>**Componentes:**</w:t>
      </w:r>
    </w:p>
    <w:p>
      <w:pPr>
        <w:pStyle w:val="ListBullet"/>
      </w:pPr>
      <w:r>
        <w:t>Manguitos de diferentes tallas.</w:t>
      </w:r>
    </w:p>
    <w:p>
      <w:pPr>
        <w:pStyle w:val="ListBullet"/>
      </w:pPr>
      <w:r>
        <w:t>Pera de inflado.</w:t>
      </w:r>
    </w:p>
    <w:p>
      <w:pPr>
        <w:pStyle w:val="ListBullet"/>
      </w:pPr>
      <w:r>
        <w:t>Manómetro (muestra presión).</w:t>
      </w:r>
    </w:p>
    <w:p>
      <w:pPr>
        <w:pStyle w:val="ListBullet"/>
      </w:pPr>
      <w:r>
        <w:t>Estetoscopio (auscultación de sonidos de Korotkoff).</w:t>
      </w:r>
    </w:p>
    <w:p>
      <w:r>
        <w:t>**Verificación:**</w:t>
      </w:r>
    </w:p>
    <w:p>
      <w:pPr>
        <w:pStyle w:val="ListBullet"/>
      </w:pPr>
      <w:r>
        <w:t>Verificar que tensiómetro está disponible.</w:t>
      </w:r>
    </w:p>
    <w:p>
      <w:pPr>
        <w:pStyle w:val="ListBullet"/>
      </w:pPr>
      <w:r>
        <w:t>Verificar que manguitos están en buen estado.</w:t>
      </w:r>
    </w:p>
    <w:p>
      <w:pPr>
        <w:pStyle w:val="ListBullet"/>
      </w:pPr>
      <w:r>
        <w:t>Verificar que pera y manómetro funcionan.</w:t>
      </w:r>
    </w:p>
    <w:p>
      <w:pPr>
        <w:pStyle w:val="ListBullet"/>
      </w:pPr>
      <w:r>
        <w:t>Verificar que estetoscopio funciona.</w:t>
      </w:r>
    </w:p>
    <w:p>
      <w:r>
        <w:t>────────────────────────────────────────────────────────────</w:t>
      </w:r>
    </w:p>
    <w:p>
      <w:pPr>
        <w:pStyle w:val="Heading3"/>
      </w:pPr>
      <w:r>
        <w:t>Tensiómetro automático (manguitos tallas)</w:t>
      </w:r>
    </w:p>
    <w:p>
      <w:r>
        <w:t>**Componentes:**</w:t>
      </w:r>
    </w:p>
    <w:p>
      <w:pPr>
        <w:pStyle w:val="ListBullet"/>
      </w:pPr>
      <w:r>
        <w:t>Tensiómetro automático.</w:t>
      </w:r>
    </w:p>
    <w:p>
      <w:pPr>
        <w:pStyle w:val="ListBullet"/>
      </w:pPr>
      <w:r>
        <w:t>Manguitos de diferentes tallas.</w:t>
      </w:r>
    </w:p>
    <w:p>
      <w:pPr>
        <w:pStyle w:val="ListBullet"/>
      </w:pPr>
      <w:r>
        <w:t>Display (muestra presión y frecuencia cardíaca).</w:t>
      </w:r>
    </w:p>
    <w:p>
      <w:r>
        <w:t>**Verificación:**</w:t>
      </w:r>
    </w:p>
    <w:p>
      <w:pPr>
        <w:pStyle w:val="ListBullet"/>
      </w:pPr>
      <w:r>
        <w:t>Verificar que tensiómetro está disponible.</w:t>
      </w:r>
    </w:p>
    <w:p>
      <w:pPr>
        <w:pStyle w:val="ListBullet"/>
      </w:pPr>
      <w:r>
        <w:t>Verificar que manguitos están en buen estado.</w:t>
      </w:r>
    </w:p>
    <w:p>
      <w:pPr>
        <w:pStyle w:val="ListBullet"/>
      </w:pPr>
      <w:r>
        <w:t>Verificar que batería está cargada.</w:t>
      </w:r>
    </w:p>
    <w:p>
      <w:pPr>
        <w:pStyle w:val="ListBullet"/>
      </w:pPr>
      <w:r>
        <w:t>Verificar que funciona correctamente.</w:t>
      </w:r>
    </w:p>
    <w:p>
      <w:r>
        <w:t>────────────────────────────────────────────────────────────</w:t>
      </w:r>
    </w:p>
    <w:p>
      <w:pPr>
        <w:pStyle w:val="Heading3"/>
      </w:pPr>
      <w:r>
        <w:t>ECG básico/monitor (si dotación): cables, electrodos</w:t>
      </w:r>
    </w:p>
    <w:p>
      <w:r>
        <w:t>**Componentes:**</w:t>
      </w:r>
    </w:p>
    <w:p>
      <w:pPr>
        <w:pStyle w:val="ListBullet"/>
      </w:pPr>
      <w:r>
        <w:t>Monitor/ECG básico (si está en dotación).</w:t>
      </w:r>
    </w:p>
    <w:p>
      <w:pPr>
        <w:pStyle w:val="ListBullet"/>
      </w:pPr>
      <w:r>
        <w:t>Cables de conexión.</w:t>
      </w:r>
    </w:p>
    <w:p>
      <w:pPr>
        <w:pStyle w:val="ListBullet"/>
      </w:pPr>
      <w:r>
        <w:t>Electrodos (adhesivos para colocación en piel).</w:t>
      </w:r>
    </w:p>
    <w:p>
      <w:r>
        <w:t>**Verificación:**</w:t>
      </w:r>
    </w:p>
    <w:p>
      <w:pPr>
        <w:pStyle w:val="ListBullet"/>
      </w:pPr>
      <w:r>
        <w:t>Verificar que monitor está disponible (si está en dotación).</w:t>
      </w:r>
    </w:p>
    <w:p>
      <w:pPr>
        <w:pStyle w:val="ListBullet"/>
      </w:pPr>
      <w:r>
        <w:t>Verificar que cables están en buen estado.</w:t>
      </w:r>
    </w:p>
    <w:p>
      <w:pPr>
        <w:pStyle w:val="ListBullet"/>
      </w:pPr>
      <w:r>
        <w:t>Verificar que electrodos están disponibles.</w:t>
      </w:r>
    </w:p>
    <w:p>
      <w:pPr>
        <w:pStyle w:val="ListBullet"/>
      </w:pPr>
      <w:r>
        <w:t>Verificar que batería está cargada.</w:t>
      </w:r>
    </w:p>
    <w:p>
      <w:r>
        <w:t>────────────────────────────────────────────────────────────</w:t>
      </w:r>
    </w:p>
    <w:p>
      <w:pPr>
        <w:pStyle w:val="Heading3"/>
      </w:pPr>
      <w:r>
        <w:t>Reloj/cronómetro</w:t>
      </w:r>
    </w:p>
    <w:p>
      <w:r>
        <w:t>**Función:**</w:t>
      </w:r>
    </w:p>
    <w:p>
      <w:pPr>
        <w:pStyle w:val="ListBullet"/>
      </w:pPr>
      <w:r>
        <w:t>Medición de tiempo (frecuencia cardíaca, frecuencia respiratoria).</w:t>
      </w:r>
    </w:p>
    <w:p>
      <w:pPr>
        <w:pStyle w:val="ListBullet"/>
      </w:pPr>
      <w:r>
        <w:t>Registro de tiempos.</w:t>
      </w:r>
    </w:p>
    <w:p>
      <w:r>
        <w:t>**Verificación:**</w:t>
      </w:r>
    </w:p>
    <w:p>
      <w:pPr>
        <w:pStyle w:val="ListBullet"/>
      </w:pPr>
      <w:r>
        <w:t>Verificar que reloj/cronómetro está disponible.</w:t>
      </w:r>
    </w:p>
    <w:p>
      <w:pPr>
        <w:pStyle w:val="ListBullet"/>
      </w:pPr>
      <w:r>
        <w:t>Verificar que funciona correctamente.</w:t>
      </w:r>
    </w:p>
    <w:p>
      <w:r>
        <w:t>────────────────────────────────────────────────────────────</w:t>
      </w:r>
    </w:p>
    <w:p>
      <w:pPr>
        <w:pStyle w:val="Heading2"/>
      </w:pPr>
      <w:r>
        <w:t>3.10.5 Procedimientos paso a paso</w:t>
      </w:r>
    </w:p>
    <w:p>
      <w:pPr>
        <w:pStyle w:val="Heading3"/>
      </w:pPr>
      <w:r>
        <w:t>A) SpO₂</w:t>
      </w:r>
    </w:p>
    <w:p>
      <w:r>
        <w:t>**Procedimiento paso a paso:**</w:t>
      </w:r>
    </w:p>
    <w:p>
      <w:pPr>
        <w:pStyle w:val="ListNumber"/>
      </w:pPr>
      <w:r>
        <w:t>**Preparar y elegir dedo/zona con perfusión**</w:t>
      </w:r>
    </w:p>
    <w:p>
      <w:pPr>
        <w:pStyle w:val="ListBullet"/>
      </w:pPr>
      <w:r>
        <w:t>Preparar pulsioxímetro (verificar pilas, sensor).</w:t>
      </w:r>
    </w:p>
    <w:p>
      <w:pPr>
        <w:pStyle w:val="ListBullet"/>
      </w:pPr>
      <w:r>
        <w:t>Elegir dedo/zona con buena perfusión (evitar frío extremo, lesiones si es posible).</w:t>
      </w:r>
    </w:p>
    <w:p>
      <w:pPr>
        <w:pStyle w:val="ListBullet"/>
      </w:pPr>
      <w:r>
        <w:t>Limpiar zona si es necesario (quitar esmalte de uñas si aplica).</w:t>
      </w:r>
    </w:p>
    <w:p>
      <w:pPr>
        <w:pStyle w:val="ListNumber"/>
      </w:pPr>
      <w:r>
        <w:t>**Colocar correctamente y esperar lectura estable**</w:t>
      </w:r>
    </w:p>
    <w:p>
      <w:pPr>
        <w:pStyle w:val="ListBullet"/>
      </w:pPr>
      <w:r>
        <w:t>Colocar sensor correctamente (dedo, oreja, según modelo).</w:t>
      </w:r>
    </w:p>
    <w:p>
      <w:pPr>
        <w:pStyle w:val="ListBullet"/>
      </w:pPr>
      <w:r>
        <w:t>Esperar lectura estable (puede tardar unos segundos).</w:t>
      </w:r>
    </w:p>
    <w:p>
      <w:pPr>
        <w:pStyle w:val="ListBullet"/>
      </w:pPr>
      <w:r>
        <w:t>Verificar que sensor está bien colocado.</w:t>
      </w:r>
    </w:p>
    <w:p>
      <w:pPr>
        <w:pStyle w:val="ListNumber"/>
      </w:pPr>
      <w:r>
        <w:t>**Verificar señal/pleth si existe**</w:t>
      </w:r>
    </w:p>
    <w:p>
      <w:pPr>
        <w:pStyle w:val="ListBullet"/>
      </w:pPr>
      <w:r>
        <w:t>Verificar que señal/pleth es adecuada (si monitor lo muestra).</w:t>
      </w:r>
    </w:p>
    <w:p>
      <w:pPr>
        <w:pStyle w:val="ListBullet"/>
      </w:pPr>
      <w:r>
        <w:t>Verificar que lectura es estable.</w:t>
      </w:r>
    </w:p>
    <w:p>
      <w:pPr>
        <w:pStyle w:val="ListBullet"/>
      </w:pPr>
      <w:r>
        <w:t>Verificar que frecuencia cardíaca coincide con pulso manual si es posible.</w:t>
      </w:r>
    </w:p>
    <w:p>
      <w:pPr>
        <w:pStyle w:val="ListNumber"/>
      </w:pPr>
      <w:r>
        <w:t>**Registrar y reevaluar tras movimiento/traslado**</w:t>
      </w:r>
    </w:p>
    <w:p>
      <w:pPr>
        <w:pStyle w:val="ListBullet"/>
      </w:pPr>
      <w:r>
        <w:t>Registrar lectura (SpO₂ y frecuencia cardíaca).</w:t>
      </w:r>
    </w:p>
    <w:p>
      <w:pPr>
        <w:pStyle w:val="ListBullet"/>
      </w:pPr>
      <w:r>
        <w:t>Registrar condiciones (movimiento, frío, mala perfusión).</w:t>
      </w:r>
    </w:p>
    <w:p>
      <w:pPr>
        <w:pStyle w:val="ListBullet"/>
      </w:pPr>
      <w:r>
        <w:t>Re-verificar después de movimientos/traslado.</w:t>
      </w:r>
    </w:p>
    <w:p>
      <w:r>
        <w:t>**Errores frecuentes:**</w:t>
      </w:r>
    </w:p>
    <w:p>
      <w:pPr>
        <w:pStyle w:val="ListBullet"/>
      </w:pPr>
      <w:r>
        <w:t>Frío (vasoconstricción, lectura falsa).</w:t>
      </w:r>
    </w:p>
    <w:p>
      <w:pPr>
        <w:pStyle w:val="ListBullet"/>
      </w:pPr>
      <w:r>
        <w:t>Uñas con esmalte (interfiere con lectura).</w:t>
      </w:r>
    </w:p>
    <w:p>
      <w:pPr>
        <w:pStyle w:val="ListBullet"/>
      </w:pPr>
      <w:r>
        <w:t>Movimiento (artefactos, lectura inestable).</w:t>
      </w:r>
    </w:p>
    <w:p>
      <w:pPr>
        <w:pStyle w:val="ListBullet"/>
      </w:pPr>
      <w:r>
        <w:t>Vasoconstricción (mala perfusión, lectura falsa).</w:t>
      </w:r>
    </w:p>
    <w:p>
      <w:pPr>
        <w:pStyle w:val="ListBullet"/>
      </w:pPr>
      <w:r>
        <w:t>Mala colocación (sensor mal colocado, lectura falsa).</w:t>
      </w:r>
    </w:p>
    <w:p>
      <w:r>
        <w:t>────────────────────────────────────────────────────────────</w:t>
      </w:r>
    </w:p>
    <w:p>
      <w:pPr>
        <w:pStyle w:val="Heading3"/>
      </w:pPr>
      <w:r>
        <w:t>B) TA manual</w:t>
      </w:r>
    </w:p>
    <w:p>
      <w:r>
        <w:t>**Procedimiento paso a paso:**</w:t>
      </w:r>
    </w:p>
    <w:p>
      <w:pPr>
        <w:pStyle w:val="ListNumber"/>
      </w:pPr>
      <w:r>
        <w:t>**Elegir manguito correcto**</w:t>
      </w:r>
    </w:p>
    <w:p>
      <w:pPr>
        <w:pStyle w:val="ListBullet"/>
      </w:pPr>
      <w:r>
        <w:t>Seleccionar manguito de talla adecuada (cubre 80% del brazo aproximadamente).</w:t>
      </w:r>
    </w:p>
    <w:p>
      <w:pPr>
        <w:pStyle w:val="ListBullet"/>
      </w:pPr>
      <w:r>
        <w:t>Verificar que manguito no está dañado.</w:t>
      </w:r>
    </w:p>
    <w:p>
      <w:pPr>
        <w:pStyle w:val="ListBullet"/>
      </w:pPr>
      <w:r>
        <w:t>Tener tallas alternativas disponibles.</w:t>
      </w:r>
    </w:p>
    <w:p>
      <w:pPr>
        <w:pStyle w:val="ListNumber"/>
      </w:pPr>
      <w:r>
        <w:t>**Colocar sobre brazo adecuado (sin ropa gruesa)**</w:t>
      </w:r>
    </w:p>
    <w:p>
      <w:pPr>
        <w:pStyle w:val="ListBullet"/>
      </w:pPr>
      <w:r>
        <w:t>Colocar manguito sobre brazo (sin ropa gruesa).</w:t>
      </w:r>
    </w:p>
    <w:p>
      <w:pPr>
        <w:pStyle w:val="ListBullet"/>
      </w:pPr>
      <w:r>
        <w:t>Colocar a nivel del corazón aproximadamente.</w:t>
      </w:r>
    </w:p>
    <w:p>
      <w:pPr>
        <w:pStyle w:val="ListBullet"/>
      </w:pPr>
      <w:r>
        <w:t>Verificar que manguito está bien colocado.</w:t>
      </w:r>
    </w:p>
    <w:p>
      <w:pPr>
        <w:pStyle w:val="ListNumber"/>
      </w:pPr>
      <w:r>
        <w:t>**Posición del brazo y paciente**</w:t>
      </w:r>
    </w:p>
    <w:p>
      <w:pPr>
        <w:pStyle w:val="ListBullet"/>
      </w:pPr>
      <w:r>
        <w:t>Posicionar brazo a nivel del corazón.</w:t>
      </w:r>
    </w:p>
    <w:p>
      <w:pPr>
        <w:pStyle w:val="ListBullet"/>
      </w:pPr>
      <w:r>
        <w:t>Paciente en posición cómoda (sentado o acostado si es posible).</w:t>
      </w:r>
    </w:p>
    <w:p>
      <w:pPr>
        <w:pStyle w:val="ListBullet"/>
      </w:pPr>
      <w:r>
        <w:t>Brazo relajado.</w:t>
      </w:r>
    </w:p>
    <w:p>
      <w:pPr>
        <w:pStyle w:val="ListNumber"/>
      </w:pPr>
      <w:r>
        <w:t>**Técnica de inflado/desinflado, lectura y registro**</w:t>
      </w:r>
    </w:p>
    <w:p>
      <w:pPr>
        <w:pStyle w:val="ListBullet"/>
      </w:pPr>
      <w:r>
        <w:t>Colocar estetoscopio en arteria braquial.</w:t>
      </w:r>
    </w:p>
    <w:p>
      <w:pPr>
        <w:pStyle w:val="ListBullet"/>
      </w:pPr>
      <w:r>
        <w:t>Inflar manguito hasta 20-30 mmHg por encima de donde desaparece pulso.</w:t>
      </w:r>
    </w:p>
    <w:p>
      <w:pPr>
        <w:pStyle w:val="ListBullet"/>
      </w:pPr>
      <w:r>
        <w:t>Desinflar lentamente (2-3 mmHg por segundo).</w:t>
      </w:r>
    </w:p>
    <w:p>
      <w:pPr>
        <w:pStyle w:val="ListBullet"/>
      </w:pPr>
      <w:r>
        <w:t>Escuchar sonidos de Korotkoff:</w:t>
      </w:r>
    </w:p>
    <w:p>
      <w:pPr>
        <w:pStyle w:val="ListBullet"/>
      </w:pPr>
      <w:r>
        <w:t>Primer sonido: presión sistólica.</w:t>
      </w:r>
    </w:p>
    <w:p>
      <w:pPr>
        <w:pStyle w:val="ListBullet"/>
      </w:pPr>
      <w:r>
        <w:t>Desaparición de sonidos: presión diastólica.</w:t>
      </w:r>
    </w:p>
    <w:p>
      <w:pPr>
        <w:pStyle w:val="ListBullet"/>
      </w:pPr>
      <w:r>
        <w:t>Registrar presión (sistólica/diastólica).</w:t>
      </w:r>
    </w:p>
    <w:p>
      <w:pPr>
        <w:pStyle w:val="ListBullet"/>
      </w:pPr>
      <w:r>
        <w:t>Registrar condiciones (movimiento, dolor, temblor).</w:t>
      </w:r>
    </w:p>
    <w:p>
      <w:r>
        <w:t>**Errores frecuentes:**</w:t>
      </w:r>
    </w:p>
    <w:p>
      <w:pPr>
        <w:pStyle w:val="ListBullet"/>
      </w:pPr>
      <w:r>
        <w:t>Manguito pequeño (sobreestima presión).</w:t>
      </w:r>
    </w:p>
    <w:p>
      <w:pPr>
        <w:pStyle w:val="ListBullet"/>
      </w:pPr>
      <w:r>
        <w:t>Mala posición (brazo no a nivel del corazón, lectura falsa).</w:t>
      </w:r>
    </w:p>
    <w:p>
      <w:pPr>
        <w:pStyle w:val="ListBullet"/>
      </w:pPr>
      <w:r>
        <w:t>Ruido (ambiente ruidoso, no se escuchan sonidos).</w:t>
      </w:r>
    </w:p>
    <w:p>
      <w:pPr>
        <w:pStyle w:val="ListBullet"/>
      </w:pPr>
      <w:r>
        <w:t>Ritmo incorrecto (inflado/desinflado demasiado rápido o lento).</w:t>
      </w:r>
    </w:p>
    <w:p>
      <w:r>
        <w:t>────────────────────────────────────────────────────────────</w:t>
      </w:r>
    </w:p>
    <w:p>
      <w:pPr>
        <w:pStyle w:val="Heading3"/>
      </w:pPr>
      <w:r>
        <w:t>C) TA automática</w:t>
      </w:r>
    </w:p>
    <w:p>
      <w:r>
        <w:t>**Procedimiento paso a paso:**</w:t>
      </w:r>
    </w:p>
    <w:p>
      <w:pPr>
        <w:pStyle w:val="ListNumber"/>
      </w:pPr>
      <w:r>
        <w:t>**Colocación**</w:t>
      </w:r>
    </w:p>
    <w:p>
      <w:pPr>
        <w:pStyle w:val="ListBullet"/>
      </w:pPr>
      <w:r>
        <w:t>Seleccionar manguito de talla adecuada.</w:t>
      </w:r>
    </w:p>
    <w:p>
      <w:pPr>
        <w:pStyle w:val="ListBullet"/>
      </w:pPr>
      <w:r>
        <w:t>Colocar sobre brazo (sin ropa gruesa).</w:t>
      </w:r>
    </w:p>
    <w:p>
      <w:pPr>
        <w:pStyle w:val="ListBullet"/>
      </w:pPr>
      <w:r>
        <w:t>Colocar a nivel del corazón aproximadamente.</w:t>
      </w:r>
    </w:p>
    <w:p>
      <w:pPr>
        <w:pStyle w:val="ListBullet"/>
      </w:pPr>
      <w:r>
        <w:t>Verificar que manguito está bien colocado.</w:t>
      </w:r>
    </w:p>
    <w:p>
      <w:pPr>
        <w:pStyle w:val="ListNumber"/>
      </w:pPr>
      <w:r>
        <w:t>**Quietud mínima**</w:t>
      </w:r>
    </w:p>
    <w:p>
      <w:pPr>
        <w:pStyle w:val="ListBullet"/>
      </w:pPr>
      <w:r>
        <w:t>Paciente debe estar quieto durante medición.</w:t>
      </w:r>
    </w:p>
    <w:p>
      <w:pPr>
        <w:pStyle w:val="ListBullet"/>
      </w:pPr>
      <w:r>
        <w:t>No hablar ni moverse durante medición.</w:t>
      </w:r>
    </w:p>
    <w:p>
      <w:pPr>
        <w:pStyle w:val="ListBullet"/>
      </w:pPr>
      <w:r>
        <w:t>Esperar a que medición termine.</w:t>
      </w:r>
    </w:p>
    <w:p>
      <w:pPr>
        <w:pStyle w:val="ListNumber"/>
      </w:pPr>
      <w:r>
        <w:t>**Cuándo repetir**</w:t>
      </w:r>
    </w:p>
    <w:p>
      <w:pPr>
        <w:pStyle w:val="ListBullet"/>
      </w:pPr>
      <w:r>
        <w:t>Repetir si lectura no es clara.</w:t>
      </w:r>
    </w:p>
    <w:p>
      <w:pPr>
        <w:pStyle w:val="ListBullet"/>
      </w:pPr>
      <w:r>
        <w:t>Repetir si hay artefactos.</w:t>
      </w:r>
    </w:p>
    <w:p>
      <w:pPr>
        <w:pStyle w:val="ListBullet"/>
      </w:pPr>
      <w:r>
        <w:t>Repetir si lectura no cuadra con situación.</w:t>
      </w:r>
    </w:p>
    <w:p>
      <w:pPr>
        <w:pStyle w:val="ListNumber"/>
      </w:pPr>
      <w:r>
        <w:t>**Cuándo pasar a manual (lecturas erráticas)**</w:t>
      </w:r>
    </w:p>
    <w:p>
      <w:pPr>
        <w:pStyle w:val="ListBullet"/>
      </w:pPr>
      <w:r>
        <w:t>Si lecturas son erráticas o no confiables.</w:t>
      </w:r>
    </w:p>
    <w:p>
      <w:pPr>
        <w:pStyle w:val="ListBullet"/>
      </w:pPr>
      <w:r>
        <w:t>Si tensiómetro automático no funciona correctamente.</w:t>
      </w:r>
    </w:p>
    <w:p>
      <w:pPr>
        <w:pStyle w:val="ListBullet"/>
      </w:pPr>
      <w:r>
        <w:t>Pasar a tensiómetro manual.</w:t>
      </w:r>
    </w:p>
    <w:p>
      <w:r>
        <w:t>**Errores frecuentes:**</w:t>
      </w:r>
    </w:p>
    <w:p>
      <w:pPr>
        <w:pStyle w:val="ListBullet"/>
      </w:pPr>
      <w:r>
        <w:t>Movimiento durante medición (artefactos, lectura falsa).</w:t>
      </w:r>
    </w:p>
    <w:p>
      <w:pPr>
        <w:pStyle w:val="ListBullet"/>
      </w:pPr>
      <w:r>
        <w:t>Manguito mal colocado (lectura falsa).</w:t>
      </w:r>
    </w:p>
    <w:p>
      <w:pPr>
        <w:pStyle w:val="ListBullet"/>
      </w:pPr>
      <w:r>
        <w:t>Lecturas erráticas sin pasar a manual.</w:t>
      </w:r>
    </w:p>
    <w:p>
      <w:r>
        <w:t>────────────────────────────────────────────────────────────</w:t>
      </w:r>
    </w:p>
    <w:p>
      <w:pPr>
        <w:pStyle w:val="Heading3"/>
      </w:pPr>
      <w:r>
        <w:t>D) ECG básico (si aplica)</w:t>
      </w:r>
    </w:p>
    <w:p>
      <w:r>
        <w:t>**Procedimiento paso a paso:**</w:t>
      </w:r>
    </w:p>
    <w:p>
      <w:pPr>
        <w:pStyle w:val="ListNumber"/>
      </w:pPr>
      <w:r>
        <w:t>**Preparación de piel (secar/retirar sudor)**</w:t>
      </w:r>
    </w:p>
    <w:p>
      <w:pPr>
        <w:pStyle w:val="ListBullet"/>
      </w:pPr>
      <w:r>
        <w:t>Preparar piel (secar, retirar sudor si es necesario).</w:t>
      </w:r>
    </w:p>
    <w:p>
      <w:pPr>
        <w:pStyle w:val="ListBullet"/>
      </w:pPr>
      <w:r>
        <w:t>Limpiar zona si es necesario.</w:t>
      </w:r>
    </w:p>
    <w:p>
      <w:pPr>
        <w:pStyle w:val="ListBullet"/>
      </w:pPr>
      <w:r>
        <w:t>Verificar que piel está seca.</w:t>
      </w:r>
    </w:p>
    <w:p>
      <w:pPr>
        <w:pStyle w:val="ListNumber"/>
      </w:pPr>
      <w:r>
        <w:t>**Colocación electrodos (sin interpretación)**</w:t>
      </w:r>
    </w:p>
    <w:p>
      <w:pPr>
        <w:pStyle w:val="ListBullet"/>
      </w:pPr>
      <w:r>
        <w:t>Colocar electrodos según posición estándar (si aplica).</w:t>
      </w:r>
    </w:p>
    <w:p>
      <w:pPr>
        <w:pStyle w:val="ListBullet"/>
      </w:pPr>
      <w:r>
        <w:t>Verificar que electrodos están bien adheridos.</w:t>
      </w:r>
    </w:p>
    <w:p>
      <w:pPr>
        <w:pStyle w:val="ListBullet"/>
      </w:pPr>
      <w:r>
        <w:t>Verificar que cables están bien conectados.</w:t>
      </w:r>
    </w:p>
    <w:p>
      <w:pPr>
        <w:pStyle w:val="ListNumber"/>
      </w:pPr>
      <w:r>
        <w:t>**Artefactos típicos (temblor, cable suelto)**</w:t>
      </w:r>
    </w:p>
    <w:p>
      <w:pPr>
        <w:pStyle w:val="ListBullet"/>
      </w:pPr>
      <w:r>
        <w:t>Detectar artefactos (temblor, cable suelto, movimiento).</w:t>
      </w:r>
    </w:p>
    <w:p>
      <w:pPr>
        <w:pStyle w:val="ListBullet"/>
      </w:pPr>
      <w:r>
        <w:t>Corregir artefactos si es posible.</w:t>
      </w:r>
    </w:p>
    <w:p>
      <w:pPr>
        <w:pStyle w:val="ListBullet"/>
      </w:pPr>
      <w:r>
        <w:t>Documentar artefactos si persisten.</w:t>
      </w:r>
    </w:p>
    <w:p>
      <w:pPr>
        <w:pStyle w:val="ListNumber"/>
      </w:pPr>
      <w:r>
        <w:t>**Gestión de cables en traslado**</w:t>
      </w:r>
    </w:p>
    <w:p>
      <w:pPr>
        <w:pStyle w:val="ListBullet"/>
      </w:pPr>
      <w:r>
        <w:t>Organizar cables para evitar enganches.</w:t>
      </w:r>
    </w:p>
    <w:p>
      <w:pPr>
        <w:pStyle w:val="ListBullet"/>
      </w:pPr>
      <w:r>
        <w:t>Fijar cables si es necesario.</w:t>
      </w:r>
    </w:p>
    <w:p>
      <w:pPr>
        <w:pStyle w:val="ListBullet"/>
      </w:pPr>
      <w:r>
        <w:t>Re-verificar después de movimientos.</w:t>
      </w:r>
    </w:p>
    <w:p>
      <w:r>
        <w:t>**Nota:** Este capítulo no entra en interpretación de ECG, solo en colocación y detección de artefactos.</w:t>
      </w:r>
    </w:p>
    <w:p>
      <w:r>
        <w:t>**Errores frecuentes:**</w:t>
      </w:r>
    </w:p>
    <w:p>
      <w:pPr>
        <w:pStyle w:val="ListBullet"/>
      </w:pPr>
      <w:r>
        <w:t>Piel húmeda (electrodos no se adhieren, artefactos).</w:t>
      </w:r>
    </w:p>
    <w:p>
      <w:pPr>
        <w:pStyle w:val="ListBullet"/>
      </w:pPr>
      <w:r>
        <w:t>Cables sueltos (artefactos, lecturas falsas).</w:t>
      </w:r>
    </w:p>
    <w:p>
      <w:pPr>
        <w:pStyle w:val="ListBullet"/>
      </w:pPr>
      <w:r>
        <w:t>Temblor/movimiento (artefactos, lecturas falsas).</w:t>
      </w:r>
    </w:p>
    <w:p>
      <w:r>
        <w:t>────────────────────────────────────────────────────────────</w:t>
      </w:r>
    </w:p>
    <w:p>
      <w:pPr>
        <w:pStyle w:val="Heading2"/>
      </w:pPr>
      <w:r>
        <w:t>3.10.6 Integración con traslado y material</w:t>
      </w:r>
    </w:p>
    <w:p>
      <w:pPr>
        <w:pStyle w:val="Heading3"/>
      </w:pPr>
      <w:r>
        <w:t>Cables/tubos fijados para evitar tirones (enlace 3.15 si lo haces)</w:t>
      </w:r>
    </w:p>
    <w:p>
      <w:r>
        <w:t>**Principio:**</w:t>
      </w:r>
    </w:p>
    <w:p>
      <w:pPr>
        <w:pStyle w:val="ListBullet"/>
      </w:pPr>
      <w:r>
        <w:t>Fijar cables/tubos para evitar tirones.</w:t>
      </w:r>
    </w:p>
    <w:p>
      <w:pPr>
        <w:pStyle w:val="ListBullet"/>
      </w:pPr>
      <w:r>
        <w:t>Prevenir desconexiones durante traslado.</w:t>
      </w:r>
    </w:p>
    <w:p>
      <w:pPr>
        <w:pStyle w:val="ListBullet"/>
      </w:pPr>
      <w:r>
        <w:t>Organizar cables/tubos correctamente.</w:t>
      </w:r>
    </w:p>
    <w:p>
      <w:r>
        <w:t>**Técnica:**</w:t>
      </w:r>
    </w:p>
    <w:p>
      <w:pPr>
        <w:pStyle w:val="ListNumber"/>
      </w:pPr>
      <w:r>
        <w:t>Organizar cables/tubos para evitar enganches.</w:t>
      </w:r>
    </w:p>
    <w:p>
      <w:pPr>
        <w:pStyle w:val="ListNumber"/>
      </w:pPr>
      <w:r>
        <w:t>Fijar cables/tubos si es necesario.</w:t>
      </w:r>
    </w:p>
    <w:p>
      <w:pPr>
        <w:pStyle w:val="ListNumber"/>
      </w:pPr>
      <w:r>
        <w:t>Re-verificar después de movimientos.</w:t>
      </w:r>
    </w:p>
    <w:p>
      <w:pPr>
        <w:pStyle w:val="ListNumber"/>
      </w:pPr>
      <w:r>
        <w:t>Ver gestión de material (3.15) si aplica.</w:t>
      </w:r>
    </w:p>
    <w:p>
      <w:r>
        <w:t>────────────────────────────────────────────────────────────</w:t>
      </w:r>
    </w:p>
    <w:p>
      <w:pPr>
        <w:pStyle w:val="Heading3"/>
      </w:pPr>
      <w:r>
        <w:t>Reevaluación tras transferencias (2.8/2.13)</w:t>
      </w:r>
    </w:p>
    <w:p>
      <w:r>
        <w:t>**Principio:**</w:t>
      </w:r>
    </w:p>
    <w:p>
      <w:pPr>
        <w:pStyle w:val="ListBullet"/>
      </w:pPr>
      <w:r>
        <w:t>Re-verificar constantes después de transferencias.</w:t>
      </w:r>
    </w:p>
    <w:p>
      <w:pPr>
        <w:pStyle w:val="ListBullet"/>
      </w:pPr>
      <w:r>
        <w:t>Verificar que monitorización sigue funcionando.</w:t>
      </w:r>
    </w:p>
    <w:p>
      <w:pPr>
        <w:pStyle w:val="ListBullet"/>
      </w:pPr>
      <w:r>
        <w:t>Ajustar si es necesario.</w:t>
      </w:r>
    </w:p>
    <w:p>
      <w:r>
        <w:t>**Técnica:**</w:t>
      </w:r>
    </w:p>
    <w:p>
      <w:pPr>
        <w:pStyle w:val="ListNumber"/>
      </w:pPr>
      <w:r>
        <w:t>Re-verificar constantes después de transferencias (ver 2.8, 2.13).</w:t>
      </w:r>
    </w:p>
    <w:p>
      <w:pPr>
        <w:pStyle w:val="ListNumber"/>
      </w:pPr>
      <w:r>
        <w:t>Verificar que sensores/electrodos están bien colocados.</w:t>
      </w:r>
    </w:p>
    <w:p>
      <w:pPr>
        <w:pStyle w:val="ListNumber"/>
      </w:pPr>
      <w:r>
        <w:t>Verificar que cables/tubos no se han desconectado.</w:t>
      </w:r>
    </w:p>
    <w:p>
      <w:pPr>
        <w:pStyle w:val="ListNumber"/>
      </w:pPr>
      <w:r>
        <w:t>Ajustar si es necesario.</w:t>
      </w:r>
    </w:p>
    <w:p>
      <w:r>
        <w:t>────────────────────────────────────────────────────────────</w:t>
      </w:r>
    </w:p>
    <w:p>
      <w:pPr>
        <w:pStyle w:val="Heading2"/>
      </w:pPr>
      <w:r>
        <w:t>3.10.7 Problemas frecuentes y resolución rápida</w:t>
      </w:r>
    </w:p>
    <w:p>
      <w:pPr>
        <w:pStyle w:val="Heading3"/>
      </w:pPr>
      <w:r>
        <w:t>SpO₂ inestable → calentar mano, cambiar dedo, reducir movimiento</w:t>
      </w:r>
    </w:p>
    <w:p>
      <w:r>
        <w:t>**Causas posibles:**</w:t>
      </w:r>
    </w:p>
    <w:p>
      <w:pPr>
        <w:pStyle w:val="ListBullet"/>
      </w:pPr>
      <w:r>
        <w:t>Frío (vasoconstricción).</w:t>
      </w:r>
    </w:p>
    <w:p>
      <w:pPr>
        <w:pStyle w:val="ListBullet"/>
      </w:pPr>
      <w:r>
        <w:t>Mala perfusión.</w:t>
      </w:r>
    </w:p>
    <w:p>
      <w:pPr>
        <w:pStyle w:val="ListBullet"/>
      </w:pPr>
      <w:r>
        <w:t>Movimiento.</w:t>
      </w:r>
    </w:p>
    <w:p>
      <w:r>
        <w:t>**Resolución rápida:**</w:t>
      </w:r>
    </w:p>
    <w:p>
      <w:pPr>
        <w:pStyle w:val="ListNumber"/>
      </w:pPr>
      <w:r>
        <w:t>Calentar mano si está fría.</w:t>
      </w:r>
    </w:p>
    <w:p>
      <w:pPr>
        <w:pStyle w:val="ListNumber"/>
      </w:pPr>
      <w:r>
        <w:t>Cambiar dedo si es necesario.</w:t>
      </w:r>
    </w:p>
    <w:p>
      <w:pPr>
        <w:pStyle w:val="ListNumber"/>
      </w:pPr>
      <w:r>
        <w:t>Reducir movimiento.</w:t>
      </w:r>
    </w:p>
    <w:p>
      <w:pPr>
        <w:pStyle w:val="ListNumber"/>
      </w:pPr>
      <w:r>
        <w:t>Verificar que sensor está bien colocado.</w:t>
      </w:r>
    </w:p>
    <w:p>
      <w:pPr>
        <w:pStyle w:val="ListNumber"/>
      </w:pPr>
      <w:r>
        <w:t>Si persiste: documentar y comunicar.</w:t>
      </w:r>
    </w:p>
    <w:p>
      <w:r>
        <w:t>────────────────────────────────────────────────────────────</w:t>
      </w:r>
    </w:p>
    <w:p>
      <w:pPr>
        <w:pStyle w:val="Heading3"/>
      </w:pPr>
      <w:r>
        <w:t>TA no mide → revisar manguito, postura, pasar a manual</w:t>
      </w:r>
    </w:p>
    <w:p>
      <w:r>
        <w:t>**Causas posibles:**</w:t>
      </w:r>
    </w:p>
    <w:p>
      <w:pPr>
        <w:pStyle w:val="ListBullet"/>
      </w:pPr>
      <w:r>
        <w:t>Manguito mal colocado.</w:t>
      </w:r>
    </w:p>
    <w:p>
      <w:pPr>
        <w:pStyle w:val="ListBullet"/>
      </w:pPr>
      <w:r>
        <w:t>Postura incorrecta.</w:t>
      </w:r>
    </w:p>
    <w:p>
      <w:pPr>
        <w:pStyle w:val="ListBullet"/>
      </w:pPr>
      <w:r>
        <w:t>Tensiómetro automático no funciona.</w:t>
      </w:r>
    </w:p>
    <w:p>
      <w:r>
        <w:t>**Resolución rápida:**</w:t>
      </w:r>
    </w:p>
    <w:p>
      <w:pPr>
        <w:pStyle w:val="ListNumber"/>
      </w:pPr>
      <w:r>
        <w:t>Revisar manguito (talla, colocación).</w:t>
      </w:r>
    </w:p>
    <w:p>
      <w:pPr>
        <w:pStyle w:val="ListNumber"/>
      </w:pPr>
      <w:r>
        <w:t>Revisar postura (brazo a nivel del corazón).</w:t>
      </w:r>
    </w:p>
    <w:p>
      <w:pPr>
        <w:pStyle w:val="ListNumber"/>
      </w:pPr>
      <w:r>
        <w:t>Repetir medición.</w:t>
      </w:r>
    </w:p>
    <w:p>
      <w:pPr>
        <w:pStyle w:val="ListNumber"/>
      </w:pPr>
      <w:r>
        <w:t>Si persiste: pasar a tensiómetro manual.</w:t>
      </w:r>
    </w:p>
    <w:p>
      <w:r>
        <w:t>────────────────────────────────────────────────────────────</w:t>
      </w:r>
    </w:p>
    <w:p>
      <w:pPr>
        <w:pStyle w:val="Heading3"/>
      </w:pPr>
      <w:r>
        <w:t>Artefactos ECG → asegurar cables, preparar piel</w:t>
      </w:r>
    </w:p>
    <w:p>
      <w:r>
        <w:t>**Causas posibles:**</w:t>
      </w:r>
    </w:p>
    <w:p>
      <w:pPr>
        <w:pStyle w:val="ListBullet"/>
      </w:pPr>
      <w:r>
        <w:t>Cables sueltos.</w:t>
      </w:r>
    </w:p>
    <w:p>
      <w:pPr>
        <w:pStyle w:val="ListBullet"/>
      </w:pPr>
      <w:r>
        <w:t>Piel húmeda.</w:t>
      </w:r>
    </w:p>
    <w:p>
      <w:pPr>
        <w:pStyle w:val="ListBullet"/>
      </w:pPr>
      <w:r>
        <w:t>Temblor/movimiento.</w:t>
      </w:r>
    </w:p>
    <w:p>
      <w:r>
        <w:t>**Resolución rápida:**</w:t>
      </w:r>
    </w:p>
    <w:p>
      <w:pPr>
        <w:pStyle w:val="ListNumber"/>
      </w:pPr>
      <w:r>
        <w:t>Asegurar cables (verificar conexiones).</w:t>
      </w:r>
    </w:p>
    <w:p>
      <w:pPr>
        <w:pStyle w:val="ListNumber"/>
      </w:pPr>
      <w:r>
        <w:t>Preparar piel (secar, limpiar).</w:t>
      </w:r>
    </w:p>
    <w:p>
      <w:pPr>
        <w:pStyle w:val="ListNumber"/>
      </w:pPr>
      <w:r>
        <w:t>Reducir temblor/movimiento si es posible.</w:t>
      </w:r>
    </w:p>
    <w:p>
      <w:pPr>
        <w:pStyle w:val="ListNumber"/>
      </w:pPr>
      <w:r>
        <w:t>Si persiste: documentar artefactos.</w:t>
      </w:r>
    </w:p>
    <w:p>
      <w:r>
        <w:t>────────────────────────────────────────────────────────────</w:t>
      </w:r>
    </w:p>
    <w:p>
      <w:pPr>
        <w:pStyle w:val="Heading2"/>
      </w:pPr>
      <w:r>
        <w:t>3.10.8 Errores críticos y señales de alarma</w:t>
      </w:r>
    </w:p>
    <w:p>
      <w:pPr>
        <w:pStyle w:val="Heading3"/>
      </w:pPr>
      <w:r>
        <w:t>Errores críticos</w:t>
      </w:r>
    </w:p>
    <w:p>
      <w:r>
        <w:t>**Error 1: Confiar en una lectura claramente artefactada**</w:t>
      </w:r>
    </w:p>
    <w:p>
      <w:pPr>
        <w:pStyle w:val="ListBullet"/>
      </w:pPr>
      <w:r>
        <w:t>❌ Confiar en lectura claramente artefactada sin revisar técnica.</w:t>
      </w:r>
    </w:p>
    <w:p>
      <w:pPr>
        <w:pStyle w:val="ListBullet"/>
      </w:pPr>
      <w:r>
        <w:t>**Consecuencia:** Lectura falsa, decisiones basadas en información incorrecta.</w:t>
      </w:r>
    </w:p>
    <w:p>
      <w:pPr>
        <w:pStyle w:val="ListBullet"/>
      </w:pPr>
      <w:r>
        <w:t>**Prevención:** Revisar técnica si lectura no cuadra, repetir medición, no confiar en lectura claramente artefactada.</w:t>
      </w:r>
    </w:p>
    <w:p>
      <w:r>
        <w:t>**Error 2: Usar manguito incorrecto**</w:t>
      </w:r>
    </w:p>
    <w:p>
      <w:pPr>
        <w:pStyle w:val="ListBullet"/>
      </w:pPr>
      <w:r>
        <w:t>❌ Usar manguito de talla incorrecta (demasiado pequeño o grande).</w:t>
      </w:r>
    </w:p>
    <w:p>
      <w:pPr>
        <w:pStyle w:val="ListBullet"/>
      </w:pPr>
      <w:r>
        <w:t>**Consecuencia:** Lectura falsa (sobreestima o subestima presión).</w:t>
      </w:r>
    </w:p>
    <w:p>
      <w:pPr>
        <w:pStyle w:val="ListBullet"/>
      </w:pPr>
      <w:r>
        <w:t>**Prevención:** Seleccionar manguito de talla adecuada, verificar que cubre 80% del brazo aproximadamente.</w:t>
      </w:r>
    </w:p>
    <w:p>
      <w:r>
        <w:t>**Error 3: Cables sueltos que provocan tirones/caídas del equipo**</w:t>
      </w:r>
    </w:p>
    <w:p>
      <w:pPr>
        <w:pStyle w:val="ListBullet"/>
      </w:pPr>
      <w:r>
        <w:t>❌ No fijar cables correctamente, cables sueltos que se enganchan.</w:t>
      </w:r>
    </w:p>
    <w:p>
      <w:pPr>
        <w:pStyle w:val="ListBullet"/>
      </w:pPr>
      <w:r>
        <w:t>**Consecuencia:** Tirones, caídas del equipo, desconexiones, lesiones.</w:t>
      </w:r>
    </w:p>
    <w:p>
      <w:pPr>
        <w:pStyle w:val="ListBullet"/>
      </w:pPr>
      <w:r>
        <w:t>**Prevención:** Fijar cables correctamente, organizar para evitar enganches, re-verificar después de movimientos.</w:t>
      </w:r>
    </w:p>
    <w:p>
      <w:r>
        <w:t>────────────────────────────────────────────────────────────</w:t>
      </w:r>
    </w:p>
    <w:p>
      <w:pPr>
        <w:pStyle w:val="Heading3"/>
      </w:pPr>
      <w:r>
        <w:t>Señales de alarma (cuándo parar y reevaluar)</w:t>
      </w:r>
    </w:p>
    <w:p>
      <w:r>
        <w:t>**Señal de alarma 1: Lectura claramente incompatible con estado del paciente**</w:t>
      </w:r>
    </w:p>
    <w:p>
      <w:pPr>
        <w:pStyle w:val="ListBullet"/>
      </w:pPr>
      <w:r>
        <w:t>**Acción:** Parar, revisar técnica, repetir medición, verificar condiciones.</w:t>
      </w:r>
    </w:p>
    <w:p>
      <w:pPr>
        <w:pStyle w:val="ListBullet"/>
      </w:pPr>
      <w:r>
        <w:t>**Si persiste:** Documentar y comunicar, considerar alternativas.</w:t>
      </w:r>
    </w:p>
    <w:p>
      <w:r>
        <w:t>**Señal de alarma 2: Equipo no funciona cuando se necesita**</w:t>
      </w:r>
    </w:p>
    <w:p>
      <w:pPr>
        <w:pStyle w:val="ListBullet"/>
      </w:pPr>
      <w:r>
        <w:t>**Acción:** Parar, verificar equipo, usar alternativa si es posible, comunicar problema.</w:t>
      </w:r>
    </w:p>
    <w:p>
      <w:pPr>
        <w:pStyle w:val="ListBullet"/>
      </w:pPr>
      <w:r>
        <w:t>**Prevención:** Verificar que equipo funciona durante preparación, antes de necesitarlo.</w:t>
      </w:r>
    </w:p>
    <w:p>
      <w:r>
        <w:t>**Señal de alarma 3: Desconexión durante traslado**</w:t>
      </w:r>
    </w:p>
    <w:p>
      <w:pPr>
        <w:pStyle w:val="ListBullet"/>
      </w:pPr>
      <w:r>
        <w:t>**Acción:** Parar, re-conectar inmediatamente, verificar que funciona, fijar cables.</w:t>
      </w:r>
    </w:p>
    <w:p>
      <w:pPr>
        <w:pStyle w:val="ListBullet"/>
      </w:pPr>
      <w:r>
        <w:t>**Prevención:** Fijar cables correctamente, organizar para evitar enganches, re-verificar después de movimientos.</w:t>
      </w:r>
    </w:p>
    <w:p>
      <w:r>
        <w:t>**Principio:**</w:t>
      </w:r>
    </w:p>
    <w:p>
      <w:pPr>
        <w:pStyle w:val="ListBullet"/>
      </w:pPr>
      <w:r>
        <w:t>**Si hay señal de alarma: PARAR, RE-EVALUAR, CORREGIR, COMUNICAR.**</w:t>
      </w:r>
    </w:p>
    <w:p>
      <w:pPr>
        <w:pStyle w:val="ListBullet"/>
      </w:pPr>
      <w:r>
        <w:t>**No continuar si hay riesgo para paciente o lectura es claramente incorrecta.**</w:t>
      </w:r>
    </w:p>
    <w:p>
      <w:r>
        <w:t>────────────────────────────────────────────────────────────</w:t>
      </w:r>
    </w:p>
    <w:p>
      <w:pPr>
        <w:pStyle w:val="Heading2"/>
      </w:pPr>
      <w:r>
        <w:t>3.10.9 Puntos clave TES</w:t>
      </w:r>
    </w:p>
    <w:p>
      <w:pPr>
        <w:pStyle w:val="ListBullet"/>
      </w:pPr>
      <w:r>
        <w:t>**Lectura útil = lectura estable + contexto** (obtener lectura estable, registrar condiciones que pueden afectar lectura).</w:t>
      </w:r>
    </w:p>
    <w:p>
      <w:pPr>
        <w:pStyle w:val="ListBullet"/>
      </w:pPr>
      <w:r>
        <w:t>**Si no cuadra: revisar técnica y repetir** (no confiar en lectura claramente artefactada, repetir con técnica correcta).</w:t>
      </w:r>
    </w:p>
    <w:p>
      <w:pPr>
        <w:pStyle w:val="ListBullet"/>
      </w:pPr>
      <w:r>
        <w:t>**Registrar condiciones** (movimiento, frío, mala perfusión, dolor/temblor) para interpretar lectura con contexto.</w:t>
      </w:r>
    </w:p>
    <w:p>
      <w:pPr>
        <w:pStyle w:val="ListBullet"/>
      </w:pPr>
      <w:r>
        <w:t>**SpO₂: elegir dedo/zona con perfusión, colocar correctamente, esperar lectura estable** (evitar frío extremo, uñas con esmalte, movimiento).</w:t>
      </w:r>
    </w:p>
    <w:p>
      <w:pPr>
        <w:pStyle w:val="ListBullet"/>
      </w:pPr>
      <w:r>
        <w:t>**TA manual: manguito correcto, brazo a nivel del corazón, técnica correcta de inflado/desinflado** (escuchar sonidos de Korotkoff, registrar condiciones).</w:t>
      </w:r>
    </w:p>
    <w:p>
      <w:pPr>
        <w:pStyle w:val="ListBullet"/>
      </w:pPr>
      <w:r>
        <w:t>**TA automática: quietud mínima, repetir si lectura no es clara, pasar a manual si lecturas son erráticas** (no confiar en lecturas erráticas).</w:t>
      </w:r>
    </w:p>
    <w:p>
      <w:pPr>
        <w:pStyle w:val="ListBullet"/>
      </w:pPr>
      <w:r>
        <w:t>**ECG básico: preparar piel, colocar electrodos correctamente, detectar artefactos** (sin interpretación, solo colocación y detección de artefactos).</w:t>
      </w:r>
    </w:p>
    <w:p>
      <w:pPr>
        <w:pStyle w:val="ListBullet"/>
      </w:pPr>
      <w:r>
        <w:t>**Fijar cables/tubos para evitar tirones** (organizar correctamente, fijar si es necesario, re-verificar después de movimientos).</w:t>
      </w:r>
    </w:p>
    <w:p>
      <w:pPr>
        <w:pStyle w:val="ListBullet"/>
      </w:pPr>
      <w:r>
        <w:t>**Reevaluación tras transferencias** (re-verificar constantes, verificar que monitorización sigue funcionando, ajustar si es necesario).</w:t>
      </w:r>
    </w:p>
    <w:p>
      <w:pPr>
        <w:pStyle w:val="ListBullet"/>
      </w:pPr>
      <w:r>
        <w:t>**NUNCA confiar en lectura claramente artefactada** (revisar técnica, repetir medición, documentar si persiste).</w:t>
      </w:r>
    </w:p>
    <w:p>
      <w:pPr>
        <w:pStyle w:val="ListBullet"/>
      </w:pPr>
      <w:r>
        <w:t>**NUNCA usar manguito incorrecto** (seleccionar talla adecuada, verificar que cubre 80% del brazo).</w:t>
      </w:r>
    </w:p>
    <w:p>
      <w:pPr>
        <w:pStyle w:val="ListBullet"/>
      </w:pPr>
      <w:r>
        <w:t>**Un TES lesionado detiene la asistencia:** aplicar ergonomía (postura correcta, prevenir lesiones durante manejo de equipo).</w:t>
      </w:r>
    </w:p>
    <w:p>
      <w:r>
        <w:t>────────────────────────────────────────────────────────────</w:t>
      </w:r>
    </w:p>
    <w:p>
      <w:pPr>
        <w:pStyle w:val="Heading2"/>
      </w:pPr>
      <w:r>
        <w:t>3.10.10 Cierre del capítulo</w:t>
      </w:r>
    </w:p>
    <w:p>
      <w:r>
        <w:t>Este capítulo se integra con:</w:t>
      </w:r>
    </w:p>
    <w:p>
      <w:pPr>
        <w:pStyle w:val="ListBullet"/>
      </w:pPr>
      <w:r>
        <w:t>**3.11 – Glucómetro y Control de Glucemia: Uso Operativo** (integración con control de glucemia)</w:t>
      </w:r>
    </w:p>
    <w:p>
      <w:pPr>
        <w:pStyle w:val="ListBullet"/>
      </w:pPr>
      <w:r>
        <w:t>**3.12 – Termometría Clínica: Material y Toma Segura** (integración con termometría)</w:t>
      </w:r>
    </w:p>
    <w:p>
      <w:pPr>
        <w:pStyle w:val="ListBullet"/>
      </w:pPr>
      <w:r>
        <w:t>**Bloque 2 – Inmovilización y Movilización** (2.8, 2.13: integración con traslado)</w:t>
      </w:r>
    </w:p>
    <w:p>
      <w:pPr>
        <w:pStyle w:val="ListBullet"/>
      </w:pPr>
      <w:r>
        <w:t>**3.X3 – Bolsa/Estuche de Monitorización: Organización y Chequeo Operativo** (verificación de material de monitorización)</w:t>
      </w:r>
    </w:p>
    <w:p>
      <w:r>
        <w:t>**Transición:**</w:t>
      </w:r>
    </w:p>
    <w:p>
      <w:pPr>
        <w:pStyle w:val="ListBullet"/>
      </w:pPr>
      <w:r>
        <w:t>Este capítulo proporciona técnicas operativas de **monitorización básica en campo**.</w:t>
      </w:r>
    </w:p>
    <w:p>
      <w:pPr>
        <w:pStyle w:val="ListBullet"/>
      </w:pPr>
      <w:r>
        <w:t>Los capítulos siguientes desarrollan **glucómetro (3.11)** y **termometría (3.12)**.</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**lectura útil requiere lectura estable y contexto** (registrar condiciones que pueden afectar lectura)</w:t>
      </w:r>
    </w:p>
    <w:p>
      <w:pPr>
        <w:pStyle w:val="ListBullet"/>
      </w:pPr>
      <w:r>
        <w:t>**Si lectura no cuadra: revisar técnica y repetir** (no confiar en lectura claramente artefactada)</w:t>
      </w:r>
    </w:p>
    <w:p>
      <w:pPr>
        <w:pStyle w:val="ListBullet"/>
      </w:pPr>
      <w:r>
        <w:t>**Re-verificar después de transferencias** (monitorización puede verse afectada por movimientos)</w:t>
      </w:r>
    </w:p>
    <w:p>
      <w:pPr>
        <w:pStyle w:val="ListBullet"/>
      </w:pPr>
      <w:r>
        <w:t>**Fijar cables/tubos** para evitar tirones y desconexiones</w:t>
      </w:r>
    </w:p>
    <w:p>
      <w:r>
        <w:t>**Principios No Negociables:**</w:t>
      </w:r>
    </w:p>
    <w:p>
      <w:pPr>
        <w:pStyle w:val="ListBullet"/>
      </w:pPr>
      <w:r>
        <w:t>**NUNCA confiar** en lectura claramente artefactada</w:t>
      </w:r>
    </w:p>
    <w:p>
      <w:pPr>
        <w:pStyle w:val="ListBullet"/>
      </w:pPr>
      <w:r>
        <w:t>**NUNCA usar** manguito incorrecto</w:t>
      </w:r>
    </w:p>
    <w:p>
      <w:pPr>
        <w:pStyle w:val="ListBullet"/>
      </w:pPr>
      <w:r>
        <w:t>**NUNCA dejar** cables sueltos que provocan tirones</w:t>
      </w:r>
    </w:p>
    <w:p>
      <w:pPr>
        <w:pStyle w:val="ListBullet"/>
      </w:pPr>
      <w:r>
        <w:t>**SIEMPRE revisar** técnica si lectura no cuadra</w:t>
      </w:r>
    </w:p>
    <w:p>
      <w:pPr>
        <w:pStyle w:val="ListBullet"/>
      </w:pPr>
      <w:r>
        <w:t>**SIEMPRE registrar** condiciones que pueden afectar lectura</w:t>
      </w:r>
    </w:p>
    <w:p>
      <w:pPr>
        <w:pStyle w:val="ListBullet"/>
      </w:pPr>
      <w:r>
        <w:t>**SIEMPRE re-verificar** después de transferencias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1.5 – Glucómetro y control de glucemia: uso operativo (TES)</w:t>
      </w:r>
    </w:p>
    <w:p>
      <w:pPr>
        <w:pStyle w:val="Heading1"/>
      </w:pPr>
      <w:r>
        <w:t>1.5 – Glucómetro y control de glucemia: uso operativo (TES)</w:t>
      </w:r>
    </w:p>
    <w:p>
      <w:pPr>
        <w:pStyle w:val="Heading2"/>
      </w:pPr>
      <w:r>
        <w:t>Manual TES Digital – Medición de glucemia capilar en campo</w:t>
      </w:r>
    </w:p>
    <w:p>
      <w:r>
        <w:t>**Versión:** 1.0</w:t>
      </w:r>
    </w:p>
    <w:p>
      <w:r>
        <w:t>**Fecha:** 2024-12-19</w:t>
      </w:r>
    </w:p>
    <w:p>
      <w:r>
        <w:t>**Tipo:** Bloque Operativo - Procedimiento TES</w:t>
      </w:r>
    </w:p>
    <w:p>
      <w:r>
        <w:t>**Reubicado desde:** Bloque 3.11 → Bloque 1.5</w:t>
      </w:r>
    </w:p>
    <w:p>
      <w:r>
        <w:t>────────────────────────────────────────────────────────────</w:t>
      </w:r>
    </w:p>
    <w:p>
      <w:pPr>
        <w:pStyle w:val="Heading2"/>
      </w:pPr>
      <w:r>
        <w:t>OBJETIVO DEL CAPÍTULO</w:t>
      </w:r>
    </w:p>
    <w:p>
      <w:r>
        <w:t>Medir glucemia capilar de forma **segura, rápida y fiable**, evitando **contaminación, pinchazos accidentales y lecturas inválidas**, integrando la medición con **monitorización básica y gestión de material**.</w:t>
      </w:r>
    </w:p>
    <w:p>
      <w:r>
        <w:t>Este capítulo se centra en **técnica, bioseguridad, registro y resolución de errores**, no en decisiones terapéuticas avanzadas ni tratamiento.</w:t>
      </w:r>
    </w:p>
    <w:p>
      <w:r>
        <w:t>────────────────────────────────────────────────────────────</w:t>
      </w:r>
    </w:p>
    <w:p>
      <w:pPr>
        <w:pStyle w:val="Heading2"/>
      </w:pPr>
      <w:r>
        <w:t>CUÁNDO SE APLICA</w:t>
      </w:r>
    </w:p>
    <w:p>
      <w:r>
        <w:t>**Escenarios de uso:**</w:t>
      </w:r>
    </w:p>
    <w:p>
      <w:pPr>
        <w:pStyle w:val="ListBullet"/>
      </w:pPr>
      <w:r>
        <w:t>Pacientes con sospecha de alteración de glucemia (hipoglucemia/hiperglucemia)</w:t>
      </w:r>
    </w:p>
    <w:p>
      <w:pPr>
        <w:pStyle w:val="ListBullet"/>
      </w:pPr>
      <w:r>
        <w:t>Pacientes con síntomas compatibles con descompensación metabólica</w:t>
      </w:r>
    </w:p>
    <w:p>
      <w:pPr>
        <w:pStyle w:val="ListBullet"/>
      </w:pPr>
      <w:r>
        <w:t>Según indicación médica o protocolo del servicio</w:t>
      </w:r>
    </w:p>
    <w:p>
      <w:pPr>
        <w:pStyle w:val="ListBullet"/>
      </w:pPr>
      <w:r>
        <w:t>Integración con evaluación primaria (1.2) y constantes vitales (1.1)</w:t>
      </w:r>
    </w:p>
    <w:p>
      <w:r>
        <w:t>**Criterios de activación:**</w:t>
      </w:r>
    </w:p>
    <w:p>
      <w:pPr>
        <w:pStyle w:val="ListBullet"/>
      </w:pPr>
      <w:r>
        <w:t>Síntomas de hipoglucemia (sudoración, temblor, confusión, pérdida de conciencia)</w:t>
      </w:r>
    </w:p>
    <w:p>
      <w:pPr>
        <w:pStyle w:val="ListBullet"/>
      </w:pPr>
      <w:r>
        <w:t>Síntomas de hiperglucemia (poliuria, polidipsia, deshidratación)</w:t>
      </w:r>
    </w:p>
    <w:p>
      <w:pPr>
        <w:pStyle w:val="ListBullet"/>
      </w:pPr>
      <w:r>
        <w:t>Pacientes diabéticos conocidos con descompensación</w:t>
      </w:r>
    </w:p>
    <w:p>
      <w:pPr>
        <w:pStyle w:val="ListBullet"/>
      </w:pPr>
      <w:r>
        <w:t>Pacientes inconscientes de causa no clara</w:t>
      </w:r>
    </w:p>
    <w:p>
      <w:r>
        <w:t>────────────────────────────────────────────────────────────</w:t>
      </w:r>
    </w:p>
    <w:p>
      <w:pPr>
        <w:pStyle w:val="Heading2"/>
      </w:pPr>
      <w:r>
        <w:t>DEPENDENCIAS</w:t>
      </w:r>
    </w:p>
    <w:p>
      <w:r>
        <w:t>**Capítulos previos necesarios:**</w:t>
      </w:r>
    </w:p>
    <w:p>
      <w:pPr>
        <w:pStyle w:val="ListBullet"/>
      </w:pPr>
      <w:r>
        <w:t>1.1 (Constantes Vitales) - Contexto de monitorización</w:t>
      </w:r>
    </w:p>
    <w:p>
      <w:pPr>
        <w:pStyle w:val="ListBullet"/>
      </w:pPr>
      <w:r>
        <w:t>1.2 (ABCDE Operativo) - Evaluación primaria</w:t>
      </w:r>
    </w:p>
    <w:p>
      <w:r>
        <w:t>**Capítulos relacionados:**</w:t>
      </w:r>
    </w:p>
    <w:p>
      <w:pPr>
        <w:pStyle w:val="ListBullet"/>
      </w:pPr>
      <w:r>
        <w:t>1.3 (Glasgow Operativo) - Evaluación de nivel de conciencia</w:t>
      </w:r>
    </w:p>
    <w:p>
      <w:pPr>
        <w:pStyle w:val="ListBullet"/>
      </w:pPr>
      <w:r>
        <w:t>1.4 (Triage START) - Categorización en múltiples víctimas</w:t>
      </w:r>
    </w:p>
    <w:p>
      <w:r>
        <w:t>**Capítulos siguientes:**</w:t>
      </w:r>
    </w:p>
    <w:p>
      <w:pPr>
        <w:pStyle w:val="ListBullet"/>
      </w:pPr>
      <w:r>
        <w:t>6.6 (Fármacos Neurológicos/Metabólicos) - Tratamiento de hipoglucemia</w:t>
      </w:r>
    </w:p>
    <w:p>
      <w:r>
        <w:t>────────────────────────────────────────────────────────────</w:t>
      </w:r>
    </w:p>
    <w:p>
      <w:pPr>
        <w:pStyle w:val="Heading2"/>
      </w:pPr>
      <w:r>
        <w:t>CONTENIDO PRINCIPAL</w:t>
      </w:r>
    </w:p>
    <w:p>
      <w:pPr>
        <w:pStyle w:val="ListNumber"/>
      </w:pPr>
      <w:r>
        <w:t>Material necesario (glucómetro, tiras, lancetas)</w:t>
      </w:r>
    </w:p>
    <w:p>
      <w:pPr>
        <w:pStyle w:val="ListNumber"/>
      </w:pPr>
      <w:r>
        <w:t>Preparación y verificación</w:t>
      </w:r>
    </w:p>
    <w:p>
      <w:pPr>
        <w:pStyle w:val="ListNumber"/>
      </w:pPr>
      <w:r>
        <w:t>Procedimiento paso a paso</w:t>
      </w:r>
    </w:p>
    <w:p>
      <w:pPr>
        <w:pStyle w:val="ListNumber"/>
      </w:pPr>
      <w:r>
        <w:t>Bioseguridad y punzantes</w:t>
      </w:r>
    </w:p>
    <w:p>
      <w:pPr>
        <w:pStyle w:val="ListNumber"/>
      </w:pPr>
      <w:r>
        <w:t>Problemas frecuentes y resolución</w:t>
      </w:r>
    </w:p>
    <w:p>
      <w:pPr>
        <w:pStyle w:val="ListNumber"/>
      </w:pPr>
      <w:r>
        <w:t>Errores críticos y señales de alarma</w:t>
      </w:r>
    </w:p>
    <w:p>
      <w:r>
        <w:t>────────────────────────────────────────────────────────────</w:t>
      </w:r>
    </w:p>
    <w:p>
      <w:pPr>
        <w:pStyle w:val="Heading2"/>
      </w:pPr>
      <w:r>
        <w:t>DECISIONES CLAVE DEL TES</w:t>
      </w:r>
    </w:p>
    <w:p>
      <w:pPr>
        <w:pStyle w:val="ListBullet"/>
      </w:pPr>
      <w:r>
        <w:t>Cuándo realizar medición de glucemia</w:t>
      </w:r>
    </w:p>
    <w:p>
      <w:pPr>
        <w:pStyle w:val="ListBullet"/>
      </w:pPr>
      <w:r>
        <w:t>Selección de zona de punción (dedo, evitar frío/lesiones)</w:t>
      </w:r>
    </w:p>
    <w:p>
      <w:pPr>
        <w:pStyle w:val="ListBullet"/>
      </w:pPr>
      <w:r>
        <w:t>Verificación de material antes de usar</w:t>
      </w:r>
    </w:p>
    <w:p>
      <w:pPr>
        <w:pStyle w:val="ListBullet"/>
      </w:pPr>
      <w:r>
        <w:t>Gestión segura de punzantes</w:t>
      </w:r>
    </w:p>
    <w:p>
      <w:pPr>
        <w:pStyle w:val="ListBullet"/>
      </w:pPr>
      <w:r>
        <w:t>Interpretación de resultados y registro</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Reutilizar lancetas o dejar punzantes fuera</w:t>
            </w:r>
          </w:p>
        </w:tc>
        <w:tc>
          <w:tcPr>
            <w:tcW w:type="dxa" w:w="2880"/>
          </w:tcPr>
          <w:p>
            <w:r>
              <w:t>Riesgo de pinchazo accidental, contaminación</w:t>
            </w:r>
          </w:p>
        </w:tc>
        <w:tc>
          <w:tcPr>
            <w:tcW w:type="dxa" w:w="2880"/>
          </w:tcPr>
          <w:p>
            <w:r>
              <w:t>NUNCA reutilizar, contenedor siempre accesible antes de pinchar</w:t>
            </w:r>
          </w:p>
        </w:tc>
      </w:tr>
      <w:tr>
        <w:tc>
          <w:tcPr>
            <w:tcW w:type="dxa" w:w="2880"/>
          </w:tcPr>
          <w:p>
            <w:r>
              <w:t>No registrar resultado o contaminar equipo</w:t>
            </w:r>
          </w:p>
        </w:tc>
        <w:tc>
          <w:tcPr>
            <w:tcW w:type="dxa" w:w="2880"/>
          </w:tcPr>
          <w:p>
            <w:r>
              <w:t>Pérdida de información, lecturas falsas</w:t>
            </w:r>
          </w:p>
        </w:tc>
        <w:tc>
          <w:tcPr>
            <w:tcW w:type="dxa" w:w="2880"/>
          </w:tcPr>
          <w:p>
            <w:r>
              <w:t>Registrar siempre resultado y condiciones, no contaminar equipo</w:t>
            </w:r>
          </w:p>
        </w:tc>
      </w:tr>
      <w:tr>
        <w:tc>
          <w:tcPr>
            <w:tcW w:type="dxa" w:w="2880"/>
          </w:tcPr>
          <w:p>
            <w:r>
              <w:t>Pinchar sin tener contenedor listo</w:t>
            </w:r>
          </w:p>
        </w:tc>
        <w:tc>
          <w:tcPr>
            <w:tcW w:type="dxa" w:w="2880"/>
          </w:tcPr>
          <w:p>
            <w:r>
              <w:t>Riesgo de pinchazo accidental</w:t>
            </w:r>
          </w:p>
        </w:tc>
        <w:tc>
          <w:tcPr>
            <w:tcW w:type="dxa" w:w="2880"/>
          </w:tcPr>
          <w:p>
            <w:r>
              <w:t>Preparar contenedor antes de pinchar</w:t>
            </w:r>
          </w:p>
        </w:tc>
      </w:tr>
      <w:tr>
        <w:tc>
          <w:tcPr>
            <w:tcW w:type="dxa" w:w="2880"/>
          </w:tcPr>
          <w:p>
            <w:r>
              <w:t>"Ordeñar" excesivamente dedo</w:t>
            </w:r>
          </w:p>
        </w:tc>
        <w:tc>
          <w:tcPr>
            <w:tcW w:type="dxa" w:w="2880"/>
          </w:tcPr>
          <w:p>
            <w:r>
              <w:t>Dilución de muestra con líquido intersticial</w:t>
            </w:r>
          </w:p>
        </w:tc>
        <w:tc>
          <w:tcPr>
            <w:tcW w:type="dxa" w:w="2880"/>
          </w:tcPr>
          <w:p>
            <w:r>
              <w:t>Aplicar presión suave, no "ordeñar"</w:t>
            </w:r>
          </w:p>
        </w:tc>
      </w:tr>
      <w:tr>
        <w:tc>
          <w:tcPr>
            <w:tcW w:type="dxa" w:w="2880"/>
          </w:tcPr>
          <w:p>
            <w:r>
              <w:t>Usar tiras caducadas o mal conservadas</w:t>
            </w:r>
          </w:p>
        </w:tc>
        <w:tc>
          <w:tcPr>
            <w:tcW w:type="dxa" w:w="2880"/>
          </w:tcPr>
          <w:p>
            <w:r>
              <w:t>Lecturas inválidas</w:t>
            </w:r>
          </w:p>
        </w:tc>
        <w:tc>
          <w:tcPr>
            <w:tcW w:type="dxa" w:w="2880"/>
          </w:tcPr>
          <w:p>
            <w:r>
              <w:t>Verificar fecha y conservación antes de usar</w:t>
            </w:r>
          </w:p>
        </w:tc>
      </w:tr>
    </w:tbl>
    <w:p>
      <w:r>
        <w:t>────────────────────────────────────────────────────────────</w:t>
      </w:r>
    </w:p>
    <w:p>
      <w:pPr>
        <w:pStyle w:val="Heading2"/>
      </w:pPr>
      <w:r>
        <w:t>INDICADORES DE CALIDAD/SEGURIDAD</w:t>
      </w:r>
    </w:p>
    <w:p>
      <w:r>
        <w:t>**Métricas de Éxito Operativo:**</w:t>
      </w:r>
    </w:p>
    <w:p>
      <w:pPr>
        <w:pStyle w:val="ListBullet"/>
      </w:pPr>
      <w:r>
        <w:t>Medición realizada en &lt; 2 minutos desde preparación</w:t>
      </w:r>
    </w:p>
    <w:p>
      <w:pPr>
        <w:pStyle w:val="ListBullet"/>
      </w:pPr>
      <w:r>
        <w:t>Sin pinchazos accidentales</w:t>
      </w:r>
    </w:p>
    <w:p>
      <w:pPr>
        <w:pStyle w:val="ListBullet"/>
      </w:pPr>
      <w:r>
        <w:t>Resultado registrado con hora y condiciones</w:t>
      </w:r>
    </w:p>
    <w:p>
      <w:pPr>
        <w:pStyle w:val="ListBullet"/>
      </w:pPr>
      <w:r>
        <w:t>Material desechado correctamente</w:t>
      </w:r>
    </w:p>
    <w:p>
      <w:r>
        <w:t>**Señales de Alerta:**</w:t>
      </w:r>
    </w:p>
    <w:p>
      <w:pPr>
        <w:pStyle w:val="ListBullet"/>
      </w:pPr>
      <w:r>
        <w:t>Pinchazo accidental → Parar, limpiar, seguir protocolo exposición</w:t>
      </w:r>
    </w:p>
    <w:p>
      <w:pPr>
        <w:pStyle w:val="ListBullet"/>
      </w:pPr>
      <w:r>
        <w:t>Lectura claramente incompatible → Repetir medición, verificar condiciones</w:t>
      </w:r>
    </w:p>
    <w:p>
      <w:pPr>
        <w:pStyle w:val="ListBullet"/>
      </w:pPr>
      <w:r>
        <w:t>Equipo no funciona → Verificar antes de usar, tener alternativa</w:t>
      </w:r>
    </w:p>
    <w:p>
      <w:r>
        <w:t>────────────────────────────────────────────────────────────</w:t>
      </w:r>
    </w:p>
    <w:p>
      <w:pPr>
        <w:pStyle w:val="Heading2"/>
      </w:pPr>
      <w:r>
        <w:t>RELACIÓN CON OTROS CAPÍTULOS</w:t>
      </w:r>
    </w:p>
    <w:p>
      <w:r>
        <w:t>**Capítulos Previos (Leer antes):**</w:t>
      </w:r>
    </w:p>
    <w:p>
      <w:pPr>
        <w:pStyle w:val="ListBullet"/>
      </w:pPr>
      <w:r>
        <w:t>1.1 (Constantes Vitales) - Contexto de monitorización</w:t>
      </w:r>
    </w:p>
    <w:p>
      <w:pPr>
        <w:pStyle w:val="ListBullet"/>
      </w:pPr>
      <w:r>
        <w:t>1.2 (ABCDE Operativo) - Evaluación primaria</w:t>
      </w:r>
    </w:p>
    <w:p>
      <w:r>
        <w:t>**Capítulos Relacionados (Consultar junto):**</w:t>
      </w:r>
    </w:p>
    <w:p>
      <w:pPr>
        <w:pStyle w:val="ListBullet"/>
      </w:pPr>
      <w:r>
        <w:t>1.3 (Glasgow Operativo) - Evaluación de nivel de conciencia</w:t>
      </w:r>
    </w:p>
    <w:p>
      <w:pPr>
        <w:pStyle w:val="ListBullet"/>
      </w:pPr>
      <w:r>
        <w:t>1.4 (Triage START) - Categorización en múltiples víctimas</w:t>
      </w:r>
    </w:p>
    <w:p>
      <w:r>
        <w:t>**Capítulos Siguientes (Leer después):**</w:t>
      </w:r>
    </w:p>
    <w:p>
      <w:pPr>
        <w:pStyle w:val="ListBullet"/>
      </w:pPr>
      <w:r>
        <w:t>6.6 (Fármacos Neurológicos/Metabólicos) - Tratamiento según resultado</w:t>
      </w:r>
    </w:p>
    <w:p>
      <w:r>
        <w:t>────────────────────────────────────────────────────────────</w:t>
      </w:r>
    </w:p>
    <w:p>
      <w:pPr>
        <w:pStyle w:val="Heading2"/>
      </w:pPr>
      <w:r>
        <w:t>1.5.2 Alcance y límites (LEGACY - Mantener para referencia)</w:t>
      </w:r>
    </w:p>
    <w:p>
      <w:pPr>
        <w:pStyle w:val="Heading3"/>
      </w:pPr>
      <w:r>
        <w:t>Alcance del capítulo</w:t>
      </w:r>
    </w:p>
    <w:p>
      <w:r>
        <w:t>Este capítulo cubre:</w:t>
      </w:r>
    </w:p>
    <w:p>
      <w:pPr>
        <w:pStyle w:val="ListBullet"/>
      </w:pPr>
      <w:r>
        <w:t>**Técnica operativa** de medición de glucemia capilar.</w:t>
      </w:r>
    </w:p>
    <w:p>
      <w:pPr>
        <w:pStyle w:val="ListBullet"/>
      </w:pPr>
      <w:r>
        <w:t>**Bioseguridad** y gestión de punzantes.</w:t>
      </w:r>
    </w:p>
    <w:p>
      <w:pPr>
        <w:pStyle w:val="ListBullet"/>
      </w:pPr>
      <w:r>
        <w:t>**Registro** y resolución de errores.</w:t>
      </w:r>
    </w:p>
    <w:p>
      <w:pPr>
        <w:pStyle w:val="ListBullet"/>
      </w:pPr>
      <w:r>
        <w:t>**Integración** con monitorización y gestión de material.</w:t>
      </w:r>
    </w:p>
    <w:p>
      <w:pPr>
        <w:pStyle w:val="Heading3"/>
      </w:pPr>
      <w:r>
        <w:t>Límites del capítulo</w:t>
      </w:r>
    </w:p>
    <w:p>
      <w:r>
        <w:t>**Este capítulo NO cubre:**</w:t>
      </w:r>
    </w:p>
    <w:p>
      <w:pPr>
        <w:pStyle w:val="ListBullet"/>
      </w:pPr>
      <w:r>
        <w:t>Decisiones terapéuticas avanzadas basadas en glucemia.</w:t>
      </w:r>
    </w:p>
    <w:p>
      <w:pPr>
        <w:pStyle w:val="ListBullet"/>
      </w:pPr>
      <w:r>
        <w:t>Tratamiento de hipoglucemia o hiperglucemia.</w:t>
      </w:r>
    </w:p>
    <w:p>
      <w:pPr>
        <w:pStyle w:val="ListBullet"/>
      </w:pPr>
      <w:r>
        <w:t>Indicaciones clínicas avanzadas (criterio médico).</w:t>
      </w:r>
    </w:p>
    <w:p>
      <w:r>
        <w:t>**Este capítulo SÍ cubre:**</w:t>
      </w:r>
    </w:p>
    <w:p>
      <w:pPr>
        <w:pStyle w:val="ListBullet"/>
      </w:pPr>
      <w:r>
        <w:t>Técnica básica de medición de glucemia capilar.</w:t>
      </w:r>
    </w:p>
    <w:p>
      <w:pPr>
        <w:pStyle w:val="ListBullet"/>
      </w:pPr>
      <w:r>
        <w:t>Bioseguridad y gestión de punzantes.</w:t>
      </w:r>
    </w:p>
    <w:p>
      <w:pPr>
        <w:pStyle w:val="ListBullet"/>
      </w:pPr>
      <w:r>
        <w:t>Resolución de problemas operativos.</w:t>
      </w:r>
    </w:p>
    <w:p>
      <w:pPr>
        <w:pStyle w:val="ListBullet"/>
      </w:pPr>
      <w:r>
        <w:t>Integración con otras técnicas TES.</w:t>
      </w:r>
    </w:p>
    <w:p>
      <w:r>
        <w:t>**Integración:**</w:t>
      </w:r>
    </w:p>
    <w:p>
      <w:pPr>
        <w:pStyle w:val="ListBullet"/>
      </w:pPr>
      <w:r>
        <w:t>Se integra con monitorización básica (3.10).</w:t>
      </w:r>
    </w:p>
    <w:p>
      <w:pPr>
        <w:pStyle w:val="ListBullet"/>
      </w:pPr>
      <w:r>
        <w:t>Se relaciona con gestión de material (3.X3).</w:t>
      </w:r>
    </w:p>
    <w:p>
      <w:r>
        <w:t>────────────────────────────────────────────────────────────</w:t>
      </w:r>
    </w:p>
    <w:p>
      <w:pPr>
        <w:pStyle w:val="Heading2"/>
      </w:pPr>
      <w:r>
        <w:t>3.11.3 Material</w:t>
      </w:r>
    </w:p>
    <w:p>
      <w:pPr>
        <w:pStyle w:val="Heading3"/>
      </w:pPr>
      <w:r>
        <w:t>Glucómetro, tiras reactivas</w:t>
      </w:r>
    </w:p>
    <w:p>
      <w:r>
        <w:t>**Glucómetro:**</w:t>
      </w:r>
    </w:p>
    <w:p>
      <w:pPr>
        <w:pStyle w:val="ListBullet"/>
      </w:pPr>
      <w:r>
        <w:t>Dispositivo para medir glucemia capilar.</w:t>
      </w:r>
    </w:p>
    <w:p>
      <w:pPr>
        <w:pStyle w:val="ListBullet"/>
      </w:pPr>
      <w:r>
        <w:t>Display (muestra resultado).</w:t>
      </w:r>
    </w:p>
    <w:p>
      <w:pPr>
        <w:pStyle w:val="ListBullet"/>
      </w:pPr>
      <w:r>
        <w:t>Ranura para tira reactiva.</w:t>
      </w:r>
    </w:p>
    <w:p>
      <w:r>
        <w:t>**Tiras reactivas:**</w:t>
      </w:r>
    </w:p>
    <w:p>
      <w:pPr>
        <w:pStyle w:val="ListBullet"/>
      </w:pPr>
      <w:r>
        <w:t>Tiras para medir glucemia.</w:t>
      </w:r>
    </w:p>
    <w:p>
      <w:pPr>
        <w:pStyle w:val="ListBullet"/>
      </w:pPr>
      <w:r>
        <w:t>Tiras específicas para cada modelo de glucómetro.</w:t>
      </w:r>
    </w:p>
    <w:p>
      <w:pPr>
        <w:pStyle w:val="ListBullet"/>
      </w:pPr>
      <w:r>
        <w:t>Conservación según instrucciones del fabricante.</w:t>
      </w:r>
    </w:p>
    <w:p>
      <w:r>
        <w:t>**Verificación:**</w:t>
      </w:r>
    </w:p>
    <w:p>
      <w:pPr>
        <w:pStyle w:val="ListBullet"/>
      </w:pPr>
      <w:r>
        <w:t>Verificar que glucómetro está disponible.</w:t>
      </w:r>
    </w:p>
    <w:p>
      <w:pPr>
        <w:pStyle w:val="ListBullet"/>
      </w:pPr>
      <w:r>
        <w:t>Verificar que tiras están disponibles y en fecha.</w:t>
      </w:r>
    </w:p>
    <w:p>
      <w:pPr>
        <w:pStyle w:val="ListBullet"/>
      </w:pPr>
      <w:r>
        <w:t>Verificar que tiras corresponden al modelo de glucómetro.</w:t>
      </w:r>
    </w:p>
    <w:p>
      <w:pPr>
        <w:pStyle w:val="ListBullet"/>
      </w:pPr>
      <w:r>
        <w:t>Verificar que batería está cargada.</w:t>
      </w:r>
    </w:p>
    <w:p>
      <w:r>
        <w:t>────────────────────────────────────────────────────────────</w:t>
      </w:r>
    </w:p>
    <w:p>
      <w:pPr>
        <w:pStyle w:val="Heading3"/>
      </w:pPr>
      <w:r>
        <w:t>Lancetas, algodón/gasa</w:t>
      </w:r>
    </w:p>
    <w:p>
      <w:r>
        <w:t>**Lancetas:**</w:t>
      </w:r>
    </w:p>
    <w:p>
      <w:pPr>
        <w:pStyle w:val="ListBullet"/>
      </w:pPr>
      <w:r>
        <w:t>Dispositivos para punción capilar.</w:t>
      </w:r>
    </w:p>
    <w:p>
      <w:pPr>
        <w:pStyle w:val="ListBullet"/>
      </w:pPr>
      <w:r>
        <w:t>Tallas variables según necesidad.</w:t>
      </w:r>
    </w:p>
    <w:p>
      <w:pPr>
        <w:pStyle w:val="ListBullet"/>
      </w:pPr>
      <w:r>
        <w:t>Material monouso.</w:t>
      </w:r>
    </w:p>
    <w:p>
      <w:r>
        <w:t>**Algodón/gasa:**</w:t>
      </w:r>
    </w:p>
    <w:p>
      <w:pPr>
        <w:pStyle w:val="ListBullet"/>
      </w:pPr>
      <w:r>
        <w:t>Material para limpieza y presión después de punción.</w:t>
      </w:r>
    </w:p>
    <w:p>
      <w:pPr>
        <w:pStyle w:val="ListBullet"/>
      </w:pPr>
      <w:r>
        <w:t>Material básico para higiene.</w:t>
      </w:r>
    </w:p>
    <w:p>
      <w:r>
        <w:t>**Verificación:**</w:t>
      </w:r>
    </w:p>
    <w:p>
      <w:pPr>
        <w:pStyle w:val="ListBullet"/>
      </w:pPr>
      <w:r>
        <w:t>Verificar que lancetas están disponibles.</w:t>
      </w:r>
    </w:p>
    <w:p>
      <w:pPr>
        <w:pStyle w:val="ListBullet"/>
      </w:pPr>
      <w:r>
        <w:t>Verificar que algodón/gasa está disponible.</w:t>
      </w:r>
    </w:p>
    <w:p>
      <w:pPr>
        <w:pStyle w:val="ListBullet"/>
      </w:pPr>
      <w:r>
        <w:t>Verificar que lancetas están en buen estado.</w:t>
      </w:r>
    </w:p>
    <w:p>
      <w:r>
        <w:t>────────────────────────────────────────────────────────────</w:t>
      </w:r>
    </w:p>
    <w:p>
      <w:pPr>
        <w:pStyle w:val="Heading3"/>
      </w:pPr>
      <w:r>
        <w:t>Antiséptico según protocolo</w:t>
      </w:r>
    </w:p>
    <w:p>
      <w:r>
        <w:t>**Función:**</w:t>
      </w:r>
    </w:p>
    <w:p>
      <w:pPr>
        <w:pStyle w:val="ListBullet"/>
      </w:pPr>
      <w:r>
        <w:t>Limpieza de zona de punción (según protocolo del servicio).</w:t>
      </w:r>
    </w:p>
    <w:p>
      <w:pPr>
        <w:pStyle w:val="ListBullet"/>
      </w:pPr>
      <w:r>
        <w:t>Prevención de contaminación.</w:t>
      </w:r>
    </w:p>
    <w:p>
      <w:r>
        <w:t>**Verificación:**</w:t>
      </w:r>
    </w:p>
    <w:p>
      <w:pPr>
        <w:pStyle w:val="ListBullet"/>
      </w:pPr>
      <w:r>
        <w:t>Verificar que está disponible (si protocolo lo contempla).</w:t>
      </w:r>
    </w:p>
    <w:p>
      <w:pPr>
        <w:pStyle w:val="ListBullet"/>
      </w:pPr>
      <w:r>
        <w:t>Verificar que está en buen estado (no caducado).</w:t>
      </w:r>
    </w:p>
    <w:p>
      <w:pPr>
        <w:pStyle w:val="ListBullet"/>
      </w:pPr>
      <w:r>
        <w:t>Verificar que se usa según protocolo.</w:t>
      </w:r>
    </w:p>
    <w:p>
      <w:r>
        <w:t>**Nota:** Seguir protocolo del servicio para uso de antiséptico. Algunos protocolos no recomiendan antiséptico para punción capilar.</w:t>
      </w:r>
    </w:p>
    <w:p>
      <w:r>
        <w:t>────────────────────────────────────────────────────────────</w:t>
      </w:r>
    </w:p>
    <w:p>
      <w:pPr>
        <w:pStyle w:val="Heading3"/>
      </w:pPr>
      <w:r>
        <w:t>Contenedor de punzantes</w:t>
      </w:r>
    </w:p>
    <w:p>
      <w:r>
        <w:t>**Función:**</w:t>
      </w:r>
    </w:p>
    <w:p>
      <w:pPr>
        <w:pStyle w:val="ListBullet"/>
      </w:pPr>
      <w:r>
        <w:t>Contenedor para lancetas usadas.</w:t>
      </w:r>
    </w:p>
    <w:p>
      <w:pPr>
        <w:pStyle w:val="ListBullet"/>
      </w:pPr>
      <w:r>
        <w:t>Prevención de pinchazos accidentales.</w:t>
      </w:r>
    </w:p>
    <w:p>
      <w:pPr>
        <w:pStyle w:val="ListBullet"/>
      </w:pPr>
      <w:r>
        <w:t>Gestión segura de punzantes.</w:t>
      </w:r>
    </w:p>
    <w:p>
      <w:r>
        <w:t>**Verificación:**</w:t>
      </w:r>
    </w:p>
    <w:p>
      <w:pPr>
        <w:pStyle w:val="ListBullet"/>
      </w:pPr>
      <w:r>
        <w:t>Verificar que contenedor está disponible.</w:t>
      </w:r>
    </w:p>
    <w:p>
      <w:pPr>
        <w:pStyle w:val="ListBullet"/>
      </w:pPr>
      <w:r>
        <w:t>Verificar que contenedor está accesible.</w:t>
      </w:r>
    </w:p>
    <w:p>
      <w:pPr>
        <w:pStyle w:val="ListBullet"/>
      </w:pPr>
      <w:r>
        <w:t>Verificar que contenedor no está lleno.</w:t>
      </w:r>
    </w:p>
    <w:p>
      <w:r>
        <w:t>────────────────────────────────────────────────────────────</w:t>
      </w:r>
    </w:p>
    <w:p>
      <w:pPr>
        <w:pStyle w:val="Heading3"/>
      </w:pPr>
      <w:r>
        <w:t>Guantes y bolsa residuos</w:t>
      </w:r>
    </w:p>
    <w:p>
      <w:r>
        <w:t>**Guantes:**</w:t>
      </w:r>
    </w:p>
    <w:p>
      <w:pPr>
        <w:pStyle w:val="ListBullet"/>
      </w:pPr>
      <w:r>
        <w:t>Protección durante punción.</w:t>
      </w:r>
    </w:p>
    <w:p>
      <w:pPr>
        <w:pStyle w:val="ListBullet"/>
      </w:pPr>
      <w:r>
        <w:t>Prevención de exposición a riesgo biológico.</w:t>
      </w:r>
    </w:p>
    <w:p>
      <w:r>
        <w:t>**Bolsa residuos:**</w:t>
      </w:r>
    </w:p>
    <w:p>
      <w:pPr>
        <w:pStyle w:val="ListBullet"/>
      </w:pPr>
      <w:r>
        <w:t>Gestión de material usado.</w:t>
      </w:r>
    </w:p>
    <w:p>
      <w:pPr>
        <w:pStyle w:val="ListBullet"/>
      </w:pPr>
      <w:r>
        <w:t>Prevención de contaminación cruzada.</w:t>
      </w:r>
    </w:p>
    <w:p>
      <w:r>
        <w:t>**Verificación:**</w:t>
      </w:r>
    </w:p>
    <w:p>
      <w:pPr>
        <w:pStyle w:val="ListBullet"/>
      </w:pPr>
      <w:r>
        <w:t>Verificar que guantes están disponibles.</w:t>
      </w:r>
    </w:p>
    <w:p>
      <w:pPr>
        <w:pStyle w:val="ListBullet"/>
      </w:pPr>
      <w:r>
        <w:t>Verificar que bolsa residuos está disponible.</w:t>
      </w:r>
    </w:p>
    <w:p>
      <w:r>
        <w:t>────────────────────────────────────────────────────────────</w:t>
      </w:r>
    </w:p>
    <w:p>
      <w:pPr>
        <w:pStyle w:val="Heading2"/>
      </w:pPr>
      <w:r>
        <w:t>3.11.4 Preparación y verificación</w:t>
      </w:r>
    </w:p>
    <w:p>
      <w:pPr>
        <w:pStyle w:val="Heading3"/>
      </w:pPr>
      <w:r>
        <w:t>Tiras en fecha y bien conservadas</w:t>
      </w:r>
    </w:p>
    <w:p>
      <w:r>
        <w:t>**Verificación:**</w:t>
      </w:r>
    </w:p>
    <w:p>
      <w:pPr>
        <w:pStyle w:val="ListBullet"/>
      </w:pPr>
      <w:r>
        <w:t>Verificar que tiras no están caducadas.</w:t>
      </w:r>
    </w:p>
    <w:p>
      <w:pPr>
        <w:pStyle w:val="ListBullet"/>
      </w:pPr>
      <w:r>
        <w:t>Verificar que tiras están bien conservadas (según instrucciones del fabricante).</w:t>
      </w:r>
    </w:p>
    <w:p>
      <w:pPr>
        <w:pStyle w:val="ListBullet"/>
      </w:pPr>
      <w:r>
        <w:t>Verificar que tiras corresponden al modelo de glucómetro.</w:t>
      </w:r>
    </w:p>
    <w:p>
      <w:pPr>
        <w:pStyle w:val="ListBullet"/>
      </w:pPr>
      <w:r>
        <w:t>No usar tiras caducadas o mal conservadas.</w:t>
      </w:r>
    </w:p>
    <w:p>
      <w:r>
        <w:t>────────────────────────────────────────────────────────────</w:t>
      </w:r>
    </w:p>
    <w:p>
      <w:pPr>
        <w:pStyle w:val="Heading3"/>
      </w:pPr>
      <w:r>
        <w:t>Glucómetro operativo (batería)</w:t>
      </w:r>
    </w:p>
    <w:p>
      <w:r>
        <w:t>**Verificación:**</w:t>
      </w:r>
    </w:p>
    <w:p>
      <w:pPr>
        <w:pStyle w:val="ListBullet"/>
      </w:pPr>
      <w:r>
        <w:t>Verificar que glucómetro enciende.</w:t>
      </w:r>
    </w:p>
    <w:p>
      <w:pPr>
        <w:pStyle w:val="ListBullet"/>
      </w:pPr>
      <w:r>
        <w:t>Verificar que batería está cargada.</w:t>
      </w:r>
    </w:p>
    <w:p>
      <w:pPr>
        <w:pStyle w:val="ListBullet"/>
      </w:pPr>
      <w:r>
        <w:t>Verificar que glucómetro funciona correctamente (prueba si aplica).</w:t>
      </w:r>
    </w:p>
    <w:p>
      <w:pPr>
        <w:pStyle w:val="ListBullet"/>
      </w:pPr>
      <w:r>
        <w:t>No usar glucómetro con batería baja o que no funciona.</w:t>
      </w:r>
    </w:p>
    <w:p>
      <w:r>
        <w:t>────────────────────────────────────────────────────────────</w:t>
      </w:r>
    </w:p>
    <w:p>
      <w:pPr>
        <w:pStyle w:val="Heading3"/>
      </w:pPr>
      <w:r>
        <w:t>Preparar punzantes antes de pinchar</w:t>
      </w:r>
    </w:p>
    <w:p>
      <w:r>
        <w:t>**Principio:**</w:t>
      </w:r>
    </w:p>
    <w:p>
      <w:pPr>
        <w:pStyle w:val="ListBullet"/>
      </w:pPr>
      <w:r>
        <w:t>Preparar contenedor de punzantes antes de pinchar.</w:t>
      </w:r>
    </w:p>
    <w:p>
      <w:pPr>
        <w:pStyle w:val="ListBullet"/>
      </w:pPr>
      <w:r>
        <w:t>Tener contenedor accesible.</w:t>
      </w:r>
    </w:p>
    <w:p>
      <w:pPr>
        <w:pStyle w:val="ListBullet"/>
      </w:pPr>
      <w:r>
        <w:t>No pinchar sin tener contenedor listo.</w:t>
      </w:r>
    </w:p>
    <w:p>
      <w:r>
        <w:t>**Técnica:**</w:t>
      </w:r>
    </w:p>
    <w:p>
      <w:pPr>
        <w:pStyle w:val="ListNumber"/>
      </w:pPr>
      <w:r>
        <w:t>Preparar contenedor de punzantes.</w:t>
      </w:r>
    </w:p>
    <w:p>
      <w:pPr>
        <w:pStyle w:val="ListNumber"/>
      </w:pPr>
      <w:r>
        <w:t>Verificar que contenedor está accesible.</w:t>
      </w:r>
    </w:p>
    <w:p>
      <w:pPr>
        <w:pStyle w:val="ListNumber"/>
      </w:pPr>
      <w:r>
        <w:t>Tener contenedor listo antes de pinchar.</w:t>
      </w:r>
    </w:p>
    <w:p>
      <w:r>
        <w:t>────────────────────────────────────────────────────────────</w:t>
      </w:r>
    </w:p>
    <w:p>
      <w:pPr>
        <w:pStyle w:val="Heading2"/>
      </w:pPr>
      <w:r>
        <w:t>3.11.5 Procedimiento paso a paso</w:t>
      </w:r>
    </w:p>
    <w:p>
      <w:pPr>
        <w:pStyle w:val="Heading3"/>
      </w:pPr>
      <w:r>
        <w:t>EPI + preparar material</w:t>
      </w:r>
    </w:p>
    <w:p>
      <w:r>
        <w:t>**Paso 1: Usar EPI**</w:t>
      </w:r>
    </w:p>
    <w:p>
      <w:pPr>
        <w:pStyle w:val="ListBullet"/>
      </w:pPr>
      <w:r>
        <w:t>Usar guantes.</w:t>
      </w:r>
    </w:p>
    <w:p>
      <w:pPr>
        <w:pStyle w:val="ListBullet"/>
      </w:pPr>
      <w:r>
        <w:t>Usar protección adicional si hay riesgo de salpicaduras.</w:t>
      </w:r>
    </w:p>
    <w:p>
      <w:r>
        <w:t>**Paso 2: Preparar material**</w:t>
      </w:r>
    </w:p>
    <w:p>
      <w:pPr>
        <w:pStyle w:val="ListBullet"/>
      </w:pPr>
      <w:r>
        <w:t>Preparar glucómetro (verificar batería).</w:t>
      </w:r>
    </w:p>
    <w:p>
      <w:pPr>
        <w:pStyle w:val="ListBullet"/>
      </w:pPr>
      <w:r>
        <w:t>Preparar tira reactiva (verificar fecha, conservación).</w:t>
      </w:r>
    </w:p>
    <w:p>
      <w:pPr>
        <w:pStyle w:val="ListBullet"/>
      </w:pPr>
      <w:r>
        <w:t>Preparar lanceta.</w:t>
      </w:r>
    </w:p>
    <w:p>
      <w:pPr>
        <w:pStyle w:val="ListBullet"/>
      </w:pPr>
      <w:r>
        <w:t>Preparar algodón/gasa.</w:t>
      </w:r>
    </w:p>
    <w:p>
      <w:pPr>
        <w:pStyle w:val="ListBullet"/>
      </w:pPr>
      <w:r>
        <w:t>Preparar contenedor de punzantes (accesible).</w:t>
      </w:r>
    </w:p>
    <w:p>
      <w:pPr>
        <w:pStyle w:val="ListBullet"/>
      </w:pPr>
      <w:r>
        <w:t>Preparar antiséptico si protocolo lo contempla.</w:t>
      </w:r>
    </w:p>
    <w:p>
      <w:r>
        <w:t>────────────────────────────────────────────────────────────</w:t>
      </w:r>
    </w:p>
    <w:p>
      <w:pPr>
        <w:pStyle w:val="Heading3"/>
      </w:pPr>
      <w:r>
        <w:t>Elegir zona (dedo) evitando frío extremo/lesiones si es posible</w:t>
      </w:r>
    </w:p>
    <w:p>
      <w:r>
        <w:t>**Principio:**</w:t>
      </w:r>
    </w:p>
    <w:p>
      <w:pPr>
        <w:pStyle w:val="ListBullet"/>
      </w:pPr>
      <w:r>
        <w:t>Elegir dedo con buena perfusión.</w:t>
      </w:r>
    </w:p>
    <w:p>
      <w:pPr>
        <w:pStyle w:val="ListBullet"/>
      </w:pPr>
      <w:r>
        <w:t>Evitar frío extremo (vasoconstricción, mala perfusión).</w:t>
      </w:r>
    </w:p>
    <w:p>
      <w:pPr>
        <w:pStyle w:val="ListBullet"/>
      </w:pPr>
      <w:r>
        <w:t>Evitar lesiones si es posible.</w:t>
      </w:r>
    </w:p>
    <w:p>
      <w:r>
        <w:t>**Técnica:**</w:t>
      </w:r>
    </w:p>
    <w:p>
      <w:pPr>
        <w:pStyle w:val="ListNumber"/>
      </w:pPr>
      <w:r>
        <w:t>Elegir dedo (habitualmente pulgar o índice).</w:t>
      </w:r>
    </w:p>
    <w:p>
      <w:pPr>
        <w:pStyle w:val="ListNumber"/>
      </w:pPr>
      <w:r>
        <w:t>Verificar que dedo no está frío extremo.</w:t>
      </w:r>
    </w:p>
    <w:p>
      <w:pPr>
        <w:pStyle w:val="ListNumber"/>
      </w:pPr>
      <w:r>
        <w:t>Verificar que no hay lesiones evidentes.</w:t>
      </w:r>
    </w:p>
    <w:p>
      <w:pPr>
        <w:pStyle w:val="ListNumber"/>
      </w:pPr>
      <w:r>
        <w:t>Si dedo está frío: calentar ligeramente si es posible.</w:t>
      </w:r>
    </w:p>
    <w:p>
      <w:r>
        <w:t>────────────────────────────────────────────────────────────</w:t>
      </w:r>
    </w:p>
    <w:p>
      <w:pPr>
        <w:pStyle w:val="Heading3"/>
      </w:pPr>
      <w:r>
        <w:t>Punción segura</w:t>
      </w:r>
    </w:p>
    <w:p>
      <w:r>
        <w:t>**Técnica:**</w:t>
      </w:r>
    </w:p>
    <w:p>
      <w:pPr>
        <w:pStyle w:val="ListNumber"/>
      </w:pPr>
      <w:r>
        <w:t>Limpiar zona con antiséptico si protocolo lo contempla (o simplemente limpiar si protocolo no contempla antiséptico).</w:t>
      </w:r>
    </w:p>
    <w:p>
      <w:pPr>
        <w:pStyle w:val="ListNumber"/>
      </w:pPr>
      <w:r>
        <w:t>Dejar secar si se usó antiséptico.</w:t>
      </w:r>
    </w:p>
    <w:p>
      <w:pPr>
        <w:pStyle w:val="ListNumber"/>
      </w:pPr>
      <w:r>
        <w:t>Insertar lanceta en dispositivo de punción (si aplica).</w:t>
      </w:r>
    </w:p>
    <w:p>
      <w:pPr>
        <w:pStyle w:val="ListNumber"/>
      </w:pPr>
      <w:r>
        <w:t>Realizar punción rápida y controlada.</w:t>
      </w:r>
    </w:p>
    <w:p>
      <w:pPr>
        <w:pStyle w:val="ListNumber"/>
      </w:pPr>
      <w:r>
        <w:t>Aplicar presión suave alrededor de punción para obtener gota de sangre.</w:t>
      </w:r>
    </w:p>
    <w:p>
      <w:pPr>
        <w:pStyle w:val="ListNumber"/>
      </w:pPr>
      <w:r>
        <w:t>No "ordeñar" excesivamente (puede diluir muestra con líquido intersticial).</w:t>
      </w:r>
    </w:p>
    <w:p>
      <w:r>
        <w:t>────────────────────────────────────────────────────────────</w:t>
      </w:r>
    </w:p>
    <w:p>
      <w:pPr>
        <w:pStyle w:val="Heading3"/>
      </w:pPr>
      <w:r>
        <w:t>Muestra adecuada (sin "ordeñar" excesivo)</w:t>
      </w:r>
    </w:p>
    <w:p>
      <w:r>
        <w:t>**Principio:**</w:t>
      </w:r>
    </w:p>
    <w:p>
      <w:pPr>
        <w:pStyle w:val="ListBullet"/>
      </w:pPr>
      <w:r>
        <w:t>Obtener muestra adecuada de sangre.</w:t>
      </w:r>
    </w:p>
    <w:p>
      <w:pPr>
        <w:pStyle w:val="ListBullet"/>
      </w:pPr>
      <w:r>
        <w:t>No "ordeñar" excesivamente (diluye muestra).</w:t>
      </w:r>
    </w:p>
    <w:p>
      <w:pPr>
        <w:pStyle w:val="ListBullet"/>
      </w:pPr>
      <w:r>
        <w:t>Aplicar presión suave alrededor de punción.</w:t>
      </w:r>
    </w:p>
    <w:p>
      <w:r>
        <w:t>**Técnica:**</w:t>
      </w:r>
    </w:p>
    <w:p>
      <w:pPr>
        <w:pStyle w:val="ListNumber"/>
      </w:pPr>
      <w:r>
        <w:t>Aplicar presión suave alrededor de punción.</w:t>
      </w:r>
    </w:p>
    <w:p>
      <w:pPr>
        <w:pStyle w:val="ListNumber"/>
      </w:pPr>
      <w:r>
        <w:t>Obtener gota de sangre adecuada.</w:t>
      </w:r>
    </w:p>
    <w:p>
      <w:pPr>
        <w:pStyle w:val="ListNumber"/>
      </w:pPr>
      <w:r>
        <w:t>No "ordeñar" excesivamente.</w:t>
      </w:r>
    </w:p>
    <w:p>
      <w:pPr>
        <w:pStyle w:val="ListNumber"/>
      </w:pPr>
      <w:r>
        <w:t>Si muestra es insuficiente: nueva punción (mejor zona/perfusión).</w:t>
      </w:r>
    </w:p>
    <w:p>
      <w:r>
        <w:t>────────────────────────────────────────────────────────────</w:t>
      </w:r>
    </w:p>
    <w:p>
      <w:pPr>
        <w:pStyle w:val="Heading3"/>
      </w:pPr>
      <w:r>
        <w:t>Lectura y registro (hora/condiciones)</w:t>
      </w:r>
    </w:p>
    <w:p>
      <w:r>
        <w:t>**Técnica:**</w:t>
      </w:r>
    </w:p>
    <w:p>
      <w:pPr>
        <w:pStyle w:val="ListNumber"/>
      </w:pPr>
      <w:r>
        <w:t>Aplicar muestra de sangre a tira reactiva (según instrucciones del fabricante).</w:t>
      </w:r>
    </w:p>
    <w:p>
      <w:pPr>
        <w:pStyle w:val="ListNumber"/>
      </w:pPr>
      <w:r>
        <w:t>Insertar tira en glucómetro (si aplica).</w:t>
      </w:r>
    </w:p>
    <w:p>
      <w:pPr>
        <w:pStyle w:val="ListNumber"/>
      </w:pPr>
      <w:r>
        <w:t>Esperar lectura (según tiempo del dispositivo).</w:t>
      </w:r>
    </w:p>
    <w:p>
      <w:pPr>
        <w:pStyle w:val="ListNumber"/>
      </w:pPr>
      <w:r>
        <w:t>Registrar resultado (glucemia en mg/dL o mmol/L según dispositivo).</w:t>
      </w:r>
    </w:p>
    <w:p>
      <w:pPr>
        <w:pStyle w:val="ListNumber"/>
      </w:pPr>
      <w:r>
        <w:t>Registrar hora de medición.</w:t>
      </w:r>
    </w:p>
    <w:p>
      <w:pPr>
        <w:pStyle w:val="ListNumber"/>
      </w:pPr>
      <w:r>
        <w:t>Registrar condiciones (frío, mala perfusión, movimiento si aplica).</w:t>
      </w:r>
    </w:p>
    <w:p>
      <w:r>
        <w:t>────────────────────────────────────────────────────────────</w:t>
      </w:r>
    </w:p>
    <w:p>
      <w:pPr>
        <w:pStyle w:val="Heading3"/>
      </w:pPr>
      <w:r>
        <w:t>Eliminación segura de lanceta/tira</w:t>
      </w:r>
    </w:p>
    <w:p>
      <w:r>
        <w:t>**Técnica:**</w:t>
      </w:r>
    </w:p>
    <w:p>
      <w:pPr>
        <w:pStyle w:val="ListNumber"/>
      </w:pPr>
      <w:r>
        <w:t>Retirar lanceta de dispositivo (si aplica).</w:t>
      </w:r>
    </w:p>
    <w:p>
      <w:pPr>
        <w:pStyle w:val="ListNumber"/>
      </w:pPr>
      <w:r>
        <w:t>Colocar lanceta directamente en contenedor de punzantes (sin recapar).</w:t>
      </w:r>
    </w:p>
    <w:p>
      <w:pPr>
        <w:pStyle w:val="ListNumber"/>
      </w:pPr>
      <w:r>
        <w:t>Colocar tira usada en bolsa residuos.</w:t>
      </w:r>
    </w:p>
    <w:p>
      <w:pPr>
        <w:pStyle w:val="ListNumber"/>
      </w:pPr>
      <w:r>
        <w:t>Verificar que lanceta está en contenedor (no fuera).</w:t>
      </w:r>
    </w:p>
    <w:p>
      <w:pPr>
        <w:pStyle w:val="ListNumber"/>
      </w:pPr>
      <w:r>
        <w:t>Cerrar contenedor si es necesario.</w:t>
      </w:r>
    </w:p>
    <w:p>
      <w:r>
        <w:t>**Principio crítico:**</w:t>
      </w:r>
    </w:p>
    <w:p>
      <w:pPr>
        <w:pStyle w:val="ListBullet"/>
      </w:pPr>
      <w:r>
        <w:t>**NUNCA recapar lanceta** (riesgo de pinchazo accidental).</w:t>
      </w:r>
    </w:p>
    <w:p>
      <w:pPr>
        <w:pStyle w:val="ListBullet"/>
      </w:pPr>
      <w:r>
        <w:t>**NUNCA dejar lanceta fuera del contenedor** (riesgo de pinchazo accidental).</w:t>
      </w:r>
    </w:p>
    <w:p>
      <w:r>
        <w:t>────────────────────────────────────────────────────────────</w:t>
      </w:r>
    </w:p>
    <w:p>
      <w:pPr>
        <w:pStyle w:val="Heading3"/>
      </w:pPr>
      <w:r>
        <w:t>Limpieza mínima y cierre</w:t>
      </w:r>
    </w:p>
    <w:p>
      <w:r>
        <w:t>**Técnica:**</w:t>
      </w:r>
    </w:p>
    <w:p>
      <w:pPr>
        <w:pStyle w:val="ListNumber"/>
      </w:pPr>
      <w:r>
        <w:t>Limpiar zona de punción con algodón/gasa si es necesario.</w:t>
      </w:r>
    </w:p>
    <w:p>
      <w:pPr>
        <w:pStyle w:val="ListNumber"/>
      </w:pPr>
      <w:r>
        <w:t>Aplicar presión suave si hay sangrado.</w:t>
      </w:r>
    </w:p>
    <w:p>
      <w:pPr>
        <w:pStyle w:val="ListNumber"/>
      </w:pPr>
      <w:r>
        <w:t>Limpiar glucómetro según protocolo si es necesario.</w:t>
      </w:r>
    </w:p>
    <w:p>
      <w:pPr>
        <w:pStyle w:val="ListNumber"/>
      </w:pPr>
      <w:r>
        <w:t>Cerrar contenedor de punzantes.</w:t>
      </w:r>
    </w:p>
    <w:p>
      <w:pPr>
        <w:pStyle w:val="ListNumber"/>
      </w:pPr>
      <w:r>
        <w:t>Gestionar material usado correctamente.</w:t>
      </w:r>
    </w:p>
    <w:p>
      <w:r>
        <w:t>────────────────────────────────────────────────────────────</w:t>
      </w:r>
    </w:p>
    <w:p>
      <w:pPr>
        <w:pStyle w:val="Heading2"/>
      </w:pPr>
      <w:r>
        <w:t>3.11.6 Bioseguridad y punzantes (TES)</w:t>
      </w:r>
    </w:p>
    <w:p>
      <w:pPr>
        <w:pStyle w:val="Heading3"/>
      </w:pPr>
      <w:r>
        <w:t>No recap, no reutilizar, contenedor siempre accesible</w:t>
      </w:r>
    </w:p>
    <w:p>
      <w:r>
        <w:t>**Principios críticos:**</w:t>
      </w:r>
    </w:p>
    <w:p>
      <w:pPr>
        <w:pStyle w:val="ListBullet"/>
      </w:pPr>
      <w:r>
        <w:t>**NUNCA recapar lanceta** (riesgo de pinchazo accidental).</w:t>
      </w:r>
    </w:p>
    <w:p>
      <w:pPr>
        <w:pStyle w:val="ListBullet"/>
      </w:pPr>
      <w:r>
        <w:t>**NUNCA reutilizar lanceta** (riesgo de contaminación, pinchazo accidental).</w:t>
      </w:r>
    </w:p>
    <w:p>
      <w:pPr>
        <w:pStyle w:val="ListBullet"/>
      </w:pPr>
      <w:r>
        <w:t>**Contenedor siempre accesible** antes de pinchar.</w:t>
      </w:r>
    </w:p>
    <w:p>
      <w:r>
        <w:t>**Técnica:**</w:t>
      </w:r>
    </w:p>
    <w:p>
      <w:pPr>
        <w:pStyle w:val="ListNumber"/>
      </w:pPr>
      <w:r>
        <w:t>Preparar contenedor antes de pinchar.</w:t>
      </w:r>
    </w:p>
    <w:p>
      <w:pPr>
        <w:pStyle w:val="ListNumber"/>
      </w:pPr>
      <w:r>
        <w:t>Colocar lanceta directamente en contenedor (sin recapar).</w:t>
      </w:r>
    </w:p>
    <w:p>
      <w:pPr>
        <w:pStyle w:val="ListNumber"/>
      </w:pPr>
      <w:r>
        <w:t>No reutilizar lanceta.</w:t>
      </w:r>
    </w:p>
    <w:p>
      <w:pPr>
        <w:pStyle w:val="ListNumber"/>
      </w:pPr>
      <w:r>
        <w:t>Verificar que lanceta está en contenedor.</w:t>
      </w:r>
    </w:p>
    <w:p>
      <w:r>
        <w:t>────────────────────────────────────────────────────────────</w:t>
      </w:r>
    </w:p>
    <w:p>
      <w:pPr>
        <w:pStyle w:val="Heading3"/>
      </w:pPr>
      <w:r>
        <w:t>Control de sangre y superficies</w:t>
      </w:r>
    </w:p>
    <w:p>
      <w:r>
        <w:t>**Principio:**</w:t>
      </w:r>
    </w:p>
    <w:p>
      <w:pPr>
        <w:pStyle w:val="ListBullet"/>
      </w:pPr>
      <w:r>
        <w:t>Controlar sangre y superficies.</w:t>
      </w:r>
    </w:p>
    <w:p>
      <w:pPr>
        <w:pStyle w:val="ListBullet"/>
      </w:pPr>
      <w:r>
        <w:t>Limpiar si hay derrames.</w:t>
      </w:r>
    </w:p>
    <w:p>
      <w:pPr>
        <w:pStyle w:val="ListBullet"/>
      </w:pPr>
      <w:r>
        <w:t>Prevenir contaminación cruzada.</w:t>
      </w:r>
    </w:p>
    <w:p>
      <w:r>
        <w:t>**Técnica:**</w:t>
      </w:r>
    </w:p>
    <w:p>
      <w:pPr>
        <w:pStyle w:val="ListNumber"/>
      </w:pPr>
      <w:r>
        <w:t>Contener sangre con algodón/gasa.</w:t>
      </w:r>
    </w:p>
    <w:p>
      <w:pPr>
        <w:pStyle w:val="ListNumber"/>
      </w:pPr>
      <w:r>
        <w:t>Limpiar superficies si hay derrames.</w:t>
      </w:r>
    </w:p>
    <w:p>
      <w:pPr>
        <w:pStyle w:val="ListNumber"/>
      </w:pPr>
      <w:r>
        <w:t>Descontaminar según protocolo si es necesario.</w:t>
      </w:r>
    </w:p>
    <w:p>
      <w:pPr>
        <w:pStyle w:val="ListNumber"/>
      </w:pPr>
      <w:r>
        <w:t>Gestionar material usado correctamente.</w:t>
      </w:r>
    </w:p>
    <w:p>
      <w:r>
        <w:t>────────────────────────────────────────────────────────────</w:t>
      </w:r>
    </w:p>
    <w:p>
      <w:pPr>
        <w:pStyle w:val="Heading2"/>
      </w:pPr>
      <w:r>
        <w:t>3.11.7 Problemas frecuentes y resolución rápida</w:t>
      </w:r>
    </w:p>
    <w:p>
      <w:pPr>
        <w:pStyle w:val="Heading3"/>
      </w:pPr>
      <w:r>
        <w:t>"Error" en tira: repetir con tira nueva, revisar conservación</w:t>
      </w:r>
    </w:p>
    <w:p>
      <w:r>
        <w:t>**Causas posibles:**</w:t>
      </w:r>
    </w:p>
    <w:p>
      <w:pPr>
        <w:pStyle w:val="ListBullet"/>
      </w:pPr>
      <w:r>
        <w:t>Tira defectuosa.</w:t>
      </w:r>
    </w:p>
    <w:p>
      <w:pPr>
        <w:pStyle w:val="ListBullet"/>
      </w:pPr>
      <w:r>
        <w:t>Tira mal conservada (caducada, expuesta a humedad/temperatura).</w:t>
      </w:r>
    </w:p>
    <w:p>
      <w:pPr>
        <w:pStyle w:val="ListBullet"/>
      </w:pPr>
      <w:r>
        <w:t>Muestra insuficiente.</w:t>
      </w:r>
    </w:p>
    <w:p>
      <w:r>
        <w:t>**Resolución rápida:**</w:t>
      </w:r>
    </w:p>
    <w:p>
      <w:pPr>
        <w:pStyle w:val="ListNumber"/>
      </w:pPr>
      <w:r>
        <w:t>Repetir con tira nueva.</w:t>
      </w:r>
    </w:p>
    <w:p>
      <w:pPr>
        <w:pStyle w:val="ListNumber"/>
      </w:pPr>
      <w:r>
        <w:t>Revisar conservación de tiras (fecha, condiciones).</w:t>
      </w:r>
    </w:p>
    <w:p>
      <w:pPr>
        <w:pStyle w:val="ListNumber"/>
      </w:pPr>
      <w:r>
        <w:t>Verificar que muestra es adecuada.</w:t>
      </w:r>
    </w:p>
    <w:p>
      <w:pPr>
        <w:pStyle w:val="ListNumber"/>
      </w:pPr>
      <w:r>
        <w:t>Si persiste: verificar glucómetro, comunicar problema.</w:t>
      </w:r>
    </w:p>
    <w:p>
      <w:r>
        <w:t>────────────────────────────────────────────────────────────</w:t>
      </w:r>
    </w:p>
    <w:p>
      <w:pPr>
        <w:pStyle w:val="Heading3"/>
      </w:pPr>
      <w:r>
        <w:t>Muestra insuficiente: nueva punción (mejor zona/perfusión)</w:t>
      </w:r>
    </w:p>
    <w:p>
      <w:r>
        <w:t>**Causas posibles:**</w:t>
      </w:r>
    </w:p>
    <w:p>
      <w:pPr>
        <w:pStyle w:val="ListBullet"/>
      </w:pPr>
      <w:r>
        <w:t>Muestra insuficiente (gota pequeña).</w:t>
      </w:r>
    </w:p>
    <w:p>
      <w:pPr>
        <w:pStyle w:val="ListBullet"/>
      </w:pPr>
      <w:r>
        <w:t>Mala perfusión (frío, vasoconstricción).</w:t>
      </w:r>
    </w:p>
    <w:p>
      <w:r>
        <w:t>**Resolución rápida:**</w:t>
      </w:r>
    </w:p>
    <w:p>
      <w:pPr>
        <w:pStyle w:val="ListNumber"/>
      </w:pPr>
      <w:r>
        <w:t>Nueva punción en mejor zona (mejor perfusión).</w:t>
      </w:r>
    </w:p>
    <w:p>
      <w:pPr>
        <w:pStyle w:val="ListNumber"/>
      </w:pPr>
      <w:r>
        <w:t>Calentar mano si está fría.</w:t>
      </w:r>
    </w:p>
    <w:p>
      <w:pPr>
        <w:pStyle w:val="ListNumber"/>
      </w:pPr>
      <w:r>
        <w:t>Aplicar presión suave alrededor de punción.</w:t>
      </w:r>
    </w:p>
    <w:p>
      <w:pPr>
        <w:pStyle w:val="ListNumber"/>
      </w:pPr>
      <w:r>
        <w:t>No "ordeñar" excesivamente.</w:t>
      </w:r>
    </w:p>
    <w:p>
      <w:r>
        <w:t>────────────────────────────────────────────────────────────</w:t>
      </w:r>
    </w:p>
    <w:p>
      <w:pPr>
        <w:pStyle w:val="Heading3"/>
      </w:pPr>
      <w:r>
        <w:t>Lectura incoherente: repetir y documentar contexto</w:t>
      </w:r>
    </w:p>
    <w:p>
      <w:r>
        <w:t>**Causas posibles:**</w:t>
      </w:r>
    </w:p>
    <w:p>
      <w:pPr>
        <w:pStyle w:val="ListBullet"/>
      </w:pPr>
      <w:r>
        <w:t>Lectura claramente incoherente con situación.</w:t>
      </w:r>
    </w:p>
    <w:p>
      <w:pPr>
        <w:pStyle w:val="ListBullet"/>
      </w:pPr>
      <w:r>
        <w:t>Condiciones que afectan lectura (frío, mala perfusión).</w:t>
      </w:r>
    </w:p>
    <w:p>
      <w:r>
        <w:t>**Resolución rápida:**</w:t>
      </w:r>
    </w:p>
    <w:p>
      <w:pPr>
        <w:pStyle w:val="ListNumber"/>
      </w:pPr>
      <w:r>
        <w:t>Repetir medición con técnica correcta.</w:t>
      </w:r>
    </w:p>
    <w:p>
      <w:pPr>
        <w:pStyle w:val="ListNumber"/>
      </w:pPr>
      <w:r>
        <w:t>Verificar condiciones (frío, perfusión).</w:t>
      </w:r>
    </w:p>
    <w:p>
      <w:pPr>
        <w:pStyle w:val="ListNumber"/>
      </w:pPr>
      <w:r>
        <w:t>Documentar contexto (condiciones, lectura).</w:t>
      </w:r>
    </w:p>
    <w:p>
      <w:pPr>
        <w:pStyle w:val="ListNumber"/>
      </w:pPr>
      <w:r>
        <w:t>Comunicar si lectura es claramente incoherente.</w:t>
      </w:r>
    </w:p>
    <w:p>
      <w:r>
        <w:t>────────────────────────────────────────────────────────────</w:t>
      </w:r>
    </w:p>
    <w:p>
      <w:pPr>
        <w:pStyle w:val="Heading2"/>
      </w:pPr>
      <w:r>
        <w:t>3.11.8 Errores críticos y señales de alarma</w:t>
      </w:r>
    </w:p>
    <w:p>
      <w:pPr>
        <w:pStyle w:val="Heading3"/>
      </w:pPr>
      <w:r>
        <w:t>Errores críticos</w:t>
      </w:r>
    </w:p>
    <w:p>
      <w:r>
        <w:t>**Error 1: Reutilizar lancetas o dejar punzantes fuera**</w:t>
      </w:r>
    </w:p>
    <w:p>
      <w:pPr>
        <w:pStyle w:val="ListBullet"/>
      </w:pPr>
      <w:r>
        <w:t>❌ Reutilizar lanceta o dejar lanceta fuera del contenedor.</w:t>
      </w:r>
    </w:p>
    <w:p>
      <w:pPr>
        <w:pStyle w:val="ListBullet"/>
      </w:pPr>
      <w:r>
        <w:t>**Consecuencia:** Riesgo de pinchazo accidental, contaminación, exposición a riesgo biológico.</w:t>
      </w:r>
    </w:p>
    <w:p>
      <w:pPr>
        <w:pStyle w:val="ListBullet"/>
      </w:pPr>
      <w:r>
        <w:t>**Prevención:** NUNCA reutilizar lanceta, NUNCA dejar punzantes fuera del contenedor, contenedor siempre accesible.</w:t>
      </w:r>
    </w:p>
    <w:p>
      <w:r>
        <w:t>**Error 2: No registrar o contaminar equipo**</w:t>
      </w:r>
    </w:p>
    <w:p>
      <w:pPr>
        <w:pStyle w:val="ListBullet"/>
      </w:pPr>
      <w:r>
        <w:t>❌ No registrar resultado o contaminar glucómetro/tiras.</w:t>
      </w:r>
    </w:p>
    <w:p>
      <w:pPr>
        <w:pStyle w:val="ListBullet"/>
      </w:pPr>
      <w:r>
        <w:t>**Consecuencia:** Pérdida de información, lecturas falsas, contaminación cruzada.</w:t>
      </w:r>
    </w:p>
    <w:p>
      <w:pPr>
        <w:pStyle w:val="ListBullet"/>
      </w:pPr>
      <w:r>
        <w:t>**Prevención:** Registrar siempre resultado y condiciones, no contaminar equipo.</w:t>
      </w:r>
    </w:p>
    <w:p>
      <w:r>
        <w:t>**Error 3: Pinchar sin tener contenedor listo**</w:t>
      </w:r>
    </w:p>
    <w:p>
      <w:pPr>
        <w:pStyle w:val="ListBullet"/>
      </w:pPr>
      <w:r>
        <w:t>❌ Pinchar sin tener contenedor de punzantes preparado y accesible.</w:t>
      </w:r>
    </w:p>
    <w:p>
      <w:pPr>
        <w:pStyle w:val="ListBullet"/>
      </w:pPr>
      <w:r>
        <w:t>**Consecuencia:** Riesgo de pinchazo accidental, lanceta fuera del contenedor.</w:t>
      </w:r>
    </w:p>
    <w:p>
      <w:pPr>
        <w:pStyle w:val="ListBullet"/>
      </w:pPr>
      <w:r>
        <w:t>**Prevención:** Preparar contenedor antes de pinchar, tener accesible.</w:t>
      </w:r>
    </w:p>
    <w:p>
      <w:r>
        <w:t>────────────────────────────────────────────────────────────</w:t>
      </w:r>
    </w:p>
    <w:p>
      <w:pPr>
        <w:pStyle w:val="Heading3"/>
      </w:pPr>
      <w:r>
        <w:t>Señales de alarma (cuándo parar y reevaluar)</w:t>
      </w:r>
    </w:p>
    <w:p>
      <w:r>
        <w:t>**Señal de alarma 1: Pinchazo accidental**</w:t>
      </w:r>
    </w:p>
    <w:p>
      <w:pPr>
        <w:pStyle w:val="ListBullet"/>
      </w:pPr>
      <w:r>
        <w:t>**Acción:** Parar, limpiar herida, seguir protocolo de exposición a riesgo biológico, comunicar.</w:t>
      </w:r>
    </w:p>
    <w:p>
      <w:pPr>
        <w:pStyle w:val="ListBullet"/>
      </w:pPr>
      <w:r>
        <w:t>**Si persiste:** Seguir protocolo del servicio para exposición a riesgo biológico.</w:t>
      </w:r>
    </w:p>
    <w:p>
      <w:r>
        <w:t>**Señal de alarma 2: Lectura claramente incompatible con estado del paciente**</w:t>
      </w:r>
    </w:p>
    <w:p>
      <w:pPr>
        <w:pStyle w:val="ListBullet"/>
      </w:pPr>
      <w:r>
        <w:t>**Acción:** Parar, repetir medición con técnica correcta, verificar condiciones, documentar contexto.</w:t>
      </w:r>
    </w:p>
    <w:p>
      <w:pPr>
        <w:pStyle w:val="ListBullet"/>
      </w:pPr>
      <w:r>
        <w:t>**Si persiste:** Comunicar, considerar alternativas.</w:t>
      </w:r>
    </w:p>
    <w:p>
      <w:r>
        <w:t>**Señal de alarma 3: Equipo no funciona cuando se necesita**</w:t>
      </w:r>
    </w:p>
    <w:p>
      <w:pPr>
        <w:pStyle w:val="ListBullet"/>
      </w:pPr>
      <w:r>
        <w:t>**Acción:** Parar, verificar equipo, usar alternativa si es posible, comunicar problema.</w:t>
      </w:r>
    </w:p>
    <w:p>
      <w:pPr>
        <w:pStyle w:val="ListBullet"/>
      </w:pPr>
      <w:r>
        <w:t>**Prevención:** Verificar que equipo funciona durante preparación, antes de necesitarlo.</w:t>
      </w:r>
    </w:p>
    <w:p>
      <w:r>
        <w:t>**Principio:**</w:t>
      </w:r>
    </w:p>
    <w:p>
      <w:pPr>
        <w:pStyle w:val="ListBullet"/>
      </w:pPr>
      <w:r>
        <w:t>**Si hay señal de alarma: PARAR, RE-EVALUAR, CORREGIR, COMUNICAR.**</w:t>
      </w:r>
    </w:p>
    <w:p>
      <w:pPr>
        <w:pStyle w:val="ListBullet"/>
      </w:pPr>
      <w:r>
        <w:t>**No continuar si hay riesgo para interviniente o lectura es claramente incorrecta.**</w:t>
      </w:r>
    </w:p>
    <w:p>
      <w:r>
        <w:t>────────────────────────────────────────────────────────────</w:t>
      </w:r>
    </w:p>
    <w:p>
      <w:pPr>
        <w:pStyle w:val="Heading2"/>
      </w:pPr>
      <w:r>
        <w:t>3.11.9 Puntos clave TES</w:t>
      </w:r>
    </w:p>
    <w:p>
      <w:pPr>
        <w:pStyle w:val="ListBullet"/>
      </w:pPr>
      <w:r>
        <w:t>**Preparar contenedor de punzantes antes de pinchar** (tener accesible, no pinchar sin contenedor listo).</w:t>
      </w:r>
    </w:p>
    <w:p>
      <w:pPr>
        <w:pStyle w:val="ListBullet"/>
      </w:pPr>
      <w:r>
        <w:t>**Tiras en fecha y bien conservadas** (verificar fecha, conservación según instrucciones del fabricante).</w:t>
      </w:r>
    </w:p>
    <w:p>
      <w:pPr>
        <w:pStyle w:val="ListBullet"/>
      </w:pPr>
      <w:r>
        <w:t>**Glucómetro operativo** (verificar batería, que funciona correctamente).</w:t>
      </w:r>
    </w:p>
    <w:p>
      <w:pPr>
        <w:pStyle w:val="ListBullet"/>
      </w:pPr>
      <w:r>
        <w:t>**Elegir zona (dedo) evitando frío extremo/lesiones** (buena perfusión, calentar si está frío).</w:t>
      </w:r>
    </w:p>
    <w:p>
      <w:pPr>
        <w:pStyle w:val="ListBullet"/>
      </w:pPr>
      <w:r>
        <w:t>**Punción segura** (limpiar zona, punción rápida y controlada, no "ordeñar" excesivamente).</w:t>
      </w:r>
    </w:p>
    <w:p>
      <w:pPr>
        <w:pStyle w:val="ListBullet"/>
      </w:pPr>
      <w:r>
        <w:t>**Muestra adecuada** (gota de sangre suficiente, sin "ordeñar" excesivo que diluye muestra).</w:t>
      </w:r>
    </w:p>
    <w:p>
      <w:pPr>
        <w:pStyle w:val="ListBullet"/>
      </w:pPr>
      <w:r>
        <w:t>**Lectura y registro** (hora, condiciones que pueden afectar lectura: frío, mala perfusión, movimiento).</w:t>
      </w:r>
    </w:p>
    <w:p>
      <w:pPr>
        <w:pStyle w:val="ListBullet"/>
      </w:pPr>
      <w:r>
        <w:t>**Eliminación segura de lanceta/tira** (NUNCA recapar, colocar directamente en contenedor, no reutilizar).</w:t>
      </w:r>
    </w:p>
    <w:p>
      <w:pPr>
        <w:pStyle w:val="ListBullet"/>
      </w:pPr>
      <w:r>
        <w:t>**NUNCA recapar lanceta** (riesgo de pinchazo accidental, colocar directamente en contenedor).</w:t>
      </w:r>
    </w:p>
    <w:p>
      <w:pPr>
        <w:pStyle w:val="ListBullet"/>
      </w:pPr>
      <w:r>
        <w:t>**NUNCA reutilizar lanceta** (riesgo de contaminación, pinchazo accidental).</w:t>
      </w:r>
    </w:p>
    <w:p>
      <w:pPr>
        <w:pStyle w:val="ListBullet"/>
      </w:pPr>
      <w:r>
        <w:t>**Control de sangre y superficies** (limpiar si hay derrames, prevenir contaminación cruzada).</w:t>
      </w:r>
    </w:p>
    <w:p>
      <w:pPr>
        <w:pStyle w:val="ListBullet"/>
      </w:pPr>
      <w:r>
        <w:t>**Si "error" en tira: repetir con tira nueva, revisar conservación** (no confiar en tira defectuosa).</w:t>
      </w:r>
    </w:p>
    <w:p>
      <w:pPr>
        <w:pStyle w:val="ListBullet"/>
      </w:pPr>
      <w:r>
        <w:t>**Si lectura incoherente: repetir y documentar contexto** (verificar condiciones, comunicar si persiste).</w:t>
      </w:r>
    </w:p>
    <w:p>
      <w:pPr>
        <w:pStyle w:val="ListBullet"/>
      </w:pPr>
      <w:r>
        <w:t>**Un TES lesionado detiene la asistencia:** aplicar ergonomía (postura correcta, prevenir pinchazos accidentales).</w:t>
      </w:r>
    </w:p>
    <w:p>
      <w:r>
        <w:t>────────────────────────────────────────────────────────────</w:t>
      </w:r>
    </w:p>
    <w:p>
      <w:pPr>
        <w:pStyle w:val="Heading2"/>
      </w:pPr>
      <w:r>
        <w:t>3.11.10 Cierre del capítulo</w:t>
      </w:r>
    </w:p>
    <w:p>
      <w:r>
        <w:t>Este capítulo se integra con:</w:t>
      </w:r>
    </w:p>
    <w:p>
      <w:pPr>
        <w:pStyle w:val="ListBullet"/>
      </w:pPr>
      <w:r>
        <w:t>**3.10 – Monitorización Básica: Material y Uso Seguro** (integración con monitorización)</w:t>
      </w:r>
    </w:p>
    <w:p>
      <w:pPr>
        <w:pStyle w:val="ListBullet"/>
      </w:pPr>
      <w:r>
        <w:t>**3.X3 – Bolsa/Estuche de Monitorización: Organización y Chequeo Operativo** (verificación de glucómetro y material)</w:t>
      </w:r>
    </w:p>
    <w:p>
      <w:r>
        <w:t>**Transición:**</w:t>
      </w:r>
    </w:p>
    <w:p>
      <w:pPr>
        <w:pStyle w:val="ListBullet"/>
      </w:pPr>
      <w:r>
        <w:t>Este capítulo proporciona técnicas operativas de **medición de glucemia capilar en campo**.</w:t>
      </w:r>
    </w:p>
    <w:p>
      <w:pPr>
        <w:pStyle w:val="ListBullet"/>
      </w:pPr>
      <w:r>
        <w:t>El capítulo siguiente desarrolla **termometría clínica (3.12)**.</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**bioseguridad es prioritaria** (NUNCA recapar lanceta, NUNCA reutilizar, contenedor siempre accesible)</w:t>
      </w:r>
    </w:p>
    <w:p>
      <w:pPr>
        <w:pStyle w:val="ListBullet"/>
      </w:pPr>
      <w:r>
        <w:t>**Preparar contenedor antes de pinchar** (no pinchar sin contenedor listo)</w:t>
      </w:r>
    </w:p>
    <w:p>
      <w:pPr>
        <w:pStyle w:val="ListBullet"/>
      </w:pPr>
      <w:r>
        <w:t>**Registrar resultado y condiciones** (hora, condiciones que pueden afectar lectura)</w:t>
      </w:r>
    </w:p>
    <w:p>
      <w:pPr>
        <w:pStyle w:val="ListBullet"/>
      </w:pPr>
      <w:r>
        <w:t>**Si lectura incoherente: repetir y documentar contexto** (no confiar en lectura claramente incorrecta)</w:t>
      </w:r>
    </w:p>
    <w:p>
      <w:r>
        <w:t>**Principios No Negociables:**</w:t>
      </w:r>
    </w:p>
    <w:p>
      <w:pPr>
        <w:pStyle w:val="ListBullet"/>
      </w:pPr>
      <w:r>
        <w:t>**NUNCA recapar** lanceta</w:t>
      </w:r>
    </w:p>
    <w:p>
      <w:pPr>
        <w:pStyle w:val="ListBullet"/>
      </w:pPr>
      <w:r>
        <w:t>**NUNCA reutilizar** lanceta</w:t>
      </w:r>
    </w:p>
    <w:p>
      <w:pPr>
        <w:pStyle w:val="ListBullet"/>
      </w:pPr>
      <w:r>
        <w:t>**NUNCA pinchar** sin tener contenedor listo</w:t>
      </w:r>
    </w:p>
    <w:p>
      <w:pPr>
        <w:pStyle w:val="ListBullet"/>
      </w:pPr>
      <w:r>
        <w:t>**SIEMPRE preparar** contenedor antes de pinchar</w:t>
      </w:r>
    </w:p>
    <w:p>
      <w:pPr>
        <w:pStyle w:val="ListBullet"/>
      </w:pPr>
      <w:r>
        <w:t>**SIEMPRE registrar** resultado y condiciones</w:t>
      </w:r>
    </w:p>
    <w:p>
      <w:pPr>
        <w:pStyle w:val="ListBullet"/>
      </w:pPr>
      <w:r>
        <w:t>**SIEMPRE eliminar** lanceta de forma segura</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3.12 – Termometría clínica: material y toma segura (operativo TES)</w:t>
      </w:r>
    </w:p>
    <w:p>
      <w:pPr>
        <w:pStyle w:val="Heading1"/>
      </w:pPr>
      <w:r>
        <w:t>3.12 – Termometría clínica: material y toma segura (operativo TES)</w:t>
      </w:r>
    </w:p>
    <w:p>
      <w:pPr>
        <w:pStyle w:val="Heading2"/>
      </w:pPr>
      <w:r>
        <w:t>Manual TES Digital – Medición de temperatura en campo</w:t>
      </w:r>
    </w:p>
    <w:p>
      <w:r>
        <w:t>**Versión:** 1.0</w:t>
      </w:r>
    </w:p>
    <w:p>
      <w:r>
        <w:t>**Fecha:** 2024-12-13</w:t>
      </w:r>
    </w:p>
    <w:p>
      <w:r>
        <w:t>**Tipo:** Bloque Operativo - Procedimiento TES</w:t>
      </w:r>
    </w:p>
    <w:p>
      <w:r>
        <w:t>────────────────────────────────────────────────────────────</w:t>
      </w:r>
    </w:p>
    <w:p>
      <w:pPr>
        <w:pStyle w:val="Heading2"/>
      </w:pPr>
      <w:r>
        <w:t>3.12.1 Objetivo operativo</w:t>
      </w:r>
    </w:p>
    <w:p>
      <w:r>
        <w:t>Obtener temperatura fiable en campo, evitando lecturas falsas por **técnica, sudor, ambiente frío/caliente o exposición reciente**, integrando la termometría con **control térmico (3.9) y monitorización básica (3.10)**.</w:t>
      </w:r>
    </w:p>
    <w:p>
      <w:r>
        <w:t>Este capítulo se centra en **material, técnica operativa, factores que falsean lectura y resolución de problemas**, no en interpretación clínica compleja ni tratamiento.</w:t>
      </w:r>
    </w:p>
    <w:p>
      <w:r>
        <w:t>────────────────────────────────────────────────────────────</w:t>
      </w:r>
    </w:p>
    <w:p>
      <w:pPr>
        <w:pStyle w:val="Heading2"/>
      </w:pPr>
      <w:r>
        <w:t>3.12.2 Alcance y límites</w:t>
      </w:r>
    </w:p>
    <w:p>
      <w:pPr>
        <w:pStyle w:val="Heading3"/>
      </w:pPr>
      <w:r>
        <w:t>Alcance del capítulo</w:t>
      </w:r>
    </w:p>
    <w:p>
      <w:r>
        <w:t>Este capítulo cubre:</w:t>
      </w:r>
    </w:p>
    <w:p>
      <w:pPr>
        <w:pStyle w:val="ListBullet"/>
      </w:pPr>
      <w:r>
        <w:t>**Métodos de termometría** (infrarrojo frontal, timpánico, digital axilar/oral según dotación).</w:t>
      </w:r>
    </w:p>
    <w:p>
      <w:pPr>
        <w:pStyle w:val="ListBullet"/>
      </w:pPr>
      <w:r>
        <w:t>**Técnica operativa** de cada método.</w:t>
      </w:r>
    </w:p>
    <w:p>
      <w:pPr>
        <w:pStyle w:val="ListBullet"/>
      </w:pPr>
      <w:r>
        <w:t>**Factores que falsean lectura** y cómo evitarlos.</w:t>
      </w:r>
    </w:p>
    <w:p>
      <w:pPr>
        <w:pStyle w:val="ListBullet"/>
      </w:pPr>
      <w:r>
        <w:t>**Integración** con control térmico y monitorización.</w:t>
      </w:r>
    </w:p>
    <w:p>
      <w:pPr>
        <w:pStyle w:val="Heading3"/>
      </w:pPr>
      <w:r>
        <w:t>Límites del capítulo</w:t>
      </w:r>
    </w:p>
    <w:p>
      <w:r>
        <w:t>**Este capítulo NO cubre:**</w:t>
      </w:r>
    </w:p>
    <w:p>
      <w:pPr>
        <w:pStyle w:val="ListBullet"/>
      </w:pPr>
      <w:r>
        <w:t>Interpretación clínica compleja de temperatura.</w:t>
      </w:r>
    </w:p>
    <w:p>
      <w:pPr>
        <w:pStyle w:val="ListBullet"/>
      </w:pPr>
      <w:r>
        <w:t>Tratamiento basado en temperatura.</w:t>
      </w:r>
    </w:p>
    <w:p>
      <w:pPr>
        <w:pStyle w:val="ListBullet"/>
      </w:pPr>
      <w:r>
        <w:t>Indicaciones clínicas avanzadas (criterio médico).</w:t>
      </w:r>
    </w:p>
    <w:p>
      <w:r>
        <w:t>**Este capítulo SÍ cubre:**</w:t>
      </w:r>
    </w:p>
    <w:p>
      <w:pPr>
        <w:pStyle w:val="ListBullet"/>
      </w:pPr>
      <w:r>
        <w:t>Técnica básica de medición de temperatura.</w:t>
      </w:r>
    </w:p>
    <w:p>
      <w:pPr>
        <w:pStyle w:val="ListBullet"/>
      </w:pPr>
      <w:r>
        <w:t>Material y su uso funcional.</w:t>
      </w:r>
    </w:p>
    <w:p>
      <w:pPr>
        <w:pStyle w:val="ListBullet"/>
      </w:pPr>
      <w:r>
        <w:t>Resolución de problemas operativos.</w:t>
      </w:r>
    </w:p>
    <w:p>
      <w:pPr>
        <w:pStyle w:val="ListBullet"/>
      </w:pPr>
      <w:r>
        <w:t>Integración con otras técnicas TES.</w:t>
      </w:r>
    </w:p>
    <w:p>
      <w:r>
        <w:t>**Integración:**</w:t>
      </w:r>
    </w:p>
    <w:p>
      <w:pPr>
        <w:pStyle w:val="ListBullet"/>
      </w:pPr>
      <w:r>
        <w:t>Se integra con control térmico (3.9).</w:t>
      </w:r>
    </w:p>
    <w:p>
      <w:pPr>
        <w:pStyle w:val="ListBullet"/>
      </w:pPr>
      <w:r>
        <w:t>Se relaciona con monitorización básica (3.10).</w:t>
      </w:r>
    </w:p>
    <w:p>
      <w:r>
        <w:t>────────────────────────────────────────────────────────────</w:t>
      </w:r>
    </w:p>
    <w:p>
      <w:pPr>
        <w:pStyle w:val="Heading2"/>
      </w:pPr>
      <w:r>
        <w:t>3.12.3 Material y tipos de termómetro</w:t>
      </w:r>
    </w:p>
    <w:p>
      <w:pPr>
        <w:pStyle w:val="Heading3"/>
      </w:pPr>
      <w:r>
        <w:t>IR frontal (distancia/ángulo)</w:t>
      </w:r>
    </w:p>
    <w:p>
      <w:r>
        <w:t>**Características:**</w:t>
      </w:r>
    </w:p>
    <w:p>
      <w:pPr>
        <w:pStyle w:val="ListBullet"/>
      </w:pPr>
      <w:r>
        <w:t>Termómetro infrarrojo frontal.</w:t>
      </w:r>
    </w:p>
    <w:p>
      <w:pPr>
        <w:pStyle w:val="ListBullet"/>
      </w:pPr>
      <w:r>
        <w:t>Medición sin contacto (distancia).</w:t>
      </w:r>
    </w:p>
    <w:p>
      <w:pPr>
        <w:pStyle w:val="ListBullet"/>
      </w:pPr>
      <w:r>
        <w:t>Ángulo de medición importante.</w:t>
      </w:r>
    </w:p>
    <w:p>
      <w:r>
        <w:t>**Verificación:**</w:t>
      </w:r>
    </w:p>
    <w:p>
      <w:pPr>
        <w:pStyle w:val="ListBullet"/>
      </w:pPr>
      <w:r>
        <w:t>Verificar que termómetro está disponible.</w:t>
      </w:r>
    </w:p>
    <w:p>
      <w:pPr>
        <w:pStyle w:val="ListBullet"/>
      </w:pPr>
      <w:r>
        <w:t>Verificar que batería está cargada.</w:t>
      </w:r>
    </w:p>
    <w:p>
      <w:pPr>
        <w:pStyle w:val="ListBullet"/>
      </w:pPr>
      <w:r>
        <w:t>Verificar que funciona correctamente.</w:t>
      </w:r>
    </w:p>
    <w:p>
      <w:r>
        <w:t>────────────────────────────────────────────────────────────</w:t>
      </w:r>
    </w:p>
    <w:p>
      <w:pPr>
        <w:pStyle w:val="Heading3"/>
      </w:pPr>
      <w:r>
        <w:t>Timpánico (fundas, colocación)</w:t>
      </w:r>
    </w:p>
    <w:p>
      <w:r>
        <w:t>**Características:**</w:t>
      </w:r>
    </w:p>
    <w:p>
      <w:pPr>
        <w:pStyle w:val="ListBullet"/>
      </w:pPr>
      <w:r>
        <w:t>Termómetro timpánico (oído).</w:t>
      </w:r>
    </w:p>
    <w:p>
      <w:pPr>
        <w:pStyle w:val="ListBullet"/>
      </w:pPr>
      <w:r>
        <w:t>Requiere fundas desechables.</w:t>
      </w:r>
    </w:p>
    <w:p>
      <w:pPr>
        <w:pStyle w:val="ListBullet"/>
      </w:pPr>
      <w:r>
        <w:t>Colocación correcta importante.</w:t>
      </w:r>
    </w:p>
    <w:p>
      <w:r>
        <w:t>**Verificación:**</w:t>
      </w:r>
    </w:p>
    <w:p>
      <w:pPr>
        <w:pStyle w:val="ListBullet"/>
      </w:pPr>
      <w:r>
        <w:t>Verificar que termómetro está disponible.</w:t>
      </w:r>
    </w:p>
    <w:p>
      <w:pPr>
        <w:pStyle w:val="ListBullet"/>
      </w:pPr>
      <w:r>
        <w:t>Verificar que fundas están disponibles.</w:t>
      </w:r>
    </w:p>
    <w:p>
      <w:pPr>
        <w:pStyle w:val="ListBullet"/>
      </w:pPr>
      <w:r>
        <w:t>Verificar que batería está cargada.</w:t>
      </w:r>
    </w:p>
    <w:p>
      <w:pPr>
        <w:pStyle w:val="ListBullet"/>
      </w:pPr>
      <w:r>
        <w:t>Verificar que funciona correctamente.</w:t>
      </w:r>
    </w:p>
    <w:p>
      <w:r>
        <w:t>────────────────────────────────────────────────────────────</w:t>
      </w:r>
    </w:p>
    <w:p>
      <w:pPr>
        <w:pStyle w:val="Heading3"/>
      </w:pPr>
      <w:r>
        <w:t>Digital (axilar/oral) si se usa</w:t>
      </w:r>
    </w:p>
    <w:p>
      <w:r>
        <w:t>**Características:**</w:t>
      </w:r>
    </w:p>
    <w:p>
      <w:pPr>
        <w:pStyle w:val="ListBullet"/>
      </w:pPr>
      <w:r>
        <w:t>Termómetro digital axilar u oral.</w:t>
      </w:r>
    </w:p>
    <w:p>
      <w:pPr>
        <w:pStyle w:val="ListBullet"/>
      </w:pPr>
      <w:r>
        <w:t>Uso según dotación y protocolo.</w:t>
      </w:r>
    </w:p>
    <w:p>
      <w:pPr>
        <w:pStyle w:val="ListBullet"/>
      </w:pPr>
      <w:r>
        <w:t>Tiempo de medición variable.</w:t>
      </w:r>
    </w:p>
    <w:p>
      <w:r>
        <w:t>**Verificación:**</w:t>
      </w:r>
    </w:p>
    <w:p>
      <w:pPr>
        <w:pStyle w:val="ListBullet"/>
      </w:pPr>
      <w:r>
        <w:t>Verificar que termómetro está disponible (si se usa).</w:t>
      </w:r>
    </w:p>
    <w:p>
      <w:pPr>
        <w:pStyle w:val="ListBullet"/>
      </w:pPr>
      <w:r>
        <w:t>Verificar que batería está cargada.</w:t>
      </w:r>
    </w:p>
    <w:p>
      <w:pPr>
        <w:pStyle w:val="ListBullet"/>
      </w:pPr>
      <w:r>
        <w:t>Verificar que funciona correctamente.</w:t>
      </w:r>
    </w:p>
    <w:p>
      <w:r>
        <w:t>────────────────────────────────────────────────────────────</w:t>
      </w:r>
    </w:p>
    <w:p>
      <w:pPr>
        <w:pStyle w:val="Heading3"/>
      </w:pPr>
      <w:r>
        <w:t>Fundas, baterías y limpieza</w:t>
      </w:r>
    </w:p>
    <w:p>
      <w:r>
        <w:t>**Fundas:**</w:t>
      </w:r>
    </w:p>
    <w:p>
      <w:pPr>
        <w:pStyle w:val="ListBullet"/>
      </w:pPr>
      <w:r>
        <w:t>Fundas desechables para termómetro timpánico.</w:t>
      </w:r>
    </w:p>
    <w:p>
      <w:pPr>
        <w:pStyle w:val="ListBullet"/>
      </w:pPr>
      <w:r>
        <w:t>Material monouso.</w:t>
      </w:r>
    </w:p>
    <w:p>
      <w:r>
        <w:t>**Baterías:**</w:t>
      </w:r>
    </w:p>
    <w:p>
      <w:pPr>
        <w:pStyle w:val="ListBullet"/>
      </w:pPr>
      <w:r>
        <w:t>Baterías para termómetros.</w:t>
      </w:r>
    </w:p>
    <w:p>
      <w:pPr>
        <w:pStyle w:val="ListBullet"/>
      </w:pPr>
      <w:r>
        <w:t>Verificar carga antes de usar.</w:t>
      </w:r>
    </w:p>
    <w:p>
      <w:r>
        <w:t>**Limpieza:**</w:t>
      </w:r>
    </w:p>
    <w:p>
      <w:pPr>
        <w:pStyle w:val="ListBullet"/>
      </w:pPr>
      <w:r>
        <w:t>Limpieza según protocolo del servicio.</w:t>
      </w:r>
    </w:p>
    <w:p>
      <w:pPr>
        <w:pStyle w:val="ListBullet"/>
      </w:pPr>
      <w:r>
        <w:t>Desinfección si aplica.</w:t>
      </w:r>
    </w:p>
    <w:p>
      <w:r>
        <w:t>**Verificación:**</w:t>
      </w:r>
    </w:p>
    <w:p>
      <w:pPr>
        <w:pStyle w:val="ListBullet"/>
      </w:pPr>
      <w:r>
        <w:t>Verificar que fundas están disponibles (si aplica).</w:t>
      </w:r>
    </w:p>
    <w:p>
      <w:pPr>
        <w:pStyle w:val="ListBullet"/>
      </w:pPr>
      <w:r>
        <w:t>Verificar que baterías están cargadas.</w:t>
      </w:r>
    </w:p>
    <w:p>
      <w:pPr>
        <w:pStyle w:val="ListBullet"/>
      </w:pPr>
      <w:r>
        <w:t>Verificar que limpieza se realiza según protocolo.</w:t>
      </w:r>
    </w:p>
    <w:p>
      <w:r>
        <w:t>────────────────────────────────────────────────────────────</w:t>
      </w:r>
    </w:p>
    <w:p>
      <w:pPr>
        <w:pStyle w:val="Heading2"/>
      </w:pPr>
      <w:r>
        <w:t>3.12.4 Procedimiento paso a paso por método</w:t>
      </w:r>
    </w:p>
    <w:p>
      <w:pPr>
        <w:pStyle w:val="Heading3"/>
      </w:pPr>
      <w:r>
        <w:t>A) IR frontal</w:t>
      </w:r>
    </w:p>
    <w:p>
      <w:r>
        <w:t>**Procedimiento paso a paso:**</w:t>
      </w:r>
    </w:p>
    <w:p>
      <w:pPr>
        <w:pStyle w:val="ListNumber"/>
      </w:pPr>
      <w:r>
        <w:t>**Secar zona, evitar sudor**</w:t>
      </w:r>
    </w:p>
    <w:p>
      <w:pPr>
        <w:pStyle w:val="ListBullet"/>
      </w:pPr>
      <w:r>
        <w:t>Secar frente si está húmeda o con sudor.</w:t>
      </w:r>
    </w:p>
    <w:p>
      <w:pPr>
        <w:pStyle w:val="ListBullet"/>
      </w:pPr>
      <w:r>
        <w:t>Evitar sudor que puede falsear lectura.</w:t>
      </w:r>
    </w:p>
    <w:p>
      <w:pPr>
        <w:pStyle w:val="ListBullet"/>
      </w:pPr>
      <w:r>
        <w:t>Limpiar zona si es necesario.</w:t>
      </w:r>
    </w:p>
    <w:p>
      <w:pPr>
        <w:pStyle w:val="ListNumber"/>
      </w:pPr>
      <w:r>
        <w:t>**Distancia correcta**</w:t>
      </w:r>
    </w:p>
    <w:p>
      <w:pPr>
        <w:pStyle w:val="ListBullet"/>
      </w:pPr>
      <w:r>
        <w:t>Colocar termómetro a distancia correcta (según instrucciones del fabricante).</w:t>
      </w:r>
    </w:p>
    <w:p>
      <w:pPr>
        <w:pStyle w:val="ListBullet"/>
      </w:pPr>
      <w:r>
        <w:t>Generalmente 1-5 cm de la frente.</w:t>
      </w:r>
    </w:p>
    <w:p>
      <w:pPr>
        <w:pStyle w:val="ListBullet"/>
      </w:pPr>
      <w:r>
        <w:t>Verificar distancia según modelo.</w:t>
      </w:r>
    </w:p>
    <w:p>
      <w:pPr>
        <w:pStyle w:val="ListNumber"/>
      </w:pPr>
      <w:r>
        <w:t>**Ángulo correcto**</w:t>
      </w:r>
    </w:p>
    <w:p>
      <w:pPr>
        <w:pStyle w:val="ListBullet"/>
      </w:pPr>
      <w:r>
        <w:t>Colocar termómetro con ángulo correcto (según instrucciones del fabricante).</w:t>
      </w:r>
    </w:p>
    <w:p>
      <w:pPr>
        <w:pStyle w:val="ListBullet"/>
      </w:pPr>
      <w:r>
        <w:t>Generalmente perpendicular a la frente.</w:t>
      </w:r>
    </w:p>
    <w:p>
      <w:pPr>
        <w:pStyle w:val="ListBullet"/>
      </w:pPr>
      <w:r>
        <w:t>Verificar ángulo según modelo.</w:t>
      </w:r>
    </w:p>
    <w:p>
      <w:pPr>
        <w:pStyle w:val="ListNumber"/>
      </w:pPr>
      <w:r>
        <w:t>**Evitar sol directo**</w:t>
      </w:r>
    </w:p>
    <w:p>
      <w:pPr>
        <w:pStyle w:val="ListBullet"/>
      </w:pPr>
      <w:r>
        <w:t>Evitar medición con sol directo sobre frente.</w:t>
      </w:r>
    </w:p>
    <w:p>
      <w:pPr>
        <w:pStyle w:val="ListBullet"/>
      </w:pPr>
      <w:r>
        <w:t>Sol directo puede falsear lectura.</w:t>
      </w:r>
    </w:p>
    <w:p>
      <w:pPr>
        <w:pStyle w:val="ListBullet"/>
      </w:pPr>
      <w:r>
        <w:t>Medir en sombra si es posible.</w:t>
      </w:r>
    </w:p>
    <w:p>
      <w:pPr>
        <w:pStyle w:val="ListNumber"/>
      </w:pPr>
      <w:r>
        <w:t>**Repetir si duda**</w:t>
      </w:r>
    </w:p>
    <w:p>
      <w:pPr>
        <w:pStyle w:val="ListBullet"/>
      </w:pPr>
      <w:r>
        <w:t>Si lectura no es clara o hay duda: repetir.</w:t>
      </w:r>
    </w:p>
    <w:p>
      <w:pPr>
        <w:pStyle w:val="ListBullet"/>
      </w:pPr>
      <w:r>
        <w:t>Verificar condiciones (sudor, sol, distancia, ángulo).</w:t>
      </w:r>
    </w:p>
    <w:p>
      <w:pPr>
        <w:pStyle w:val="ListBullet"/>
      </w:pPr>
      <w:r>
        <w:t>Repetir con técnica correcta.</w:t>
      </w:r>
    </w:p>
    <w:p>
      <w:r>
        <w:t>**Errores frecuentes:**</w:t>
      </w:r>
    </w:p>
    <w:p>
      <w:pPr>
        <w:pStyle w:val="ListBullet"/>
      </w:pPr>
      <w:r>
        <w:t>Sudor en frente (lectura falsa).</w:t>
      </w:r>
    </w:p>
    <w:p>
      <w:pPr>
        <w:pStyle w:val="ListBullet"/>
      </w:pPr>
      <w:r>
        <w:t>Distancia incorrecta (lectura falsa).</w:t>
      </w:r>
    </w:p>
    <w:p>
      <w:pPr>
        <w:pStyle w:val="ListBullet"/>
      </w:pPr>
      <w:r>
        <w:t>Ángulo incorrecto (lectura falsa).</w:t>
      </w:r>
    </w:p>
    <w:p>
      <w:pPr>
        <w:pStyle w:val="ListBullet"/>
      </w:pPr>
      <w:r>
        <w:t>Sol directo (lectura falsa).</w:t>
      </w:r>
    </w:p>
    <w:p>
      <w:r>
        <w:t>────────────────────────────────────────────────────────────</w:t>
      </w:r>
    </w:p>
    <w:p>
      <w:pPr>
        <w:pStyle w:val="Heading3"/>
      </w:pPr>
      <w:r>
        <w:t>B) Timpánico</w:t>
      </w:r>
    </w:p>
    <w:p>
      <w:r>
        <w:t>**Procedimiento paso a paso:**</w:t>
      </w:r>
    </w:p>
    <w:p>
      <w:pPr>
        <w:pStyle w:val="ListNumber"/>
      </w:pPr>
      <w:r>
        <w:t>**Colocar funda**</w:t>
      </w:r>
    </w:p>
    <w:p>
      <w:pPr>
        <w:pStyle w:val="ListBullet"/>
      </w:pPr>
      <w:r>
        <w:t>Colocar funda desechable en termómetro.</w:t>
      </w:r>
    </w:p>
    <w:p>
      <w:pPr>
        <w:pStyle w:val="ListBullet"/>
      </w:pPr>
      <w:r>
        <w:t>Verificar que funda está bien colocada.</w:t>
      </w:r>
    </w:p>
    <w:p>
      <w:pPr>
        <w:pStyle w:val="ListBullet"/>
      </w:pPr>
      <w:r>
        <w:t>No usar sin funda.</w:t>
      </w:r>
    </w:p>
    <w:p>
      <w:pPr>
        <w:pStyle w:val="ListNumber"/>
      </w:pPr>
      <w:r>
        <w:t>**Orientar correctamente**</w:t>
      </w:r>
    </w:p>
    <w:p>
      <w:pPr>
        <w:pStyle w:val="ListBullet"/>
      </w:pPr>
      <w:r>
        <w:t>Orientar termómetro correctamente (hacia tímpano).</w:t>
      </w:r>
    </w:p>
    <w:p>
      <w:pPr>
        <w:pStyle w:val="ListBullet"/>
      </w:pPr>
      <w:r>
        <w:t>Seguir instrucciones del fabricante.</w:t>
      </w:r>
    </w:p>
    <w:p>
      <w:pPr>
        <w:pStyle w:val="ListBullet"/>
      </w:pPr>
      <w:r>
        <w:t>Orientar hacia tímpano, no hacia pared del conducto.</w:t>
      </w:r>
    </w:p>
    <w:p>
      <w:pPr>
        <w:pStyle w:val="ListNumber"/>
      </w:pPr>
      <w:r>
        <w:t>**Evitar cerumen/posición errónea**</w:t>
      </w:r>
    </w:p>
    <w:p>
      <w:pPr>
        <w:pStyle w:val="ListBullet"/>
      </w:pPr>
      <w:r>
        <w:t>Verificar que no hay cerumen que obstruya.</w:t>
      </w:r>
    </w:p>
    <w:p>
      <w:pPr>
        <w:pStyle w:val="ListBullet"/>
      </w:pPr>
      <w:r>
        <w:t>Evitar posición errónea (no hacia tímpano).</w:t>
      </w:r>
    </w:p>
    <w:p>
      <w:pPr>
        <w:pStyle w:val="ListBullet"/>
      </w:pPr>
      <w:r>
        <w:t>Colocar correctamente.</w:t>
      </w:r>
    </w:p>
    <w:p>
      <w:pPr>
        <w:pStyle w:val="ListNumber"/>
      </w:pPr>
      <w:r>
        <w:t>**Repetir en el otro oído si incoherente**</w:t>
      </w:r>
    </w:p>
    <w:p>
      <w:pPr>
        <w:pStyle w:val="ListBullet"/>
      </w:pPr>
      <w:r>
        <w:t>Si lectura es incoherente o hay duda: repetir en el otro oído.</w:t>
      </w:r>
    </w:p>
    <w:p>
      <w:pPr>
        <w:pStyle w:val="ListBullet"/>
      </w:pPr>
      <w:r>
        <w:t>Comparar lecturas.</w:t>
      </w:r>
    </w:p>
    <w:p>
      <w:pPr>
        <w:pStyle w:val="ListBullet"/>
      </w:pPr>
      <w:r>
        <w:t>Usar lectura más confiable.</w:t>
      </w:r>
    </w:p>
    <w:p>
      <w:r>
        <w:t>**Errores frecuentes:**</w:t>
      </w:r>
    </w:p>
    <w:p>
      <w:pPr>
        <w:pStyle w:val="ListBullet"/>
      </w:pPr>
      <w:r>
        <w:t>No usar funda (riesgo de contaminación, lectura falsa).</w:t>
      </w:r>
    </w:p>
    <w:p>
      <w:pPr>
        <w:pStyle w:val="ListBullet"/>
      </w:pPr>
      <w:r>
        <w:t>Posición errónea (no hacia tímpano, lectura falsa).</w:t>
      </w:r>
    </w:p>
    <w:p>
      <w:pPr>
        <w:pStyle w:val="ListBullet"/>
      </w:pPr>
      <w:r>
        <w:t>Cerumen (obstruye, lectura falsa).</w:t>
      </w:r>
    </w:p>
    <w:p>
      <w:pPr>
        <w:pStyle w:val="ListBullet"/>
      </w:pPr>
      <w:r>
        <w:t>No repetir si incoherente.</w:t>
      </w:r>
    </w:p>
    <w:p>
      <w:r>
        <w:t>────────────────────────────────────────────────────────────</w:t>
      </w:r>
    </w:p>
    <w:p>
      <w:pPr>
        <w:pStyle w:val="Heading3"/>
      </w:pPr>
      <w:r>
        <w:t>C) Axilar/oral (si aplica)</w:t>
      </w:r>
    </w:p>
    <w:p>
      <w:r>
        <w:t>**Procedimiento paso a paso:**</w:t>
      </w:r>
    </w:p>
    <w:p>
      <w:pPr>
        <w:pStyle w:val="ListNumber"/>
      </w:pPr>
      <w:r>
        <w:t>**Condiciones**</w:t>
      </w:r>
    </w:p>
    <w:p>
      <w:pPr>
        <w:pStyle w:val="ListBullet"/>
      </w:pPr>
      <w:r>
        <w:t>Axilar: axila seca, brazo pegado al cuerpo.</w:t>
      </w:r>
    </w:p>
    <w:p>
      <w:pPr>
        <w:pStyle w:val="ListBullet"/>
      </w:pPr>
      <w:r>
        <w:t>Oral: boca cerrada, no comer/beber antes.</w:t>
      </w:r>
    </w:p>
    <w:p>
      <w:pPr>
        <w:pStyle w:val="ListNumber"/>
      </w:pPr>
      <w:r>
        <w:t>**Tiempos**</w:t>
      </w:r>
    </w:p>
    <w:p>
      <w:pPr>
        <w:pStyle w:val="ListBullet"/>
      </w:pPr>
      <w:r>
        <w:t>Tiempo de medición según instrucciones del fabricante.</w:t>
      </w:r>
    </w:p>
    <w:p>
      <w:pPr>
        <w:pStyle w:val="ListBullet"/>
      </w:pPr>
      <w:r>
        <w:t>Generalmente 1-3 minutos (digital).</w:t>
      </w:r>
    </w:p>
    <w:p>
      <w:pPr>
        <w:pStyle w:val="ListBullet"/>
      </w:pPr>
      <w:r>
        <w:t>Esperar a que termómetro indique que medición está completa.</w:t>
      </w:r>
    </w:p>
    <w:p>
      <w:pPr>
        <w:pStyle w:val="ListNumber"/>
      </w:pPr>
      <w:r>
        <w:t>**Limitaciones por ambiente**</w:t>
      </w:r>
    </w:p>
    <w:p>
      <w:pPr>
        <w:pStyle w:val="ListBullet"/>
      </w:pPr>
      <w:r>
        <w:t>Ambiente frío puede falsear lectura axilar.</w:t>
      </w:r>
    </w:p>
    <w:p>
      <w:pPr>
        <w:pStyle w:val="ListBullet"/>
      </w:pPr>
      <w:r>
        <w:t>Ambiente caliente puede falsear lectura.</w:t>
      </w:r>
    </w:p>
    <w:p>
      <w:pPr>
        <w:pStyle w:val="ListBullet"/>
      </w:pPr>
      <w:r>
        <w:t>Considerar condiciones ambientales.</w:t>
      </w:r>
    </w:p>
    <w:p>
      <w:pPr>
        <w:pStyle w:val="ListNumber"/>
      </w:pPr>
      <w:r>
        <w:t>**Higiene**</w:t>
      </w:r>
    </w:p>
    <w:p>
      <w:pPr>
        <w:pStyle w:val="ListBullet"/>
      </w:pPr>
      <w:r>
        <w:t>Limpiar termómetro según protocolo después de uso.</w:t>
      </w:r>
    </w:p>
    <w:p>
      <w:pPr>
        <w:pStyle w:val="ListBullet"/>
      </w:pPr>
      <w:r>
        <w:t>Desinfectar si aplica.</w:t>
      </w:r>
    </w:p>
    <w:p>
      <w:pPr>
        <w:pStyle w:val="ListBullet"/>
      </w:pPr>
      <w:r>
        <w:t>Gestionar material usado correctamente.</w:t>
      </w:r>
    </w:p>
    <w:p>
      <w:r>
        <w:t>**Errores frecuentes:**</w:t>
      </w:r>
    </w:p>
    <w:p>
      <w:pPr>
        <w:pStyle w:val="ListBullet"/>
      </w:pPr>
      <w:r>
        <w:t>Condiciones incorrectas (axila húmeda, boca abierta).</w:t>
      </w:r>
    </w:p>
    <w:p>
      <w:pPr>
        <w:pStyle w:val="ListBullet"/>
      </w:pPr>
      <w:r>
        <w:t>Tiempo insuficiente (lectura falsa).</w:t>
      </w:r>
    </w:p>
    <w:p>
      <w:pPr>
        <w:pStyle w:val="ListBullet"/>
      </w:pPr>
      <w:r>
        <w:t>Ambiente frío/caliente (lectura falsa).</w:t>
      </w:r>
    </w:p>
    <w:p>
      <w:r>
        <w:t>────────────────────────────────────────────────────────────</w:t>
      </w:r>
    </w:p>
    <w:p>
      <w:pPr>
        <w:pStyle w:val="Heading2"/>
      </w:pPr>
      <w:r>
        <w:t>3.12.5 Factores que falsean la lectura</w:t>
      </w:r>
    </w:p>
    <w:p>
      <w:pPr>
        <w:pStyle w:val="Heading3"/>
      </w:pPr>
      <w:r>
        <w:t>Frío ambiental, sudor, gorro/manta recién colocada, ejercicio, exposición a calor/frío</w:t>
      </w:r>
    </w:p>
    <w:p>
      <w:r>
        <w:t>**Factores que falsean lectura:**</w:t>
      </w:r>
    </w:p>
    <w:p>
      <w:pPr>
        <w:pStyle w:val="ListBullet"/>
      </w:pPr>
      <w:r>
        <w:t>**Frío ambiental:** Puede falsear lectura (especialmente axilar).</w:t>
      </w:r>
    </w:p>
    <w:p>
      <w:pPr>
        <w:pStyle w:val="ListBullet"/>
      </w:pPr>
      <w:r>
        <w:t>**Sudor:** Puede falsear lectura (especialmente IR frontal).</w:t>
      </w:r>
    </w:p>
    <w:p>
      <w:pPr>
        <w:pStyle w:val="ListBullet"/>
      </w:pPr>
      <w:r>
        <w:t>**Gorro/manta recién colocada:** Puede falsear lectura (calor acumulado).</w:t>
      </w:r>
    </w:p>
    <w:p>
      <w:pPr>
        <w:pStyle w:val="ListBullet"/>
      </w:pPr>
      <w:r>
        <w:t>**Ejercicio:** Puede aumentar temperatura temporalmente.</w:t>
      </w:r>
    </w:p>
    <w:p>
      <w:pPr>
        <w:pStyle w:val="ListBullet"/>
      </w:pPr>
      <w:r>
        <w:t>**Exposición a calor/frío:** Puede falsear lectura.</w:t>
      </w:r>
    </w:p>
    <w:p>
      <w:r>
        <w:t>**Prevención:**</w:t>
      </w:r>
    </w:p>
    <w:p>
      <w:pPr>
        <w:pStyle w:val="ListBullet"/>
      </w:pPr>
      <w:r>
        <w:t>Controlar condiciones ambientales.</w:t>
      </w:r>
    </w:p>
    <w:p>
      <w:pPr>
        <w:pStyle w:val="ListBullet"/>
      </w:pPr>
      <w:r>
        <w:t>Secar sudor antes de medir.</w:t>
      </w:r>
    </w:p>
    <w:p>
      <w:pPr>
        <w:pStyle w:val="ListBullet"/>
      </w:pPr>
      <w:r>
        <w:t>Esperar si gorro/manta recién colocada.</w:t>
      </w:r>
    </w:p>
    <w:p>
      <w:pPr>
        <w:pStyle w:val="ListBullet"/>
      </w:pPr>
      <w:r>
        <w:t>Considerar ejercicio reciente.</w:t>
      </w:r>
    </w:p>
    <w:p>
      <w:pPr>
        <w:pStyle w:val="ListBullet"/>
      </w:pPr>
      <w:r>
        <w:t>Considerar exposición reciente a calor/frío.</w:t>
      </w:r>
    </w:p>
    <w:p>
      <w:r>
        <w:t>────────────────────────────────────────────────────────────</w:t>
      </w:r>
    </w:p>
    <w:p>
      <w:pPr>
        <w:pStyle w:val="Heading3"/>
      </w:pPr>
      <w:r>
        <w:t>Oreja fría, cerumen, técnica rápida</w:t>
      </w:r>
    </w:p>
    <w:p>
      <w:r>
        <w:t>**Factores que falsean lectura (timpánico):**</w:t>
      </w:r>
    </w:p>
    <w:p>
      <w:pPr>
        <w:pStyle w:val="ListBullet"/>
      </w:pPr>
      <w:r>
        <w:t>**Oreja fría:** Puede falsear lectura.</w:t>
      </w:r>
    </w:p>
    <w:p>
      <w:pPr>
        <w:pStyle w:val="ListBullet"/>
      </w:pPr>
      <w:r>
        <w:t>**Cerumen:** Puede obstruir, lectura falsa.</w:t>
      </w:r>
    </w:p>
    <w:p>
      <w:pPr>
        <w:pStyle w:val="ListBullet"/>
      </w:pPr>
      <w:r>
        <w:t>**Técnica rápida:** Colocación incorrecta, lectura falsa.</w:t>
      </w:r>
    </w:p>
    <w:p>
      <w:r>
        <w:t>**Prevención:**</w:t>
      </w:r>
    </w:p>
    <w:p>
      <w:pPr>
        <w:pStyle w:val="ListBullet"/>
      </w:pPr>
      <w:r>
        <w:t>Calentar oreja ligeramente si está fría.</w:t>
      </w:r>
    </w:p>
    <w:p>
      <w:pPr>
        <w:pStyle w:val="ListBullet"/>
      </w:pPr>
      <w:r>
        <w:t>Verificar que no hay cerumen que obstruya.</w:t>
      </w:r>
    </w:p>
    <w:p>
      <w:pPr>
        <w:pStyle w:val="ListBullet"/>
      </w:pPr>
      <w:r>
        <w:t>Colocar correctamente (hacia tímpano, no hacia pared).</w:t>
      </w:r>
    </w:p>
    <w:p>
      <w:r>
        <w:t>────────────────────────────────────────────────────────────</w:t>
      </w:r>
    </w:p>
    <w:p>
      <w:pPr>
        <w:pStyle w:val="Heading2"/>
      </w:pPr>
      <w:r>
        <w:t>3.12.6 Integración con control térmico (3.9)</w:t>
      </w:r>
    </w:p>
    <w:p>
      <w:pPr>
        <w:pStyle w:val="Heading3"/>
      </w:pPr>
      <w:r>
        <w:t>Cuándo repetir después de aislar/cubrir o tras entrar en ambulancia</w:t>
      </w:r>
    </w:p>
    <w:p>
      <w:r>
        <w:t>**Principio:**</w:t>
      </w:r>
    </w:p>
    <w:p>
      <w:pPr>
        <w:pStyle w:val="ListBullet"/>
      </w:pPr>
      <w:r>
        <w:t>Repetir medición después de cambios térmicos importantes.</w:t>
      </w:r>
    </w:p>
    <w:p>
      <w:pPr>
        <w:pStyle w:val="ListBullet"/>
      </w:pPr>
      <w:r>
        <w:t>Aislar/cubrir puede afectar temperatura.</w:t>
      </w:r>
    </w:p>
    <w:p>
      <w:pPr>
        <w:pStyle w:val="ListBullet"/>
      </w:pPr>
      <w:r>
        <w:t>Entrar en ambulancia puede afectar temperatura.</w:t>
      </w:r>
    </w:p>
    <w:p>
      <w:r>
        <w:t>**Técnica:**</w:t>
      </w:r>
    </w:p>
    <w:p>
      <w:pPr>
        <w:pStyle w:val="ListNumber"/>
      </w:pPr>
      <w:r>
        <w:t>Medir temperatura inicial si es necesario.</w:t>
      </w:r>
    </w:p>
    <w:p>
      <w:pPr>
        <w:pStyle w:val="ListNumber"/>
      </w:pPr>
      <w:r>
        <w:t>Después de aislar/cubrir: esperar breve tiempo y repetir si es necesario.</w:t>
      </w:r>
    </w:p>
    <w:p>
      <w:pPr>
        <w:pStyle w:val="ListNumber"/>
      </w:pPr>
      <w:r>
        <w:t>Después de entrar en ambulancia: esperar breve tiempo y repetir si es necesario.</w:t>
      </w:r>
    </w:p>
    <w:p>
      <w:pPr>
        <w:pStyle w:val="ListNumber"/>
      </w:pPr>
      <w:r>
        <w:t>Comparar lecturas y usar lectura más confiable.</w:t>
      </w:r>
    </w:p>
    <w:p>
      <w:r>
        <w:t>**Consideraciones:**</w:t>
      </w:r>
    </w:p>
    <w:p>
      <w:pPr>
        <w:pStyle w:val="ListBullet"/>
      </w:pPr>
      <w:r>
        <w:t>Esperar tiempo suficiente para que temperatura se estabilice.</w:t>
      </w:r>
    </w:p>
    <w:p>
      <w:pPr>
        <w:pStyle w:val="ListBullet"/>
      </w:pPr>
      <w:r>
        <w:t>No repetir inmediatamente después de cambios térmicos.</w:t>
      </w:r>
    </w:p>
    <w:p>
      <w:pPr>
        <w:pStyle w:val="ListBullet"/>
      </w:pPr>
      <w:r>
        <w:t>Documentar condiciones y momento de medición.</w:t>
      </w:r>
    </w:p>
    <w:p>
      <w:r>
        <w:t>────────────────────────────────────────────────────────────</w:t>
      </w:r>
    </w:p>
    <w:p>
      <w:pPr>
        <w:pStyle w:val="Heading2"/>
      </w:pPr>
      <w:r>
        <w:t>3.12.7 Problemas frecuentes y resolución rápida</w:t>
      </w:r>
    </w:p>
    <w:p>
      <w:pPr>
        <w:pStyle w:val="Heading3"/>
      </w:pPr>
      <w:r>
        <w:t>Lectura muy variable: repetir, cambiar método si disponible, controlar condiciones (secar, cubrir y esperar breve)</w:t>
      </w:r>
    </w:p>
    <w:p>
      <w:r>
        <w:t>**Causas posibles:**</w:t>
      </w:r>
    </w:p>
    <w:p>
      <w:pPr>
        <w:pStyle w:val="ListBullet"/>
      </w:pPr>
      <w:r>
        <w:t>Condiciones que falsean lectura (sudor, frío, exposición reciente).</w:t>
      </w:r>
    </w:p>
    <w:p>
      <w:pPr>
        <w:pStyle w:val="ListBullet"/>
      </w:pPr>
      <w:r>
        <w:t>Técnica incorrecta.</w:t>
      </w:r>
    </w:p>
    <w:p>
      <w:pPr>
        <w:pStyle w:val="ListBullet"/>
      </w:pPr>
      <w:r>
        <w:t>Método inadecuado para condiciones.</w:t>
      </w:r>
    </w:p>
    <w:p>
      <w:r>
        <w:t>**Resolución rápida:**</w:t>
      </w:r>
    </w:p>
    <w:p>
      <w:pPr>
        <w:pStyle w:val="ListNumber"/>
      </w:pPr>
      <w:r>
        <w:t>Repetir medición con técnica correcta.</w:t>
      </w:r>
    </w:p>
    <w:p>
      <w:pPr>
        <w:pStyle w:val="ListNumber"/>
      </w:pPr>
      <w:r>
        <w:t>Cambiar método si está disponible (IR → timpánico, o viceversa).</w:t>
      </w:r>
    </w:p>
    <w:p>
      <w:pPr>
        <w:pStyle w:val="ListNumber"/>
      </w:pPr>
      <w:r>
        <w:t>Controlar condiciones (secar sudor, cubrir y esperar breve tiempo).</w:t>
      </w:r>
    </w:p>
    <w:p>
      <w:pPr>
        <w:pStyle w:val="ListNumber"/>
      </w:pPr>
      <w:r>
        <w:t>Documentar condiciones y lecturas.</w:t>
      </w:r>
    </w:p>
    <w:p>
      <w:pPr>
        <w:pStyle w:val="ListNumber"/>
      </w:pPr>
      <w:r>
        <w:t>Usar lectura más confiable.</w:t>
      </w:r>
    </w:p>
    <w:p>
      <w:r>
        <w:t>────────────────────────────────────────────────────────────</w:t>
      </w:r>
    </w:p>
    <w:p>
      <w:pPr>
        <w:pStyle w:val="Heading2"/>
      </w:pPr>
      <w:r>
        <w:t>3.12.8 Errores críticos y señales de alarma</w:t>
      </w:r>
    </w:p>
    <w:p>
      <w:pPr>
        <w:pStyle w:val="Heading3"/>
      </w:pPr>
      <w:r>
        <w:t>Errores críticos</w:t>
      </w:r>
    </w:p>
    <w:p>
      <w:r>
        <w:t>**Error 1: No usar funda/higiene cuando aplica**</w:t>
      </w:r>
    </w:p>
    <w:p>
      <w:pPr>
        <w:pStyle w:val="ListBullet"/>
      </w:pPr>
      <w:r>
        <w:t>❌ No usar funda en termómetro timpánico o no limpiar termómetro según protocolo.</w:t>
      </w:r>
    </w:p>
    <w:p>
      <w:pPr>
        <w:pStyle w:val="ListBullet"/>
      </w:pPr>
      <w:r>
        <w:t>**Consecuencia:** Contaminación cruzada, riesgo biológico.</w:t>
      </w:r>
    </w:p>
    <w:p>
      <w:pPr>
        <w:pStyle w:val="ListBullet"/>
      </w:pPr>
      <w:r>
        <w:t>**Prevención:** SIEMPRE usar funda en timpánico, limpiar según protocolo.</w:t>
      </w:r>
    </w:p>
    <w:p>
      <w:r>
        <w:t>**Error 2: Confiar en una única lectura claramente influida por ambiente**</w:t>
      </w:r>
    </w:p>
    <w:p>
      <w:pPr>
        <w:pStyle w:val="ListBullet"/>
      </w:pPr>
      <w:r>
        <w:t>❌ Confiar en lectura claramente influida por ambiente (frío, sudor, exposición reciente) sin repetir.</w:t>
      </w:r>
    </w:p>
    <w:p>
      <w:pPr>
        <w:pStyle w:val="ListBullet"/>
      </w:pPr>
      <w:r>
        <w:t>**Consecuencia:** Lectura falsa, decisiones basadas en información incorrecta.</w:t>
      </w:r>
    </w:p>
    <w:p>
      <w:pPr>
        <w:pStyle w:val="ListBullet"/>
      </w:pPr>
      <w:r>
        <w:t>**Prevención:** Controlar condiciones, repetir si hay duda, no confiar en lectura claramente influida.</w:t>
      </w:r>
    </w:p>
    <w:p>
      <w:r>
        <w:t>**Error 3: No documentar método (si procede para registro interno)**</w:t>
      </w:r>
    </w:p>
    <w:p>
      <w:pPr>
        <w:pStyle w:val="ListBullet"/>
      </w:pPr>
      <w:r>
        <w:t>❌ No documentar método de medición usado.</w:t>
      </w:r>
    </w:p>
    <w:p>
      <w:pPr>
        <w:pStyle w:val="ListBullet"/>
      </w:pPr>
      <w:r>
        <w:t>**Consecuencia:** Imposible interpretar lectura sin conocer método, problema para seguimiento.</w:t>
      </w:r>
    </w:p>
    <w:p>
      <w:pPr>
        <w:pStyle w:val="ListBullet"/>
      </w:pPr>
      <w:r>
        <w:t>**Prevención:** Documentar método usado, condiciones y momento de medición.</w:t>
      </w:r>
    </w:p>
    <w:p>
      <w:r>
        <w:t>────────────────────────────────────────────────────────────</w:t>
      </w:r>
    </w:p>
    <w:p>
      <w:pPr>
        <w:pStyle w:val="Heading3"/>
      </w:pPr>
      <w:r>
        <w:t>Señales de alarma (cuándo parar y reevaluar)</w:t>
      </w:r>
    </w:p>
    <w:p>
      <w:r>
        <w:t>**Señal de alarma 1: Lectura claramente incompatible con estado del paciente**</w:t>
      </w:r>
    </w:p>
    <w:p>
      <w:pPr>
        <w:pStyle w:val="ListBullet"/>
      </w:pPr>
      <w:r>
        <w:t>**Acción:** Parar, repetir medición con técnica correcta, controlar condiciones, cambiar método si está disponible.</w:t>
      </w:r>
    </w:p>
    <w:p>
      <w:pPr>
        <w:pStyle w:val="ListBullet"/>
      </w:pPr>
      <w:r>
        <w:t>**Si persiste:** Documentar condiciones y lecturas, comunicar si es necesario.</w:t>
      </w:r>
    </w:p>
    <w:p>
      <w:r>
        <w:t>**Señal de alarma 2: Equipo no funciona cuando se necesita**</w:t>
      </w:r>
    </w:p>
    <w:p>
      <w:pPr>
        <w:pStyle w:val="ListBullet"/>
      </w:pPr>
      <w:r>
        <w:t>**Acción:** Parar, verificar equipo, usar alternativa si es posible, comunicar problema.</w:t>
      </w:r>
    </w:p>
    <w:p>
      <w:pPr>
        <w:pStyle w:val="ListBullet"/>
      </w:pPr>
      <w:r>
        <w:t>**Prevención:** Verificar que equipo funciona durante preparación, antes de necesitarlo.</w:t>
      </w:r>
    </w:p>
    <w:p>
      <w:r>
        <w:t>**Principio:**</w:t>
      </w:r>
    </w:p>
    <w:p>
      <w:pPr>
        <w:pStyle w:val="ListBullet"/>
      </w:pPr>
      <w:r>
        <w:t>**Si hay señal de alarma: PARAR, RE-EVALUAR, CORREGIR, COMUNICAR.**</w:t>
      </w:r>
    </w:p>
    <w:p>
      <w:pPr>
        <w:pStyle w:val="ListBullet"/>
      </w:pPr>
      <w:r>
        <w:t>**No confiar en lectura claramente incorrecta o influida por condiciones.**</w:t>
      </w:r>
    </w:p>
    <w:p>
      <w:r>
        <w:t>────────────────────────────────────────────────────────────</w:t>
      </w:r>
    </w:p>
    <w:p>
      <w:pPr>
        <w:pStyle w:val="Heading2"/>
      </w:pPr>
      <w:r>
        <w:t>3.12.9 Puntos clave TES</w:t>
      </w:r>
    </w:p>
    <w:p>
      <w:pPr>
        <w:pStyle w:val="ListBullet"/>
      </w:pPr>
      <w:r>
        <w:t>**IR frontal: secar zona, distancia/ángulo correctos, evitar sol directo** (repetir si duda, verificar condiciones).</w:t>
      </w:r>
    </w:p>
    <w:p>
      <w:pPr>
        <w:pStyle w:val="ListBullet"/>
      </w:pPr>
      <w:r>
        <w:t>**Timpánico: usar funda, orientar correctamente hacia tímpano, evitar cerumen** (repetir en el otro oído si incoherente).</w:t>
      </w:r>
    </w:p>
    <w:p>
      <w:pPr>
        <w:pStyle w:val="ListBullet"/>
      </w:pPr>
      <w:r>
        <w:t>**Axilar/oral: condiciones correctas, tiempo suficiente, considerar ambiente** (limpiar según protocolo después de uso).</w:t>
      </w:r>
    </w:p>
    <w:p>
      <w:pPr>
        <w:pStyle w:val="ListBullet"/>
      </w:pPr>
      <w:r>
        <w:t>**Factores que falsean lectura** (frío ambiental, sudor, gorro/manta recién colocada, ejercicio, exposición a calor/frío, oreja fría, cerumen, técnica rápida).</w:t>
      </w:r>
    </w:p>
    <w:p>
      <w:pPr>
        <w:pStyle w:val="ListBullet"/>
      </w:pPr>
      <w:r>
        <w:t>**Controlar condiciones antes de medir** (secar sudor, esperar si gorro/manta recién colocada, considerar ejercicio/exposición reciente).</w:t>
      </w:r>
    </w:p>
    <w:p>
      <w:pPr>
        <w:pStyle w:val="ListBullet"/>
      </w:pPr>
      <w:r>
        <w:t>**Repetir si lectura es variable o hay duda** (técnica correcta, cambiar método si está disponible, controlar condiciones).</w:t>
      </w:r>
    </w:p>
    <w:p>
      <w:pPr>
        <w:pStyle w:val="ListBullet"/>
      </w:pPr>
      <w:r>
        <w:t>**Integración con control térmico (3.9)** (repetir después de aislar/cubrir o tras entrar en ambulancia, esperar tiempo suficiente).</w:t>
      </w:r>
    </w:p>
    <w:p>
      <w:pPr>
        <w:pStyle w:val="ListBullet"/>
      </w:pPr>
      <w:r>
        <w:t>**Documentar método y condiciones** (método usado, condiciones que pueden afectar lectura, momento de medición).</w:t>
      </w:r>
    </w:p>
    <w:p>
      <w:pPr>
        <w:pStyle w:val="ListBullet"/>
      </w:pPr>
      <w:r>
        <w:t>**NUNCA usar timpánico sin funda** (riesgo de contaminación cruzada, usar funda siempre).</w:t>
      </w:r>
    </w:p>
    <w:p>
      <w:pPr>
        <w:pStyle w:val="ListBullet"/>
      </w:pPr>
      <w:r>
        <w:t>**NUNCA confiar en lectura claramente influida por ambiente** (controlar condiciones, repetir si hay duda).</w:t>
      </w:r>
    </w:p>
    <w:p>
      <w:pPr>
        <w:pStyle w:val="ListBullet"/>
      </w:pPr>
      <w:r>
        <w:t>**Un TES lesionado detiene la asistencia:** aplicar ergonomía (postura correcta, prevenir lesiones durante manejo de equipo).</w:t>
      </w:r>
    </w:p>
    <w:p>
      <w:r>
        <w:t>────────────────────────────────────────────────────────────</w:t>
      </w:r>
    </w:p>
    <w:p>
      <w:pPr>
        <w:pStyle w:val="Heading2"/>
      </w:pPr>
      <w:r>
        <w:t>3.12.10 Cierre del capítulo</w:t>
      </w:r>
    </w:p>
    <w:p>
      <w:r>
        <w:t>Este capítulo se integra con:</w:t>
      </w:r>
    </w:p>
    <w:p>
      <w:pPr>
        <w:pStyle w:val="ListBullet"/>
      </w:pPr>
      <w:r>
        <w:t>**3.9 – Exposición, Aislamiento Térmico y Prevención de Hipotermia** (integración con control térmico)</w:t>
      </w:r>
    </w:p>
    <w:p>
      <w:pPr>
        <w:pStyle w:val="ListBullet"/>
      </w:pPr>
      <w:r>
        <w:t>**3.10 – Monitorización Básica: Material y Uso Seguro** (integración con monitorización)</w:t>
      </w:r>
    </w:p>
    <w:p>
      <w:r>
        <w:t>**Transición:**</w:t>
      </w:r>
    </w:p>
    <w:p>
      <w:pPr>
        <w:pStyle w:val="ListBullet"/>
      </w:pPr>
      <w:r>
        <w:t>Este capítulo proporciona técnicas operativas de **medición de temperatura en campo**.</w:t>
      </w:r>
    </w:p>
    <w:p>
      <w:pPr>
        <w:pStyle w:val="ListBullet"/>
      </w:pPr>
      <w:r>
        <w:t>Completa la sección de **monitorización básica** del Bloque 3.</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**técnica correcta es esencial** para obtener lecturas fiables</w:t>
      </w:r>
    </w:p>
    <w:p>
      <w:pPr>
        <w:pStyle w:val="ListBullet"/>
      </w:pPr>
      <w:r>
        <w:t>**Controlar condiciones** que pueden falsear lectura (sudor, frío, exposición reciente)</w:t>
      </w:r>
    </w:p>
    <w:p>
      <w:pPr>
        <w:pStyle w:val="ListBullet"/>
      </w:pPr>
      <w:r>
        <w:t>**Repetir si lectura es variable o hay duda** (técnica correcta, cambiar método si está disponible)</w:t>
      </w:r>
    </w:p>
    <w:p>
      <w:pPr>
        <w:pStyle w:val="ListBullet"/>
      </w:pPr>
      <w:r>
        <w:t>**Documentar método y condiciones** (ayuda a interpretar lectura)</w:t>
      </w:r>
    </w:p>
    <w:p>
      <w:r>
        <w:t>**Principios No Negociables:**</w:t>
      </w:r>
    </w:p>
    <w:p>
      <w:pPr>
        <w:pStyle w:val="ListBullet"/>
      </w:pPr>
      <w:r>
        <w:t>**NUNCA usar** timpánico sin funda</w:t>
      </w:r>
    </w:p>
    <w:p>
      <w:pPr>
        <w:pStyle w:val="ListBullet"/>
      </w:pPr>
      <w:r>
        <w:t>**NUNCA confiar** en lectura claramente influida por ambiente</w:t>
      </w:r>
    </w:p>
    <w:p>
      <w:pPr>
        <w:pStyle w:val="ListBullet"/>
      </w:pPr>
      <w:r>
        <w:t>**NUNCA omitir** higiene cuando aplica</w:t>
      </w:r>
    </w:p>
    <w:p>
      <w:pPr>
        <w:pStyle w:val="ListBullet"/>
      </w:pPr>
      <w:r>
        <w:t>**SIEMPRE controlar** condiciones antes de medir</w:t>
      </w:r>
    </w:p>
    <w:p>
      <w:pPr>
        <w:pStyle w:val="ListBullet"/>
      </w:pPr>
      <w:r>
        <w:t>**SIEMPRE repetir** si lectura es variable o hay duda</w:t>
      </w:r>
    </w:p>
    <w:p>
      <w:pPr>
        <w:pStyle w:val="ListBullet"/>
      </w:pPr>
      <w:r>
        <w:t>**SIEMPRE documentar** método y condiciones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3.13 – Confort, dolor y control ambiental sin fármacos (operativo TES)</w:t>
      </w:r>
    </w:p>
    <w:p>
      <w:pPr>
        <w:pStyle w:val="Heading1"/>
      </w:pPr>
      <w:r>
        <w:t>3.13 – Confort, dolor y control ambiental sin fármacos (operativo TES)</w:t>
      </w:r>
    </w:p>
    <w:p>
      <w:pPr>
        <w:pStyle w:val="Heading2"/>
      </w:pPr>
      <w:r>
        <w:t>Manual TES Digital – Manejo del confort y dolor sin medicación</w:t>
      </w:r>
    </w:p>
    <w:p>
      <w:r>
        <w:t>**Versión:** 1.0</w:t>
      </w:r>
    </w:p>
    <w:p>
      <w:r>
        <w:t>**Fecha:** 2024-12-13</w:t>
      </w:r>
    </w:p>
    <w:p>
      <w:r>
        <w:t>**Tipo:** Bloque Operativo - Procedimiento TES</w:t>
      </w:r>
    </w:p>
    <w:p>
      <w:r>
        <w:t>────────────────────────────────────────────────────────────</w:t>
      </w:r>
    </w:p>
    <w:p>
      <w:pPr>
        <w:pStyle w:val="Heading2"/>
      </w:pPr>
      <w:r>
        <w:t>3.13.1 Objetivo operativo</w:t>
      </w:r>
    </w:p>
    <w:p>
      <w:r>
        <w:t>Reducir sufrimiento y mejorar cooperación durante **curas, inmovilización y traslado** usando medidas no farmacológicas seguras, integrando el confort con **control térmico (3.9), curas (3.6–3.8), aspiración (3.2) e inmovilización (Bloque 2)**.</w:t>
      </w:r>
    </w:p>
    <w:p>
      <w:r>
        <w:t>Este capítulo se centra en **herramientas no farmacológicas, técnicas operativas y logística**, no en administración de medicación ni protocolos clínicos avanzados.</w:t>
      </w:r>
    </w:p>
    <w:p>
      <w:r>
        <w:t>────────────────────────────────────────────────────────────</w:t>
      </w:r>
    </w:p>
    <w:p>
      <w:pPr>
        <w:pStyle w:val="Heading2"/>
      </w:pPr>
      <w:r>
        <w:t>3.13.2 Alcance y límites</w:t>
      </w:r>
    </w:p>
    <w:p>
      <w:pPr>
        <w:pStyle w:val="Heading3"/>
      </w:pPr>
      <w:r>
        <w:t>Alcance del capítulo</w:t>
      </w:r>
    </w:p>
    <w:p>
      <w:r>
        <w:t>Este capítulo cubre:</w:t>
      </w:r>
    </w:p>
    <w:p>
      <w:pPr>
        <w:pStyle w:val="ListBullet"/>
      </w:pPr>
      <w:r>
        <w:t>**Medidas no farmacológicas** para reducir sufrimiento y mejorar cooperación.</w:t>
      </w:r>
    </w:p>
    <w:p>
      <w:pPr>
        <w:pStyle w:val="ListBullet"/>
      </w:pPr>
      <w:r>
        <w:t>**Control ambiental** y posicionamiento.</w:t>
      </w:r>
    </w:p>
    <w:p>
      <w:pPr>
        <w:pStyle w:val="ListBullet"/>
      </w:pPr>
      <w:r>
        <w:t>**Técnicas operativas** aplicadas durante diferentes momentos de la intervención.</w:t>
      </w:r>
    </w:p>
    <w:p>
      <w:pPr>
        <w:pStyle w:val="ListBullet"/>
      </w:pPr>
      <w:r>
        <w:t>**Integración** con otras técnicas TES.</w:t>
      </w:r>
    </w:p>
    <w:p>
      <w:pPr>
        <w:pStyle w:val="Heading3"/>
      </w:pPr>
      <w:r>
        <w:t>Límites del capítulo</w:t>
      </w:r>
    </w:p>
    <w:p>
      <w:r>
        <w:t>**Este capítulo NO cubre:**</w:t>
      </w:r>
    </w:p>
    <w:p>
      <w:pPr>
        <w:pStyle w:val="ListBullet"/>
      </w:pPr>
      <w:r>
        <w:t>Administración de medicación.</w:t>
      </w:r>
    </w:p>
    <w:p>
      <w:pPr>
        <w:pStyle w:val="ListBullet"/>
      </w:pPr>
      <w:r>
        <w:t>Protocolos clínicos avanzados de manejo del dolor.</w:t>
      </w:r>
    </w:p>
    <w:p>
      <w:pPr>
        <w:pStyle w:val="ListBullet"/>
      </w:pPr>
      <w:r>
        <w:t>Indicaciones clínicas avanzadas (criterio médico).</w:t>
      </w:r>
    </w:p>
    <w:p>
      <w:r>
        <w:t>**Este capítulo SÍ cubre:**</w:t>
      </w:r>
    </w:p>
    <w:p>
      <w:pPr>
        <w:pStyle w:val="ListBullet"/>
      </w:pPr>
      <w:r>
        <w:t>Técnicas básicas no farmacológicas de confort.</w:t>
      </w:r>
    </w:p>
    <w:p>
      <w:pPr>
        <w:pStyle w:val="ListBullet"/>
      </w:pPr>
      <w:r>
        <w:t>Control ambiental y posicionamiento.</w:t>
      </w:r>
    </w:p>
    <w:p>
      <w:pPr>
        <w:pStyle w:val="ListBullet"/>
      </w:pPr>
      <w:r>
        <w:t>Integración con otras técnicas TES.</w:t>
      </w:r>
    </w:p>
    <w:p>
      <w:r>
        <w:t>**Nota:** Este capítulo es soporte operativo, no sustituye protocolos clínicos.</w:t>
      </w:r>
    </w:p>
    <w:p>
      <w:r>
        <w:t>**Integración:**</w:t>
      </w:r>
    </w:p>
    <w:p>
      <w:pPr>
        <w:pStyle w:val="ListBullet"/>
      </w:pPr>
      <w:r>
        <w:t>Se integra con curas (3.6–3.8).</w:t>
      </w:r>
    </w:p>
    <w:p>
      <w:pPr>
        <w:pStyle w:val="ListBullet"/>
      </w:pPr>
      <w:r>
        <w:t>Se integra con control térmico (3.9).</w:t>
      </w:r>
    </w:p>
    <w:p>
      <w:pPr>
        <w:pStyle w:val="ListBullet"/>
      </w:pPr>
      <w:r>
        <w:t>Se integra con aspiración (3.2).</w:t>
      </w:r>
    </w:p>
    <w:p>
      <w:pPr>
        <w:pStyle w:val="ListBullet"/>
      </w:pPr>
      <w:r>
        <w:t>Se integra con inmovilización (Bloque 2, 2.8, 2.13).</w:t>
      </w:r>
    </w:p>
    <w:p>
      <w:r>
        <w:t>────────────────────────────────────────────────────────────</w:t>
      </w:r>
    </w:p>
    <w:p>
      <w:pPr>
        <w:pStyle w:val="Heading2"/>
      </w:pPr>
      <w:r>
        <w:t>3.13.3 Principios TES aplicados</w:t>
      </w:r>
    </w:p>
    <w:p>
      <w:pPr>
        <w:pStyle w:val="Heading3"/>
      </w:pPr>
      <w:r>
        <w:t>Dolor + miedo = peor cooperación y más riesgo de lesión/errores</w:t>
      </w:r>
    </w:p>
    <w:p>
      <w:r>
        <w:t>**Principio:**</w:t>
      </w:r>
    </w:p>
    <w:p>
      <w:pPr>
        <w:pStyle w:val="ListBullet"/>
      </w:pPr>
      <w:r>
        <w:t>Dolor y miedo reducen cooperación del paciente.</w:t>
      </w:r>
    </w:p>
    <w:p>
      <w:pPr>
        <w:pStyle w:val="ListBullet"/>
      </w:pPr>
      <w:r>
        <w:t>Menor cooperación aumenta riesgo de lesión y errores.</w:t>
      </w:r>
    </w:p>
    <w:p>
      <w:pPr>
        <w:pStyle w:val="ListBullet"/>
      </w:pPr>
      <w:r>
        <w:t>Reducir dolor y miedo mejora cooperación y seguridad.</w:t>
      </w:r>
    </w:p>
    <w:p>
      <w:r>
        <w:t>**Técnica:**</w:t>
      </w:r>
    </w:p>
    <w:p>
      <w:pPr>
        <w:pStyle w:val="ListNumber"/>
      </w:pPr>
      <w:r>
        <w:t>Identificar fuentes de dolor y miedo.</w:t>
      </w:r>
    </w:p>
    <w:p>
      <w:pPr>
        <w:pStyle w:val="ListNumber"/>
      </w:pPr>
      <w:r>
        <w:t>Aplicar medidas no farmacológicas para reducirlas.</w:t>
      </w:r>
    </w:p>
    <w:p>
      <w:pPr>
        <w:pStyle w:val="ListNumber"/>
      </w:pPr>
      <w:r>
        <w:t>Mejorar cooperación y seguridad.</w:t>
      </w:r>
    </w:p>
    <w:p>
      <w:r>
        <w:t>────────────────────────────────────────────────────────────</w:t>
      </w:r>
    </w:p>
    <w:p>
      <w:pPr>
        <w:pStyle w:val="Heading3"/>
      </w:pPr>
      <w:r>
        <w:t>Explicar antes de tocar; anticipar sensaciones</w:t>
      </w:r>
    </w:p>
    <w:p>
      <w:r>
        <w:t>**Principio:**</w:t>
      </w:r>
    </w:p>
    <w:p>
      <w:pPr>
        <w:pStyle w:val="ListBullet"/>
      </w:pPr>
      <w:r>
        <w:t>Explicar antes de tocar reduce miedo y ansiedad.</w:t>
      </w:r>
    </w:p>
    <w:p>
      <w:pPr>
        <w:pStyle w:val="ListBullet"/>
      </w:pPr>
      <w:r>
        <w:t>Anticipar sensaciones prepara al paciente.</w:t>
      </w:r>
    </w:p>
    <w:p>
      <w:pPr>
        <w:pStyle w:val="ListBullet"/>
      </w:pPr>
      <w:r>
        <w:t>Mejor preparación mejora cooperación.</w:t>
      </w:r>
    </w:p>
    <w:p>
      <w:r>
        <w:t>**Técnica:**</w:t>
      </w:r>
    </w:p>
    <w:p>
      <w:pPr>
        <w:pStyle w:val="ListNumber"/>
      </w:pPr>
      <w:r>
        <w:t>Explicar brevemente qué se va a hacer.</w:t>
      </w:r>
    </w:p>
    <w:p>
      <w:pPr>
        <w:pStyle w:val="ListNumber"/>
      </w:pPr>
      <w:r>
        <w:t>Anticipar sensaciones (ej: "vas a notar presión", "puede molestar un poco").</w:t>
      </w:r>
    </w:p>
    <w:p>
      <w:pPr>
        <w:pStyle w:val="ListNumber"/>
      </w:pPr>
      <w:r>
        <w:t>Luego: actuar de forma controlada.</w:t>
      </w:r>
    </w:p>
    <w:p>
      <w:r>
        <w:t>────────────────────────────────────────────────────────────</w:t>
      </w:r>
    </w:p>
    <w:p>
      <w:pPr>
        <w:pStyle w:val="Heading3"/>
      </w:pPr>
      <w:r>
        <w:t>Posición y apoyo como "analgesia logística"</w:t>
      </w:r>
    </w:p>
    <w:p>
      <w:r>
        <w:t>**Principio:**</w:t>
      </w:r>
    </w:p>
    <w:p>
      <w:pPr>
        <w:pStyle w:val="ListBullet"/>
      </w:pPr>
      <w:r>
        <w:t>Posición adecuada y apoyo reducen dolor.</w:t>
      </w:r>
    </w:p>
    <w:p>
      <w:pPr>
        <w:pStyle w:val="ListBullet"/>
      </w:pPr>
      <w:r>
        <w:t>Posición y apoyo son "analgesia logística" (sin medicación).</w:t>
      </w:r>
    </w:p>
    <w:p>
      <w:pPr>
        <w:pStyle w:val="ListBullet"/>
      </w:pPr>
      <w:r>
        <w:t>Priorizar posición y apoyo.</w:t>
      </w:r>
    </w:p>
    <w:p>
      <w:r>
        <w:t>**Técnica:**</w:t>
      </w:r>
    </w:p>
    <w:p>
      <w:pPr>
        <w:pStyle w:val="ListNumber"/>
      </w:pPr>
      <w:r>
        <w:t>Posicionar al paciente de forma cómoda si es posible.</w:t>
      </w:r>
    </w:p>
    <w:p>
      <w:pPr>
        <w:pStyle w:val="ListNumber"/>
      </w:pPr>
      <w:r>
        <w:t>Proporcionar apoyo (cojines, mantas, acolchado).</w:t>
      </w:r>
    </w:p>
    <w:p>
      <w:pPr>
        <w:pStyle w:val="ListNumber"/>
      </w:pPr>
      <w:r>
        <w:t>Reducir tensión y dolor.</w:t>
      </w:r>
    </w:p>
    <w:p>
      <w:r>
        <w:t>────────────────────────────────────────────────────────────</w:t>
      </w:r>
    </w:p>
    <w:p>
      <w:pPr>
        <w:pStyle w:val="Heading3"/>
      </w:pPr>
      <w:r>
        <w:t>Control térmico y privacidad como prioridad</w:t>
      </w:r>
    </w:p>
    <w:p>
      <w:r>
        <w:t>**Principio:**</w:t>
      </w:r>
    </w:p>
    <w:p>
      <w:pPr>
        <w:pStyle w:val="ListBullet"/>
      </w:pPr>
      <w:r>
        <w:t>Control térmico y privacidad son prioritarios.</w:t>
      </w:r>
    </w:p>
    <w:p>
      <w:pPr>
        <w:pStyle w:val="ListBullet"/>
      </w:pPr>
      <w:r>
        <w:t>Frío y falta de privacidad aumentan sufrimiento.</w:t>
      </w:r>
    </w:p>
    <w:p>
      <w:pPr>
        <w:pStyle w:val="ListBullet"/>
      </w:pPr>
      <w:r>
        <w:t>Priorizar control térmico y privacidad.</w:t>
      </w:r>
    </w:p>
    <w:p>
      <w:r>
        <w:t>**Técnica:**</w:t>
      </w:r>
    </w:p>
    <w:p>
      <w:pPr>
        <w:pStyle w:val="ListNumber"/>
      </w:pPr>
      <w:r>
        <w:t>Aplicar control térmico desde el inicio (ver 3.9).</w:t>
      </w:r>
    </w:p>
    <w:p>
      <w:pPr>
        <w:pStyle w:val="ListNumber"/>
      </w:pPr>
      <w:r>
        <w:t>Mantener privacidad durante intervención.</w:t>
      </w:r>
    </w:p>
    <w:p>
      <w:pPr>
        <w:pStyle w:val="ListNumber"/>
      </w:pPr>
      <w:r>
        <w:t>Reducir sufrimiento y mejorar confort.</w:t>
      </w:r>
    </w:p>
    <w:p>
      <w:r>
        <w:t>────────────────────────────────────────────────────────────</w:t>
      </w:r>
    </w:p>
    <w:p>
      <w:pPr>
        <w:pStyle w:val="Heading2"/>
      </w:pPr>
      <w:r>
        <w:t>3.13.4 Herramientas operativas (no farmacológicas)</w:t>
      </w:r>
    </w:p>
    <w:p>
      <w:pPr>
        <w:pStyle w:val="Heading3"/>
      </w:pPr>
      <w:r>
        <w:t>Posicionamiento y descarga de la lesión (sin clínica avanzada)</w:t>
      </w:r>
    </w:p>
    <w:p>
      <w:r>
        <w:t>**Principio:**</w:t>
      </w:r>
    </w:p>
    <w:p>
      <w:pPr>
        <w:pStyle w:val="ListBullet"/>
      </w:pPr>
      <w:r>
        <w:t>Posicionar al paciente para descargar la lesión.</w:t>
      </w:r>
    </w:p>
    <w:p>
      <w:pPr>
        <w:pStyle w:val="ListBullet"/>
      </w:pPr>
      <w:r>
        <w:t>Posición adecuada reduce dolor.</w:t>
      </w:r>
    </w:p>
    <w:p>
      <w:pPr>
        <w:pStyle w:val="ListBullet"/>
      </w:pPr>
      <w:r>
        <w:t>Sin entrar en clínica avanzada.</w:t>
      </w:r>
    </w:p>
    <w:p>
      <w:r>
        <w:t>**Técnica:**</w:t>
      </w:r>
    </w:p>
    <w:p>
      <w:pPr>
        <w:pStyle w:val="ListNumber"/>
      </w:pPr>
      <w:r>
        <w:t>Identificar lesión si es posible.</w:t>
      </w:r>
    </w:p>
    <w:p>
      <w:pPr>
        <w:pStyle w:val="ListNumber"/>
      </w:pPr>
      <w:r>
        <w:t>Posicionar para descargar lesión (si es seguro hacerlo).</w:t>
      </w:r>
    </w:p>
    <w:p>
      <w:pPr>
        <w:pStyle w:val="ListNumber"/>
      </w:pPr>
      <w:r>
        <w:t>Proporcionar apoyo adicional si es necesario.</w:t>
      </w:r>
    </w:p>
    <w:p>
      <w:r>
        <w:t>────────────────────────────────────────────────────────────</w:t>
      </w:r>
    </w:p>
    <w:p>
      <w:pPr>
        <w:pStyle w:val="Heading3"/>
      </w:pPr>
      <w:r>
        <w:t>Acolchado: puntos de presión, bordes duros, correas</w:t>
      </w:r>
    </w:p>
    <w:p>
      <w:r>
        <w:t>**Principio:**</w:t>
      </w:r>
    </w:p>
    <w:p>
      <w:pPr>
        <w:pStyle w:val="ListBullet"/>
      </w:pPr>
      <w:r>
        <w:t>Acolchado en puntos de presión reduce dolor.</w:t>
      </w:r>
    </w:p>
    <w:p>
      <w:pPr>
        <w:pStyle w:val="ListBullet"/>
      </w:pPr>
      <w:r>
        <w:t>Acolchado en bordes duros y correas previene lesiones.</w:t>
      </w:r>
    </w:p>
    <w:p>
      <w:pPr>
        <w:pStyle w:val="ListBullet"/>
      </w:pPr>
      <w:r>
        <w:t>Priorizar acolchado.</w:t>
      </w:r>
    </w:p>
    <w:p>
      <w:r>
        <w:t>**Técnica:**</w:t>
      </w:r>
    </w:p>
    <w:p>
      <w:pPr>
        <w:pStyle w:val="ListNumber"/>
      </w:pPr>
      <w:r>
        <w:t>Identificar puntos de presión (occipucio, sacro, talones, maléolos).</w:t>
      </w:r>
    </w:p>
    <w:p>
      <w:pPr>
        <w:pStyle w:val="ListNumber"/>
      </w:pPr>
      <w:r>
        <w:t>Acolchar puntos de presión.</w:t>
      </w:r>
    </w:p>
    <w:p>
      <w:pPr>
        <w:pStyle w:val="ListNumber"/>
      </w:pPr>
      <w:r>
        <w:t>Acolchar bordes duros y correas.</w:t>
      </w:r>
    </w:p>
    <w:p>
      <w:pPr>
        <w:pStyle w:val="ListNumber"/>
      </w:pPr>
      <w:r>
        <w:t>Re-verificar después de movimientos.</w:t>
      </w:r>
    </w:p>
    <w:p>
      <w:r>
        <w:t>────────────────────────────────────────────────────────────</w:t>
      </w:r>
    </w:p>
    <w:p>
      <w:pPr>
        <w:pStyle w:val="Heading3"/>
      </w:pPr>
      <w:r>
        <w:t>Control térmico (enlace 3.9): evitar frío</w:t>
      </w:r>
    </w:p>
    <w:p>
      <w:r>
        <w:t>**Principio:**</w:t>
      </w:r>
    </w:p>
    <w:p>
      <w:pPr>
        <w:pStyle w:val="ListBullet"/>
      </w:pPr>
      <w:r>
        <w:t>Control térmico es prioritario.</w:t>
      </w:r>
    </w:p>
    <w:p>
      <w:pPr>
        <w:pStyle w:val="ListBullet"/>
      </w:pPr>
      <w:r>
        <w:t>Frío aumenta sufrimiento y dolor.</w:t>
      </w:r>
    </w:p>
    <w:p>
      <w:pPr>
        <w:pStyle w:val="ListBullet"/>
      </w:pPr>
      <w:r>
        <w:t>Evitar frío siempre.</w:t>
      </w:r>
    </w:p>
    <w:p>
      <w:r>
        <w:t>**Técnica:**</w:t>
      </w:r>
    </w:p>
    <w:p>
      <w:pPr>
        <w:pStyle w:val="ListNumber"/>
      </w:pPr>
      <w:r>
        <w:t>Aplicar control térmico desde el inicio (ver 3.9).</w:t>
      </w:r>
    </w:p>
    <w:p>
      <w:pPr>
        <w:pStyle w:val="ListNumber"/>
      </w:pPr>
      <w:r>
        <w:t>Aislar del suelo y del viento.</w:t>
      </w:r>
    </w:p>
    <w:p>
      <w:pPr>
        <w:pStyle w:val="ListNumber"/>
      </w:pPr>
      <w:r>
        <w:t>Mantener temperatura durante todo el proceso.</w:t>
      </w:r>
    </w:p>
    <w:p>
      <w:r>
        <w:t>**Enlace:**</w:t>
      </w:r>
    </w:p>
    <w:p>
      <w:pPr>
        <w:pStyle w:val="ListBullet"/>
      </w:pPr>
      <w:r>
        <w:t>Ver 3.9 – Exposición, Aislamiento Térmico y Prevención de Hipotermia para técnicas de control térmico.</w:t>
      </w:r>
    </w:p>
    <w:p>
      <w:r>
        <w:t>────────────────────────────────────────────────────────────</w:t>
      </w:r>
    </w:p>
    <w:p>
      <w:pPr>
        <w:pStyle w:val="Heading3"/>
      </w:pPr>
      <w:r>
        <w:t>Reducción de estímulos: ruido, luz, exceso de personal</w:t>
      </w:r>
    </w:p>
    <w:p>
      <w:r>
        <w:t>**Principio:**</w:t>
      </w:r>
    </w:p>
    <w:p>
      <w:pPr>
        <w:pStyle w:val="ListBullet"/>
      </w:pPr>
      <w:r>
        <w:t>Reducir estímulos reduce ansiedad y mejora cooperación.</w:t>
      </w:r>
    </w:p>
    <w:p>
      <w:pPr>
        <w:pStyle w:val="ListBullet"/>
      </w:pPr>
      <w:r>
        <w:t>Ruido, luz excesiva y exceso de personal aumentan ansiedad.</w:t>
      </w:r>
    </w:p>
    <w:p>
      <w:pPr>
        <w:pStyle w:val="ListBullet"/>
      </w:pPr>
      <w:r>
        <w:t>Priorizar reducción de estímulos.</w:t>
      </w:r>
    </w:p>
    <w:p>
      <w:r>
        <w:t>**Técnica:**</w:t>
      </w:r>
    </w:p>
    <w:p>
      <w:pPr>
        <w:pStyle w:val="ListNumber"/>
      </w:pPr>
      <w:r>
        <w:t>Reducir ruido si es posible (hablar en tono bajo, evitar ruidos innecesarios).</w:t>
      </w:r>
    </w:p>
    <w:p>
      <w:pPr>
        <w:pStyle w:val="ListNumber"/>
      </w:pPr>
      <w:r>
        <w:t>Controlar iluminación (evitar luz excesiva o deslumbrante).</w:t>
      </w:r>
    </w:p>
    <w:p>
      <w:pPr>
        <w:pStyle w:val="ListNumber"/>
      </w:pPr>
      <w:r>
        <w:t>Limitar personal alrededor del paciente (solo lo necesario).</w:t>
      </w:r>
    </w:p>
    <w:p>
      <w:pPr>
        <w:pStyle w:val="ListNumber"/>
      </w:pPr>
      <w:r>
        <w:t>Crear ambiente más tranquilo.</w:t>
      </w:r>
    </w:p>
    <w:p>
      <w:r>
        <w:t>────────────────────────────────────────────────────────────</w:t>
      </w:r>
    </w:p>
    <w:p>
      <w:pPr>
        <w:pStyle w:val="Heading3"/>
      </w:pPr>
      <w:r>
        <w:t>Privacidad y dignidad (cobertura por zonas)</w:t>
      </w:r>
    </w:p>
    <w:p>
      <w:r>
        <w:t>**Principio:**</w:t>
      </w:r>
    </w:p>
    <w:p>
      <w:pPr>
        <w:pStyle w:val="ListBullet"/>
      </w:pPr>
      <w:r>
        <w:t>Privacidad y dignidad son prioritarios.</w:t>
      </w:r>
    </w:p>
    <w:p>
      <w:pPr>
        <w:pStyle w:val="ListBullet"/>
      </w:pPr>
      <w:r>
        <w:t>Mantener privacidad durante intervención.</w:t>
      </w:r>
    </w:p>
    <w:p>
      <w:pPr>
        <w:pStyle w:val="ListBullet"/>
      </w:pPr>
      <w:r>
        <w:t>Cobertura por zonas (exponer solo lo necesario).</w:t>
      </w:r>
    </w:p>
    <w:p>
      <w:r>
        <w:t>**Técnica:**</w:t>
      </w:r>
    </w:p>
    <w:p>
      <w:pPr>
        <w:pStyle w:val="ListNumber"/>
      </w:pPr>
      <w:r>
        <w:t>Exponer solo la zona necesaria (ver 3.9).</w:t>
      </w:r>
    </w:p>
    <w:p>
      <w:pPr>
        <w:pStyle w:val="ListNumber"/>
      </w:pPr>
      <w:r>
        <w:t>Cubrir áreas no expuestas.</w:t>
      </w:r>
    </w:p>
    <w:p>
      <w:pPr>
        <w:pStyle w:val="ListNumber"/>
      </w:pPr>
      <w:r>
        <w:t>Mantener privacidad durante todo el proceso.</w:t>
      </w:r>
    </w:p>
    <w:p>
      <w:r>
        <w:t>────────────────────────────────────────────────────────────</w:t>
      </w:r>
    </w:p>
    <w:p>
      <w:pPr>
        <w:pStyle w:val="Heading3"/>
      </w:pPr>
      <w:r>
        <w:t>Pausas cortas planificadas en maniobras largas</w:t>
      </w:r>
    </w:p>
    <w:p>
      <w:r>
        <w:t>**Principio:**</w:t>
      </w:r>
    </w:p>
    <w:p>
      <w:pPr>
        <w:pStyle w:val="ListBullet"/>
      </w:pPr>
      <w:r>
        <w:t>Pausas cortas en maniobras largas reducen sufrimiento.</w:t>
      </w:r>
    </w:p>
    <w:p>
      <w:pPr>
        <w:pStyle w:val="ListBullet"/>
      </w:pPr>
      <w:r>
        <w:t>Pausas permiten recuperación y mejoran cooperación.</w:t>
      </w:r>
    </w:p>
    <w:p>
      <w:pPr>
        <w:pStyle w:val="ListBullet"/>
      </w:pPr>
      <w:r>
        <w:t>Planificar pausas si es posible.</w:t>
      </w:r>
    </w:p>
    <w:p>
      <w:r>
        <w:t>**Técnica:**</w:t>
      </w:r>
    </w:p>
    <w:p>
      <w:pPr>
        <w:pStyle w:val="ListNumber"/>
      </w:pPr>
      <w:r>
        <w:t>Identificar maniobras largas.</w:t>
      </w:r>
    </w:p>
    <w:p>
      <w:pPr>
        <w:pStyle w:val="ListNumber"/>
      </w:pPr>
      <w:r>
        <w:t>Planificar pausas cortas si es posible.</w:t>
      </w:r>
    </w:p>
    <w:p>
      <w:pPr>
        <w:pStyle w:val="ListNumber"/>
      </w:pPr>
      <w:r>
        <w:t>Aprovechar pausas para re-evaluar y ajustar.</w:t>
      </w:r>
    </w:p>
    <w:p>
      <w:r>
        <w:t>────────────────────────────────────────────────────────────</w:t>
      </w:r>
    </w:p>
    <w:p>
      <w:pPr>
        <w:pStyle w:val="Heading3"/>
      </w:pPr>
      <w:r>
        <w:t>Preparación de aspiración si riesgo de náusea/vómito (3.2) como medida preventiva</w:t>
      </w:r>
    </w:p>
    <w:p>
      <w:r>
        <w:t>**Principio:**</w:t>
      </w:r>
    </w:p>
    <w:p>
      <w:pPr>
        <w:pStyle w:val="ListBullet"/>
      </w:pPr>
      <w:r>
        <w:t>Preparar aspiración si hay riesgo de náusea/vómito.</w:t>
      </w:r>
    </w:p>
    <w:p>
      <w:pPr>
        <w:pStyle w:val="ListBullet"/>
      </w:pPr>
      <w:r>
        <w:t>Aspiración lista reduce ansiedad y mejora control.</w:t>
      </w:r>
    </w:p>
    <w:p>
      <w:pPr>
        <w:pStyle w:val="ListBullet"/>
      </w:pPr>
      <w:r>
        <w:t>Medida preventiva.</w:t>
      </w:r>
    </w:p>
    <w:p>
      <w:r>
        <w:t>**Técnica:**</w:t>
      </w:r>
    </w:p>
    <w:p>
      <w:pPr>
        <w:pStyle w:val="ListNumber"/>
      </w:pPr>
      <w:r>
        <w:t>Identificar riesgo de náusea/vómito.</w:t>
      </w:r>
    </w:p>
    <w:p>
      <w:pPr>
        <w:pStyle w:val="ListNumber"/>
      </w:pPr>
      <w:r>
        <w:t>Preparar aspiración (ver 3.2).</w:t>
      </w:r>
    </w:p>
    <w:p>
      <w:pPr>
        <w:pStyle w:val="ListNumber"/>
      </w:pPr>
      <w:r>
        <w:t>Tener aspiración lista para usar si es necesario.</w:t>
      </w:r>
    </w:p>
    <w:p>
      <w:r>
        <w:t>**Enlace:**</w:t>
      </w:r>
    </w:p>
    <w:p>
      <w:pPr>
        <w:pStyle w:val="ListBullet"/>
      </w:pPr>
      <w:r>
        <w:t>Ver 3.2 – Aspiración: Material y Uso Seguro para técnicas de aspiración.</w:t>
      </w:r>
    </w:p>
    <w:p>
      <w:r>
        <w:t>────────────────────────────────────────────────────────────</w:t>
      </w:r>
    </w:p>
    <w:p>
      <w:pPr>
        <w:pStyle w:val="Heading2"/>
      </w:pPr>
      <w:r>
        <w:t>3.13.5 Procedimiento aplicado por momentos (paso a paso)</w:t>
      </w:r>
    </w:p>
    <w:p>
      <w:pPr>
        <w:pStyle w:val="Heading3"/>
      </w:pPr>
      <w:r>
        <w:t>A) Antes de movilizar</w:t>
      </w:r>
    </w:p>
    <w:p>
      <w:r>
        <w:t>**Procedimiento paso a paso:**</w:t>
      </w:r>
    </w:p>
    <w:p>
      <w:pPr>
        <w:pStyle w:val="ListNumber"/>
      </w:pPr>
      <w:r>
        <w:t>**Explicar plan breve**</w:t>
      </w:r>
    </w:p>
    <w:p>
      <w:pPr>
        <w:pStyle w:val="ListBullet"/>
      </w:pPr>
      <w:r>
        <w:t>Explicar brevemente qué se va a hacer.</w:t>
      </w:r>
    </w:p>
    <w:p>
      <w:pPr>
        <w:pStyle w:val="ListBullet"/>
      </w:pPr>
      <w:r>
        <w:t>Anticipar sensaciones (ej: "vas a notar movimiento", "puede molestar un poco").</w:t>
      </w:r>
    </w:p>
    <w:p>
      <w:pPr>
        <w:pStyle w:val="ListBullet"/>
      </w:pPr>
      <w:r>
        <w:t>Responder preguntas brevemente si es posible.</w:t>
      </w:r>
    </w:p>
    <w:p>
      <w:pPr>
        <w:pStyle w:val="ListNumber"/>
      </w:pPr>
      <w:r>
        <w:t>**Preparar ruta y material**</w:t>
      </w:r>
    </w:p>
    <w:p>
      <w:pPr>
        <w:pStyle w:val="ListBullet"/>
      </w:pPr>
      <w:r>
        <w:t>Preparar ruta de movilización (ver 2.8, 2.13).</w:t>
      </w:r>
    </w:p>
    <w:p>
      <w:pPr>
        <w:pStyle w:val="ListBullet"/>
      </w:pPr>
      <w:r>
        <w:t>Preparar material necesario.</w:t>
      </w:r>
    </w:p>
    <w:p>
      <w:pPr>
        <w:pStyle w:val="ListBullet"/>
      </w:pPr>
      <w:r>
        <w:t>Verificar que todo está listo.</w:t>
      </w:r>
    </w:p>
    <w:p>
      <w:pPr>
        <w:pStyle w:val="ListNumber"/>
      </w:pPr>
      <w:r>
        <w:t>**Cubrir térmicamente**</w:t>
      </w:r>
    </w:p>
    <w:p>
      <w:pPr>
        <w:pStyle w:val="ListBullet"/>
      </w:pPr>
      <w:r>
        <w:t>Aplicar control térmico (manta térmica, mantas) (ver 3.9).</w:t>
      </w:r>
    </w:p>
    <w:p>
      <w:pPr>
        <w:pStyle w:val="ListBullet"/>
      </w:pPr>
      <w:r>
        <w:t>Aislar del suelo y del viento.</w:t>
      </w:r>
    </w:p>
    <w:p>
      <w:pPr>
        <w:pStyle w:val="ListBullet"/>
      </w:pPr>
      <w:r>
        <w:t>Mantener temperatura.</w:t>
      </w:r>
    </w:p>
    <w:p>
      <w:pPr>
        <w:pStyle w:val="ListNumber"/>
      </w:pPr>
      <w:r>
        <w:t>**Acolchado en puntos clave**</w:t>
      </w:r>
    </w:p>
    <w:p>
      <w:pPr>
        <w:pStyle w:val="ListBullet"/>
      </w:pPr>
      <w:r>
        <w:t>Acolchar puntos de presión (occipucio, sacro, talones, maléolos).</w:t>
      </w:r>
    </w:p>
    <w:p>
      <w:pPr>
        <w:pStyle w:val="ListBullet"/>
      </w:pPr>
      <w:r>
        <w:t>Acolchar bordes duros y correas.</w:t>
      </w:r>
    </w:p>
    <w:p>
      <w:pPr>
        <w:pStyle w:val="ListBullet"/>
      </w:pPr>
      <w:r>
        <w:t>Verificar que acolchado es adecuado.</w:t>
      </w:r>
    </w:p>
    <w:p>
      <w:pPr>
        <w:pStyle w:val="ListNumber"/>
      </w:pPr>
      <w:r>
        <w:t>**Confirmar tolerancia**</w:t>
      </w:r>
    </w:p>
    <w:p>
      <w:pPr>
        <w:pStyle w:val="ListBullet"/>
      </w:pPr>
      <w:r>
        <w:t>Verificar que paciente tolera posición y acolchado.</w:t>
      </w:r>
    </w:p>
    <w:p>
      <w:pPr>
        <w:pStyle w:val="ListBullet"/>
      </w:pPr>
      <w:r>
        <w:t>Observar respuesta del paciente.</w:t>
      </w:r>
    </w:p>
    <w:p>
      <w:pPr>
        <w:pStyle w:val="ListBullet"/>
      </w:pPr>
      <w:r>
        <w:t>Ajustar si es necesario.</w:t>
      </w:r>
    </w:p>
    <w:p>
      <w:r>
        <w:t>────────────────────────────────────────────────────────────</w:t>
      </w:r>
    </w:p>
    <w:p>
      <w:pPr>
        <w:pStyle w:val="Heading3"/>
      </w:pPr>
      <w:r>
        <w:t>B) Durante curas y vendajes (3.6–3.8)</w:t>
      </w:r>
    </w:p>
    <w:p>
      <w:r>
        <w:t>**Procedimiento paso a paso:**</w:t>
      </w:r>
    </w:p>
    <w:p>
      <w:pPr>
        <w:pStyle w:val="ListNumber"/>
      </w:pPr>
      <w:r>
        <w:t>**Ritmo**</w:t>
      </w:r>
    </w:p>
    <w:p>
      <w:pPr>
        <w:pStyle w:val="ListBullet"/>
      </w:pPr>
      <w:r>
        <w:t>Trabajar con ritmo adecuado (no demasiado rápido ni lento).</w:t>
      </w:r>
    </w:p>
    <w:p>
      <w:pPr>
        <w:pStyle w:val="ListBullet"/>
      </w:pPr>
      <w:r>
        <w:t>Ritmo que permite control y reduce sufrimiento.</w:t>
      </w:r>
    </w:p>
    <w:p>
      <w:pPr>
        <w:pStyle w:val="ListNumber"/>
      </w:pPr>
      <w:r>
        <w:t>**Avisos**</w:t>
      </w:r>
    </w:p>
    <w:p>
      <w:pPr>
        <w:pStyle w:val="ListBullet"/>
      </w:pPr>
      <w:r>
        <w:t>Avisar antes de acciones que pueden molestar (ej: "ahora va a doler un poco", "vas a notar presión").</w:t>
      </w:r>
    </w:p>
    <w:p>
      <w:pPr>
        <w:pStyle w:val="ListBullet"/>
      </w:pPr>
      <w:r>
        <w:t>Anticipar sensaciones.</w:t>
      </w:r>
    </w:p>
    <w:p>
      <w:pPr>
        <w:pStyle w:val="ListBullet"/>
      </w:pPr>
      <w:r>
        <w:t>Explicar brevemente qué se está haciendo.</w:t>
      </w:r>
    </w:p>
    <w:p>
      <w:pPr>
        <w:pStyle w:val="ListNumber"/>
      </w:pPr>
      <w:r>
        <w:t>**Pausas**</w:t>
      </w:r>
    </w:p>
    <w:p>
      <w:pPr>
        <w:pStyle w:val="ListBullet"/>
      </w:pPr>
      <w:r>
        <w:t>Hacer pausas cortas si maniobra es larga.</w:t>
      </w:r>
    </w:p>
    <w:p>
      <w:pPr>
        <w:pStyle w:val="ListBullet"/>
      </w:pPr>
      <w:r>
        <w:t>Aprovechar pausas para re-evaluar y ajustar.</w:t>
      </w:r>
    </w:p>
    <w:p>
      <w:pPr>
        <w:pStyle w:val="ListBullet"/>
      </w:pPr>
      <w:r>
        <w:t>No prolongar pausas innecesariamente.</w:t>
      </w:r>
    </w:p>
    <w:p>
      <w:pPr>
        <w:pStyle w:val="ListNumber"/>
      </w:pPr>
      <w:r>
        <w:t>**Fijación sin pellizcos**</w:t>
      </w:r>
    </w:p>
    <w:p>
      <w:pPr>
        <w:pStyle w:val="ListBullet"/>
      </w:pPr>
      <w:r>
        <w:t>Fijar vendajes sin pellizcos ni compresión excesiva.</w:t>
      </w:r>
    </w:p>
    <w:p>
      <w:pPr>
        <w:pStyle w:val="ListBullet"/>
      </w:pPr>
      <w:r>
        <w:t>Verificar que fijación no causa dolor adicional.</w:t>
      </w:r>
    </w:p>
    <w:p>
      <w:pPr>
        <w:pStyle w:val="ListBullet"/>
      </w:pPr>
      <w:r>
        <w:t>Ajustar si es necesario.</w:t>
      </w:r>
    </w:p>
    <w:p>
      <w:r>
        <w:t>**Enlaces:**</w:t>
      </w:r>
    </w:p>
    <w:p>
      <w:pPr>
        <w:pStyle w:val="ListBullet"/>
      </w:pPr>
      <w:r>
        <w:t>Ver 3.6 – Control de Hemorragias y Material de Curas</w:t>
      </w:r>
    </w:p>
    <w:p>
      <w:pPr>
        <w:pStyle w:val="ListBullet"/>
      </w:pPr>
      <w:r>
        <w:t>Ver 3.7 – Quemaduras: Material y Manejo Operativo</w:t>
      </w:r>
    </w:p>
    <w:p>
      <w:pPr>
        <w:pStyle w:val="ListBullet"/>
      </w:pPr>
      <w:r>
        <w:t>Ver 3.8 – Heridas, Vendajes y Manejo de Lesiones Abiertas</w:t>
      </w:r>
    </w:p>
    <w:p>
      <w:r>
        <w:t>────────────────────────────────────────────────────────────</w:t>
      </w:r>
    </w:p>
    <w:p>
      <w:pPr>
        <w:pStyle w:val="Heading3"/>
      </w:pPr>
      <w:r>
        <w:t>C) Durante inmovilización y transferencias (Bloque 2)</w:t>
      </w:r>
    </w:p>
    <w:p>
      <w:r>
        <w:t>**Procedimiento paso a paso:**</w:t>
      </w:r>
    </w:p>
    <w:p>
      <w:pPr>
        <w:pStyle w:val="ListNumber"/>
      </w:pPr>
      <w:r>
        <w:t>**Ajuste de correas**</w:t>
      </w:r>
    </w:p>
    <w:p>
      <w:pPr>
        <w:pStyle w:val="ListBullet"/>
      </w:pPr>
      <w:r>
        <w:t>Ajustar correas sin compresión excesiva.</w:t>
      </w:r>
    </w:p>
    <w:p>
      <w:pPr>
        <w:pStyle w:val="ListBullet"/>
      </w:pPr>
      <w:r>
        <w:t>Verificar que correas no causan dolor adicional.</w:t>
      </w:r>
    </w:p>
    <w:p>
      <w:pPr>
        <w:pStyle w:val="ListBullet"/>
      </w:pPr>
      <w:r>
        <w:t>Acolchar bajo correas si es necesario.</w:t>
      </w:r>
    </w:p>
    <w:p>
      <w:pPr>
        <w:pStyle w:val="ListNumber"/>
      </w:pPr>
      <w:r>
        <w:t>**Protección de piel**</w:t>
      </w:r>
    </w:p>
    <w:p>
      <w:pPr>
        <w:pStyle w:val="ListBullet"/>
      </w:pPr>
      <w:r>
        <w:t>Proteger piel de bordes duros y correas.</w:t>
      </w:r>
    </w:p>
    <w:p>
      <w:pPr>
        <w:pStyle w:val="ListBullet"/>
      </w:pPr>
      <w:r>
        <w:t>Acolchar puntos de presión.</w:t>
      </w:r>
    </w:p>
    <w:p>
      <w:pPr>
        <w:pStyle w:val="ListBullet"/>
      </w:pPr>
      <w:r>
        <w:t>Verificar que no hay lesiones por fricción.</w:t>
      </w:r>
    </w:p>
    <w:p>
      <w:pPr>
        <w:pStyle w:val="ListNumber"/>
      </w:pPr>
      <w:r>
        <w:t>**Reevaluación tras cada movimiento**</w:t>
      </w:r>
    </w:p>
    <w:p>
      <w:pPr>
        <w:pStyle w:val="ListBullet"/>
      </w:pPr>
      <w:r>
        <w:t>Re-verificar que paciente tolera inmovilización después de cada movimiento.</w:t>
      </w:r>
    </w:p>
    <w:p>
      <w:pPr>
        <w:pStyle w:val="ListBullet"/>
      </w:pPr>
      <w:r>
        <w:t>Observar respuesta del paciente.</w:t>
      </w:r>
    </w:p>
    <w:p>
      <w:pPr>
        <w:pStyle w:val="ListBullet"/>
      </w:pPr>
      <w:r>
        <w:t>Ajustar si es necesario.</w:t>
      </w:r>
    </w:p>
    <w:p>
      <w:r>
        <w:t>**Enlaces:**</w:t>
      </w:r>
    </w:p>
    <w:p>
      <w:pPr>
        <w:pStyle w:val="ListBullet"/>
      </w:pPr>
      <w:r>
        <w:t>Ver 2.8 – Transferencias y Movilización del Paciente</w:t>
      </w:r>
    </w:p>
    <w:p>
      <w:pPr>
        <w:pStyle w:val="ListBullet"/>
      </w:pPr>
      <w:r>
        <w:t>Ver 2.13 – Camillas y Sillas de Evacuación</w:t>
      </w:r>
    </w:p>
    <w:p>
      <w:r>
        <w:t>────────────────────────────────────────────────────────────</w:t>
      </w:r>
    </w:p>
    <w:p>
      <w:pPr>
        <w:pStyle w:val="Heading3"/>
      </w:pPr>
      <w:r>
        <w:t>D) Durante traslado en ambulancia</w:t>
      </w:r>
    </w:p>
    <w:p>
      <w:r>
        <w:t>**Procedimiento paso a paso:**</w:t>
      </w:r>
    </w:p>
    <w:p>
      <w:pPr>
        <w:pStyle w:val="ListNumber"/>
      </w:pPr>
      <w:r>
        <w:t>**Control térmico**</w:t>
      </w:r>
    </w:p>
    <w:p>
      <w:pPr>
        <w:pStyle w:val="ListBullet"/>
      </w:pPr>
      <w:r>
        <w:t>Mantener control térmico durante traslado (ver 3.9).</w:t>
      </w:r>
    </w:p>
    <w:p>
      <w:pPr>
        <w:pStyle w:val="ListBullet"/>
      </w:pPr>
      <w:r>
        <w:t>Activar calefacción si es necesario.</w:t>
      </w:r>
    </w:p>
    <w:p>
      <w:pPr>
        <w:pStyle w:val="ListBullet"/>
      </w:pPr>
      <w:r>
        <w:t>Verificar que temperatura se mantiene.</w:t>
      </w:r>
    </w:p>
    <w:p>
      <w:pPr>
        <w:pStyle w:val="ListNumber"/>
      </w:pPr>
      <w:r>
        <w:t>**Postura**</w:t>
      </w:r>
    </w:p>
    <w:p>
      <w:pPr>
        <w:pStyle w:val="ListBullet"/>
      </w:pPr>
      <w:r>
        <w:t>Ajustar postura del paciente si es posible.</w:t>
      </w:r>
    </w:p>
    <w:p>
      <w:pPr>
        <w:pStyle w:val="ListBullet"/>
      </w:pPr>
      <w:r>
        <w:t>Proporcionar apoyo adicional si es necesario.</w:t>
      </w:r>
    </w:p>
    <w:p>
      <w:pPr>
        <w:pStyle w:val="ListBullet"/>
      </w:pPr>
      <w:r>
        <w:t>Reducir tensión y dolor.</w:t>
      </w:r>
    </w:p>
    <w:p>
      <w:pPr>
        <w:pStyle w:val="ListNumber"/>
      </w:pPr>
      <w:r>
        <w:t>**Vibraciones**</w:t>
      </w:r>
    </w:p>
    <w:p>
      <w:pPr>
        <w:pStyle w:val="ListBullet"/>
      </w:pPr>
      <w:r>
        <w:t>Minimizar vibraciones si es posible (conducción suave).</w:t>
      </w:r>
    </w:p>
    <w:p>
      <w:pPr>
        <w:pStyle w:val="ListBullet"/>
      </w:pPr>
      <w:r>
        <w:t>Acolchar puntos de presión adicionales si es necesario.</w:t>
      </w:r>
    </w:p>
    <w:p>
      <w:pPr>
        <w:pStyle w:val="ListBullet"/>
      </w:pPr>
      <w:r>
        <w:t>Reducir impacto de vibraciones.</w:t>
      </w:r>
    </w:p>
    <w:p>
      <w:pPr>
        <w:pStyle w:val="ListNumber"/>
      </w:pPr>
      <w:r>
        <w:t>**Revisión de vendajes/dispositivos**</w:t>
      </w:r>
    </w:p>
    <w:p>
      <w:pPr>
        <w:pStyle w:val="ListBullet"/>
      </w:pPr>
      <w:r>
        <w:t>Re-verificar que vendajes/dispositivos no causan dolor adicional.</w:t>
      </w:r>
    </w:p>
    <w:p>
      <w:pPr>
        <w:pStyle w:val="ListBullet"/>
      </w:pPr>
      <w:r>
        <w:t>Ajustar si es necesario.</w:t>
      </w:r>
    </w:p>
    <w:p>
      <w:pPr>
        <w:pStyle w:val="ListBullet"/>
      </w:pPr>
      <w:r>
        <w:t>Re-verificar que todo está bien fijado.</w:t>
      </w:r>
    </w:p>
    <w:p>
      <w:r>
        <w:t>────────────────────────────────────────────────────────────</w:t>
      </w:r>
    </w:p>
    <w:p>
      <w:pPr>
        <w:pStyle w:val="Heading2"/>
      </w:pPr>
      <w:r>
        <w:t>3.13.6 Problemas frecuentes y resolución rápida</w:t>
      </w:r>
    </w:p>
    <w:p>
      <w:pPr>
        <w:pStyle w:val="Heading3"/>
      </w:pPr>
      <w:r>
        <w:t>Paciente agitado por dolor: reducir estímulos, re-explicar, pausas, reajustar acolchado/correas</w:t>
      </w:r>
    </w:p>
    <w:p>
      <w:r>
        <w:t>**Causas posibles:**</w:t>
      </w:r>
    </w:p>
    <w:p>
      <w:pPr>
        <w:pStyle w:val="ListBullet"/>
      </w:pPr>
      <w:r>
        <w:t>Dolor intenso.</w:t>
      </w:r>
    </w:p>
    <w:p>
      <w:pPr>
        <w:pStyle w:val="ListBullet"/>
      </w:pPr>
      <w:r>
        <w:t>Ansiedad y miedo.</w:t>
      </w:r>
    </w:p>
    <w:p>
      <w:pPr>
        <w:pStyle w:val="ListBullet"/>
      </w:pPr>
      <w:r>
        <w:t>Estímulos excesivos.</w:t>
      </w:r>
    </w:p>
    <w:p>
      <w:pPr>
        <w:pStyle w:val="ListBullet"/>
      </w:pPr>
      <w:r>
        <w:t>Acolchado/correas que causan dolor.</w:t>
      </w:r>
    </w:p>
    <w:p>
      <w:r>
        <w:t>**Resolución rápida:**</w:t>
      </w:r>
    </w:p>
    <w:p>
      <w:pPr>
        <w:pStyle w:val="ListNumber"/>
      </w:pPr>
      <w:r>
        <w:t>Reducir estímulos (ruido, luz, personal).</w:t>
      </w:r>
    </w:p>
    <w:p>
      <w:pPr>
        <w:pStyle w:val="ListNumber"/>
      </w:pPr>
      <w:r>
        <w:t>Re-explicar brevemente qué se está haciendo.</w:t>
      </w:r>
    </w:p>
    <w:p>
      <w:pPr>
        <w:pStyle w:val="ListNumber"/>
      </w:pPr>
      <w:r>
        <w:t>Hacer pausas cortas si es posible.</w:t>
      </w:r>
    </w:p>
    <w:p>
      <w:pPr>
        <w:pStyle w:val="ListNumber"/>
      </w:pPr>
      <w:r>
        <w:t>Reajustar acolchado/correas (reducir compresión, acolchar mejor).</w:t>
      </w:r>
    </w:p>
    <w:p>
      <w:pPr>
        <w:pStyle w:val="ListNumber"/>
      </w:pPr>
      <w:r>
        <w:t>Verificar que posición es adecuada.</w:t>
      </w:r>
    </w:p>
    <w:p>
      <w:pPr>
        <w:pStyle w:val="ListNumber"/>
      </w:pPr>
      <w:r>
        <w:t>Si persiste: comunicar al médico, considerar alternativas.</w:t>
      </w:r>
    </w:p>
    <w:p>
      <w:r>
        <w:t>────────────────────────────────────────────────────────────</w:t>
      </w:r>
    </w:p>
    <w:p>
      <w:pPr>
        <w:pStyle w:val="Heading3"/>
      </w:pPr>
      <w:r>
        <w:t>Náuseas: posición segura si se puede, aspiración lista, control de entorno</w:t>
      </w:r>
    </w:p>
    <w:p>
      <w:r>
        <w:t>**Causas posibles:**</w:t>
      </w:r>
    </w:p>
    <w:p>
      <w:pPr>
        <w:pStyle w:val="ListBullet"/>
      </w:pPr>
      <w:r>
        <w:t>Náuseas por dolor, ansiedad o lesión.</w:t>
      </w:r>
    </w:p>
    <w:p>
      <w:pPr>
        <w:pStyle w:val="ListBullet"/>
      </w:pPr>
      <w:r>
        <w:t>Necesidad de aspiración.</w:t>
      </w:r>
    </w:p>
    <w:p>
      <w:r>
        <w:t>**Resolución rápida:**</w:t>
      </w:r>
    </w:p>
    <w:p>
      <w:pPr>
        <w:pStyle w:val="ListNumber"/>
      </w:pPr>
      <w:r>
        <w:t>Posicionar de forma segura si es posible (lateral si no hay contraindicación).</w:t>
      </w:r>
    </w:p>
    <w:p>
      <w:pPr>
        <w:pStyle w:val="ListNumber"/>
      </w:pPr>
      <w:r>
        <w:t>Preparar aspiración (ver 3.2).</w:t>
      </w:r>
    </w:p>
    <w:p>
      <w:pPr>
        <w:pStyle w:val="ListNumber"/>
      </w:pPr>
      <w:r>
        <w:t>Controlar entorno (reducir estímulos, privacidad).</w:t>
      </w:r>
    </w:p>
    <w:p>
      <w:pPr>
        <w:pStyle w:val="ListNumber"/>
      </w:pPr>
      <w:r>
        <w:t>Tener aspiración lista para usar si es necesario.</w:t>
      </w:r>
    </w:p>
    <w:p>
      <w:r>
        <w:t>**Enlace:**</w:t>
      </w:r>
    </w:p>
    <w:p>
      <w:pPr>
        <w:pStyle w:val="ListBullet"/>
      </w:pPr>
      <w:r>
        <w:t>Ver 3.2 – Aspiración: Material y Uso Seguro para técnicas de aspiración.</w:t>
      </w:r>
    </w:p>
    <w:p>
      <w:r>
        <w:t>────────────────────────────────────────────────────────────</w:t>
      </w:r>
    </w:p>
    <w:p>
      <w:pPr>
        <w:pStyle w:val="Heading2"/>
      </w:pPr>
      <w:r>
        <w:t>3.13.7 Errores críticos y señales de alarma</w:t>
      </w:r>
    </w:p>
    <w:p>
      <w:pPr>
        <w:pStyle w:val="Heading3"/>
      </w:pPr>
      <w:r>
        <w:t>Errores críticos</w:t>
      </w:r>
    </w:p>
    <w:p>
      <w:r>
        <w:t>**Error 1: Ignorar dolor y "forzar" maniobras sin preparación**</w:t>
      </w:r>
    </w:p>
    <w:p>
      <w:pPr>
        <w:pStyle w:val="ListBullet"/>
      </w:pPr>
      <w:r>
        <w:t>❌ Ignorar dolor del paciente y forzar maniobras sin preparación ni explicación.</w:t>
      </w:r>
    </w:p>
    <w:p>
      <w:pPr>
        <w:pStyle w:val="ListBullet"/>
      </w:pPr>
      <w:r>
        <w:t>**Consecuencia:** Mayor sufrimiento, pérdida de cooperación, riesgo de lesión, errores.</w:t>
      </w:r>
    </w:p>
    <w:p>
      <w:pPr>
        <w:pStyle w:val="ListBullet"/>
      </w:pPr>
      <w:r>
        <w:t>**Prevención:** Explicar antes de tocar, anticipar sensaciones, aplicar medidas no farmacológicas, no forzar sin preparación.</w:t>
      </w:r>
    </w:p>
    <w:p>
      <w:r>
        <w:t>**Error 2: Correas/apoyos que generan dolor intenso o compromiso distal**</w:t>
      </w:r>
    </w:p>
    <w:p>
      <w:pPr>
        <w:pStyle w:val="ListBullet"/>
      </w:pPr>
      <w:r>
        <w:t>❌ Ajustar correas/apoyos que generan dolor intenso o compromiso circulatorio distal.</w:t>
      </w:r>
    </w:p>
    <w:p>
      <w:pPr>
        <w:pStyle w:val="ListBullet"/>
      </w:pPr>
      <w:r>
        <w:t>**Consecuencia:** Dolor intenso, compromiso circulatorio, lesión secundaria.</w:t>
      </w:r>
    </w:p>
    <w:p>
      <w:pPr>
        <w:pStyle w:val="ListBullet"/>
      </w:pPr>
      <w:r>
        <w:t>**Prevención:** Ajustar correas sin compresión excesiva, acolchar bajo correas, verificar circulación distal, ajustar si es necesario.</w:t>
      </w:r>
    </w:p>
    <w:p>
      <w:r>
        <w:t>**Error 3: Exposición prolongada por falta de organización**</w:t>
      </w:r>
    </w:p>
    <w:p>
      <w:pPr>
        <w:pStyle w:val="ListBullet"/>
      </w:pPr>
      <w:r>
        <w:t>❌ Exponer al paciente durante tiempo prolongado por falta de organización.</w:t>
      </w:r>
    </w:p>
    <w:p>
      <w:pPr>
        <w:pStyle w:val="ListBullet"/>
      </w:pPr>
      <w:r>
        <w:t>**Consecuencia:** Hipotermia, pérdida de privacidad, mayor sufrimiento.</w:t>
      </w:r>
    </w:p>
    <w:p>
      <w:pPr>
        <w:pStyle w:val="ListBullet"/>
      </w:pPr>
      <w:r>
        <w:t>**Prevención:** Planificar intervención, exponer solo lo necesario, cubrir inmediatamente después de intervenir.</w:t>
      </w:r>
    </w:p>
    <w:p>
      <w:r>
        <w:t>────────────────────────────────────────────────────────────</w:t>
      </w:r>
    </w:p>
    <w:p>
      <w:pPr>
        <w:pStyle w:val="Heading3"/>
      </w:pPr>
      <w:r>
        <w:t>Señales de alarma (cuándo parar y reevaluar)</w:t>
      </w:r>
    </w:p>
    <w:p>
      <w:r>
        <w:t>**Señal de alarma 1: Paciente no coopera por dolor intenso**</w:t>
      </w:r>
    </w:p>
    <w:p>
      <w:pPr>
        <w:pStyle w:val="ListBullet"/>
      </w:pPr>
      <w:r>
        <w:t>**Acción:** Parar, reducir estímulos, re-explicar, hacer pausas, reajustar acolchado/correas, verificar posición.</w:t>
      </w:r>
    </w:p>
    <w:p>
      <w:pPr>
        <w:pStyle w:val="ListBullet"/>
      </w:pPr>
      <w:r>
        <w:t>**Si persiste:** Comunicar al médico, considerar alternativas.</w:t>
      </w:r>
    </w:p>
    <w:p>
      <w:r>
        <w:t>**Señal de alarma 2: Compromiso circulatorio por correas/apoyos**</w:t>
      </w:r>
    </w:p>
    <w:p>
      <w:pPr>
        <w:pStyle w:val="ListBullet"/>
      </w:pPr>
      <w:r>
        <w:t>**Acción:** Parar, reducir compresión de correas/apoyos, verificar circulación distal, ajustar.</w:t>
      </w:r>
    </w:p>
    <w:p>
      <w:pPr>
        <w:pStyle w:val="ListBullet"/>
      </w:pPr>
      <w:r>
        <w:t>**Si persiste:** Comunicar al médico, ajustar técnica.</w:t>
      </w:r>
    </w:p>
    <w:p>
      <w:r>
        <w:t>**Señal de alarma 3: Hipotermia por exposición prolongada**</w:t>
      </w:r>
    </w:p>
    <w:p>
      <w:pPr>
        <w:pStyle w:val="ListBullet"/>
      </w:pPr>
      <w:r>
        <w:t>**Acción:** Parar, cubrir inmediatamente, aplicar control térmico, reducir exposición.</w:t>
      </w:r>
    </w:p>
    <w:p>
      <w:pPr>
        <w:pStyle w:val="ListBullet"/>
      </w:pPr>
      <w:r>
        <w:t>**Prevención:** Planificar intervención, exponer solo lo necesario, cubrir inmediatamente.</w:t>
      </w:r>
    </w:p>
    <w:p>
      <w:r>
        <w:t>**Principio:**</w:t>
      </w:r>
    </w:p>
    <w:p>
      <w:pPr>
        <w:pStyle w:val="ListBullet"/>
      </w:pPr>
      <w:r>
        <w:t>**Si hay señal de alarma: PARAR, RE-EVALUAR, AJUSTAR, COMUNICAR.**</w:t>
      </w:r>
    </w:p>
    <w:p>
      <w:pPr>
        <w:pStyle w:val="ListBullet"/>
      </w:pPr>
      <w:r>
        <w:t>**No continuar si hay riesgo para paciente o sufrimiento es excesivo.**</w:t>
      </w:r>
    </w:p>
    <w:p>
      <w:r>
        <w:t>────────────────────────────────────────────────────────────</w:t>
      </w:r>
    </w:p>
    <w:p>
      <w:pPr>
        <w:pStyle w:val="Heading2"/>
      </w:pPr>
      <w:r>
        <w:t>3.13.8 Puntos clave TES</w:t>
      </w:r>
    </w:p>
    <w:p>
      <w:pPr>
        <w:pStyle w:val="ListBullet"/>
      </w:pPr>
      <w:r>
        <w:t>**Dolor + miedo = peor cooperación** (reducir dolor y miedo mejora cooperación y seguridad).</w:t>
      </w:r>
    </w:p>
    <w:p>
      <w:pPr>
        <w:pStyle w:val="ListBullet"/>
      </w:pPr>
      <w:r>
        <w:t>**Explicar antes de tocar; anticipar sensaciones** (preparar al paciente, reducir ansiedad).</w:t>
      </w:r>
    </w:p>
    <w:p>
      <w:pPr>
        <w:pStyle w:val="ListBullet"/>
      </w:pPr>
      <w:r>
        <w:t>**Posición y apoyo como "analgesia logística"** (posición adecuada y apoyo reducen dolor).</w:t>
      </w:r>
    </w:p>
    <w:p>
      <w:pPr>
        <w:pStyle w:val="ListBullet"/>
      </w:pPr>
      <w:r>
        <w:t>**Control térmico y privacidad como prioridad** (aplicar desde el inicio, mantener durante todo el proceso).</w:t>
      </w:r>
    </w:p>
    <w:p>
      <w:pPr>
        <w:pStyle w:val="ListBullet"/>
      </w:pPr>
      <w:r>
        <w:t>**Acolchado en puntos clave** (puntos de presión, bordes duros, correas: occipucio, sacro, talones, maléolos).</w:t>
      </w:r>
    </w:p>
    <w:p>
      <w:pPr>
        <w:pStyle w:val="ListBullet"/>
      </w:pPr>
      <w:r>
        <w:t>**Reducción de estímulos** (ruido, luz, exceso de personal: crear ambiente más tranquilo).</w:t>
      </w:r>
    </w:p>
    <w:p>
      <w:pPr>
        <w:pStyle w:val="ListBullet"/>
      </w:pPr>
      <w:r>
        <w:t>**Pausas cortas planificadas en maniobras largas** (permiten recuperación, mejoran cooperación).</w:t>
      </w:r>
    </w:p>
    <w:p>
      <w:pPr>
        <w:pStyle w:val="ListBullet"/>
      </w:pPr>
      <w:r>
        <w:t>**Preparar aspiración si riesgo de náusea/vómito** (medida preventiva, reduce ansiedad).</w:t>
      </w:r>
    </w:p>
    <w:p>
      <w:pPr>
        <w:pStyle w:val="ListBullet"/>
      </w:pPr>
      <w:r>
        <w:t>**Durante curas: ritmo, avisos, pausas, fijación sin pellizcos** (trabajar con ritmo adecuado, avisar antes de acciones, hacer pausas si es necesario).</w:t>
      </w:r>
    </w:p>
    <w:p>
      <w:pPr>
        <w:pStyle w:val="ListBullet"/>
      </w:pPr>
      <w:r>
        <w:t>**Durante inmovilización: ajuste de correas, protección de piel, reevaluación tras cada movimiento** (sin compresión excesiva, acolchar bajo correas, re-verificar después de movimientos).</w:t>
      </w:r>
    </w:p>
    <w:p>
      <w:pPr>
        <w:pStyle w:val="ListBullet"/>
      </w:pPr>
      <w:r>
        <w:t>**Durante traslado: control térmico, postura, vibraciones, revisión de vendajes/dispositivos** (mantener temperatura, ajustar postura, minimizar vibraciones, re-verificar).</w:t>
      </w:r>
    </w:p>
    <w:p>
      <w:pPr>
        <w:pStyle w:val="ListBullet"/>
      </w:pPr>
      <w:r>
        <w:t>**NUNCA ignorar dolor y "forzar" maniobras sin preparación** (explicar, anticipar, aplicar medidas no farmacológicas).</w:t>
      </w:r>
    </w:p>
    <w:p>
      <w:pPr>
        <w:pStyle w:val="ListBullet"/>
      </w:pPr>
      <w:r>
        <w:t>**Un TES lesionado detiene la asistencia:** aplicar ergonomía (postura correcta, prevenir lesiones durante manejo de paciente).</w:t>
      </w:r>
    </w:p>
    <w:p>
      <w:r>
        <w:t>────────────────────────────────────────────────────────────</w:t>
      </w:r>
    </w:p>
    <w:p>
      <w:pPr>
        <w:pStyle w:val="Heading2"/>
      </w:pPr>
      <w:r>
        <w:t>3.13.9 Cierre del capítulo</w:t>
      </w:r>
    </w:p>
    <w:p>
      <w:r>
        <w:t>Este capítulo se integra con:</w:t>
      </w:r>
    </w:p>
    <w:p>
      <w:pPr>
        <w:pStyle w:val="ListBullet"/>
      </w:pPr>
      <w:r>
        <w:t>**3.6 – Control de Hemorragias y Material de Curas** (confort durante curas)</w:t>
      </w:r>
    </w:p>
    <w:p>
      <w:pPr>
        <w:pStyle w:val="ListBullet"/>
      </w:pPr>
      <w:r>
        <w:t>**3.7 – Quemaduras: Material y Manejo Operativo** (confort durante manejo de quemaduras)</w:t>
      </w:r>
    </w:p>
    <w:p>
      <w:pPr>
        <w:pStyle w:val="ListBullet"/>
      </w:pPr>
      <w:r>
        <w:t>**3.8 – Heridas, Vendajes y Manejo de Lesiones Abiertas** (confort durante vendajes)</w:t>
      </w:r>
    </w:p>
    <w:p>
      <w:pPr>
        <w:pStyle w:val="ListBullet"/>
      </w:pPr>
      <w:r>
        <w:t>**3.9 – Exposición, Aislamiento Térmico y Prevención de Hipotermia** (control térmico como prioridad)</w:t>
      </w:r>
    </w:p>
    <w:p>
      <w:pPr>
        <w:pStyle w:val="ListBullet"/>
      </w:pPr>
      <w:r>
        <w:t>**3.2 – Aspiración: Material y Uso Seguro** (preparación de aspiración como medida preventiva)</w:t>
      </w:r>
    </w:p>
    <w:p>
      <w:pPr>
        <w:pStyle w:val="ListBullet"/>
      </w:pPr>
      <w:r>
        <w:t>**Bloque 2 – Inmovilización y Movilización** (2.8, 2.13: confort durante inmovilización y traslado)</w:t>
      </w:r>
    </w:p>
    <w:p>
      <w:r>
        <w:t>**Transición:**</w:t>
      </w:r>
    </w:p>
    <w:p>
      <w:pPr>
        <w:pStyle w:val="ListBullet"/>
      </w:pPr>
      <w:r>
        <w:t>Este capítulo proporciona técnicas operativas de **confort y control ambiental sin fármacos**.</w:t>
      </w:r>
    </w:p>
    <w:p>
      <w:pPr>
        <w:pStyle w:val="ListBullet"/>
      </w:pPr>
      <w:r>
        <w:t>Los capítulos siguientes desarrollan **bioseguridad (3.14)**, **gestión de material (3.15)** y **comunicación (3.16)**.</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Este capítulo es **soporte operativo**, no sustituye protocolos clínicos</w:t>
      </w:r>
    </w:p>
    <w:p>
      <w:pPr>
        <w:pStyle w:val="ListBullet"/>
      </w:pPr>
      <w:r>
        <w:t>**No incluye administración de medicación** (solo medidas no farmacológicas)</w:t>
      </w:r>
    </w:p>
    <w:p>
      <w:pPr>
        <w:pStyle w:val="ListBullet"/>
      </w:pPr>
      <w:r>
        <w:t>**Control térmico y privacidad son prioritarios** (aplicar desde el inicio)</w:t>
      </w:r>
    </w:p>
    <w:p>
      <w:pPr>
        <w:pStyle w:val="ListBullet"/>
      </w:pPr>
      <w:r>
        <w:t>**Explicar antes de tocar** (reducir ansiedad, mejorar cooperación)</w:t>
      </w:r>
    </w:p>
    <w:p>
      <w:r>
        <w:t>**Principios No Negociables:**</w:t>
      </w:r>
    </w:p>
    <w:p>
      <w:pPr>
        <w:pStyle w:val="ListBullet"/>
      </w:pPr>
      <w:r>
        <w:t>**NUNCA ignorar** dolor y "forzar" maniobras sin preparación</w:t>
      </w:r>
    </w:p>
    <w:p>
      <w:pPr>
        <w:pStyle w:val="ListBullet"/>
      </w:pPr>
      <w:r>
        <w:t>**NUNCA ajustar** correas que generan dolor intenso o compromiso distal</w:t>
      </w:r>
    </w:p>
    <w:p>
      <w:pPr>
        <w:pStyle w:val="ListBullet"/>
      </w:pPr>
      <w:r>
        <w:t>**NUNCA exponer** prolongadamente por falta de organización</w:t>
      </w:r>
    </w:p>
    <w:p>
      <w:pPr>
        <w:pStyle w:val="ListBullet"/>
      </w:pPr>
      <w:r>
        <w:t>**SIEMPRE explicar** antes de tocar</w:t>
      </w:r>
    </w:p>
    <w:p>
      <w:pPr>
        <w:pStyle w:val="ListBullet"/>
      </w:pPr>
      <w:r>
        <w:t>**SIEMPRE aplicar** control térmico y privacidad</w:t>
      </w:r>
    </w:p>
    <w:p>
      <w:pPr>
        <w:pStyle w:val="ListBullet"/>
      </w:pPr>
      <w:r>
        <w:t>**SIEMPRE acolchar** puntos de presión y correas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3.14 – Bioseguridad y descontaminación del material (post-servicio)</w:t>
      </w:r>
    </w:p>
    <w:p>
      <w:pPr>
        <w:pStyle w:val="Heading1"/>
      </w:pPr>
      <w:r>
        <w:t>3.14 – Bioseguridad y descontaminación del material (post-servicio)</w:t>
      </w:r>
    </w:p>
    <w:p>
      <w:pPr>
        <w:pStyle w:val="Heading2"/>
      </w:pPr>
      <w:r>
        <w:t>Manual TES Digital – Limpieza y desinfección post-servicio</w:t>
      </w:r>
    </w:p>
    <w:p>
      <w:r>
        <w:t>**Versión:** 1.0</w:t>
      </w:r>
    </w:p>
    <w:p>
      <w:r>
        <w:t>**Fecha:** 2024-12-13</w:t>
      </w:r>
    </w:p>
    <w:p>
      <w:r>
        <w:t>**Tipo:** Bloque Operativo - Procedimiento TES</w:t>
      </w:r>
    </w:p>
    <w:p>
      <w:r>
        <w:t>────────────────────────────────────────────────────────────</w:t>
      </w:r>
    </w:p>
    <w:p>
      <w:pPr>
        <w:pStyle w:val="Heading2"/>
      </w:pPr>
      <w:r>
        <w:t>3.14.1 Objetivo operativo</w:t>
      </w:r>
    </w:p>
    <w:p>
      <w:r>
        <w:t>Evitar contaminación cruzada y asegurar que el material queda **listo para el siguiente servicio**, con circuito limpio/sucio y gestión segura de residuos, integrando la descontaminación con **organización de maletines (3.5, 3.X2, 3.X3) y documentación (3.18)**.</w:t>
      </w:r>
    </w:p>
    <w:p>
      <w:r>
        <w:t>Este capítulo se centra en **procedimientos generales, circuitos limpio/sucio y gestión segura**, no en marcas comerciales ni protocolos internos específicos.</w:t>
      </w:r>
    </w:p>
    <w:p>
      <w:r>
        <w:t>────────────────────────────────────────────────────────────</w:t>
      </w:r>
    </w:p>
    <w:p>
      <w:pPr>
        <w:pStyle w:val="Heading2"/>
      </w:pPr>
      <w:r>
        <w:t>3.14.2 Alcance y límites</w:t>
      </w:r>
    </w:p>
    <w:p>
      <w:pPr>
        <w:pStyle w:val="Heading3"/>
      </w:pPr>
      <w:r>
        <w:t>Alcance del capítulo</w:t>
      </w:r>
    </w:p>
    <w:p>
      <w:r>
        <w:t>Este capítulo cubre:</w:t>
      </w:r>
    </w:p>
    <w:p>
      <w:pPr>
        <w:pStyle w:val="ListBullet"/>
      </w:pPr>
      <w:r>
        <w:t>**Procedimientos generales** de limpieza y desinfección post-servicio.</w:t>
      </w:r>
    </w:p>
    <w:p>
      <w:pPr>
        <w:pStyle w:val="ListBullet"/>
      </w:pPr>
      <w:r>
        <w:t>**Circuitos limpio/sucio** y gestión de residuos.</w:t>
      </w:r>
    </w:p>
    <w:p>
      <w:pPr>
        <w:pStyle w:val="ListBullet"/>
      </w:pPr>
      <w:r>
        <w:t>**Descontaminación** de material reutilizable.</w:t>
      </w:r>
    </w:p>
    <w:p>
      <w:pPr>
        <w:pStyle w:val="ListBullet"/>
      </w:pPr>
      <w:r>
        <w:t>**Integración** con organización de maletines y documentación.</w:t>
      </w:r>
    </w:p>
    <w:p>
      <w:pPr>
        <w:pStyle w:val="Heading3"/>
      </w:pPr>
      <w:r>
        <w:t>Límites del capítulo</w:t>
      </w:r>
    </w:p>
    <w:p>
      <w:r>
        <w:t>**Este capítulo NO cubre:**</w:t>
      </w:r>
    </w:p>
    <w:p>
      <w:pPr>
        <w:pStyle w:val="ListBullet"/>
      </w:pPr>
      <w:r>
        <w:t>Marcas comerciales específicas de productos.</w:t>
      </w:r>
    </w:p>
    <w:p>
      <w:pPr>
        <w:pStyle w:val="ListBullet"/>
      </w:pPr>
      <w:r>
        <w:t>Protocolos internos específicos de cada servicio.</w:t>
      </w:r>
    </w:p>
    <w:p>
      <w:pPr>
        <w:pStyle w:val="ListBullet"/>
      </w:pPr>
      <w:r>
        <w:t>Mantenimiento técnico avanzado.</w:t>
      </w:r>
    </w:p>
    <w:p>
      <w:r>
        <w:t>**Este capítulo SÍ cubre:**</w:t>
      </w:r>
    </w:p>
    <w:p>
      <w:pPr>
        <w:pStyle w:val="ListBullet"/>
      </w:pPr>
      <w:r>
        <w:t>Procedimientos generales de limpieza y desinfección.</w:t>
      </w:r>
    </w:p>
    <w:p>
      <w:pPr>
        <w:pStyle w:val="ListBullet"/>
      </w:pPr>
      <w:r>
        <w:t>Circuitos limpio/sucio y gestión de residuos.</w:t>
      </w:r>
    </w:p>
    <w:p>
      <w:pPr>
        <w:pStyle w:val="ListBullet"/>
      </w:pPr>
      <w:r>
        <w:t>Integración con organización de maletines.</w:t>
      </w:r>
    </w:p>
    <w:p>
      <w:r>
        <w:t>**Nota:** Este capítulo se adapta a protocolos internos de cada servicio. Seguir protocolo del servicio cuando difiera.</w:t>
      </w:r>
    </w:p>
    <w:p>
      <w:r>
        <w:t>────────────────────────────────────────────────────────────</w:t>
      </w:r>
    </w:p>
    <w:p>
      <w:pPr>
        <w:pStyle w:val="Heading2"/>
      </w:pPr>
      <w:r>
        <w:t>3.14.3 Principios TES</w:t>
      </w:r>
    </w:p>
    <w:p>
      <w:pPr>
        <w:pStyle w:val="Heading3"/>
      </w:pPr>
      <w:r>
        <w:t>"Cero punzantes fuera de contenedor"</w:t>
      </w:r>
    </w:p>
    <w:p>
      <w:r>
        <w:t>**Principio crítico:**</w:t>
      </w:r>
    </w:p>
    <w:p>
      <w:pPr>
        <w:pStyle w:val="ListBullet"/>
      </w:pPr>
      <w:r>
        <w:t>**NUNCA dejar punzantes fuera del contenedor.**</w:t>
      </w:r>
    </w:p>
    <w:p>
      <w:pPr>
        <w:pStyle w:val="ListBullet"/>
      </w:pPr>
      <w:r>
        <w:t>Todos los punzantes deben estar en contenedor.</w:t>
      </w:r>
    </w:p>
    <w:p>
      <w:pPr>
        <w:pStyle w:val="ListBullet"/>
      </w:pPr>
      <w:r>
        <w:t>Contenedor siempre accesible y visible.</w:t>
      </w:r>
    </w:p>
    <w:p>
      <w:r>
        <w:t>**Técnica:**</w:t>
      </w:r>
    </w:p>
    <w:p>
      <w:pPr>
        <w:pStyle w:val="ListNumber"/>
      </w:pPr>
      <w:r>
        <w:t>Usar contenedor siempre.</w:t>
      </w:r>
    </w:p>
    <w:p>
      <w:pPr>
        <w:pStyle w:val="ListNumber"/>
      </w:pPr>
      <w:r>
        <w:t>Colocar punzantes directamente en contenedor (sin recapar).</w:t>
      </w:r>
    </w:p>
    <w:p>
      <w:pPr>
        <w:pStyle w:val="ListNumber"/>
      </w:pPr>
      <w:r>
        <w:t>Verificar que no hay punzantes fuera del contenedor.</w:t>
      </w:r>
    </w:p>
    <w:p>
      <w:pPr>
        <w:pStyle w:val="ListNumber"/>
      </w:pPr>
      <w:r>
        <w:t>Cerrar contenedor cuando esté lleno o al finalizar servicio.</w:t>
      </w:r>
    </w:p>
    <w:p>
      <w:r>
        <w:t>────────────────────────────────────────────────────────────</w:t>
      </w:r>
    </w:p>
    <w:p>
      <w:pPr>
        <w:pStyle w:val="Heading3"/>
      </w:pPr>
      <w:r>
        <w:t>Zona sucia separada de zona limpia</w:t>
      </w:r>
    </w:p>
    <w:p>
      <w:r>
        <w:t>**Principio:**</w:t>
      </w:r>
    </w:p>
    <w:p>
      <w:pPr>
        <w:pStyle w:val="ListBullet"/>
      </w:pPr>
      <w:r>
        <w:t>Separar zona sucia de zona limpia.</w:t>
      </w:r>
    </w:p>
    <w:p>
      <w:pPr>
        <w:pStyle w:val="ListBullet"/>
      </w:pPr>
      <w:r>
        <w:t>No mezclar material sucio con material limpio.</w:t>
      </w:r>
    </w:p>
    <w:p>
      <w:pPr>
        <w:pStyle w:val="ListBullet"/>
      </w:pPr>
      <w:r>
        <w:t>Prevenir contaminación cruzada.</w:t>
      </w:r>
    </w:p>
    <w:p>
      <w:r>
        <w:t>**Técnica:**</w:t>
      </w:r>
    </w:p>
    <w:p>
      <w:pPr>
        <w:pStyle w:val="ListNumber"/>
      </w:pPr>
      <w:r>
        <w:t>Organizar zonas (sucia y limpia).</w:t>
      </w:r>
    </w:p>
    <w:p>
      <w:pPr>
        <w:pStyle w:val="ListNumber"/>
      </w:pPr>
      <w:r>
        <w:t>Trabajar en zona sucia para limpieza.</w:t>
      </w:r>
    </w:p>
    <w:p>
      <w:pPr>
        <w:pStyle w:val="ListNumber"/>
      </w:pPr>
      <w:r>
        <w:t>Trabajar en zona limpia para material limpio.</w:t>
      </w:r>
    </w:p>
    <w:p>
      <w:pPr>
        <w:pStyle w:val="ListNumber"/>
      </w:pPr>
      <w:r>
        <w:t>No mezclar material sucio con material limpio.</w:t>
      </w:r>
    </w:p>
    <w:p>
      <w:r>
        <w:t>────────────────────────────────────────────────────────────</w:t>
      </w:r>
    </w:p>
    <w:p>
      <w:pPr>
        <w:pStyle w:val="Heading3"/>
      </w:pPr>
      <w:r>
        <w:t>No contaminar mochilas/maletines</w:t>
      </w:r>
    </w:p>
    <w:p>
      <w:r>
        <w:t>**Principio:**</w:t>
      </w:r>
    </w:p>
    <w:p>
      <w:pPr>
        <w:pStyle w:val="ListBullet"/>
      </w:pPr>
      <w:r>
        <w:t>No contaminar mochilas/maletines con material sucio.</w:t>
      </w:r>
    </w:p>
    <w:p>
      <w:pPr>
        <w:pStyle w:val="ListBullet"/>
      </w:pPr>
      <w:r>
        <w:t>Material limpio en mochilas/maletines limpios.</w:t>
      </w:r>
    </w:p>
    <w:p>
      <w:pPr>
        <w:pStyle w:val="ListBullet"/>
      </w:pPr>
      <w:r>
        <w:t>Prevenir contaminación cruzada.</w:t>
      </w:r>
    </w:p>
    <w:p>
      <w:r>
        <w:t>**Técnica:**</w:t>
      </w:r>
    </w:p>
    <w:p>
      <w:pPr>
        <w:pStyle w:val="ListNumber"/>
      </w:pPr>
      <w:r>
        <w:t>Limpiar material antes de guardar en mochilas/maletines.</w:t>
      </w:r>
    </w:p>
    <w:p>
      <w:pPr>
        <w:pStyle w:val="ListNumber"/>
      </w:pPr>
      <w:r>
        <w:t>Verificar que material está limpio antes de guardar.</w:t>
      </w:r>
    </w:p>
    <w:p>
      <w:pPr>
        <w:pStyle w:val="ListNumber"/>
      </w:pPr>
      <w:r>
        <w:t>No guardar material sucio en mochilas/maletines.</w:t>
      </w:r>
    </w:p>
    <w:p>
      <w:r>
        <w:t>────────────────────────────────────────────────────────────</w:t>
      </w:r>
    </w:p>
    <w:p>
      <w:pPr>
        <w:pStyle w:val="Heading3"/>
      </w:pPr>
      <w:r>
        <w:t>Reposición inmediata de consumibles críticos</w:t>
      </w:r>
    </w:p>
    <w:p>
      <w:r>
        <w:t>**Principio:**</w:t>
      </w:r>
    </w:p>
    <w:p>
      <w:pPr>
        <w:pStyle w:val="ListBullet"/>
      </w:pPr>
      <w:r>
        <w:t>Reponer consumibles críticos inmediatamente después de uso.</w:t>
      </w:r>
    </w:p>
    <w:p>
      <w:pPr>
        <w:pStyle w:val="ListBullet"/>
      </w:pPr>
      <w:r>
        <w:t>No dejar material crítico sin reponer.</w:t>
      </w:r>
    </w:p>
    <w:p>
      <w:pPr>
        <w:pStyle w:val="ListBullet"/>
      </w:pPr>
      <w:r>
        <w:t>Asegurar que material está listo para siguiente servicio.</w:t>
      </w:r>
    </w:p>
    <w:p>
      <w:r>
        <w:t>**Técnica:**</w:t>
      </w:r>
    </w:p>
    <w:p>
      <w:pPr>
        <w:pStyle w:val="ListNumber"/>
      </w:pPr>
      <w:r>
        <w:t>Identificar consumibles críticos usados.</w:t>
      </w:r>
    </w:p>
    <w:p>
      <w:pPr>
        <w:pStyle w:val="ListNumber"/>
      </w:pPr>
      <w:r>
        <w:t>Reponer inmediatamente después de limpieza.</w:t>
      </w:r>
    </w:p>
    <w:p>
      <w:pPr>
        <w:pStyle w:val="ListNumber"/>
      </w:pPr>
      <w:r>
        <w:t>Verificar que reposición es completa.</w:t>
      </w:r>
    </w:p>
    <w:p>
      <w:r>
        <w:t>────────────────────────────────────────────────────────────</w:t>
      </w:r>
    </w:p>
    <w:p>
      <w:pPr>
        <w:pStyle w:val="Heading2"/>
      </w:pPr>
      <w:r>
        <w:t>3.14.4 Material y zonas de trabajo</w:t>
      </w:r>
    </w:p>
    <w:p>
      <w:pPr>
        <w:pStyle w:val="Heading3"/>
      </w:pPr>
      <w:r>
        <w:t>EPI (guantes, ocular/mascarilla si salpicaduras)</w:t>
      </w:r>
    </w:p>
    <w:p>
      <w:r>
        <w:t>**Guantes:**</w:t>
      </w:r>
    </w:p>
    <w:p>
      <w:pPr>
        <w:pStyle w:val="ListBullet"/>
      </w:pPr>
      <w:r>
        <w:t>Guantes para limpieza y desinfección.</w:t>
      </w:r>
    </w:p>
    <w:p>
      <w:pPr>
        <w:pStyle w:val="ListBullet"/>
      </w:pPr>
      <w:r>
        <w:t>Cambiar guantes si se contaminan.</w:t>
      </w:r>
    </w:p>
    <w:p>
      <w:pPr>
        <w:pStyle w:val="ListBullet"/>
      </w:pPr>
      <w:r>
        <w:t>Retirar guantes correctamente después de uso.</w:t>
      </w:r>
    </w:p>
    <w:p>
      <w:r>
        <w:t>**Protección ocular/mascarilla:**</w:t>
      </w:r>
    </w:p>
    <w:p>
      <w:pPr>
        <w:pStyle w:val="ListBullet"/>
      </w:pPr>
      <w:r>
        <w:t>Protección ocular si hay riesgo de salpicaduras.</w:t>
      </w:r>
    </w:p>
    <w:p>
      <w:pPr>
        <w:pStyle w:val="ListBullet"/>
      </w:pPr>
      <w:r>
        <w:t>Mascarilla si hay riesgo de aerosoles.</w:t>
      </w:r>
    </w:p>
    <w:p>
      <w:pPr>
        <w:pStyle w:val="ListBullet"/>
      </w:pPr>
      <w:r>
        <w:t>Protección facial completa si riesgo es alto.</w:t>
      </w:r>
    </w:p>
    <w:p>
      <w:r>
        <w:t>**Verificación:**</w:t>
      </w:r>
    </w:p>
    <w:p>
      <w:pPr>
        <w:pStyle w:val="ListBullet"/>
      </w:pPr>
      <w:r>
        <w:t>Verificar que EPI está disponible.</w:t>
      </w:r>
    </w:p>
    <w:p>
      <w:pPr>
        <w:pStyle w:val="ListBullet"/>
      </w:pPr>
      <w:r>
        <w:t>Verificar que está en buen estado.</w:t>
      </w:r>
    </w:p>
    <w:p>
      <w:pPr>
        <w:pStyle w:val="ListBullet"/>
      </w:pPr>
      <w:r>
        <w:t>Usar según riesgo.</w:t>
      </w:r>
    </w:p>
    <w:p>
      <w:r>
        <w:t>────────────────────────────────────────────────────────────</w:t>
      </w:r>
    </w:p>
    <w:p>
      <w:pPr>
        <w:pStyle w:val="Heading3"/>
      </w:pPr>
      <w:r>
        <w:t>Bolsas de residuos (bio/no bio), contenedor punzantes</w:t>
      </w:r>
    </w:p>
    <w:p>
      <w:r>
        <w:t>**Bolsas de residuos biológicos:**</w:t>
      </w:r>
    </w:p>
    <w:p>
      <w:pPr>
        <w:pStyle w:val="ListBullet"/>
      </w:pPr>
      <w:r>
        <w:t>Bolsas para residuos biológicos.</w:t>
      </w:r>
    </w:p>
    <w:p>
      <w:pPr>
        <w:pStyle w:val="ListBullet"/>
      </w:pPr>
      <w:r>
        <w:t>Gestión según protocolo.</w:t>
      </w:r>
    </w:p>
    <w:p>
      <w:r>
        <w:t>**Bolsas de residuos no biológicos:**</w:t>
      </w:r>
    </w:p>
    <w:p>
      <w:pPr>
        <w:pStyle w:val="ListBullet"/>
      </w:pPr>
      <w:r>
        <w:t>Bolsas para residuos no biológicos.</w:t>
      </w:r>
    </w:p>
    <w:p>
      <w:pPr>
        <w:pStyle w:val="ListBullet"/>
      </w:pPr>
      <w:r>
        <w:t>Gestión según protocolo.</w:t>
      </w:r>
    </w:p>
    <w:p>
      <w:r>
        <w:t>**Contenedor de punzantes:**</w:t>
      </w:r>
    </w:p>
    <w:p>
      <w:pPr>
        <w:pStyle w:val="ListBullet"/>
      </w:pPr>
      <w:r>
        <w:t>Contenedor para punzantes.</w:t>
      </w:r>
    </w:p>
    <w:p>
      <w:pPr>
        <w:pStyle w:val="ListBullet"/>
      </w:pPr>
      <w:r>
        <w:t>Gestión según protocolo.</w:t>
      </w:r>
    </w:p>
    <w:p>
      <w:r>
        <w:t>**Verificación:**</w:t>
      </w:r>
    </w:p>
    <w:p>
      <w:pPr>
        <w:pStyle w:val="ListBullet"/>
      </w:pPr>
      <w:r>
        <w:t>Verificar que bolsas están disponibles.</w:t>
      </w:r>
    </w:p>
    <w:p>
      <w:pPr>
        <w:pStyle w:val="ListBullet"/>
      </w:pPr>
      <w:r>
        <w:t>Verificar que contenedor de punzantes está disponible.</w:t>
      </w:r>
    </w:p>
    <w:p>
      <w:pPr>
        <w:pStyle w:val="ListBullet"/>
      </w:pPr>
      <w:r>
        <w:t>Verificar que no está lleno.</w:t>
      </w:r>
    </w:p>
    <w:p>
      <w:r>
        <w:t>────────────────────────────────────────────────────────────</w:t>
      </w:r>
    </w:p>
    <w:p>
      <w:pPr>
        <w:pStyle w:val="Heading3"/>
      </w:pPr>
      <w:r>
        <w:t>Paños/toallitas/desinfectante según protocolo</w:t>
      </w:r>
    </w:p>
    <w:p>
      <w:r>
        <w:t>**Paños/toallitas:**</w:t>
      </w:r>
    </w:p>
    <w:p>
      <w:pPr>
        <w:pStyle w:val="ListBullet"/>
      </w:pPr>
      <w:r>
        <w:t>Material para limpieza.</w:t>
      </w:r>
    </w:p>
    <w:p>
      <w:pPr>
        <w:pStyle w:val="ListBullet"/>
      </w:pPr>
      <w:r>
        <w:t>Uso según protocolo del servicio.</w:t>
      </w:r>
    </w:p>
    <w:p>
      <w:r>
        <w:t>**Desinfectante:**</w:t>
      </w:r>
    </w:p>
    <w:p>
      <w:pPr>
        <w:pStyle w:val="ListBullet"/>
      </w:pPr>
      <w:r>
        <w:t>Desinfectante según protocolo del servicio.</w:t>
      </w:r>
    </w:p>
    <w:p>
      <w:pPr>
        <w:pStyle w:val="ListBullet"/>
      </w:pPr>
      <w:r>
        <w:t>Uso según instrucciones del fabricante y protocolo.</w:t>
      </w:r>
    </w:p>
    <w:p>
      <w:r>
        <w:t>**Verificación:**</w:t>
      </w:r>
    </w:p>
    <w:p>
      <w:pPr>
        <w:pStyle w:val="ListBullet"/>
      </w:pPr>
      <w:r>
        <w:t>Verificar que material está disponible.</w:t>
      </w:r>
    </w:p>
    <w:p>
      <w:pPr>
        <w:pStyle w:val="ListBullet"/>
      </w:pPr>
      <w:r>
        <w:t>Verificar que está en buen estado (no caducado).</w:t>
      </w:r>
    </w:p>
    <w:p>
      <w:pPr>
        <w:pStyle w:val="ListBullet"/>
      </w:pPr>
      <w:r>
        <w:t>Verificar que se usa según protocolo.</w:t>
      </w:r>
    </w:p>
    <w:p>
      <w:r>
        <w:t>**Nota:** No citar marcas específicas. Seguir protocolo del servicio.</w:t>
      </w:r>
    </w:p>
    <w:p>
      <w:r>
        <w:t>────────────────────────────────────────────────────────────</w:t>
      </w:r>
    </w:p>
    <w:p>
      <w:pPr>
        <w:pStyle w:val="Heading3"/>
      </w:pPr>
      <w:r>
        <w:t>Área sucia, área de secado, área limpia</w:t>
      </w:r>
    </w:p>
    <w:p>
      <w:r>
        <w:t>**Área sucia:**</w:t>
      </w:r>
    </w:p>
    <w:p>
      <w:pPr>
        <w:pStyle w:val="ListBullet"/>
      </w:pPr>
      <w:r>
        <w:t>Zona para material sucio y limpieza.</w:t>
      </w:r>
    </w:p>
    <w:p>
      <w:pPr>
        <w:pStyle w:val="ListBullet"/>
      </w:pPr>
      <w:r>
        <w:t>Separada de área limpia.</w:t>
      </w:r>
    </w:p>
    <w:p>
      <w:r>
        <w:t>**Área de secado:**</w:t>
      </w:r>
    </w:p>
    <w:p>
      <w:pPr>
        <w:pStyle w:val="ListBullet"/>
      </w:pPr>
      <w:r>
        <w:t>Zona para secado de material después de limpieza.</w:t>
      </w:r>
    </w:p>
    <w:p>
      <w:pPr>
        <w:pStyle w:val="ListBullet"/>
      </w:pPr>
      <w:r>
        <w:t>Separada de área sucia y limpia.</w:t>
      </w:r>
    </w:p>
    <w:p>
      <w:r>
        <w:t>**Área limpia:**</w:t>
      </w:r>
    </w:p>
    <w:p>
      <w:pPr>
        <w:pStyle w:val="ListBullet"/>
      </w:pPr>
      <w:r>
        <w:t>Zona para material limpio y guardado.</w:t>
      </w:r>
    </w:p>
    <w:p>
      <w:pPr>
        <w:pStyle w:val="ListBullet"/>
      </w:pPr>
      <w:r>
        <w:t>Separada de área sucia.</w:t>
      </w:r>
    </w:p>
    <w:p>
      <w:r>
        <w:t>**Organización:**</w:t>
      </w:r>
    </w:p>
    <w:p>
      <w:pPr>
        <w:pStyle w:val="ListBullet"/>
      </w:pPr>
      <w:r>
        <w:t>Organizar áreas según disponibilidad.</w:t>
      </w:r>
    </w:p>
    <w:p>
      <w:pPr>
        <w:pStyle w:val="ListBullet"/>
      </w:pPr>
      <w:r>
        <w:t>Separar claramente áreas.</w:t>
      </w:r>
    </w:p>
    <w:p>
      <w:pPr>
        <w:pStyle w:val="ListBullet"/>
      </w:pPr>
      <w:r>
        <w:t>No mezclar material entre áreas.</w:t>
      </w:r>
    </w:p>
    <w:p>
      <w:r>
        <w:t>────────────────────────────────────────────────────────────</w:t>
      </w:r>
    </w:p>
    <w:p>
      <w:pPr>
        <w:pStyle w:val="Heading2"/>
      </w:pPr>
      <w:r>
        <w:t>3.14.5 Procedimiento post-servicio (paso a paso)</w:t>
      </w:r>
    </w:p>
    <w:p>
      <w:pPr>
        <w:pStyle w:val="Heading3"/>
      </w:pPr>
      <w:r>
        <w:t>Asegurar punzantes y residuos</w:t>
      </w:r>
    </w:p>
    <w:p>
      <w:r>
        <w:t>**Paso 1: Asegurar punzantes**</w:t>
      </w:r>
    </w:p>
    <w:p>
      <w:pPr>
        <w:pStyle w:val="ListBullet"/>
      </w:pPr>
      <w:r>
        <w:t>Verificar que todos los punzantes están en contenedor.</w:t>
      </w:r>
    </w:p>
    <w:p>
      <w:pPr>
        <w:pStyle w:val="ListBullet"/>
      </w:pPr>
      <w:r>
        <w:t>No dejar punzantes fuera del contenedor.</w:t>
      </w:r>
    </w:p>
    <w:p>
      <w:pPr>
        <w:pStyle w:val="ListBullet"/>
      </w:pPr>
      <w:r>
        <w:t>Cerrar contenedor si está lleno o al finalizar servicio.</w:t>
      </w:r>
    </w:p>
    <w:p>
      <w:r>
        <w:t>**Paso 2: Asegurar residuos**</w:t>
      </w:r>
    </w:p>
    <w:p>
      <w:pPr>
        <w:pStyle w:val="ListBullet"/>
      </w:pPr>
      <w:r>
        <w:t>Gestionar residuos biológicos en bolsas correspondientes.</w:t>
      </w:r>
    </w:p>
    <w:p>
      <w:pPr>
        <w:pStyle w:val="ListBullet"/>
      </w:pPr>
      <w:r>
        <w:t>Gestionar residuos no biológicos en bolsas correspondientes.</w:t>
      </w:r>
    </w:p>
    <w:p>
      <w:pPr>
        <w:pStyle w:val="ListBullet"/>
      </w:pPr>
      <w:r>
        <w:t>Cerrar bolsas correctamente.</w:t>
      </w:r>
    </w:p>
    <w:p>
      <w:pPr>
        <w:pStyle w:val="ListBullet"/>
      </w:pPr>
      <w:r>
        <w:t>Gestionar según protocolo.</w:t>
      </w:r>
    </w:p>
    <w:p>
      <w:r>
        <w:t>────────────────────────────────────────────────────────────</w:t>
      </w:r>
    </w:p>
    <w:p>
      <w:pPr>
        <w:pStyle w:val="Heading3"/>
      </w:pPr>
      <w:r>
        <w:t>Retirar material contaminado (embolsado)</w:t>
      </w:r>
    </w:p>
    <w:p>
      <w:r>
        <w:t>**Paso 1: Identificar material contaminado**</w:t>
      </w:r>
    </w:p>
    <w:p>
      <w:pPr>
        <w:pStyle w:val="ListBullet"/>
      </w:pPr>
      <w:r>
        <w:t>Identificar material usado y contaminado.</w:t>
      </w:r>
    </w:p>
    <w:p>
      <w:pPr>
        <w:pStyle w:val="ListBullet"/>
      </w:pPr>
      <w:r>
        <w:t>Separar material monouso de material reutilizable.</w:t>
      </w:r>
    </w:p>
    <w:p>
      <w:r>
        <w:t>**Paso 2: Embolsar material contaminado**</w:t>
      </w:r>
    </w:p>
    <w:p>
      <w:pPr>
        <w:pStyle w:val="ListBullet"/>
      </w:pPr>
      <w:r>
        <w:t>Embolsar material contaminado en bolsas correspondientes.</w:t>
      </w:r>
    </w:p>
    <w:p>
      <w:pPr>
        <w:pStyle w:val="ListBullet"/>
      </w:pPr>
      <w:r>
        <w:t>Separar material biológico de no biológico.</w:t>
      </w:r>
    </w:p>
    <w:p>
      <w:pPr>
        <w:pStyle w:val="ListBullet"/>
      </w:pPr>
      <w:r>
        <w:t>Cerrar bolsas correctamente.</w:t>
      </w:r>
    </w:p>
    <w:p>
      <w:r>
        <w:t>**Paso 3: Gestionar material monouso**</w:t>
      </w:r>
    </w:p>
    <w:p>
      <w:pPr>
        <w:pStyle w:val="ListBullet"/>
      </w:pPr>
      <w:r>
        <w:t>Desechar material monouso según protocolo.</w:t>
      </w:r>
    </w:p>
    <w:p>
      <w:pPr>
        <w:pStyle w:val="ListBullet"/>
      </w:pPr>
      <w:r>
        <w:t>No reutilizar material monouso.</w:t>
      </w:r>
    </w:p>
    <w:p>
      <w:r>
        <w:t>────────────────────────────────────────────────────────────</w:t>
      </w:r>
    </w:p>
    <w:p>
      <w:pPr>
        <w:pStyle w:val="Heading3"/>
      </w:pPr>
      <w:r>
        <w:t>Limpieza preliminar (retirar visible)</w:t>
      </w:r>
    </w:p>
    <w:p>
      <w:r>
        <w:t>**Paso 1: Retirar suciedad visible**</w:t>
      </w:r>
    </w:p>
    <w:p>
      <w:pPr>
        <w:pStyle w:val="ListBullet"/>
      </w:pPr>
      <w:r>
        <w:t>Retirar suciedad visible con paños/toallitas.</w:t>
      </w:r>
    </w:p>
    <w:p>
      <w:pPr>
        <w:pStyle w:val="ListBullet"/>
      </w:pPr>
      <w:r>
        <w:t>Limpiar superficies según protocolo.</w:t>
      </w:r>
    </w:p>
    <w:p>
      <w:pPr>
        <w:pStyle w:val="ListBullet"/>
      </w:pPr>
      <w:r>
        <w:t>Retirar residuos visibles.</w:t>
      </w:r>
    </w:p>
    <w:p>
      <w:r>
        <w:t>**Paso 2: Enjuagar si es necesario**</w:t>
      </w:r>
    </w:p>
    <w:p>
      <w:pPr>
        <w:pStyle w:val="ListBullet"/>
      </w:pPr>
      <w:r>
        <w:t>Enjuagar si protocolo lo contempla.</w:t>
      </w:r>
    </w:p>
    <w:p>
      <w:pPr>
        <w:pStyle w:val="ListBullet"/>
      </w:pPr>
      <w:r>
        <w:t>Retirar suciedad residual.</w:t>
      </w:r>
    </w:p>
    <w:p>
      <w:pPr>
        <w:pStyle w:val="ListBullet"/>
      </w:pPr>
      <w:r>
        <w:t>Preparar para desinfección.</w:t>
      </w:r>
    </w:p>
    <w:p>
      <w:r>
        <w:t>────────────────────────────────────────────────────────────</w:t>
      </w:r>
    </w:p>
    <w:p>
      <w:pPr>
        <w:pStyle w:val="Heading3"/>
      </w:pPr>
      <w:r>
        <w:t>Desinfección según protocolo (tiempos de contacto si aplica)</w:t>
      </w:r>
    </w:p>
    <w:p>
      <w:r>
        <w:t>**Paso 1: Aplicar desinfectante**</w:t>
      </w:r>
    </w:p>
    <w:p>
      <w:pPr>
        <w:pStyle w:val="ListBullet"/>
      </w:pPr>
      <w:r>
        <w:t>Aplicar desinfectante según protocolo del servicio.</w:t>
      </w:r>
    </w:p>
    <w:p>
      <w:pPr>
        <w:pStyle w:val="ListBullet"/>
      </w:pPr>
      <w:r>
        <w:t>Seguir instrucciones del fabricante y protocolo.</w:t>
      </w:r>
    </w:p>
    <w:p>
      <w:pPr>
        <w:pStyle w:val="ListBullet"/>
      </w:pPr>
      <w:r>
        <w:t>Aplicar en todas las superficies.</w:t>
      </w:r>
    </w:p>
    <w:p>
      <w:r>
        <w:t>**Paso 2: Tiempos de contacto**</w:t>
      </w:r>
    </w:p>
    <w:p>
      <w:pPr>
        <w:pStyle w:val="ListBullet"/>
      </w:pPr>
      <w:r>
        <w:t>Respetar tiempos de contacto si protocolo lo contempla.</w:t>
      </w:r>
    </w:p>
    <w:p>
      <w:pPr>
        <w:pStyle w:val="ListBullet"/>
      </w:pPr>
      <w:r>
        <w:t>No reducir tiempos de contacto.</w:t>
      </w:r>
    </w:p>
    <w:p>
      <w:pPr>
        <w:pStyle w:val="ListBullet"/>
      </w:pPr>
      <w:r>
        <w:t>Verificar que desinfección es adecuada.</w:t>
      </w:r>
    </w:p>
    <w:p>
      <w:r>
        <w:t>**Paso 3: Enjuagar si es necesario**</w:t>
      </w:r>
    </w:p>
    <w:p>
      <w:pPr>
        <w:pStyle w:val="ListBullet"/>
      </w:pPr>
      <w:r>
        <w:t>Enjuagar si protocolo lo contempla.</w:t>
      </w:r>
    </w:p>
    <w:p>
      <w:pPr>
        <w:pStyle w:val="ListBullet"/>
      </w:pPr>
      <w:r>
        <w:t>Retirar desinfectante residual si es necesario.</w:t>
      </w:r>
    </w:p>
    <w:p>
      <w:pPr>
        <w:pStyle w:val="ListBullet"/>
      </w:pPr>
      <w:r>
        <w:t>Preparar para secado.</w:t>
      </w:r>
    </w:p>
    <w:p>
      <w:r>
        <w:t>────────────────────────────────────────────────────────────</w:t>
      </w:r>
    </w:p>
    <w:p>
      <w:pPr>
        <w:pStyle w:val="Heading3"/>
      </w:pPr>
      <w:r>
        <w:t>Secado/guardado</w:t>
      </w:r>
    </w:p>
    <w:p>
      <w:r>
        <w:t>**Paso 1: Secado**</w:t>
      </w:r>
    </w:p>
    <w:p>
      <w:pPr>
        <w:pStyle w:val="ListBullet"/>
      </w:pPr>
      <w:r>
        <w:t>Secar material completamente.</w:t>
      </w:r>
    </w:p>
    <w:p>
      <w:pPr>
        <w:pStyle w:val="ListBullet"/>
      </w:pPr>
      <w:r>
        <w:t>No guardar material húmedo.</w:t>
      </w:r>
    </w:p>
    <w:p>
      <w:pPr>
        <w:pStyle w:val="ListBullet"/>
      </w:pPr>
      <w:r>
        <w:t>Verificar que material está seco.</w:t>
      </w:r>
    </w:p>
    <w:p>
      <w:r>
        <w:t>**Paso 2: Guardado**</w:t>
      </w:r>
    </w:p>
    <w:p>
      <w:pPr>
        <w:pStyle w:val="ListBullet"/>
      </w:pPr>
      <w:r>
        <w:t>Guardar material limpio y seco en mochilas/maletines.</w:t>
      </w:r>
    </w:p>
    <w:p>
      <w:pPr>
        <w:pStyle w:val="ListBullet"/>
      </w:pPr>
      <w:r>
        <w:t>Organizar según estructura de maletines (ver 3.5, 3.X2, 3.X3).</w:t>
      </w:r>
    </w:p>
    <w:p>
      <w:pPr>
        <w:pStyle w:val="ListBullet"/>
      </w:pPr>
      <w:r>
        <w:t>Verificar que material está correctamente guardado.</w:t>
      </w:r>
    </w:p>
    <w:p>
      <w:r>
        <w:t>────────────────────────────────────────────────────────────</w:t>
      </w:r>
    </w:p>
    <w:p>
      <w:pPr>
        <w:pStyle w:val="Heading3"/>
      </w:pPr>
      <w:r>
        <w:t>Reposición y cierre del maletín</w:t>
      </w:r>
    </w:p>
    <w:p>
      <w:r>
        <w:t>**Paso 1: Reposición**</w:t>
      </w:r>
    </w:p>
    <w:p>
      <w:pPr>
        <w:pStyle w:val="ListBullet"/>
      </w:pPr>
      <w:r>
        <w:t>Reponer consumibles críticos usados.</w:t>
      </w:r>
    </w:p>
    <w:p>
      <w:pPr>
        <w:pStyle w:val="ListBullet"/>
      </w:pPr>
      <w:r>
        <w:t>Verificar que reposición es completa.</w:t>
      </w:r>
    </w:p>
    <w:p>
      <w:pPr>
        <w:pStyle w:val="ListBullet"/>
      </w:pPr>
      <w:r>
        <w:t>Comunicar necesidades si no se puede reponer inmediatamente.</w:t>
      </w:r>
    </w:p>
    <w:p>
      <w:r>
        <w:t>**Paso 2: Cierre del maletín**</w:t>
      </w:r>
    </w:p>
    <w:p>
      <w:pPr>
        <w:pStyle w:val="ListBullet"/>
      </w:pPr>
      <w:r>
        <w:t>Cerrar maletín correctamente.</w:t>
      </w:r>
    </w:p>
    <w:p>
      <w:pPr>
        <w:pStyle w:val="ListBullet"/>
      </w:pPr>
      <w:r>
        <w:t>Verificar que maletín está completo y listo.</w:t>
      </w:r>
    </w:p>
    <w:p>
      <w:pPr>
        <w:pStyle w:val="ListBullet"/>
      </w:pPr>
      <w:r>
        <w:t>Verificar que maletín está limpio.</w:t>
      </w:r>
    </w:p>
    <w:p>
      <w:r>
        <w:t>────────────────────────────────────────────────────────────</w:t>
      </w:r>
    </w:p>
    <w:p>
      <w:pPr>
        <w:pStyle w:val="Heading3"/>
      </w:pPr>
      <w:r>
        <w:t>Registro de incidencias de limpieza/fallo (enlace 3.18)</w:t>
      </w:r>
    </w:p>
    <w:p>
      <w:r>
        <w:t>**Paso 1: Registrar incidencias**</w:t>
      </w:r>
    </w:p>
    <w:p>
      <w:pPr>
        <w:pStyle w:val="ListBullet"/>
      </w:pPr>
      <w:r>
        <w:t>Registrar incidencias de limpieza/fallo.</w:t>
      </w:r>
    </w:p>
    <w:p>
      <w:pPr>
        <w:pStyle w:val="ListBullet"/>
      </w:pPr>
      <w:r>
        <w:t>Documentar material que no se puede limpiar correctamente.</w:t>
      </w:r>
    </w:p>
    <w:p>
      <w:pPr>
        <w:pStyle w:val="ListBullet"/>
      </w:pPr>
      <w:r>
        <w:t>Documentar fallos de equipo.</w:t>
      </w:r>
    </w:p>
    <w:p>
      <w:r>
        <w:t>**Paso 2: Comunicar necesidades**</w:t>
      </w:r>
    </w:p>
    <w:p>
      <w:pPr>
        <w:pStyle w:val="ListBullet"/>
      </w:pPr>
      <w:r>
        <w:t>Comunicar necesidades de reposición.</w:t>
      </w:r>
    </w:p>
    <w:p>
      <w:pPr>
        <w:pStyle w:val="ListBullet"/>
      </w:pPr>
      <w:r>
        <w:t>Comunicar incidencias si es necesario.</w:t>
      </w:r>
    </w:p>
    <w:p>
      <w:pPr>
        <w:pStyle w:val="ListBullet"/>
      </w:pPr>
      <w:r>
        <w:t>Seguir protocolo de comunicación.</w:t>
      </w:r>
    </w:p>
    <w:p>
      <w:r>
        <w:t>**Enlace:**</w:t>
      </w:r>
    </w:p>
    <w:p>
      <w:pPr>
        <w:pStyle w:val="ListBullet"/>
      </w:pPr>
      <w:r>
        <w:t>Ver 3.18 – Documentación Operativa del Material Usado e Incidencias para registro de incidencias.</w:t>
      </w:r>
    </w:p>
    <w:p>
      <w:r>
        <w:t>────────────────────────────────────────────────────────────</w:t>
      </w:r>
    </w:p>
    <w:p>
      <w:pPr>
        <w:pStyle w:val="Heading2"/>
      </w:pPr>
      <w:r>
        <w:t>3.14.6 Manejo específico por sistemas (orientativo)</w:t>
      </w:r>
    </w:p>
    <w:p>
      <w:pPr>
        <w:pStyle w:val="Heading3"/>
      </w:pPr>
      <w:r>
        <w:t>Aspiración (3.2): frasco/tubos</w:t>
      </w:r>
    </w:p>
    <w:p>
      <w:r>
        <w:t>**Frasco:**</w:t>
      </w:r>
    </w:p>
    <w:p>
      <w:pPr>
        <w:pStyle w:val="ListBullet"/>
      </w:pPr>
      <w:r>
        <w:t>Limpiar frasco según protocolo.</w:t>
      </w:r>
    </w:p>
    <w:p>
      <w:pPr>
        <w:pStyle w:val="ListBullet"/>
      </w:pPr>
      <w:r>
        <w:t>Desinfectar según protocolo.</w:t>
      </w:r>
    </w:p>
    <w:p>
      <w:pPr>
        <w:pStyle w:val="ListBullet"/>
      </w:pPr>
      <w:r>
        <w:t>Verificar que frasco está limpio y seco antes de guardar.</w:t>
      </w:r>
    </w:p>
    <w:p>
      <w:r>
        <w:t>**Tubos:**</w:t>
      </w:r>
    </w:p>
    <w:p>
      <w:pPr>
        <w:pStyle w:val="ListBullet"/>
      </w:pPr>
      <w:r>
        <w:t>Limpiar tubos según protocolo.</w:t>
      </w:r>
    </w:p>
    <w:p>
      <w:pPr>
        <w:pStyle w:val="ListBullet"/>
      </w:pPr>
      <w:r>
        <w:t>Desinfectar según protocolo.</w:t>
      </w:r>
    </w:p>
    <w:p>
      <w:pPr>
        <w:pStyle w:val="ListBullet"/>
      </w:pPr>
      <w:r>
        <w:t>Verificar que tubos están limpios y secos antes de guardar.</w:t>
      </w:r>
    </w:p>
    <w:p>
      <w:r>
        <w:t>**Consideraciones:**</w:t>
      </w:r>
    </w:p>
    <w:p>
      <w:pPr>
        <w:pStyle w:val="ListBullet"/>
      </w:pPr>
      <w:r>
        <w:t>Seguir protocolo del servicio.</w:t>
      </w:r>
    </w:p>
    <w:p>
      <w:pPr>
        <w:pStyle w:val="ListBullet"/>
      </w:pPr>
      <w:r>
        <w:t>Verificar que limpieza/desinfección es adecuada.</w:t>
      </w:r>
    </w:p>
    <w:p>
      <w:r>
        <w:t>**Enlace:**</w:t>
      </w:r>
    </w:p>
    <w:p>
      <w:pPr>
        <w:pStyle w:val="ListBullet"/>
      </w:pPr>
      <w:r>
        <w:t>Ver 3.2 – Aspiración: Material y Uso Seguro para uso de aspiración.</w:t>
      </w:r>
    </w:p>
    <w:p>
      <w:r>
        <w:t>────────────────────────────────────────────────────────────</w:t>
      </w:r>
    </w:p>
    <w:p>
      <w:pPr>
        <w:pStyle w:val="Heading3"/>
      </w:pPr>
      <w:r>
        <w:t>BVM (3.3): mascarillas/filtros</w:t>
      </w:r>
    </w:p>
    <w:p>
      <w:r>
        <w:t>**Mascarillas:**</w:t>
      </w:r>
    </w:p>
    <w:p>
      <w:pPr>
        <w:pStyle w:val="ListBullet"/>
      </w:pPr>
      <w:r>
        <w:t>Limpiar mascarillas según protocolo.</w:t>
      </w:r>
    </w:p>
    <w:p>
      <w:pPr>
        <w:pStyle w:val="ListBullet"/>
      </w:pPr>
      <w:r>
        <w:t>Desinfectar según protocolo.</w:t>
      </w:r>
    </w:p>
    <w:p>
      <w:pPr>
        <w:pStyle w:val="ListBullet"/>
      </w:pPr>
      <w:r>
        <w:t>Verificar que mascarillas están limpias y secas antes de guardar.</w:t>
      </w:r>
    </w:p>
    <w:p>
      <w:r>
        <w:t>**Filtros:**</w:t>
      </w:r>
    </w:p>
    <w:p>
      <w:pPr>
        <w:pStyle w:val="ListBullet"/>
      </w:pPr>
      <w:r>
        <w:t>Desechar filtros usados según protocolo.</w:t>
      </w:r>
    </w:p>
    <w:p>
      <w:pPr>
        <w:pStyle w:val="ListBullet"/>
      </w:pPr>
      <w:r>
        <w:t>No reutilizar filtros monouso.</w:t>
      </w:r>
    </w:p>
    <w:p>
      <w:pPr>
        <w:pStyle w:val="ListBullet"/>
      </w:pPr>
      <w:r>
        <w:t>Reponer filtros si es necesario.</w:t>
      </w:r>
    </w:p>
    <w:p>
      <w:r>
        <w:t>**Consideraciones:**</w:t>
      </w:r>
    </w:p>
    <w:p>
      <w:pPr>
        <w:pStyle w:val="ListBullet"/>
      </w:pPr>
      <w:r>
        <w:t>Seguir protocolo del servicio.</w:t>
      </w:r>
    </w:p>
    <w:p>
      <w:pPr>
        <w:pStyle w:val="ListBullet"/>
      </w:pPr>
      <w:r>
        <w:t>Verificar que limpieza/desinfección es adecuada.</w:t>
      </w:r>
    </w:p>
    <w:p>
      <w:r>
        <w:t>**Enlace:**</w:t>
      </w:r>
    </w:p>
    <w:p>
      <w:pPr>
        <w:pStyle w:val="ListBullet"/>
      </w:pPr>
      <w:r>
        <w:t>Ver 3.3 – Bolsa-Válvula-Mascarilla (BVM): Material y Uso Seguro para uso de BVM.</w:t>
      </w:r>
    </w:p>
    <w:p>
      <w:r>
        <w:t>────────────────────────────────────────────────────────────</w:t>
      </w:r>
    </w:p>
    <w:p>
      <w:pPr>
        <w:pStyle w:val="Heading3"/>
      </w:pPr>
      <w:r>
        <w:t>Monitorización: sensores y superficies</w:t>
      </w:r>
    </w:p>
    <w:p>
      <w:r>
        <w:t>**Sensores:**</w:t>
      </w:r>
    </w:p>
    <w:p>
      <w:pPr>
        <w:pStyle w:val="ListBullet"/>
      </w:pPr>
      <w:r>
        <w:t>Limpiar sensores según protocolo.</w:t>
      </w:r>
    </w:p>
    <w:p>
      <w:pPr>
        <w:pStyle w:val="ListBullet"/>
      </w:pPr>
      <w:r>
        <w:t>Desinfectar según protocolo.</w:t>
      </w:r>
    </w:p>
    <w:p>
      <w:pPr>
        <w:pStyle w:val="ListBullet"/>
      </w:pPr>
      <w:r>
        <w:t>Verificar que sensores están limpios y secos antes de guardar.</w:t>
      </w:r>
    </w:p>
    <w:p>
      <w:r>
        <w:t>**Superficies:**</w:t>
      </w:r>
    </w:p>
    <w:p>
      <w:pPr>
        <w:pStyle w:val="ListBullet"/>
      </w:pPr>
      <w:r>
        <w:t>Limpiar superficies del monitor según protocolo.</w:t>
      </w:r>
    </w:p>
    <w:p>
      <w:pPr>
        <w:pStyle w:val="ListBullet"/>
      </w:pPr>
      <w:r>
        <w:t>Desinfectar según protocolo.</w:t>
      </w:r>
    </w:p>
    <w:p>
      <w:pPr>
        <w:pStyle w:val="ListBullet"/>
      </w:pPr>
      <w:r>
        <w:t>Verificar que superficies están limpias.</w:t>
      </w:r>
    </w:p>
    <w:p>
      <w:r>
        <w:t>**Consideraciones:**</w:t>
      </w:r>
    </w:p>
    <w:p>
      <w:pPr>
        <w:pStyle w:val="ListBullet"/>
      </w:pPr>
      <w:r>
        <w:t>Seguir protocolo del servicio.</w:t>
      </w:r>
    </w:p>
    <w:p>
      <w:pPr>
        <w:pStyle w:val="ListBullet"/>
      </w:pPr>
      <w:r>
        <w:t>Verificar que limpieza/desinfección es adecuada.</w:t>
      </w:r>
    </w:p>
    <w:p>
      <w:r>
        <w:t>────────────────────────────────────────────────────────────</w:t>
      </w:r>
    </w:p>
    <w:p>
      <w:pPr>
        <w:pStyle w:val="Heading2"/>
      </w:pPr>
      <w:r>
        <w:t>3.14.7 Problemas frecuentes y resolución rápida</w:t>
      </w:r>
    </w:p>
    <w:p>
      <w:pPr>
        <w:pStyle w:val="Heading3"/>
      </w:pPr>
      <w:r>
        <w:t>Falta de consumibles: circuito de reposición</w:t>
      </w:r>
    </w:p>
    <w:p>
      <w:r>
        <w:t>**Causas posibles:**</w:t>
      </w:r>
    </w:p>
    <w:p>
      <w:pPr>
        <w:pStyle w:val="ListBullet"/>
      </w:pPr>
      <w:r>
        <w:t>Consumibles agotados.</w:t>
      </w:r>
    </w:p>
    <w:p>
      <w:pPr>
        <w:pStyle w:val="ListBullet"/>
      </w:pPr>
      <w:r>
        <w:t>Falta de reposición.</w:t>
      </w:r>
    </w:p>
    <w:p>
      <w:r>
        <w:t>**Resolución rápida:**</w:t>
      </w:r>
    </w:p>
    <w:p>
      <w:pPr>
        <w:pStyle w:val="ListNumber"/>
      </w:pPr>
      <w:r>
        <w:t>Identificar consumibles faltantes.</w:t>
      </w:r>
    </w:p>
    <w:p>
      <w:pPr>
        <w:pStyle w:val="ListNumber"/>
      </w:pPr>
      <w:r>
        <w:t>Solicitar reposición según protocolo.</w:t>
      </w:r>
    </w:p>
    <w:p>
      <w:pPr>
        <w:pStyle w:val="ListNumber"/>
      </w:pPr>
      <w:r>
        <w:t>Documentar necesidades.</w:t>
      </w:r>
    </w:p>
    <w:p>
      <w:pPr>
        <w:pStyle w:val="ListNumber"/>
      </w:pPr>
      <w:r>
        <w:t>Comunicar si es necesario.</w:t>
      </w:r>
    </w:p>
    <w:p>
      <w:r>
        <w:t>────────────────────────────────────────────────────────────</w:t>
      </w:r>
    </w:p>
    <w:p>
      <w:pPr>
        <w:pStyle w:val="Heading3"/>
      </w:pPr>
      <w:r>
        <w:t>Material mojado: secado antes de cerrar</w:t>
      </w:r>
    </w:p>
    <w:p>
      <w:r>
        <w:t>**Causas posibles:**</w:t>
      </w:r>
    </w:p>
    <w:p>
      <w:pPr>
        <w:pStyle w:val="ListBullet"/>
      </w:pPr>
      <w:r>
        <w:t>Material no se secó completamente.</w:t>
      </w:r>
    </w:p>
    <w:p>
      <w:pPr>
        <w:pStyle w:val="ListBullet"/>
      </w:pPr>
      <w:r>
        <w:t>Guardado prematuro.</w:t>
      </w:r>
    </w:p>
    <w:p>
      <w:r>
        <w:t>**Resolución rápida:**</w:t>
      </w:r>
    </w:p>
    <w:p>
      <w:pPr>
        <w:pStyle w:val="ListNumber"/>
      </w:pPr>
      <w:r>
        <w:t>Retirar material mojado.</w:t>
      </w:r>
    </w:p>
    <w:p>
      <w:pPr>
        <w:pStyle w:val="ListNumber"/>
      </w:pPr>
      <w:r>
        <w:t>Secar completamente.</w:t>
      </w:r>
    </w:p>
    <w:p>
      <w:pPr>
        <w:pStyle w:val="ListNumber"/>
      </w:pPr>
      <w:r>
        <w:t>Verificar que material está seco.</w:t>
      </w:r>
    </w:p>
    <w:p>
      <w:pPr>
        <w:pStyle w:val="ListNumber"/>
      </w:pPr>
      <w:r>
        <w:t>Guardar después de secado completo.</w:t>
      </w:r>
    </w:p>
    <w:p>
      <w:r>
        <w:t>────────────────────────────────────────────────────────────</w:t>
      </w:r>
    </w:p>
    <w:p>
      <w:pPr>
        <w:pStyle w:val="Heading2"/>
      </w:pPr>
      <w:r>
        <w:t>3.14.8 Errores críticos y señales de alarma</w:t>
      </w:r>
    </w:p>
    <w:p>
      <w:pPr>
        <w:pStyle w:val="Heading3"/>
      </w:pPr>
      <w:r>
        <w:t>Errores críticos</w:t>
      </w:r>
    </w:p>
    <w:p>
      <w:r>
        <w:t>**Error 1: Punzantes sin contenedor**</w:t>
      </w:r>
    </w:p>
    <w:p>
      <w:pPr>
        <w:pStyle w:val="ListBullet"/>
      </w:pPr>
      <w:r>
        <w:t>❌ Dejar punzantes fuera del contenedor.</w:t>
      </w:r>
    </w:p>
    <w:p>
      <w:pPr>
        <w:pStyle w:val="ListBullet"/>
      </w:pPr>
      <w:r>
        <w:t>**Consecuencia:** Riesgo de pinchazo accidental, exposición a riesgo biológico, lesión de intervinientes.</w:t>
      </w:r>
    </w:p>
    <w:p>
      <w:pPr>
        <w:pStyle w:val="ListBullet"/>
      </w:pPr>
      <w:r>
        <w:t>**Prevención:** NUNCA dejar punzantes fuera del contenedor, usar contenedor siempre, verificar que todos los punzantes están en contenedor.</w:t>
      </w:r>
    </w:p>
    <w:p>
      <w:r>
        <w:t>**Error 2: Guardar material húmedo/contaminado en maletín**</w:t>
      </w:r>
    </w:p>
    <w:p>
      <w:pPr>
        <w:pStyle w:val="ListBullet"/>
      </w:pPr>
      <w:r>
        <w:t>❌ Guardar material húmedo o contaminado en maletín.</w:t>
      </w:r>
    </w:p>
    <w:p>
      <w:pPr>
        <w:pStyle w:val="ListBullet"/>
      </w:pPr>
      <w:r>
        <w:t>**Consecuencia:** Contaminación cruzada, material no listo para siguiente servicio, riesgo biológico.</w:t>
      </w:r>
    </w:p>
    <w:p>
      <w:pPr>
        <w:pStyle w:val="ListBullet"/>
      </w:pPr>
      <w:r>
        <w:t>**Prevención:** Secar material completamente antes de guardar, verificar que material está limpio, no guardar material contaminado.</w:t>
      </w:r>
    </w:p>
    <w:p>
      <w:r>
        <w:t>**Error 3: Mezclar limpio y sucio**</w:t>
      </w:r>
    </w:p>
    <w:p>
      <w:pPr>
        <w:pStyle w:val="ListBullet"/>
      </w:pPr>
      <w:r>
        <w:t>❌ Mezclar material limpio con material sucio.</w:t>
      </w:r>
    </w:p>
    <w:p>
      <w:pPr>
        <w:pStyle w:val="ListBullet"/>
      </w:pPr>
      <w:r>
        <w:t>**Consecuencia:** Contaminación cruzada, material no listo para siguiente servicio.</w:t>
      </w:r>
    </w:p>
    <w:p>
      <w:pPr>
        <w:pStyle w:val="ListBullet"/>
      </w:pPr>
      <w:r>
        <w:t>**Prevención:** Separar zonas limpia y sucia, no mezclar material, trabajar en zonas separadas.</w:t>
      </w:r>
    </w:p>
    <w:p>
      <w:r>
        <w:t>────────────────────────────────────────────────────────────</w:t>
      </w:r>
    </w:p>
    <w:p>
      <w:pPr>
        <w:pStyle w:val="Heading3"/>
      </w:pPr>
      <w:r>
        <w:t>Señales de alarma (cuándo parar y reevaluar)</w:t>
      </w:r>
    </w:p>
    <w:p>
      <w:r>
        <w:t>**Señal de alarma 1: Pinchazo accidental durante limpieza**</w:t>
      </w:r>
    </w:p>
    <w:p>
      <w:pPr>
        <w:pStyle w:val="ListBullet"/>
      </w:pPr>
      <w:r>
        <w:t>**Acción:** Parar, seguir protocolo de exposición a riesgo biológico, comunicar, gestionar herida.</w:t>
      </w:r>
    </w:p>
    <w:p>
      <w:pPr>
        <w:pStyle w:val="ListBullet"/>
      </w:pPr>
      <w:r>
        <w:t>**Si persiste:** Seguir protocolo del servicio para exposición a riesgo biológico.</w:t>
      </w:r>
    </w:p>
    <w:p>
      <w:r>
        <w:t>**Señal de alarma 2: Material que no se puede limpiar correctamente**</w:t>
      </w:r>
    </w:p>
    <w:p>
      <w:pPr>
        <w:pStyle w:val="ListBullet"/>
      </w:pPr>
      <w:r>
        <w:t>**Acción:** Parar, documentar incidencia, comunicar, considerar desecho si es necesario.</w:t>
      </w:r>
    </w:p>
    <w:p>
      <w:pPr>
        <w:pStyle w:val="ListBullet"/>
      </w:pPr>
      <w:r>
        <w:t>**Si persiste:** Comunicar al responsable, gestionar según protocolo.</w:t>
      </w:r>
    </w:p>
    <w:p>
      <w:r>
        <w:t>**Señal de alarma 3: Contaminación durante limpieza**</w:t>
      </w:r>
    </w:p>
    <w:p>
      <w:pPr>
        <w:pStyle w:val="ListBullet"/>
      </w:pPr>
      <w:r>
        <w:t>**Acción:** Parar, descontaminar, cambiar EPI si es necesario, continuar con precaución.</w:t>
      </w:r>
    </w:p>
    <w:p>
      <w:pPr>
        <w:pStyle w:val="ListBullet"/>
      </w:pPr>
      <w:r>
        <w:t>**Si persiste:** Evaluar riesgo, considerar alternativas.</w:t>
      </w:r>
    </w:p>
    <w:p>
      <w:r>
        <w:t>**Principio:**</w:t>
      </w:r>
    </w:p>
    <w:p>
      <w:pPr>
        <w:pStyle w:val="ListBullet"/>
      </w:pPr>
      <w:r>
        <w:t>**Si hay señal de alarma: PARAR, RE-EVALUAR, CORREGIR, COMUNICAR.**</w:t>
      </w:r>
    </w:p>
    <w:p>
      <w:pPr>
        <w:pStyle w:val="ListBullet"/>
      </w:pPr>
      <w:r>
        <w:t>**No continuar si hay riesgo para interviniente o material no se puede limpiar correctamente.**</w:t>
      </w:r>
    </w:p>
    <w:p>
      <w:r>
        <w:t>────────────────────────────────────────────────────────────</w:t>
      </w:r>
    </w:p>
    <w:p>
      <w:pPr>
        <w:pStyle w:val="Heading2"/>
      </w:pPr>
      <w:r>
        <w:t>3.14.9 Puntos clave TES</w:t>
      </w:r>
    </w:p>
    <w:p>
      <w:pPr>
        <w:pStyle w:val="ListBullet"/>
      </w:pPr>
      <w:r>
        <w:t>**"Cero punzantes fuera de contenedor"** (NUNCA dejar punzantes fuera, usar contenedor siempre, verificar que todos están en contenedor).</w:t>
      </w:r>
    </w:p>
    <w:p>
      <w:pPr>
        <w:pStyle w:val="ListBullet"/>
      </w:pPr>
      <w:r>
        <w:t>**Zona sucia separada de zona limpia** (no mezclar material sucio con limpio, trabajar en zonas separadas).</w:t>
      </w:r>
    </w:p>
    <w:p>
      <w:pPr>
        <w:pStyle w:val="ListBullet"/>
      </w:pPr>
      <w:r>
        <w:t>**No contaminar mochilas/maletines** (limpiar material antes de guardar, verificar que está limpio, no guardar material sucio).</w:t>
      </w:r>
    </w:p>
    <w:p>
      <w:pPr>
        <w:pStyle w:val="ListBullet"/>
      </w:pPr>
      <w:r>
        <w:t>**Reposición inmediata de consumibles críticos** (reponer después de limpieza, verificar que reposición es completa).</w:t>
      </w:r>
    </w:p>
    <w:p>
      <w:pPr>
        <w:pStyle w:val="ListBullet"/>
      </w:pPr>
      <w:r>
        <w:t>**Asegurar punzantes y residuos primero** (verificar que todos los punzantes están en contenedor, gestionar residuos correctamente).</w:t>
      </w:r>
    </w:p>
    <w:p>
      <w:pPr>
        <w:pStyle w:val="ListBullet"/>
      </w:pPr>
      <w:r>
        <w:t>**Limpieza preliminar: retirar suciedad visible** (retirar suciedad visible, enjuagar si es necesario, preparar para desinfección).</w:t>
      </w:r>
    </w:p>
    <w:p>
      <w:pPr>
        <w:pStyle w:val="ListBullet"/>
      </w:pPr>
      <w:r>
        <w:t>**Desinfección según protocolo** (aplicar desinfectante según protocolo, respetar tiempos de contacto, verificar que desinfección es adecuada).</w:t>
      </w:r>
    </w:p>
    <w:p>
      <w:pPr>
        <w:pStyle w:val="ListBullet"/>
      </w:pPr>
      <w:r>
        <w:t>**Secado completo antes de guardar** (secar material completamente, no guardar material húmedo, verificar que está seco).</w:t>
      </w:r>
    </w:p>
    <w:p>
      <w:pPr>
        <w:pStyle w:val="ListBullet"/>
      </w:pPr>
      <w:r>
        <w:t>**Reposición y cierre del maletín** (reponer consumibles críticos, cerrar maletín correctamente, verificar que está completo y listo).</w:t>
      </w:r>
    </w:p>
    <w:p>
      <w:pPr>
        <w:pStyle w:val="ListBullet"/>
      </w:pPr>
      <w:r>
        <w:t>**Registro de incidencias de limpieza/fallo** (documentar incidencias, comunicar necesidades, seguir protocolo).</w:t>
      </w:r>
    </w:p>
    <w:p>
      <w:pPr>
        <w:pStyle w:val="ListBullet"/>
      </w:pPr>
      <w:r>
        <w:t>**NUNCA guardar material húmedo/contaminado en maletín** (secar completamente, verificar que está limpio, prevenir contaminación cruzada).</w:t>
      </w:r>
    </w:p>
    <w:p>
      <w:pPr>
        <w:pStyle w:val="ListBullet"/>
      </w:pPr>
      <w:r>
        <w:t>**Un TES lesionado detiene la asistencia:** aplicar ergonomía (postura correcta, usar EPI, prevenir lesiones durante limpieza).</w:t>
      </w:r>
    </w:p>
    <w:p>
      <w:r>
        <w:t>────────────────────────────────────────────────────────────</w:t>
      </w:r>
    </w:p>
    <w:p>
      <w:pPr>
        <w:pStyle w:val="Heading2"/>
      </w:pPr>
      <w:r>
        <w:t>3.14.10 Cierre del capítulo</w:t>
      </w:r>
    </w:p>
    <w:p>
      <w:r>
        <w:t>Este capítulo se integra con:</w:t>
      </w:r>
    </w:p>
    <w:p>
      <w:pPr>
        <w:pStyle w:val="ListBullet"/>
      </w:pPr>
      <w:r>
        <w:t>**3.5 – Maletín de Vía Aérea y Oxigenoterapia: Organización y Chequeo Operativo** (organización de maletín después de limpieza)</w:t>
      </w:r>
    </w:p>
    <w:p>
      <w:pPr>
        <w:pStyle w:val="ListBullet"/>
      </w:pPr>
      <w:r>
        <w:t>**3.X2 – Maletín de Curas/Trauma Sanitario: Organización y Chequeo Operativo** (organización de maletín de curas después de limpieza)</w:t>
      </w:r>
    </w:p>
    <w:p>
      <w:pPr>
        <w:pStyle w:val="ListBullet"/>
      </w:pPr>
      <w:r>
        <w:t>**3.X3 – Bolsa/Estuche de Monitorización: Organización y Chequeo Operativo** (organización de bolsa de monitorización después de limpieza)</w:t>
      </w:r>
    </w:p>
    <w:p>
      <w:pPr>
        <w:pStyle w:val="ListBullet"/>
      </w:pPr>
      <w:r>
        <w:t>**3.18 – Documentación Operativa del Material Usado e Incidencias** (registro de incidencias de limpieza/fallo)</w:t>
      </w:r>
    </w:p>
    <w:p>
      <w:r>
        <w:t>**Transición:**</w:t>
      </w:r>
    </w:p>
    <w:p>
      <w:pPr>
        <w:pStyle w:val="ListBullet"/>
      </w:pPr>
      <w:r>
        <w:t>Este capítulo proporciona procedimientos generales de **bioseguridad y descontaminación post-servicio**.</w:t>
      </w:r>
    </w:p>
    <w:p>
      <w:pPr>
        <w:pStyle w:val="ListBullet"/>
      </w:pPr>
      <w:r>
        <w:t>Los capítulos siguientes desarrollan **gestión de material en escena (3.15)**, **comunicación (3.16)** y **señalización (3.17)**.</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Este capítulo se **adapta a protocolos internos** de cada servicio (seguir protocolo del servicio cuando difiera)</w:t>
      </w:r>
    </w:p>
    <w:p>
      <w:pPr>
        <w:pStyle w:val="ListBullet"/>
      </w:pPr>
      <w:r>
        <w:t>**"Cero punzantes fuera de contenedor"** (principio crítico)</w:t>
      </w:r>
    </w:p>
    <w:p>
      <w:pPr>
        <w:pStyle w:val="ListBullet"/>
      </w:pPr>
      <w:r>
        <w:t>**Secar material completamente** antes de guardar (no guardar material húmedo)</w:t>
      </w:r>
    </w:p>
    <w:p>
      <w:pPr>
        <w:pStyle w:val="ListBullet"/>
      </w:pPr>
      <w:r>
        <w:t>**Separar zonas limpia y sucia** (prevenir contaminación cruzada)</w:t>
      </w:r>
    </w:p>
    <w:p>
      <w:r>
        <w:t>**Principios No Negociables:**</w:t>
      </w:r>
    </w:p>
    <w:p>
      <w:pPr>
        <w:pStyle w:val="ListBullet"/>
      </w:pPr>
      <w:r>
        <w:t>**NUNCA dejar** punzantes fuera del contenedor</w:t>
      </w:r>
    </w:p>
    <w:p>
      <w:pPr>
        <w:pStyle w:val="ListBullet"/>
      </w:pPr>
      <w:r>
        <w:t>**NUNCA guardar** material húmedo/contaminado en maletín</w:t>
      </w:r>
    </w:p>
    <w:p>
      <w:pPr>
        <w:pStyle w:val="ListBullet"/>
      </w:pPr>
      <w:r>
        <w:t>**NUNCA mezclar** material limpio con sucio</w:t>
      </w:r>
    </w:p>
    <w:p>
      <w:pPr>
        <w:pStyle w:val="ListBullet"/>
      </w:pPr>
      <w:r>
        <w:t>**SIEMPRE secar** material completamente antes de guardar</w:t>
      </w:r>
    </w:p>
    <w:p>
      <w:pPr>
        <w:pStyle w:val="ListBullet"/>
      </w:pPr>
      <w:r>
        <w:t>**SIEMPRE separar** zonas limpia y sucia</w:t>
      </w:r>
    </w:p>
    <w:p>
      <w:pPr>
        <w:pStyle w:val="ListBullet"/>
      </w:pPr>
      <w:r>
        <w:t>**SIEMPRE reponer** consumibles críticos después de limpieza</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3.15 – Gestión del material en escena y ambulancia (cables, mochilas, fijación)</w:t>
      </w:r>
    </w:p>
    <w:p>
      <w:pPr>
        <w:pStyle w:val="Heading1"/>
      </w:pPr>
      <w:r>
        <w:t>3.15 – Gestión del material en escena y ambulancia (cables, mochilas, fijación)</w:t>
      </w:r>
    </w:p>
    <w:p>
      <w:pPr>
        <w:pStyle w:val="Heading2"/>
      </w:pPr>
      <w:r>
        <w:t>Manual TES Digital – Organización práctica del material en campo</w:t>
      </w:r>
    </w:p>
    <w:p>
      <w:r>
        <w:t>**Versión:** 1.0</w:t>
      </w:r>
    </w:p>
    <w:p>
      <w:r>
        <w:t>**Fecha:** 2024-12-13</w:t>
      </w:r>
    </w:p>
    <w:p>
      <w:r>
        <w:t>**Tipo:** Bloque Operativo - Procedimiento TES</w:t>
      </w:r>
    </w:p>
    <w:p>
      <w:r>
        <w:t>────────────────────────────────────────────────────────────</w:t>
      </w:r>
    </w:p>
    <w:p>
      <w:pPr>
        <w:pStyle w:val="Heading2"/>
      </w:pPr>
      <w:r>
        <w:t>3.15.1 Objetivo operativo</w:t>
      </w:r>
    </w:p>
    <w:p>
      <w:r>
        <w:t>Mantener escena ordenada, evitar **enganches/caídas**, garantizar acceso rápido al material y asegurar **tubuladuras/cables durante traslado**, integrando la gestión con **traslado (Bloque 2, 2.8, 2.13), oxigenoterapia (3.0–3.4), aspiración (3.2) y monitorización (3.10)**.</w:t>
      </w:r>
    </w:p>
    <w:p>
      <w:r>
        <w:t>Este capítulo se centra en **organización práctica, prevención de enganches y gestión durante traslado**, no en rescate técnico complejo.</w:t>
      </w:r>
    </w:p>
    <w:p>
      <w:r>
        <w:t>────────────────────────────────────────────────────────────</w:t>
      </w:r>
    </w:p>
    <w:p>
      <w:pPr>
        <w:pStyle w:val="Heading2"/>
      </w:pPr>
      <w:r>
        <w:t>3.15.2 Alcance y límites</w:t>
      </w:r>
    </w:p>
    <w:p>
      <w:pPr>
        <w:pStyle w:val="Heading3"/>
      </w:pPr>
      <w:r>
        <w:t>Alcance del capítulo</w:t>
      </w:r>
    </w:p>
    <w:p>
      <w:r>
        <w:t>Este capítulo cubre:</w:t>
      </w:r>
    </w:p>
    <w:p>
      <w:pPr>
        <w:pStyle w:val="ListBullet"/>
      </w:pPr>
      <w:r>
        <w:t>**Organización práctica** de mochilas/maletines, O₂, aspiración, monitorización.</w:t>
      </w:r>
    </w:p>
    <w:p>
      <w:pPr>
        <w:pStyle w:val="ListBullet"/>
      </w:pPr>
      <w:r>
        <w:t>**Prevención de enganches** y caídas.</w:t>
      </w:r>
    </w:p>
    <w:p>
      <w:pPr>
        <w:pStyle w:val="ListBullet"/>
      </w:pPr>
      <w:r>
        <w:t>**Gestión durante traslado** (camilla, silla, escaleras, ascensor).</w:t>
      </w:r>
    </w:p>
    <w:p>
      <w:pPr>
        <w:pStyle w:val="ListBullet"/>
      </w:pPr>
      <w:r>
        <w:t>**Integración** con otras técnicas TES.</w:t>
      </w:r>
    </w:p>
    <w:p>
      <w:pPr>
        <w:pStyle w:val="Heading3"/>
      </w:pPr>
      <w:r>
        <w:t>Límites del capítulo</w:t>
      </w:r>
    </w:p>
    <w:p>
      <w:r>
        <w:t>**Este capítulo NO cubre:**</w:t>
      </w:r>
    </w:p>
    <w:p>
      <w:pPr>
        <w:pStyle w:val="ListBullet"/>
      </w:pPr>
      <w:r>
        <w:t>Rescate técnico complejo.</w:t>
      </w:r>
    </w:p>
    <w:p>
      <w:pPr>
        <w:pStyle w:val="ListBullet"/>
      </w:pPr>
      <w:r>
        <w:t>Técnicas avanzadas de rescate.</w:t>
      </w:r>
    </w:p>
    <w:p>
      <w:pPr>
        <w:pStyle w:val="ListBullet"/>
      </w:pPr>
      <w:r>
        <w:t>Procedimientos de otros servicios (bomberos, policía).</w:t>
      </w:r>
    </w:p>
    <w:p>
      <w:r>
        <w:t>**Este capítulo SÍ cubre:**</w:t>
      </w:r>
    </w:p>
    <w:p>
      <w:pPr>
        <w:pStyle w:val="ListBullet"/>
      </w:pPr>
      <w:r>
        <w:t>Organización práctica del material TES.</w:t>
      </w:r>
    </w:p>
    <w:p>
      <w:pPr>
        <w:pStyle w:val="ListBullet"/>
      </w:pPr>
      <w:r>
        <w:t>Prevención de enganches y caídas.</w:t>
      </w:r>
    </w:p>
    <w:p>
      <w:pPr>
        <w:pStyle w:val="ListBullet"/>
      </w:pPr>
      <w:r>
        <w:t>Gestión durante traslado.</w:t>
      </w:r>
    </w:p>
    <w:p>
      <w:r>
        <w:t>**Integración:**</w:t>
      </w:r>
    </w:p>
    <w:p>
      <w:pPr>
        <w:pStyle w:val="ListBullet"/>
      </w:pPr>
      <w:r>
        <w:t>Se integra con traslado (Bloque 2, 2.8, 2.13).</w:t>
      </w:r>
    </w:p>
    <w:p>
      <w:pPr>
        <w:pStyle w:val="ListBullet"/>
      </w:pPr>
      <w:r>
        <w:t>Se integra con oxigenoterapia (3.0–3.4).</w:t>
      </w:r>
    </w:p>
    <w:p>
      <w:pPr>
        <w:pStyle w:val="ListBullet"/>
      </w:pPr>
      <w:r>
        <w:t>Se integra con aspiración (3.2).</w:t>
      </w:r>
    </w:p>
    <w:p>
      <w:pPr>
        <w:pStyle w:val="ListBullet"/>
      </w:pPr>
      <w:r>
        <w:t>Se integra con monitorización (3.10).</w:t>
      </w:r>
    </w:p>
    <w:p>
      <w:r>
        <w:t>────────────────────────────────────────────────────────────</w:t>
      </w:r>
    </w:p>
    <w:p>
      <w:pPr>
        <w:pStyle w:val="Heading2"/>
      </w:pPr>
      <w:r>
        <w:t>3.15.3 Principios TES</w:t>
      </w:r>
    </w:p>
    <w:p>
      <w:pPr>
        <w:pStyle w:val="Heading3"/>
      </w:pPr>
      <w:r>
        <w:t>Material "en su sitio": no disperso</w:t>
      </w:r>
    </w:p>
    <w:p>
      <w:r>
        <w:t>**Principio:**</w:t>
      </w:r>
    </w:p>
    <w:p>
      <w:pPr>
        <w:pStyle w:val="ListBullet"/>
      </w:pPr>
      <w:r>
        <w:t>Material debe estar "en su sitio" (organizado, no disperso).</w:t>
      </w:r>
    </w:p>
    <w:p>
      <w:pPr>
        <w:pStyle w:val="ListBullet"/>
      </w:pPr>
      <w:r>
        <w:t>Material disperso dificulta acceso y aumenta riesgo de enganches.</w:t>
      </w:r>
    </w:p>
    <w:p>
      <w:pPr>
        <w:pStyle w:val="ListBullet"/>
      </w:pPr>
      <w:r>
        <w:t>Priorizar organización.</w:t>
      </w:r>
    </w:p>
    <w:p>
      <w:r>
        <w:t>**Técnica:**</w:t>
      </w:r>
    </w:p>
    <w:p>
      <w:pPr>
        <w:pStyle w:val="ListNumber"/>
      </w:pPr>
      <w:r>
        <w:t>Organizar material en zonas definidas.</w:t>
      </w:r>
    </w:p>
    <w:p>
      <w:pPr>
        <w:pStyle w:val="ListNumber"/>
      </w:pPr>
      <w:r>
        <w:t>Mantener material "en su sitio".</w:t>
      </w:r>
    </w:p>
    <w:p>
      <w:pPr>
        <w:pStyle w:val="ListNumber"/>
      </w:pPr>
      <w:r>
        <w:t>No dispersar material innecesariamente.</w:t>
      </w:r>
    </w:p>
    <w:p>
      <w:r>
        <w:t>────────────────────────────────────────────────────────────</w:t>
      </w:r>
    </w:p>
    <w:p>
      <w:pPr>
        <w:pStyle w:val="Heading3"/>
      </w:pPr>
      <w:r>
        <w:t>Ruta limpia para camilla/silla</w:t>
      </w:r>
    </w:p>
    <w:p>
      <w:r>
        <w:t>**Principio:**</w:t>
      </w:r>
    </w:p>
    <w:p>
      <w:pPr>
        <w:pStyle w:val="ListBullet"/>
      </w:pPr>
      <w:r>
        <w:t>Ruta de camilla/silla debe estar limpia (sin obstáculos).</w:t>
      </w:r>
    </w:p>
    <w:p>
      <w:pPr>
        <w:pStyle w:val="ListBullet"/>
      </w:pPr>
      <w:r>
        <w:t>Obstáculos aumentan riesgo de caídas y enganches.</w:t>
      </w:r>
    </w:p>
    <w:p>
      <w:pPr>
        <w:pStyle w:val="ListBullet"/>
      </w:pPr>
      <w:r>
        <w:t>Priorizar ruta limpia.</w:t>
      </w:r>
    </w:p>
    <w:p>
      <w:r>
        <w:t>**Técnica:**</w:t>
      </w:r>
    </w:p>
    <w:p>
      <w:pPr>
        <w:pStyle w:val="ListNumber"/>
      </w:pPr>
      <w:r>
        <w:t>Identificar ruta de camilla/silla.</w:t>
      </w:r>
    </w:p>
    <w:p>
      <w:pPr>
        <w:pStyle w:val="ListNumber"/>
      </w:pPr>
      <w:r>
        <w:t>Despejar obstáculos de ruta.</w:t>
      </w:r>
    </w:p>
    <w:p>
      <w:pPr>
        <w:pStyle w:val="ListNumber"/>
      </w:pPr>
      <w:r>
        <w:t>Mantener ruta limpia durante traslado.</w:t>
      </w:r>
    </w:p>
    <w:p>
      <w:r>
        <w:t>────────────────────────────────────────────────────────────</w:t>
      </w:r>
    </w:p>
    <w:p>
      <w:pPr>
        <w:pStyle w:val="Heading3"/>
      </w:pPr>
      <w:r>
        <w:t>Cables/tubos por un lado y fijados</w:t>
      </w:r>
    </w:p>
    <w:p>
      <w:r>
        <w:t>**Principio:**</w:t>
      </w:r>
    </w:p>
    <w:p>
      <w:pPr>
        <w:pStyle w:val="ListBullet"/>
      </w:pPr>
      <w:r>
        <w:t>Cables/tubos deben estar por un lado y fijados.</w:t>
      </w:r>
    </w:p>
    <w:p>
      <w:pPr>
        <w:pStyle w:val="ListBullet"/>
      </w:pPr>
      <w:r>
        <w:t>Cables/tubos sueltos aumentan riesgo de enganches y desconexiones.</w:t>
      </w:r>
    </w:p>
    <w:p>
      <w:pPr>
        <w:pStyle w:val="ListBullet"/>
      </w:pPr>
      <w:r>
        <w:t>Priorizar organización y fijación.</w:t>
      </w:r>
    </w:p>
    <w:p>
      <w:r>
        <w:t>**Técnica:**</w:t>
      </w:r>
    </w:p>
    <w:p>
      <w:pPr>
        <w:pStyle w:val="ListNumber"/>
      </w:pPr>
      <w:r>
        <w:t>Organizar cables/tubos por un lado.</w:t>
      </w:r>
    </w:p>
    <w:p>
      <w:pPr>
        <w:pStyle w:val="ListNumber"/>
      </w:pPr>
      <w:r>
        <w:t>Fijar cables/tubos para evitar enganches.</w:t>
      </w:r>
    </w:p>
    <w:p>
      <w:pPr>
        <w:pStyle w:val="ListNumber"/>
      </w:pPr>
      <w:r>
        <w:t>Re-verificar después de movimientos.</w:t>
      </w:r>
    </w:p>
    <w:p>
      <w:r>
        <w:t>────────────────────────────────────────────────────────────</w:t>
      </w:r>
    </w:p>
    <w:p>
      <w:pPr>
        <w:pStyle w:val="Heading3"/>
      </w:pPr>
      <w:r>
        <w:t>Un responsable de material durante maniobras</w:t>
      </w:r>
    </w:p>
    <w:p>
      <w:r>
        <w:t>**Principio:**</w:t>
      </w:r>
    </w:p>
    <w:p>
      <w:pPr>
        <w:pStyle w:val="ListBullet"/>
      </w:pPr>
      <w:r>
        <w:t>Un responsable de material durante maniobras facilita organización.</w:t>
      </w:r>
    </w:p>
    <w:p>
      <w:pPr>
        <w:pStyle w:val="ListBullet"/>
      </w:pPr>
      <w:r>
        <w:t>Responsable coordina material y previene enganches.</w:t>
      </w:r>
    </w:p>
    <w:p>
      <w:pPr>
        <w:pStyle w:val="ListBullet"/>
      </w:pPr>
      <w:r>
        <w:t>Priorizar coordinación.</w:t>
      </w:r>
    </w:p>
    <w:p>
      <w:r>
        <w:t>**Técnica:**</w:t>
      </w:r>
    </w:p>
    <w:p>
      <w:pPr>
        <w:pStyle w:val="ListNumber"/>
      </w:pPr>
      <w:r>
        <w:t>Asignar responsable de material.</w:t>
      </w:r>
    </w:p>
    <w:p>
      <w:pPr>
        <w:pStyle w:val="ListNumber"/>
      </w:pPr>
      <w:r>
        <w:t>Responsable coordina material durante maniobras.</w:t>
      </w:r>
    </w:p>
    <w:p>
      <w:pPr>
        <w:pStyle w:val="ListNumber"/>
      </w:pPr>
      <w:r>
        <w:t>Responsable previene enganches y caídas.</w:t>
      </w:r>
    </w:p>
    <w:p>
      <w:r>
        <w:t>────────────────────────────────────────────────────────────</w:t>
      </w:r>
    </w:p>
    <w:p>
      <w:pPr>
        <w:pStyle w:val="Heading2"/>
      </w:pPr>
      <w:r>
        <w:t>3.15.4 Preparación de escena (paso a paso)</w:t>
      </w:r>
    </w:p>
    <w:p>
      <w:pPr>
        <w:pStyle w:val="Heading3"/>
      </w:pPr>
      <w:r>
        <w:t>Elegir "zona limpia" para dejar maletines</w:t>
      </w:r>
    </w:p>
    <w:p>
      <w:r>
        <w:t>**Paso 1: Identificar zona limpia**</w:t>
      </w:r>
    </w:p>
    <w:p>
      <w:pPr>
        <w:pStyle w:val="ListBullet"/>
      </w:pPr>
      <w:r>
        <w:t>Identificar zona segura y accesible para maletines.</w:t>
      </w:r>
    </w:p>
    <w:p>
      <w:pPr>
        <w:pStyle w:val="ListBullet"/>
      </w:pPr>
      <w:r>
        <w:t>Zona que no interfiere con ruta de camilla/silla.</w:t>
      </w:r>
    </w:p>
    <w:p>
      <w:pPr>
        <w:pStyle w:val="ListBullet"/>
      </w:pPr>
      <w:r>
        <w:t>Zona protegida si es posible.</w:t>
      </w:r>
    </w:p>
    <w:p>
      <w:r>
        <w:t>**Paso 2: Colocar maletines**</w:t>
      </w:r>
    </w:p>
    <w:p>
      <w:pPr>
        <w:pStyle w:val="ListBullet"/>
      </w:pPr>
      <w:r>
        <w:t>Colocar maletines en zona limpia.</w:t>
      </w:r>
    </w:p>
    <w:p>
      <w:pPr>
        <w:pStyle w:val="ListBullet"/>
      </w:pPr>
      <w:r>
        <w:t>Organizar según prioridades (vía aérea/curas/monitorización).</w:t>
      </w:r>
    </w:p>
    <w:p>
      <w:pPr>
        <w:pStyle w:val="ListBullet"/>
      </w:pPr>
      <w:r>
        <w:t>Verificar que maletines están accesibles.</w:t>
      </w:r>
    </w:p>
    <w:p>
      <w:r>
        <w:t>────────────────────────────────────────────────────────────</w:t>
      </w:r>
    </w:p>
    <w:p>
      <w:pPr>
        <w:pStyle w:val="Heading3"/>
      </w:pPr>
      <w:r>
        <w:t>Definir ruta camilla/silla y despejar obstáculos</w:t>
      </w:r>
    </w:p>
    <w:p>
      <w:r>
        <w:t>**Paso 1: Identificar ruta**</w:t>
      </w:r>
    </w:p>
    <w:p>
      <w:pPr>
        <w:pStyle w:val="ListBullet"/>
      </w:pPr>
      <w:r>
        <w:t>Identificar ruta de camilla/silla (desde paciente hasta ambulancia).</w:t>
      </w:r>
    </w:p>
    <w:p>
      <w:pPr>
        <w:pStyle w:val="ListBullet"/>
      </w:pPr>
      <w:r>
        <w:t>Ruta más directa y segura posible.</w:t>
      </w:r>
    </w:p>
    <w:p>
      <w:r>
        <w:t>**Paso 2: Despejar obstáculos**</w:t>
      </w:r>
    </w:p>
    <w:p>
      <w:pPr>
        <w:pStyle w:val="ListBullet"/>
      </w:pPr>
      <w:r>
        <w:t>Despejar obstáculos de ruta (objetos, cables, material).</w:t>
      </w:r>
    </w:p>
    <w:p>
      <w:pPr>
        <w:pStyle w:val="ListBullet"/>
      </w:pPr>
      <w:r>
        <w:t>Verificar que ruta está limpia.</w:t>
      </w:r>
    </w:p>
    <w:p>
      <w:pPr>
        <w:pStyle w:val="ListBullet"/>
      </w:pPr>
      <w:r>
        <w:t>Mantener ruta limpia durante traslado.</w:t>
      </w:r>
    </w:p>
    <w:p>
      <w:r>
        <w:t>────────────────────────────────────────────────────────────</w:t>
      </w:r>
    </w:p>
    <w:p>
      <w:pPr>
        <w:pStyle w:val="Heading3"/>
      </w:pPr>
      <w:r>
        <w:t>Colocar material por prioridades (vía aérea/curas/monitorización)</w:t>
      </w:r>
    </w:p>
    <w:p>
      <w:r>
        <w:t>**Paso 1: Priorizar material**</w:t>
      </w:r>
    </w:p>
    <w:p>
      <w:pPr>
        <w:pStyle w:val="ListBullet"/>
      </w:pPr>
      <w:r>
        <w:t>Priorizar material según necesidad (vía aérea, curas, monitorización).</w:t>
      </w:r>
    </w:p>
    <w:p>
      <w:pPr>
        <w:pStyle w:val="ListBullet"/>
      </w:pPr>
      <w:r>
        <w:t>Material más crítico más accesible.</w:t>
      </w:r>
    </w:p>
    <w:p>
      <w:r>
        <w:t>**Paso 2: Colocar material**</w:t>
      </w:r>
    </w:p>
    <w:p>
      <w:pPr>
        <w:pStyle w:val="ListBullet"/>
      </w:pPr>
      <w:r>
        <w:t>Colocar material por prioridades.</w:t>
      </w:r>
    </w:p>
    <w:p>
      <w:pPr>
        <w:pStyle w:val="ListBullet"/>
      </w:pPr>
      <w:r>
        <w:t>Organizar para acceso rápido.</w:t>
      </w:r>
    </w:p>
    <w:p>
      <w:pPr>
        <w:pStyle w:val="ListBullet"/>
      </w:pPr>
      <w:r>
        <w:t>Verificar que material está accesible.</w:t>
      </w:r>
    </w:p>
    <w:p>
      <w:r>
        <w:t>────────────────────────────────────────────────────────────</w:t>
      </w:r>
    </w:p>
    <w:p>
      <w:pPr>
        <w:pStyle w:val="Heading3"/>
      </w:pPr>
      <w:r>
        <w:t>Gestionar iluminación y seguridad si aplica (enlace 3.17)</w:t>
      </w:r>
    </w:p>
    <w:p>
      <w:r>
        <w:t>**Paso 1: Iluminación**</w:t>
      </w:r>
    </w:p>
    <w:p>
      <w:pPr>
        <w:pStyle w:val="ListBullet"/>
      </w:pPr>
      <w:r>
        <w:t>Gestionar iluminación si es necesario (ver 3.17).</w:t>
      </w:r>
    </w:p>
    <w:p>
      <w:pPr>
        <w:pStyle w:val="ListBullet"/>
      </w:pPr>
      <w:r>
        <w:t>Iluminar zona de trabajo y ruta.</w:t>
      </w:r>
    </w:p>
    <w:p>
      <w:pPr>
        <w:pStyle w:val="ListBullet"/>
      </w:pPr>
      <w:r>
        <w:t>Verificar que iluminación es adecuada.</w:t>
      </w:r>
    </w:p>
    <w:p>
      <w:r>
        <w:t>**Paso 2: Seguridad**</w:t>
      </w:r>
    </w:p>
    <w:p>
      <w:pPr>
        <w:pStyle w:val="ListBullet"/>
      </w:pPr>
      <w:r>
        <w:t>Gestionar seguridad de escena si aplica (ver 3.17).</w:t>
      </w:r>
    </w:p>
    <w:p>
      <w:pPr>
        <w:pStyle w:val="ListBullet"/>
      </w:pPr>
      <w:r>
        <w:t>Señalización si es necesario.</w:t>
      </w:r>
    </w:p>
    <w:p>
      <w:pPr>
        <w:pStyle w:val="ListBullet"/>
      </w:pPr>
      <w:r>
        <w:t>Verificar que escena es segura.</w:t>
      </w:r>
    </w:p>
    <w:p>
      <w:r>
        <w:t>**Enlace:**</w:t>
      </w:r>
    </w:p>
    <w:p>
      <w:pPr>
        <w:pStyle w:val="ListBullet"/>
      </w:pPr>
      <w:r>
        <w:t>Ver 3.17 – Señalización, Iluminación y Seguridad de Escena para técnicas de iluminación y seguridad.</w:t>
      </w:r>
    </w:p>
    <w:p>
      <w:r>
        <w:t>────────────────────────────────────────────────────────────</w:t>
      </w:r>
    </w:p>
    <w:p>
      <w:pPr>
        <w:pStyle w:val="Heading3"/>
      </w:pPr>
      <w:r>
        <w:t>Antes de mover: recoger "sobrante" para no tropezar</w:t>
      </w:r>
    </w:p>
    <w:p>
      <w:r>
        <w:t>**Paso 1: Identificar material sobrante**</w:t>
      </w:r>
    </w:p>
    <w:p>
      <w:pPr>
        <w:pStyle w:val="ListBullet"/>
      </w:pPr>
      <w:r>
        <w:t>Identificar material que no se necesita para traslado.</w:t>
      </w:r>
    </w:p>
    <w:p>
      <w:pPr>
        <w:pStyle w:val="ListBullet"/>
      </w:pPr>
      <w:r>
        <w:t>Material que puede causar enganches o caídas.</w:t>
      </w:r>
    </w:p>
    <w:p>
      <w:r>
        <w:t>**Paso 2: Recoger material sobrante**</w:t>
      </w:r>
    </w:p>
    <w:p>
      <w:pPr>
        <w:pStyle w:val="ListBullet"/>
      </w:pPr>
      <w:r>
        <w:t>Recoger material sobrante antes de mover.</w:t>
      </w:r>
    </w:p>
    <w:p>
      <w:pPr>
        <w:pStyle w:val="ListBullet"/>
      </w:pPr>
      <w:r>
        <w:t>Guardar en maletines o bolsas.</w:t>
      </w:r>
    </w:p>
    <w:p>
      <w:pPr>
        <w:pStyle w:val="ListBullet"/>
      </w:pPr>
      <w:r>
        <w:t>Verificar que ruta está limpia.</w:t>
      </w:r>
    </w:p>
    <w:p>
      <w:r>
        <w:t>────────────────────────────────────────────────────────────</w:t>
      </w:r>
    </w:p>
    <w:p>
      <w:pPr>
        <w:pStyle w:val="Heading2"/>
      </w:pPr>
      <w:r>
        <w:t>3.15.5 Gestión durante procedimientos</w:t>
      </w:r>
    </w:p>
    <w:p>
      <w:pPr>
        <w:pStyle w:val="Heading3"/>
      </w:pPr>
      <w:r>
        <w:t>Aspiración y O₂ listos sin cruzar tubuladuras</w:t>
      </w:r>
    </w:p>
    <w:p>
      <w:r>
        <w:t>**Principio:**</w:t>
      </w:r>
    </w:p>
    <w:p>
      <w:pPr>
        <w:pStyle w:val="ListBullet"/>
      </w:pPr>
      <w:r>
        <w:t>Aspiración y O₂ deben estar listos sin cruzar tubuladuras.</w:t>
      </w:r>
    </w:p>
    <w:p>
      <w:pPr>
        <w:pStyle w:val="ListBullet"/>
      </w:pPr>
      <w:r>
        <w:t>Tubuladuras cruzadas aumentan riesgo de enganches.</w:t>
      </w:r>
    </w:p>
    <w:p>
      <w:pPr>
        <w:pStyle w:val="ListBullet"/>
      </w:pPr>
      <w:r>
        <w:t>Priorizar organización.</w:t>
      </w:r>
    </w:p>
    <w:p>
      <w:r>
        <w:t>**Técnica:**</w:t>
      </w:r>
    </w:p>
    <w:p>
      <w:pPr>
        <w:pStyle w:val="ListNumber"/>
      </w:pPr>
      <w:r>
        <w:t>Organizar aspiración y O₂ por lados diferentes si es posible.</w:t>
      </w:r>
    </w:p>
    <w:p>
      <w:pPr>
        <w:pStyle w:val="ListNumber"/>
      </w:pPr>
      <w:r>
        <w:t>Evitar cruzar tubuladuras.</w:t>
      </w:r>
    </w:p>
    <w:p>
      <w:pPr>
        <w:pStyle w:val="ListNumber"/>
      </w:pPr>
      <w:r>
        <w:t>Fijar tubuladuras para evitar enganches.</w:t>
      </w:r>
    </w:p>
    <w:p>
      <w:pPr>
        <w:pStyle w:val="ListNumber"/>
      </w:pPr>
      <w:r>
        <w:t>Re-verificar después de movimientos.</w:t>
      </w:r>
    </w:p>
    <w:p>
      <w:r>
        <w:t>────────────────────────────────────────────────────────────</w:t>
      </w:r>
    </w:p>
    <w:p>
      <w:pPr>
        <w:pStyle w:val="Heading3"/>
      </w:pPr>
      <w:r>
        <w:t>Monitor con cables recogidos y fijados</w:t>
      </w:r>
    </w:p>
    <w:p>
      <w:r>
        <w:t>**Principio:**</w:t>
      </w:r>
    </w:p>
    <w:p>
      <w:pPr>
        <w:pStyle w:val="ListBullet"/>
      </w:pPr>
      <w:r>
        <w:t>Monitor con cables recogidos y fijados.</w:t>
      </w:r>
    </w:p>
    <w:p>
      <w:pPr>
        <w:pStyle w:val="ListBullet"/>
      </w:pPr>
      <w:r>
        <w:t>Cables sueltos aumentan riesgo de enganches y desconexiones.</w:t>
      </w:r>
    </w:p>
    <w:p>
      <w:pPr>
        <w:pStyle w:val="ListBullet"/>
      </w:pPr>
      <w:r>
        <w:t>Priorizar organización y fijación.</w:t>
      </w:r>
    </w:p>
    <w:p>
      <w:r>
        <w:t>**Técnica:**</w:t>
      </w:r>
    </w:p>
    <w:p>
      <w:pPr>
        <w:pStyle w:val="ListNumber"/>
      </w:pPr>
      <w:r>
        <w:t>Recoger cables del monitor.</w:t>
      </w:r>
    </w:p>
    <w:p>
      <w:pPr>
        <w:pStyle w:val="ListNumber"/>
      </w:pPr>
      <w:r>
        <w:t>Fijar cables para evitar enganches.</w:t>
      </w:r>
    </w:p>
    <w:p>
      <w:pPr>
        <w:pStyle w:val="ListNumber"/>
      </w:pPr>
      <w:r>
        <w:t>Organizar cables por un lado.</w:t>
      </w:r>
    </w:p>
    <w:p>
      <w:pPr>
        <w:pStyle w:val="ListNumber"/>
      </w:pPr>
      <w:r>
        <w:t>Re-verificar después de movimientos.</w:t>
      </w:r>
    </w:p>
    <w:p>
      <w:r>
        <w:t>────────────────────────────────────────────────────────────</w:t>
      </w:r>
    </w:p>
    <w:p>
      <w:pPr>
        <w:pStyle w:val="Heading3"/>
      </w:pPr>
      <w:r>
        <w:t>Bolsa de residuos accesible</w:t>
      </w:r>
    </w:p>
    <w:p>
      <w:r>
        <w:t>**Principio:**</w:t>
      </w:r>
    </w:p>
    <w:p>
      <w:pPr>
        <w:pStyle w:val="ListBullet"/>
      </w:pPr>
      <w:r>
        <w:t>Bolsa de residuos debe estar accesible.</w:t>
      </w:r>
    </w:p>
    <w:p>
      <w:pPr>
        <w:pStyle w:val="ListBullet"/>
      </w:pPr>
      <w:r>
        <w:t>Residuos deben gestionarse correctamente.</w:t>
      </w:r>
    </w:p>
    <w:p>
      <w:pPr>
        <w:pStyle w:val="ListBullet"/>
      </w:pPr>
      <w:r>
        <w:t>Priorizar accesibilidad.</w:t>
      </w:r>
    </w:p>
    <w:p>
      <w:r>
        <w:t>**Técnica:**</w:t>
      </w:r>
    </w:p>
    <w:p>
      <w:pPr>
        <w:pStyle w:val="ListNumber"/>
      </w:pPr>
      <w:r>
        <w:t>Colocar bolsa de residuos en zona accesible.</w:t>
      </w:r>
    </w:p>
    <w:p>
      <w:pPr>
        <w:pStyle w:val="ListNumber"/>
      </w:pPr>
      <w:r>
        <w:t>Gestionar residuos durante procedimientos.</w:t>
      </w:r>
    </w:p>
    <w:p>
      <w:pPr>
        <w:pStyle w:val="ListNumber"/>
      </w:pPr>
      <w:r>
        <w:t>Cerrar bolsa correctamente después de uso.</w:t>
      </w:r>
    </w:p>
    <w:p>
      <w:r>
        <w:t>────────────────────────────────────────────────────────────</w:t>
      </w:r>
    </w:p>
    <w:p>
      <w:pPr>
        <w:pStyle w:val="Heading2"/>
      </w:pPr>
      <w:r>
        <w:t>3.15.6 Gestión durante traslado (camilla/silla/escaleras/ascensor)</w:t>
      </w:r>
    </w:p>
    <w:p>
      <w:pPr>
        <w:pStyle w:val="Heading3"/>
      </w:pPr>
      <w:r>
        <w:t>Fijación de botella portátil</w:t>
      </w:r>
    </w:p>
    <w:p>
      <w:r>
        <w:t>**Principio:**</w:t>
      </w:r>
    </w:p>
    <w:p>
      <w:pPr>
        <w:pStyle w:val="ListBullet"/>
      </w:pPr>
      <w:r>
        <w:t>Botella portátil debe estar fijada correctamente.</w:t>
      </w:r>
    </w:p>
    <w:p>
      <w:pPr>
        <w:pStyle w:val="ListBullet"/>
      </w:pPr>
      <w:r>
        <w:t>Botella suelta aumenta riesgo de caída y desconexión.</w:t>
      </w:r>
    </w:p>
    <w:p>
      <w:pPr>
        <w:pStyle w:val="ListBullet"/>
      </w:pPr>
      <w:r>
        <w:t>Priorizar fijación.</w:t>
      </w:r>
    </w:p>
    <w:p>
      <w:r>
        <w:t>**Técnica:**</w:t>
      </w:r>
    </w:p>
    <w:p>
      <w:pPr>
        <w:pStyle w:val="ListNumber"/>
      </w:pPr>
      <w:r>
        <w:t>Fijar botella portátil en carro o soporte.</w:t>
      </w:r>
    </w:p>
    <w:p>
      <w:pPr>
        <w:pStyle w:val="ListNumber"/>
      </w:pPr>
      <w:r>
        <w:t>Verificar que botella está segura.</w:t>
      </w:r>
    </w:p>
    <w:p>
      <w:pPr>
        <w:pStyle w:val="ListNumber"/>
      </w:pPr>
      <w:r>
        <w:t>Re-verificar después de movimientos.</w:t>
      </w:r>
    </w:p>
    <w:p>
      <w:r>
        <w:t>────────────────────────────────────────────────────────────</w:t>
      </w:r>
    </w:p>
    <w:p>
      <w:pPr>
        <w:pStyle w:val="Heading3"/>
      </w:pPr>
      <w:r>
        <w:t>Tubos/cables sin tensiones</w:t>
      </w:r>
    </w:p>
    <w:p>
      <w:r>
        <w:t>**Principio:**</w:t>
      </w:r>
    </w:p>
    <w:p>
      <w:pPr>
        <w:pStyle w:val="ListBullet"/>
      </w:pPr>
      <w:r>
        <w:t>Tubos/cables deben estar sin tensiones.</w:t>
      </w:r>
    </w:p>
    <w:p>
      <w:pPr>
        <w:pStyle w:val="ListBullet"/>
      </w:pPr>
      <w:r>
        <w:t>Tensiones aumentan riesgo de desconexión y enganches.</w:t>
      </w:r>
    </w:p>
    <w:p>
      <w:pPr>
        <w:pStyle w:val="ListBullet"/>
      </w:pPr>
      <w:r>
        <w:t>Priorizar organización.</w:t>
      </w:r>
    </w:p>
    <w:p>
      <w:r>
        <w:t>**Técnica:**</w:t>
      </w:r>
    </w:p>
    <w:p>
      <w:pPr>
        <w:pStyle w:val="ListNumber"/>
      </w:pPr>
      <w:r>
        <w:t>Organizar tubos/cables sin tensiones.</w:t>
      </w:r>
    </w:p>
    <w:p>
      <w:pPr>
        <w:pStyle w:val="ListNumber"/>
      </w:pPr>
      <w:r>
        <w:t>Fijar tubos/cables para evitar tensiones.</w:t>
      </w:r>
    </w:p>
    <w:p>
      <w:pPr>
        <w:pStyle w:val="ListNumber"/>
      </w:pPr>
      <w:r>
        <w:t>Re-verificar después de movimientos.</w:t>
      </w:r>
    </w:p>
    <w:p>
      <w:r>
        <w:t>────────────────────────────────────────────────────────────</w:t>
      </w:r>
    </w:p>
    <w:p>
      <w:pPr>
        <w:pStyle w:val="Heading3"/>
      </w:pPr>
      <w:r>
        <w:t>Paradas seguras para reajustar (no "en movimiento")</w:t>
      </w:r>
    </w:p>
    <w:p>
      <w:r>
        <w:t>**Principio:**</w:t>
      </w:r>
    </w:p>
    <w:p>
      <w:pPr>
        <w:pStyle w:val="ListBullet"/>
      </w:pPr>
      <w:r>
        <w:t>Paradas seguras para reajustar material.</w:t>
      </w:r>
    </w:p>
    <w:p>
      <w:pPr>
        <w:pStyle w:val="ListBullet"/>
      </w:pPr>
      <w:r>
        <w:t>No reajustar "en movimiento" (riesgo de caídas y enganches).</w:t>
      </w:r>
    </w:p>
    <w:p>
      <w:pPr>
        <w:pStyle w:val="ListBullet"/>
      </w:pPr>
      <w:r>
        <w:t>Priorizar seguridad.</w:t>
      </w:r>
    </w:p>
    <w:p>
      <w:r>
        <w:t>**Técnica:**</w:t>
      </w:r>
    </w:p>
    <w:p>
      <w:pPr>
        <w:pStyle w:val="ListNumber"/>
      </w:pPr>
      <w:r>
        <w:t>Detener camilla/silla si es necesario reajustar.</w:t>
      </w:r>
    </w:p>
    <w:p>
      <w:pPr>
        <w:pStyle w:val="ListNumber"/>
      </w:pPr>
      <w:r>
        <w:t>Reajustar material de forma segura.</w:t>
      </w:r>
    </w:p>
    <w:p>
      <w:pPr>
        <w:pStyle w:val="ListNumber"/>
      </w:pPr>
      <w:r>
        <w:t>Verificar que material está bien organizado.</w:t>
      </w:r>
    </w:p>
    <w:p>
      <w:pPr>
        <w:pStyle w:val="ListNumber"/>
      </w:pPr>
      <w:r>
        <w:t>Continuar traslado después de reajuste.</w:t>
      </w:r>
    </w:p>
    <w:p>
      <w:r>
        <w:t>────────────────────────────────────────────────────────────</w:t>
      </w:r>
    </w:p>
    <w:p>
      <w:pPr>
        <w:pStyle w:val="Heading2"/>
      </w:pPr>
      <w:r>
        <w:t>3.15.7 Problemas frecuentes y resolución rápida</w:t>
      </w:r>
    </w:p>
    <w:p>
      <w:pPr>
        <w:pStyle w:val="Heading3"/>
      </w:pPr>
      <w:r>
        <w:t>Enganches: re-rutar tubuladuras</w:t>
      </w:r>
    </w:p>
    <w:p>
      <w:r>
        <w:t>**Causas posibles:**</w:t>
      </w:r>
    </w:p>
    <w:p>
      <w:pPr>
        <w:pStyle w:val="ListBullet"/>
      </w:pPr>
      <w:r>
        <w:t>Tubuladuras en ruta de camilla/silla.</w:t>
      </w:r>
    </w:p>
    <w:p>
      <w:pPr>
        <w:pStyle w:val="ListBullet"/>
      </w:pPr>
      <w:r>
        <w:t>Tubuladuras cruzadas.</w:t>
      </w:r>
    </w:p>
    <w:p>
      <w:pPr>
        <w:pStyle w:val="ListBullet"/>
      </w:pPr>
      <w:r>
        <w:t>Tubuladuras sueltas.</w:t>
      </w:r>
    </w:p>
    <w:p>
      <w:r>
        <w:t>**Resolución rápida:**</w:t>
      </w:r>
    </w:p>
    <w:p>
      <w:pPr>
        <w:pStyle w:val="ListNumber"/>
      </w:pPr>
      <w:r>
        <w:t>Detener camilla/silla si es necesario.</w:t>
      </w:r>
    </w:p>
    <w:p>
      <w:pPr>
        <w:pStyle w:val="ListNumber"/>
      </w:pPr>
      <w:r>
        <w:t>Re-rutar tubuladuras (por otro lado, fijar mejor).</w:t>
      </w:r>
    </w:p>
    <w:p>
      <w:pPr>
        <w:pStyle w:val="ListNumber"/>
      </w:pPr>
      <w:r>
        <w:t>Verificar que no hay enganches.</w:t>
      </w:r>
    </w:p>
    <w:p>
      <w:pPr>
        <w:pStyle w:val="ListNumber"/>
      </w:pPr>
      <w:r>
        <w:t>Continuar traslado.</w:t>
      </w:r>
    </w:p>
    <w:p>
      <w:r>
        <w:t>────────────────────────────────────────────────────────────</w:t>
      </w:r>
    </w:p>
    <w:p>
      <w:pPr>
        <w:pStyle w:val="Heading3"/>
      </w:pPr>
      <w:r>
        <w:t>Caída de equipo: fijación y punto de apoyo estable</w:t>
      </w:r>
    </w:p>
    <w:p>
      <w:r>
        <w:t>**Causas posibles:**</w:t>
      </w:r>
    </w:p>
    <w:p>
      <w:pPr>
        <w:pStyle w:val="ListBullet"/>
      </w:pPr>
      <w:r>
        <w:t>Fijación insuficiente.</w:t>
      </w:r>
    </w:p>
    <w:p>
      <w:pPr>
        <w:pStyle w:val="ListBullet"/>
      </w:pPr>
      <w:r>
        <w:t>Punto de apoyo inestable.</w:t>
      </w:r>
    </w:p>
    <w:p>
      <w:pPr>
        <w:pStyle w:val="ListBullet"/>
      </w:pPr>
      <w:r>
        <w:t>Movimientos bruscos.</w:t>
      </w:r>
    </w:p>
    <w:p>
      <w:r>
        <w:t>**Resolución rápida:**</w:t>
      </w:r>
    </w:p>
    <w:p>
      <w:pPr>
        <w:pStyle w:val="ListNumber"/>
      </w:pPr>
      <w:r>
        <w:t>Detener camilla/silla si es necesario.</w:t>
      </w:r>
    </w:p>
    <w:p>
      <w:pPr>
        <w:pStyle w:val="ListNumber"/>
      </w:pPr>
      <w:r>
        <w:t>Fijar equipo correctamente.</w:t>
      </w:r>
    </w:p>
    <w:p>
      <w:pPr>
        <w:pStyle w:val="ListNumber"/>
      </w:pPr>
      <w:r>
        <w:t>Verificar que punto de apoyo es estable.</w:t>
      </w:r>
    </w:p>
    <w:p>
      <w:pPr>
        <w:pStyle w:val="ListNumber"/>
      </w:pPr>
      <w:r>
        <w:t>Re-verificar después de movimientos.</w:t>
      </w:r>
    </w:p>
    <w:p>
      <w:r>
        <w:t>────────────────────────────────────────────────────────────</w:t>
      </w:r>
    </w:p>
    <w:p>
      <w:pPr>
        <w:pStyle w:val="Heading3"/>
      </w:pPr>
      <w:r>
        <w:t>Desorden por prisa: "reset rápido" antes de evacuar</w:t>
      </w:r>
    </w:p>
    <w:p>
      <w:r>
        <w:t>**Causas posibles:**</w:t>
      </w:r>
    </w:p>
    <w:p>
      <w:pPr>
        <w:pStyle w:val="ListBullet"/>
      </w:pPr>
      <w:r>
        <w:t>Prisa durante intervención.</w:t>
      </w:r>
    </w:p>
    <w:p>
      <w:pPr>
        <w:pStyle w:val="ListBullet"/>
      </w:pPr>
      <w:r>
        <w:t>Material disperso.</w:t>
      </w:r>
    </w:p>
    <w:p>
      <w:pPr>
        <w:pStyle w:val="ListBullet"/>
      </w:pPr>
      <w:r>
        <w:t>Falta de organización.</w:t>
      </w:r>
    </w:p>
    <w:p>
      <w:r>
        <w:t>**Resolución rápida:**</w:t>
      </w:r>
    </w:p>
    <w:p>
      <w:pPr>
        <w:pStyle w:val="ListNumber"/>
      </w:pPr>
      <w:r>
        <w:t>Hacer "reset rápido" antes de evacuar.</w:t>
      </w:r>
    </w:p>
    <w:p>
      <w:pPr>
        <w:pStyle w:val="ListNumber"/>
      </w:pPr>
      <w:r>
        <w:t>Recoger material sobrante.</w:t>
      </w:r>
    </w:p>
    <w:p>
      <w:pPr>
        <w:pStyle w:val="ListNumber"/>
      </w:pPr>
      <w:r>
        <w:t>Organizar material necesario.</w:t>
      </w:r>
    </w:p>
    <w:p>
      <w:pPr>
        <w:pStyle w:val="ListNumber"/>
      </w:pPr>
      <w:r>
        <w:t>Verificar que ruta está limpia.</w:t>
      </w:r>
    </w:p>
    <w:p>
      <w:pPr>
        <w:pStyle w:val="ListNumber"/>
      </w:pPr>
      <w:r>
        <w:t>Continuar evacuación.</w:t>
      </w:r>
    </w:p>
    <w:p>
      <w:r>
        <w:t>────────────────────────────────────────────────────────────</w:t>
      </w:r>
    </w:p>
    <w:p>
      <w:pPr>
        <w:pStyle w:val="Heading2"/>
      </w:pPr>
      <w:r>
        <w:t>3.15.8 Errores críticos y señales de alarma</w:t>
      </w:r>
    </w:p>
    <w:p>
      <w:pPr>
        <w:pStyle w:val="Heading3"/>
      </w:pPr>
      <w:r>
        <w:t>Errores críticos</w:t>
      </w:r>
    </w:p>
    <w:p>
      <w:r>
        <w:t>**Error 1: Tubuladuras cruzando ruta de camilla**</w:t>
      </w:r>
    </w:p>
    <w:p>
      <w:pPr>
        <w:pStyle w:val="ListBullet"/>
      </w:pPr>
      <w:r>
        <w:t>❌ Dejar tubuladuras cruzando ruta de camilla/silla.</w:t>
      </w:r>
    </w:p>
    <w:p>
      <w:pPr>
        <w:pStyle w:val="ListBullet"/>
      </w:pPr>
      <w:r>
        <w:t>**Consecuencia:** Enganches, caídas, desconexiones, lesiones.</w:t>
      </w:r>
    </w:p>
    <w:p>
      <w:pPr>
        <w:pStyle w:val="ListBullet"/>
      </w:pPr>
      <w:r>
        <w:t>**Prevención:** Organizar tubuladuras por un lado, evitar cruzar ruta, fijar correctamente.</w:t>
      </w:r>
    </w:p>
    <w:p>
      <w:r>
        <w:t>**Error 2: Botella suelta**</w:t>
      </w:r>
    </w:p>
    <w:p>
      <w:pPr>
        <w:pStyle w:val="ListBullet"/>
      </w:pPr>
      <w:r>
        <w:t>❌ Dejar botella portátil sin fijar.</w:t>
      </w:r>
    </w:p>
    <w:p>
      <w:pPr>
        <w:pStyle w:val="ListBullet"/>
      </w:pPr>
      <w:r>
        <w:t>**Consecuencia:** Caída de botella, desconexión, lesión, riesgo de accidente.</w:t>
      </w:r>
    </w:p>
    <w:p>
      <w:pPr>
        <w:pStyle w:val="ListBullet"/>
      </w:pPr>
      <w:r>
        <w:t>**Prevención:** Fijar botella correctamente, verificar que está segura, re-verificar después de movimientos.</w:t>
      </w:r>
    </w:p>
    <w:p>
      <w:r>
        <w:t>**Error 3: Cables tensos durante traslado**</w:t>
      </w:r>
    </w:p>
    <w:p>
      <w:pPr>
        <w:pStyle w:val="ListBullet"/>
      </w:pPr>
      <w:r>
        <w:t>❌ Dejar cables tensos durante traslado.</w:t>
      </w:r>
    </w:p>
    <w:p>
      <w:pPr>
        <w:pStyle w:val="ListBullet"/>
      </w:pPr>
      <w:r>
        <w:t>**Consecuencia:** Desconexiones, enganches, caídas de equipo.</w:t>
      </w:r>
    </w:p>
    <w:p>
      <w:pPr>
        <w:pStyle w:val="ListBullet"/>
      </w:pPr>
      <w:r>
        <w:t>**Prevención:** Organizar cables sin tensiones, fijar correctamente, re-verificar después de movimientos.</w:t>
      </w:r>
    </w:p>
    <w:p>
      <w:r>
        <w:t>────────────────────────────────────────────────────────────</w:t>
      </w:r>
    </w:p>
    <w:p>
      <w:pPr>
        <w:pStyle w:val="Heading3"/>
      </w:pPr>
      <w:r>
        <w:t>Señales de alarma (cuándo parar y reevaluar)</w:t>
      </w:r>
    </w:p>
    <w:p>
      <w:r>
        <w:t>**Señal de alarma 1: Enganche durante traslado**</w:t>
      </w:r>
    </w:p>
    <w:p>
      <w:pPr>
        <w:pStyle w:val="ListBullet"/>
      </w:pPr>
      <w:r>
        <w:t>**Acción:** Parar inmediatamente, desenganchar, re-organizar, re-verificar que no hay más enganches.</w:t>
      </w:r>
    </w:p>
    <w:p>
      <w:pPr>
        <w:pStyle w:val="ListBullet"/>
      </w:pPr>
      <w:r>
        <w:t>**Si persiste:** Re-rutar tubuladuras/cables, fijar mejor, continuar con precaución.</w:t>
      </w:r>
    </w:p>
    <w:p>
      <w:r>
        <w:t>**Señal de alarma 2: Caída de equipo durante traslado**</w:t>
      </w:r>
    </w:p>
    <w:p>
      <w:pPr>
        <w:pStyle w:val="ListBullet"/>
      </w:pPr>
      <w:r>
        <w:t>**Acción:** Parar inmediatamente, verificar que equipo no está dañado, fijar correctamente, re-verificar.</w:t>
      </w:r>
    </w:p>
    <w:p>
      <w:pPr>
        <w:pStyle w:val="ListBullet"/>
      </w:pPr>
      <w:r>
        <w:t>**Si persiste:** Evaluar si equipo funciona, considerar alternativas.</w:t>
      </w:r>
    </w:p>
    <w:p>
      <w:r>
        <w:t>**Señal de alarma 3: Desconexión durante traslado**</w:t>
      </w:r>
    </w:p>
    <w:p>
      <w:pPr>
        <w:pStyle w:val="ListBullet"/>
      </w:pPr>
      <w:r>
        <w:t>**Acción:** Parar inmediatamente, re-conectar, verificar que funciona, fijar correctamente.</w:t>
      </w:r>
    </w:p>
    <w:p>
      <w:pPr>
        <w:pStyle w:val="ListBullet"/>
      </w:pPr>
      <w:r>
        <w:t>**Prevención:** Fijar cables/tubos correctamente, organizar sin tensiones, re-verificar después de movimientos.</w:t>
      </w:r>
    </w:p>
    <w:p>
      <w:r>
        <w:t>**Principio:**</w:t>
      </w:r>
    </w:p>
    <w:p>
      <w:pPr>
        <w:pStyle w:val="ListBullet"/>
      </w:pPr>
      <w:r>
        <w:t>**Si hay señal de alarma: PARAR INMEDIATAMENTE, RE-EVALUAR, CORREGIR, CONTINUAR CON PRECAUCIÓN.**</w:t>
      </w:r>
    </w:p>
    <w:p>
      <w:pPr>
        <w:pStyle w:val="ListBullet"/>
      </w:pPr>
      <w:r>
        <w:t>**No continuar si hay riesgo de enganches, caídas o desconexiones.**</w:t>
      </w:r>
    </w:p>
    <w:p>
      <w:r>
        <w:t>────────────────────────────────────────────────────────────</w:t>
      </w:r>
    </w:p>
    <w:p>
      <w:pPr>
        <w:pStyle w:val="Heading2"/>
      </w:pPr>
      <w:r>
        <w:t>3.15.9 Puntos clave TES</w:t>
      </w:r>
    </w:p>
    <w:p>
      <w:pPr>
        <w:pStyle w:val="ListBullet"/>
      </w:pPr>
      <w:r>
        <w:t>**Material "en su sitio": no disperso** (organizar en zonas definidas, mantener organizado, no dispersar innecesariamente).</w:t>
      </w:r>
    </w:p>
    <w:p>
      <w:pPr>
        <w:pStyle w:val="ListBullet"/>
      </w:pPr>
      <w:r>
        <w:t>**Ruta limpia para camilla/silla** (despejar obstáculos, mantener ruta limpia durante traslado).</w:t>
      </w:r>
    </w:p>
    <w:p>
      <w:pPr>
        <w:pStyle w:val="ListBullet"/>
      </w:pPr>
      <w:r>
        <w:t>**Cables/tubos por un lado y fijados** (organizar por un lado, fijar para evitar enganches, re-verificar después de movimientos).</w:t>
      </w:r>
    </w:p>
    <w:p>
      <w:pPr>
        <w:pStyle w:val="ListBullet"/>
      </w:pPr>
      <w:r>
        <w:t>**Un responsable de material durante maniobras** (coordina material, previene enganches y caídas).</w:t>
      </w:r>
    </w:p>
    <w:p>
      <w:pPr>
        <w:pStyle w:val="ListBullet"/>
      </w:pPr>
      <w:r>
        <w:t>**Preparación de escena: zona limpia, ruta despejada, material por prioridades** (organizar antes de intervenir, verificar que todo está listo).</w:t>
      </w:r>
    </w:p>
    <w:p>
      <w:pPr>
        <w:pStyle w:val="ListBullet"/>
      </w:pPr>
      <w:r>
        <w:t>**Antes de mover: recoger "sobrante"** (material que no se necesita, evitar enganches y caídas).</w:t>
      </w:r>
    </w:p>
    <w:p>
      <w:pPr>
        <w:pStyle w:val="ListBullet"/>
      </w:pPr>
      <w:r>
        <w:t>**Aspiración y O₂ sin cruzar tubuladuras** (organizar por lados diferentes, evitar cruces, fijar correctamente).</w:t>
      </w:r>
    </w:p>
    <w:p>
      <w:pPr>
        <w:pStyle w:val="ListBullet"/>
      </w:pPr>
      <w:r>
        <w:t>**Monitor con cables recogidos y fijados** (organizar cables, fijar para evitar enganches, re-verificar después de movimientos).</w:t>
      </w:r>
    </w:p>
    <w:p>
      <w:pPr>
        <w:pStyle w:val="ListBullet"/>
      </w:pPr>
      <w:r>
        <w:t>**Fijación de botella portátil** (fijar correctamente, verificar que está segura, re-verificar después de movimientos).</w:t>
      </w:r>
    </w:p>
    <w:p>
      <w:pPr>
        <w:pStyle w:val="ListBullet"/>
      </w:pPr>
      <w:r>
        <w:t>**Paradas seguras para reajustar** (no reajustar "en movimiento", detener si es necesario, reajustar de forma segura).</w:t>
      </w:r>
    </w:p>
    <w:p>
      <w:pPr>
        <w:pStyle w:val="ListBullet"/>
      </w:pPr>
      <w:r>
        <w:t>**NUNCA dejar tubuladuras cruzando ruta de camilla** (organizar por un lado, evitar cruces, fijar correctamente).</w:t>
      </w:r>
    </w:p>
    <w:p>
      <w:pPr>
        <w:pStyle w:val="ListBullet"/>
      </w:pPr>
      <w:r>
        <w:t>**NUNCA dejar botella suelta** (fijar correctamente, verificar que está segura, prevenir caídas).</w:t>
      </w:r>
    </w:p>
    <w:p>
      <w:pPr>
        <w:pStyle w:val="ListBullet"/>
      </w:pPr>
      <w:r>
        <w:t>**Un TES lesionado detiene la asistencia:** aplicar ergonomía (postura correcta, prevenir lesiones durante manejo de material).</w:t>
      </w:r>
    </w:p>
    <w:p>
      <w:r>
        <w:t>────────────────────────────────────────────────────────────</w:t>
      </w:r>
    </w:p>
    <w:p>
      <w:pPr>
        <w:pStyle w:val="Heading2"/>
      </w:pPr>
      <w:r>
        <w:t>3.15.10 Cierre del capítulo</w:t>
      </w:r>
    </w:p>
    <w:p>
      <w:r>
        <w:t>Este capítulo se integra con:</w:t>
      </w:r>
    </w:p>
    <w:p>
      <w:pPr>
        <w:pStyle w:val="ListBullet"/>
      </w:pPr>
      <w:r>
        <w:t>**Bloque 2 – Inmovilización y Movilización** (2.8, 2.13: integración con traslado)</w:t>
      </w:r>
    </w:p>
    <w:p>
      <w:pPr>
        <w:pStyle w:val="ListBullet"/>
      </w:pPr>
      <w:r>
        <w:t>**3.0–3.4 – Oxigenoterapia y Vía Aérea** (gestión de O₂ y tubuladuras)</w:t>
      </w:r>
    </w:p>
    <w:p>
      <w:pPr>
        <w:pStyle w:val="ListBullet"/>
      </w:pPr>
      <w:r>
        <w:t>**3.2 – Aspiración: Material y Uso Seguro** (gestión de aspiración y tubuladuras)</w:t>
      </w:r>
    </w:p>
    <w:p>
      <w:pPr>
        <w:pStyle w:val="ListBullet"/>
      </w:pPr>
      <w:r>
        <w:t>**3.10 – Monitorización Básica: Material y Uso Seguro** (gestión de monitorización y cables)</w:t>
      </w:r>
    </w:p>
    <w:p>
      <w:pPr>
        <w:pStyle w:val="ListBullet"/>
      </w:pPr>
      <w:r>
        <w:t>**3.17 – Señalización, Iluminación y Seguridad de Escena** (integración con iluminación y seguridad)</w:t>
      </w:r>
    </w:p>
    <w:p>
      <w:r>
        <w:t>**Transición:**</w:t>
      </w:r>
    </w:p>
    <w:p>
      <w:pPr>
        <w:pStyle w:val="ListBullet"/>
      </w:pPr>
      <w:r>
        <w:t>Este capítulo proporciona técnicas operativas de **gestión del material en escena y ambulancia**.</w:t>
      </w:r>
    </w:p>
    <w:p>
      <w:pPr>
        <w:pStyle w:val="ListBullet"/>
      </w:pPr>
      <w:r>
        <w:t>Los capítulos siguientes desarrollan **comunicación (3.16)**, **señalización (3.17)** y **documentación (3.18)**.</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**organización del material es esencial** para prevenir enganches y caídas</w:t>
      </w:r>
    </w:p>
    <w:p>
      <w:pPr>
        <w:pStyle w:val="ListBullet"/>
      </w:pPr>
      <w:r>
        <w:t>**Ruta limpia para camilla/silla** (despejar obstáculos, mantener limpia)</w:t>
      </w:r>
    </w:p>
    <w:p>
      <w:pPr>
        <w:pStyle w:val="ListBullet"/>
      </w:pPr>
      <w:r>
        <w:t>**Cables/tubos fijados** (organizar por un lado, fijar correctamente)</w:t>
      </w:r>
    </w:p>
    <w:p>
      <w:pPr>
        <w:pStyle w:val="ListBullet"/>
      </w:pPr>
      <w:r>
        <w:t>**Paradas seguras para reajustar** (no reajustar "en movimiento")</w:t>
      </w:r>
    </w:p>
    <w:p>
      <w:r>
        <w:t>**Principios No Negociables:**</w:t>
      </w:r>
    </w:p>
    <w:p>
      <w:pPr>
        <w:pStyle w:val="ListBullet"/>
      </w:pPr>
      <w:r>
        <w:t>**NUNCA dejar** tubuladuras cruzando ruta de camilla</w:t>
      </w:r>
    </w:p>
    <w:p>
      <w:pPr>
        <w:pStyle w:val="ListBullet"/>
      </w:pPr>
      <w:r>
        <w:t>**NUNCA dejar** botella suelta</w:t>
      </w:r>
    </w:p>
    <w:p>
      <w:pPr>
        <w:pStyle w:val="ListBullet"/>
      </w:pPr>
      <w:r>
        <w:t>**NUNCA dejar** cables tensos durante traslado</w:t>
      </w:r>
    </w:p>
    <w:p>
      <w:pPr>
        <w:pStyle w:val="ListBullet"/>
      </w:pPr>
      <w:r>
        <w:t>**SIEMPRE organizar** material "en su sitio"</w:t>
      </w:r>
    </w:p>
    <w:p>
      <w:pPr>
        <w:pStyle w:val="ListBullet"/>
      </w:pPr>
      <w:r>
        <w:t>**SIEMPRE despejar** ruta de camilla/silla</w:t>
      </w:r>
    </w:p>
    <w:p>
      <w:pPr>
        <w:pStyle w:val="ListBullet"/>
      </w:pPr>
      <w:r>
        <w:t>**SIEMPRE fijar** cables/tubos correctamente</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3.16 – Comunicación operativa con el paciente durante procedimientos</w:t>
      </w:r>
    </w:p>
    <w:p>
      <w:pPr>
        <w:pStyle w:val="Heading1"/>
      </w:pPr>
      <w:r>
        <w:t>3.16 – Comunicación operativa con el paciente durante procedimientos</w:t>
      </w:r>
    </w:p>
    <w:p>
      <w:pPr>
        <w:pStyle w:val="Heading2"/>
      </w:pPr>
      <w:r>
        <w:t>Manual TES Digital – Comunicación efectiva en emergencias</w:t>
      </w:r>
    </w:p>
    <w:p>
      <w:r>
        <w:t>**Versión:** 1.0</w:t>
      </w:r>
    </w:p>
    <w:p>
      <w:r>
        <w:t>**Fecha:** 2024-12-13</w:t>
      </w:r>
    </w:p>
    <w:p>
      <w:r>
        <w:t>**Tipo:** Bloque Operativo - Procedimiento TES</w:t>
      </w:r>
    </w:p>
    <w:p>
      <w:r>
        <w:t>────────────────────────────────────────────────────────────</w:t>
      </w:r>
    </w:p>
    <w:p>
      <w:pPr>
        <w:pStyle w:val="Heading2"/>
      </w:pPr>
      <w:r>
        <w:t>3.16.1 Objetivo operativo</w:t>
      </w:r>
    </w:p>
    <w:p>
      <w:r>
        <w:t>Obtener cooperación, reducir ansiedad y mejorar seguridad **explicando lo mínimo imprescindible** con lenguaje claro y directivo, integrando la comunicación con **confort (3.13), curas (3.6–3.8), inmovilización (Bloque 2) y traslado (2.8, 2.13)**.</w:t>
      </w:r>
    </w:p>
    <w:p>
      <w:r>
        <w:t>Este capítulo se centra en **comunicación breve, útil y repetible**, no en psicoterapia ni discusiones.</w:t>
      </w:r>
    </w:p>
    <w:p>
      <w:r>
        <w:t>────────────────────────────────────────────────────────────</w:t>
      </w:r>
    </w:p>
    <w:p>
      <w:pPr>
        <w:pStyle w:val="Heading2"/>
      </w:pPr>
      <w:r>
        <w:t>3.16.2 Alcance y límites</w:t>
      </w:r>
    </w:p>
    <w:p>
      <w:pPr>
        <w:pStyle w:val="Heading3"/>
      </w:pPr>
      <w:r>
        <w:t>Alcance del capítulo</w:t>
      </w:r>
    </w:p>
    <w:p>
      <w:r>
        <w:t>Este capítulo cubre:</w:t>
      </w:r>
    </w:p>
    <w:p>
      <w:pPr>
        <w:pStyle w:val="ListBullet"/>
      </w:pPr>
      <w:r>
        <w:t>**Comunicación breve y útil** durante procedimientos.</w:t>
      </w:r>
    </w:p>
    <w:p>
      <w:pPr>
        <w:pStyle w:val="ListBullet"/>
      </w:pPr>
      <w:r>
        <w:t>**Guiones operativos** para situaciones comunes.</w:t>
      </w:r>
    </w:p>
    <w:p>
      <w:pPr>
        <w:pStyle w:val="ListBullet"/>
      </w:pPr>
      <w:r>
        <w:t>**Comunicación en situaciones difíciles**.</w:t>
      </w:r>
    </w:p>
    <w:p>
      <w:pPr>
        <w:pStyle w:val="ListBullet"/>
      </w:pPr>
      <w:r>
        <w:t>**Integración** con otras técnicas TES.</w:t>
      </w:r>
    </w:p>
    <w:p>
      <w:pPr>
        <w:pStyle w:val="Heading3"/>
      </w:pPr>
      <w:r>
        <w:t>Límites del capítulo</w:t>
      </w:r>
    </w:p>
    <w:p>
      <w:r>
        <w:t>**Este capítulo NO cubre:**</w:t>
      </w:r>
    </w:p>
    <w:p>
      <w:pPr>
        <w:pStyle w:val="ListBullet"/>
      </w:pPr>
      <w:r>
        <w:t>Psicoterapia o técnicas psicológicas avanzadas.</w:t>
      </w:r>
    </w:p>
    <w:p>
      <w:pPr>
        <w:pStyle w:val="ListBullet"/>
      </w:pPr>
      <w:r>
        <w:t>Juicios o discusiones con el paciente.</w:t>
      </w:r>
    </w:p>
    <w:p>
      <w:pPr>
        <w:pStyle w:val="ListBullet"/>
      </w:pPr>
      <w:r>
        <w:t>Comunicación con familiares (solo mencionar si aplica).</w:t>
      </w:r>
    </w:p>
    <w:p>
      <w:r>
        <w:t>**Este capítulo SÍ cubre:**</w:t>
      </w:r>
    </w:p>
    <w:p>
      <w:pPr>
        <w:pStyle w:val="ListBullet"/>
      </w:pPr>
      <w:r>
        <w:t>Comunicación operativa breve y útil.</w:t>
      </w:r>
    </w:p>
    <w:p>
      <w:pPr>
        <w:pStyle w:val="ListBullet"/>
      </w:pPr>
      <w:r>
        <w:t>Guiones para situaciones comunes.</w:t>
      </w:r>
    </w:p>
    <w:p>
      <w:pPr>
        <w:pStyle w:val="ListBullet"/>
      </w:pPr>
      <w:r>
        <w:t>Técnicas básicas de comunicación.</w:t>
      </w:r>
    </w:p>
    <w:p>
      <w:r>
        <w:t>**Integración:**</w:t>
      </w:r>
    </w:p>
    <w:p>
      <w:pPr>
        <w:pStyle w:val="ListBullet"/>
      </w:pPr>
      <w:r>
        <w:t>Se integra con confort (3.13).</w:t>
      </w:r>
    </w:p>
    <w:p>
      <w:pPr>
        <w:pStyle w:val="ListBullet"/>
      </w:pPr>
      <w:r>
        <w:t>Se integra con curas (3.6–3.8).</w:t>
      </w:r>
    </w:p>
    <w:p>
      <w:pPr>
        <w:pStyle w:val="ListBullet"/>
      </w:pPr>
      <w:r>
        <w:t>Se integra con inmovilización (Bloque 2, 2.8, 2.13).</w:t>
      </w:r>
    </w:p>
    <w:p>
      <w:r>
        <w:t>────────────────────────────────────────────────────────────</w:t>
      </w:r>
    </w:p>
    <w:p>
      <w:pPr>
        <w:pStyle w:val="Heading2"/>
      </w:pPr>
      <w:r>
        <w:t>3.16.3 Principios TES</w:t>
      </w:r>
    </w:p>
    <w:p>
      <w:pPr>
        <w:pStyle w:val="Heading3"/>
      </w:pPr>
      <w:r>
        <w:t>Decir: qué hacemos + qué notará + cuánto dura</w:t>
      </w:r>
    </w:p>
    <w:p>
      <w:r>
        <w:t>**Principio:**</w:t>
      </w:r>
    </w:p>
    <w:p>
      <w:pPr>
        <w:pStyle w:val="ListBullet"/>
      </w:pPr>
      <w:r>
        <w:t>Explicar: qué se va a hacer, qué notará el paciente, cuánto dura.</w:t>
      </w:r>
    </w:p>
    <w:p>
      <w:pPr>
        <w:pStyle w:val="ListBullet"/>
      </w:pPr>
      <w:r>
        <w:t>Información mínima pero útil.</w:t>
      </w:r>
    </w:p>
    <w:p>
      <w:pPr>
        <w:pStyle w:val="ListBullet"/>
      </w:pPr>
      <w:r>
        <w:t>Preparar al paciente.</w:t>
      </w:r>
    </w:p>
    <w:p>
      <w:r>
        <w:t>**Técnica:**</w:t>
      </w:r>
    </w:p>
    <w:p>
      <w:pPr>
        <w:pStyle w:val="ListNumber"/>
      </w:pPr>
      <w:r>
        <w:t>Decir qué se va a hacer (ej: "te voy a poner oxígeno").</w:t>
      </w:r>
    </w:p>
    <w:p>
      <w:pPr>
        <w:pStyle w:val="ListNumber"/>
      </w:pPr>
      <w:r>
        <w:t>Decir qué notará (ej: "vas a notar el flujo de aire").</w:t>
      </w:r>
    </w:p>
    <w:p>
      <w:pPr>
        <w:pStyle w:val="ListNumber"/>
      </w:pPr>
      <w:r>
        <w:t>Decir cuánto dura (ej: "solo un momento").</w:t>
      </w:r>
    </w:p>
    <w:p>
      <w:r>
        <w:t>────────────────────────────────────────────────────────────</w:t>
      </w:r>
    </w:p>
    <w:p>
      <w:pPr>
        <w:pStyle w:val="Heading3"/>
      </w:pPr>
      <w:r>
        <w:t>Instrucciones simples de una en una</w:t>
      </w:r>
    </w:p>
    <w:p>
      <w:r>
        <w:t>**Principio:**</w:t>
      </w:r>
    </w:p>
    <w:p>
      <w:pPr>
        <w:pStyle w:val="ListBullet"/>
      </w:pPr>
      <w:r>
        <w:t>Dar instrucciones simples, de una en una.</w:t>
      </w:r>
    </w:p>
    <w:p>
      <w:pPr>
        <w:pStyle w:val="ListBullet"/>
      </w:pPr>
      <w:r>
        <w:t>No dar múltiples instrucciones a la vez.</w:t>
      </w:r>
    </w:p>
    <w:p>
      <w:pPr>
        <w:pStyle w:val="ListBullet"/>
      </w:pPr>
      <w:r>
        <w:t>Facilitar comprensión y cooperación.</w:t>
      </w:r>
    </w:p>
    <w:p>
      <w:r>
        <w:t>**Técnica:**</w:t>
      </w:r>
    </w:p>
    <w:p>
      <w:pPr>
        <w:pStyle w:val="ListNumber"/>
      </w:pPr>
      <w:r>
        <w:t>Dar una instrucción simple.</w:t>
      </w:r>
    </w:p>
    <w:p>
      <w:pPr>
        <w:pStyle w:val="ListNumber"/>
      </w:pPr>
      <w:r>
        <w:t>Esperar a que se cumpla.</w:t>
      </w:r>
    </w:p>
    <w:p>
      <w:pPr>
        <w:pStyle w:val="ListNumber"/>
      </w:pPr>
      <w:r>
        <w:t>Luego dar siguiente instrucción si es necesario.</w:t>
      </w:r>
    </w:p>
    <w:p>
      <w:r>
        <w:t>────────────────────────────────────────────────────────────</w:t>
      </w:r>
    </w:p>
    <w:p>
      <w:pPr>
        <w:pStyle w:val="Heading3"/>
      </w:pPr>
      <w:r>
        <w:t>Verificación ("¿me sigues?") sin infantilizar</w:t>
      </w:r>
    </w:p>
    <w:p>
      <w:r>
        <w:t>**Principio:**</w:t>
      </w:r>
    </w:p>
    <w:p>
      <w:pPr>
        <w:pStyle w:val="ListBullet"/>
      </w:pPr>
      <w:r>
        <w:t>Verificar que paciente entiende sin infantilizar.</w:t>
      </w:r>
    </w:p>
    <w:p>
      <w:pPr>
        <w:pStyle w:val="ListBullet"/>
      </w:pPr>
      <w:r>
        <w:t>Preguntar "¿me sigues?" o similar.</w:t>
      </w:r>
    </w:p>
    <w:p>
      <w:pPr>
        <w:pStyle w:val="ListBullet"/>
      </w:pPr>
      <w:r>
        <w:t>Mantener respeto y profesionalidad.</w:t>
      </w:r>
    </w:p>
    <w:p>
      <w:r>
        <w:t>**Técnica:**</w:t>
      </w:r>
    </w:p>
    <w:p>
      <w:pPr>
        <w:pStyle w:val="ListNumber"/>
      </w:pPr>
      <w:r>
        <w:t>Explicar brevemente.</w:t>
      </w:r>
    </w:p>
    <w:p>
      <w:pPr>
        <w:pStyle w:val="ListNumber"/>
      </w:pPr>
      <w:r>
        <w:t>Verificar comprensión (ej: "¿me sigues?", "¿está claro?").</w:t>
      </w:r>
    </w:p>
    <w:p>
      <w:pPr>
        <w:pStyle w:val="ListNumber"/>
      </w:pPr>
      <w:r>
        <w:t>Continuar si paciente entiende.</w:t>
      </w:r>
    </w:p>
    <w:p>
      <w:r>
        <w:t>────────────────────────────────────────────────────────────</w:t>
      </w:r>
    </w:p>
    <w:p>
      <w:pPr>
        <w:pStyle w:val="Heading3"/>
      </w:pPr>
      <w:r>
        <w:t>Mantener liderazgo y tono tranquilo</w:t>
      </w:r>
    </w:p>
    <w:p>
      <w:r>
        <w:t>**Principio:**</w:t>
      </w:r>
    </w:p>
    <w:p>
      <w:pPr>
        <w:pStyle w:val="ListBullet"/>
      </w:pPr>
      <w:r>
        <w:t>Mantener liderazgo (control de situación).</w:t>
      </w:r>
    </w:p>
    <w:p>
      <w:pPr>
        <w:pStyle w:val="ListBullet"/>
      </w:pPr>
      <w:r>
        <w:t>Tono tranquilo (reduce ansiedad).</w:t>
      </w:r>
    </w:p>
    <w:p>
      <w:pPr>
        <w:pStyle w:val="ListBullet"/>
      </w:pPr>
      <w:r>
        <w:t>Profesionalidad y calma.</w:t>
      </w:r>
    </w:p>
    <w:p>
      <w:r>
        <w:t>**Técnica:**</w:t>
      </w:r>
    </w:p>
    <w:p>
      <w:pPr>
        <w:pStyle w:val="ListNumber"/>
      </w:pPr>
      <w:r>
        <w:t>Mantener liderazgo (no perder control de situación).</w:t>
      </w:r>
    </w:p>
    <w:p>
      <w:pPr>
        <w:pStyle w:val="ListNumber"/>
      </w:pPr>
      <w:r>
        <w:t>Hablar con tono tranquilo.</w:t>
      </w:r>
    </w:p>
    <w:p>
      <w:pPr>
        <w:pStyle w:val="ListNumber"/>
      </w:pPr>
      <w:r>
        <w:t>Mantener profesionalidad y calma.</w:t>
      </w:r>
    </w:p>
    <w:p>
      <w:r>
        <w:t>────────────────────────────────────────────────────────────</w:t>
      </w:r>
    </w:p>
    <w:p>
      <w:pPr>
        <w:pStyle w:val="Heading2"/>
      </w:pPr>
      <w:r>
        <w:t>3.16.4 Guiones operativos (frases modelo)</w:t>
      </w:r>
    </w:p>
    <w:p>
      <w:pPr>
        <w:pStyle w:val="Heading3"/>
      </w:pPr>
      <w:r>
        <w:t>Colocar gafas/mascarilla O₂</w:t>
      </w:r>
    </w:p>
    <w:p>
      <w:r>
        <w:t>**Guión modelo:**</w:t>
      </w:r>
    </w:p>
    <w:p>
      <w:pPr>
        <w:pStyle w:val="ListBullet"/>
      </w:pPr>
      <w:r>
        <w:t>"Te voy a poner oxígeno para ayudarte a respirar mejor. Vas a notar el flujo de aire en la nariz/boca. Es normal, no te preocupes. ¿Me sigues?"</w:t>
      </w:r>
    </w:p>
    <w:p>
      <w:r>
        <w:t>**Variaciones:**</w:t>
      </w:r>
    </w:p>
    <w:p>
      <w:pPr>
        <w:pStyle w:val="ListBullet"/>
      </w:pPr>
      <w:r>
        <w:t>Adaptar según dispositivo (gafas nasales, mascarilla simple, mascarilla con reservorio).</w:t>
      </w:r>
    </w:p>
    <w:p>
      <w:pPr>
        <w:pStyle w:val="ListBullet"/>
      </w:pPr>
      <w:r>
        <w:t>Mantener estructura: qué hacemos + qué notará + tranquilizar.</w:t>
      </w:r>
    </w:p>
    <w:p>
      <w:r>
        <w:t>────────────────────────────────────────────────────────────</w:t>
      </w:r>
    </w:p>
    <w:p>
      <w:pPr>
        <w:pStyle w:val="Heading3"/>
      </w:pPr>
      <w:r>
        <w:t>Aspiración (explicar sensación)</w:t>
      </w:r>
    </w:p>
    <w:p>
      <w:r>
        <w:t>**Guión modelo:**</w:t>
      </w:r>
    </w:p>
    <w:p>
      <w:pPr>
        <w:pStyle w:val="ListBullet"/>
      </w:pPr>
      <w:r>
        <w:t>"Necesito limpiar tu boca/garganta para que respires mejor. Vas a notar una sensación de succión, puede ser un poco molesta pero es rápida. ¿Me sigues?"</w:t>
      </w:r>
    </w:p>
    <w:p>
      <w:r>
        <w:t>**Variaciones:**</w:t>
      </w:r>
    </w:p>
    <w:p>
      <w:pPr>
        <w:pStyle w:val="ListBullet"/>
      </w:pPr>
      <w:r>
        <w:t>Adaptar según tipo de aspiración (Yankauer, sonda flexible).</w:t>
      </w:r>
    </w:p>
    <w:p>
      <w:pPr>
        <w:pStyle w:val="ListBullet"/>
      </w:pPr>
      <w:r>
        <w:t>Anticipar sensación (succión, puede ser molesta).</w:t>
      </w:r>
    </w:p>
    <w:p>
      <w:r>
        <w:t>**Enlace:**</w:t>
      </w:r>
    </w:p>
    <w:p>
      <w:pPr>
        <w:pStyle w:val="ListBullet"/>
      </w:pPr>
      <w:r>
        <w:t>Ver 3.2 – Aspiración: Material y Uso Seguro para técnicas de aspiración.</w:t>
      </w:r>
    </w:p>
    <w:p>
      <w:r>
        <w:t>────────────────────────────────────────────────────────────</w:t>
      </w:r>
    </w:p>
    <w:p>
      <w:pPr>
        <w:pStyle w:val="Heading3"/>
      </w:pPr>
      <w:r>
        <w:t>BVM/OPA/NPA (en términos operativos y prudentes)</w:t>
      </w:r>
    </w:p>
    <w:p>
      <w:r>
        <w:t>**Guión modelo (BVM):**</w:t>
      </w:r>
    </w:p>
    <w:p>
      <w:pPr>
        <w:pStyle w:val="ListBullet"/>
      </w:pPr>
      <w:r>
        <w:t>"Necesito ayudarte a respirar con una mascarilla. Voy a colocarla sobre tu nariz y boca. Puede ser un poco incómoda pero es necesaria. ¿Me sigues?"</w:t>
      </w:r>
    </w:p>
    <w:p>
      <w:r>
        <w:t>**Guión modelo (OPA/NPA):**</w:t>
      </w:r>
    </w:p>
    <w:p>
      <w:pPr>
        <w:pStyle w:val="ListBullet"/>
      </w:pPr>
      <w:r>
        <w:t>"Necesito ayudarte a respirar mejor. Voy a colocar un dispositivo en tu boca/nariz para mantener la vía aérea abierta. Puede ser un poco incómodo pero es necesario. ¿Me sigues?"</w:t>
      </w:r>
    </w:p>
    <w:p>
      <w:r>
        <w:t>**Variaciones:**</w:t>
      </w:r>
    </w:p>
    <w:p>
      <w:pPr>
        <w:pStyle w:val="ListBullet"/>
      </w:pPr>
      <w:r>
        <w:t>Adaptar según dispositivo y situación.</w:t>
      </w:r>
    </w:p>
    <w:p>
      <w:pPr>
        <w:pStyle w:val="ListBullet"/>
      </w:pPr>
      <w:r>
        <w:t>Ser prudente (no prometer que no dolerá si puede doler).</w:t>
      </w:r>
    </w:p>
    <w:p>
      <w:pPr>
        <w:pStyle w:val="ListBullet"/>
      </w:pPr>
      <w:r>
        <w:t>Mantener términos operativos.</w:t>
      </w:r>
    </w:p>
    <w:p>
      <w:r>
        <w:t>**Enlaces:**</w:t>
      </w:r>
    </w:p>
    <w:p>
      <w:pPr>
        <w:pStyle w:val="ListBullet"/>
      </w:pPr>
      <w:r>
        <w:t>Ver 3.3 – Bolsa-Válvula-Mascarilla (BVM): Material y Uso Seguro</w:t>
      </w:r>
    </w:p>
    <w:p>
      <w:pPr>
        <w:pStyle w:val="ListBullet"/>
      </w:pPr>
      <w:r>
        <w:t>Ver 3.4 – Cánulas (OPA/NPA): Uso Seguro Operativo</w:t>
      </w:r>
    </w:p>
    <w:p>
      <w:r>
        <w:t>────────────────────────────────────────────────────────────</w:t>
      </w:r>
    </w:p>
    <w:p>
      <w:pPr>
        <w:pStyle w:val="Heading3"/>
      </w:pPr>
      <w:r>
        <w:t>Curas y vendajes</w:t>
      </w:r>
    </w:p>
    <w:p>
      <w:r>
        <w:t>**Guión modelo:**</w:t>
      </w:r>
    </w:p>
    <w:p>
      <w:pPr>
        <w:pStyle w:val="ListBullet"/>
      </w:pPr>
      <w:r>
        <w:t>"Voy a limpiar y cubrir tu herida. Primero voy a limpiar, puede molestar un poco. Luego voy a cubrirla y fijarla. ¿Me sigues?"</w:t>
      </w:r>
    </w:p>
    <w:p>
      <w:r>
        <w:t>**Variaciones:**</w:t>
      </w:r>
    </w:p>
    <w:p>
      <w:pPr>
        <w:pStyle w:val="ListBullet"/>
      </w:pPr>
      <w:r>
        <w:t>Adaptar según tipo de herida (abrasión, laceración, quemadura).</w:t>
      </w:r>
    </w:p>
    <w:p>
      <w:pPr>
        <w:pStyle w:val="ListBullet"/>
      </w:pPr>
      <w:r>
        <w:t>Anticipar sensaciones (limpieza puede molestar, presión al fijar).</w:t>
      </w:r>
    </w:p>
    <w:p>
      <w:r>
        <w:t>**Enlaces:**</w:t>
      </w:r>
    </w:p>
    <w:p>
      <w:pPr>
        <w:pStyle w:val="ListBullet"/>
      </w:pPr>
      <w:r>
        <w:t>Ver 3.6 – Control de Hemorragias y Material de Curas</w:t>
      </w:r>
    </w:p>
    <w:p>
      <w:pPr>
        <w:pStyle w:val="ListBullet"/>
      </w:pPr>
      <w:r>
        <w:t>Ver 3.7 – Quemaduras: Material y Manejo Operativo</w:t>
      </w:r>
    </w:p>
    <w:p>
      <w:pPr>
        <w:pStyle w:val="ListBullet"/>
      </w:pPr>
      <w:r>
        <w:t>Ver 3.8 – Heridas, Vendajes y Manejo de Lesiones Abiertas</w:t>
      </w:r>
    </w:p>
    <w:p>
      <w:r>
        <w:t>────────────────────────────────────────────────────────────</w:t>
      </w:r>
    </w:p>
    <w:p>
      <w:pPr>
        <w:pStyle w:val="Heading3"/>
      </w:pPr>
      <w:r>
        <w:t>Transferencias a camilla/silla y evacuación</w:t>
      </w:r>
    </w:p>
    <w:p>
      <w:r>
        <w:t>**Guión modelo:**</w:t>
      </w:r>
    </w:p>
    <w:p>
      <w:pPr>
        <w:pStyle w:val="ListBullet"/>
      </w:pPr>
      <w:r>
        <w:t>"Vamos a moverte a la camilla/silla para llevarte al hospital. Te voy a mover con cuidado, puede molestar un poco pero es necesario. ¿Me sigues?"</w:t>
      </w:r>
    </w:p>
    <w:p>
      <w:r>
        <w:t>**Variaciones:**</w:t>
      </w:r>
    </w:p>
    <w:p>
      <w:pPr>
        <w:pStyle w:val="ListBullet"/>
      </w:pPr>
      <w:r>
        <w:t>Adaptar según tipo de transferencia (camilla, silla salvaescaleras).</w:t>
      </w:r>
    </w:p>
    <w:p>
      <w:pPr>
        <w:pStyle w:val="ListBullet"/>
      </w:pPr>
      <w:r>
        <w:t>Anticipar movimiento (puede molestar, pero es necesario).</w:t>
      </w:r>
    </w:p>
    <w:p>
      <w:r>
        <w:t>**Enlaces:**</w:t>
      </w:r>
    </w:p>
    <w:p>
      <w:pPr>
        <w:pStyle w:val="ListBullet"/>
      </w:pPr>
      <w:r>
        <w:t>Ver 2.8 – Transferencias y Movilización del Paciente</w:t>
      </w:r>
    </w:p>
    <w:p>
      <w:pPr>
        <w:pStyle w:val="ListBullet"/>
      </w:pPr>
      <w:r>
        <w:t>Ver 2.13 – Camillas y Sillas de Evacuación</w:t>
      </w:r>
    </w:p>
    <w:p>
      <w:r>
        <w:t>────────────────────────────────────────────────────────────</w:t>
      </w:r>
    </w:p>
    <w:p>
      <w:pPr>
        <w:pStyle w:val="Heading3"/>
      </w:pPr>
      <w:r>
        <w:t>Control térmico ("te voy a tapar ahora…")</w:t>
      </w:r>
    </w:p>
    <w:p>
      <w:r>
        <w:t>**Guión modelo:**</w:t>
      </w:r>
    </w:p>
    <w:p>
      <w:pPr>
        <w:pStyle w:val="ListBullet"/>
      </w:pPr>
      <w:r>
        <w:t>"Te voy a tapar con una manta para mantenerte caliente. Es importante para tu seguridad. ¿Me sigues?"</w:t>
      </w:r>
    </w:p>
    <w:p>
      <w:r>
        <w:t>**Variaciones:**</w:t>
      </w:r>
    </w:p>
    <w:p>
      <w:pPr>
        <w:pStyle w:val="ListBullet"/>
      </w:pPr>
      <w:r>
        <w:t>Adaptar según situación (manta térmica, mantas, aislamiento).</w:t>
      </w:r>
    </w:p>
    <w:p>
      <w:pPr>
        <w:pStyle w:val="ListBullet"/>
      </w:pPr>
      <w:r>
        <w:t>Explicar importancia (mantener caliente, seguridad).</w:t>
      </w:r>
    </w:p>
    <w:p>
      <w:r>
        <w:t>**Enlace:**</w:t>
      </w:r>
    </w:p>
    <w:p>
      <w:pPr>
        <w:pStyle w:val="ListBullet"/>
      </w:pPr>
      <w:r>
        <w:t>Ver 3.9 – Exposición, Aislamiento Térmico y Prevención de Hipotermia</w:t>
      </w:r>
    </w:p>
    <w:p>
      <w:r>
        <w:t>────────────────────────────────────────────────────────────</w:t>
      </w:r>
    </w:p>
    <w:p>
      <w:pPr>
        <w:pStyle w:val="Heading2"/>
      </w:pPr>
      <w:r>
        <w:t>3.16.5 Comunicación en situaciones difíciles</w:t>
      </w:r>
    </w:p>
    <w:p>
      <w:pPr>
        <w:pStyle w:val="Heading3"/>
      </w:pPr>
      <w:r>
        <w:t>Paciente agitado, dolor intenso, barrera idiomática (uso de gestos/órdenes simples)</w:t>
      </w:r>
    </w:p>
    <w:p>
      <w:r>
        <w:t>**Paciente agitado:**</w:t>
      </w:r>
    </w:p>
    <w:p>
      <w:r>
        <w:t>**Técnica:**</w:t>
      </w:r>
    </w:p>
    <w:p>
      <w:pPr>
        <w:pStyle w:val="ListNumber"/>
      </w:pPr>
      <w:r>
        <w:t>Mantener tono tranquilo y liderazgo.</w:t>
      </w:r>
    </w:p>
    <w:p>
      <w:pPr>
        <w:pStyle w:val="ListNumber"/>
      </w:pPr>
      <w:r>
        <w:t>Explicar brevemente qué se va a hacer.</w:t>
      </w:r>
    </w:p>
    <w:p>
      <w:pPr>
        <w:pStyle w:val="ListNumber"/>
      </w:pPr>
      <w:r>
        <w:t>Dar instrucciones simples, de una en una.</w:t>
      </w:r>
    </w:p>
    <w:p>
      <w:pPr>
        <w:pStyle w:val="ListNumber"/>
      </w:pPr>
      <w:r>
        <w:t>No discutir ni perder control de situación.</w:t>
      </w:r>
    </w:p>
    <w:p>
      <w:r>
        <w:t>**Paciente con dolor intenso:**</w:t>
      </w:r>
    </w:p>
    <w:p>
      <w:r>
        <w:t>**Técnica:**</w:t>
      </w:r>
    </w:p>
    <w:p>
      <w:pPr>
        <w:pStyle w:val="ListNumber"/>
      </w:pPr>
      <w:r>
        <w:t>Reconocer dolor brevemente (ej: "sé que duele").</w:t>
      </w:r>
    </w:p>
    <w:p>
      <w:pPr>
        <w:pStyle w:val="ListNumber"/>
      </w:pPr>
      <w:r>
        <w:t>Explicar qué se va a hacer y por qué.</w:t>
      </w:r>
    </w:p>
    <w:p>
      <w:pPr>
        <w:pStyle w:val="ListNumber"/>
      </w:pPr>
      <w:r>
        <w:t>Anticipar sensaciones.</w:t>
      </w:r>
    </w:p>
    <w:p>
      <w:pPr>
        <w:pStyle w:val="ListNumber"/>
      </w:pPr>
      <w:r>
        <w:t>Trabajar con ritmo adecuado, hacer pausas si es posible.</w:t>
      </w:r>
    </w:p>
    <w:p>
      <w:r>
        <w:t>**Barrera idiomática:**</w:t>
      </w:r>
    </w:p>
    <w:p>
      <w:r>
        <w:t>**Técnica:**</w:t>
      </w:r>
    </w:p>
    <w:p>
      <w:pPr>
        <w:pStyle w:val="ListNumber"/>
      </w:pPr>
      <w:r>
        <w:t>Usar gestos simples y claros.</w:t>
      </w:r>
    </w:p>
    <w:p>
      <w:pPr>
        <w:pStyle w:val="ListNumber"/>
      </w:pPr>
      <w:r>
        <w:t>Dar órdenes simples (ej: "respira", "tranquilo", "no te muevas").</w:t>
      </w:r>
    </w:p>
    <w:p>
      <w:pPr>
        <w:pStyle w:val="ListNumber"/>
      </w:pPr>
      <w:r>
        <w:t>Usar lenguaje corporal claro.</w:t>
      </w:r>
    </w:p>
    <w:p>
      <w:pPr>
        <w:pStyle w:val="ListNumber"/>
      </w:pPr>
      <w:r>
        <w:t>Coordinar con otros intervinientes si es posible.</w:t>
      </w:r>
    </w:p>
    <w:p>
      <w:r>
        <w:t>────────────────────────────────────────────────────────────</w:t>
      </w:r>
    </w:p>
    <w:p>
      <w:pPr>
        <w:pStyle w:val="Heading3"/>
      </w:pPr>
      <w:r>
        <w:t>Paciente con familia alrededor (mantener foco)</w:t>
      </w:r>
    </w:p>
    <w:p>
      <w:r>
        <w:t>**Principio:**</w:t>
      </w:r>
    </w:p>
    <w:p>
      <w:pPr>
        <w:pStyle w:val="ListBullet"/>
      </w:pPr>
      <w:r>
        <w:t>Mantener foco en paciente, no en familia.</w:t>
      </w:r>
    </w:p>
    <w:p>
      <w:pPr>
        <w:pStyle w:val="ListBullet"/>
      </w:pPr>
      <w:r>
        <w:t>Coordinar con familia si es necesario.</w:t>
      </w:r>
    </w:p>
    <w:p>
      <w:pPr>
        <w:pStyle w:val="ListBullet"/>
      </w:pPr>
      <w:r>
        <w:t>No perder control de situación.</w:t>
      </w:r>
    </w:p>
    <w:p>
      <w:r>
        <w:t>**Técnica:**</w:t>
      </w:r>
    </w:p>
    <w:p>
      <w:pPr>
        <w:pStyle w:val="ListNumber"/>
      </w:pPr>
      <w:r>
        <w:t>Mantener foco en paciente.</w:t>
      </w:r>
    </w:p>
    <w:p>
      <w:pPr>
        <w:pStyle w:val="ListNumber"/>
      </w:pPr>
      <w:r>
        <w:t>Coordinar con familia brevemente si es necesario (ej: "necesito espacio para trabajar").</w:t>
      </w:r>
    </w:p>
    <w:p>
      <w:pPr>
        <w:pStyle w:val="ListNumber"/>
      </w:pPr>
      <w:r>
        <w:t>No discutir con familia.</w:t>
      </w:r>
    </w:p>
    <w:p>
      <w:pPr>
        <w:pStyle w:val="ListNumber"/>
      </w:pPr>
      <w:r>
        <w:t>Mantener liderazgo y control de situación.</w:t>
      </w:r>
    </w:p>
    <w:p>
      <w:r>
        <w:t>────────────────────────────────────────────────────────────</w:t>
      </w:r>
    </w:p>
    <w:p>
      <w:pPr>
        <w:pStyle w:val="Heading2"/>
      </w:pPr>
      <w:r>
        <w:t>3.16.6 Errores frecuentes</w:t>
      </w:r>
    </w:p>
    <w:p>
      <w:pPr>
        <w:pStyle w:val="Heading3"/>
      </w:pPr>
      <w:r>
        <w:t>Explicar demasiado</w:t>
      </w:r>
    </w:p>
    <w:p>
      <w:r>
        <w:t>**Error:**</w:t>
      </w:r>
    </w:p>
    <w:p>
      <w:pPr>
        <w:pStyle w:val="ListBullet"/>
      </w:pPr>
      <w:r>
        <w:t>Explicar demasiado (información excesiva, confusión).</w:t>
      </w:r>
    </w:p>
    <w:p>
      <w:pPr>
        <w:pStyle w:val="ListBullet"/>
      </w:pPr>
      <w:r>
        <w:t>Perder tiempo y aumentar ansiedad.</w:t>
      </w:r>
    </w:p>
    <w:p>
      <w:r>
        <w:t>**Prevención:**</w:t>
      </w:r>
    </w:p>
    <w:p>
      <w:pPr>
        <w:pStyle w:val="ListBullet"/>
      </w:pPr>
      <w:r>
        <w:t>Explicar lo mínimo imprescindible.</w:t>
      </w:r>
    </w:p>
    <w:p>
      <w:pPr>
        <w:pStyle w:val="ListBullet"/>
      </w:pPr>
      <w:r>
        <w:t>Mantener comunicación breve y útil.</w:t>
      </w:r>
    </w:p>
    <w:p>
      <w:pPr>
        <w:pStyle w:val="ListBullet"/>
      </w:pPr>
      <w:r>
        <w:t>No dar información innecesaria.</w:t>
      </w:r>
    </w:p>
    <w:p>
      <w:r>
        <w:t>────────────────────────────────────────────────────────────</w:t>
      </w:r>
    </w:p>
    <w:p>
      <w:pPr>
        <w:pStyle w:val="Heading3"/>
      </w:pPr>
      <w:r>
        <w:t>Prometer cosas ("no dolerá") y perder confianza</w:t>
      </w:r>
    </w:p>
    <w:p>
      <w:r>
        <w:t>**Error:**</w:t>
      </w:r>
    </w:p>
    <w:p>
      <w:pPr>
        <w:pStyle w:val="ListBullet"/>
      </w:pPr>
      <w:r>
        <w:t>Prometer cosas que no se pueden cumplir (ej: "no dolerá" cuando puede doler).</w:t>
      </w:r>
    </w:p>
    <w:p>
      <w:pPr>
        <w:pStyle w:val="ListBullet"/>
      </w:pPr>
      <w:r>
        <w:t>Perder confianza del paciente.</w:t>
      </w:r>
    </w:p>
    <w:p>
      <w:r>
        <w:t>**Prevención:**</w:t>
      </w:r>
    </w:p>
    <w:p>
      <w:pPr>
        <w:pStyle w:val="ListBullet"/>
      </w:pPr>
      <w:r>
        <w:t>No prometer cosas que no se pueden cumplir.</w:t>
      </w:r>
    </w:p>
    <w:p>
      <w:pPr>
        <w:pStyle w:val="ListBullet"/>
      </w:pPr>
      <w:r>
        <w:t>Ser honesto pero tranquilizador (ej: "puede molestar un poco pero es necesario").</w:t>
      </w:r>
    </w:p>
    <w:p>
      <w:pPr>
        <w:pStyle w:val="ListBullet"/>
      </w:pPr>
      <w:r>
        <w:t>Mantener confianza.</w:t>
      </w:r>
    </w:p>
    <w:p>
      <w:r>
        <w:t>────────────────────────────────────────────────────────────</w:t>
      </w:r>
    </w:p>
    <w:p>
      <w:pPr>
        <w:pStyle w:val="Heading3"/>
      </w:pPr>
      <w:r>
        <w:t>Dar órdenes contradictorias entre intervinientes</w:t>
      </w:r>
    </w:p>
    <w:p>
      <w:r>
        <w:t>**Error:**</w:t>
      </w:r>
    </w:p>
    <w:p>
      <w:pPr>
        <w:pStyle w:val="ListBullet"/>
      </w:pPr>
      <w:r>
        <w:t>Dar órdenes contradictorias entre intervinientes.</w:t>
      </w:r>
    </w:p>
    <w:p>
      <w:pPr>
        <w:pStyle w:val="ListBullet"/>
      </w:pPr>
      <w:r>
        <w:t>Confusión del paciente, pérdida de cooperación.</w:t>
      </w:r>
    </w:p>
    <w:p>
      <w:r>
        <w:t>**Prevención:**</w:t>
      </w:r>
    </w:p>
    <w:p>
      <w:pPr>
        <w:pStyle w:val="ListBullet"/>
      </w:pPr>
      <w:r>
        <w:t>Coordinar entre intervinientes.</w:t>
      </w:r>
    </w:p>
    <w:p>
      <w:pPr>
        <w:pStyle w:val="ListBullet"/>
      </w:pPr>
      <w:r>
        <w:t>Un solo interviniente da instrucciones al paciente si es posible.</w:t>
      </w:r>
    </w:p>
    <w:p>
      <w:pPr>
        <w:pStyle w:val="ListBullet"/>
      </w:pPr>
      <w:r>
        <w:t>Comunicar claramente entre intervinientes.</w:t>
      </w:r>
    </w:p>
    <w:p>
      <w:r>
        <w:t>────────────────────────────────────────────────────────────</w:t>
      </w:r>
    </w:p>
    <w:p>
      <w:pPr>
        <w:pStyle w:val="Heading2"/>
      </w:pPr>
      <w:r>
        <w:t>3.16.7 Puntos clave TES</w:t>
      </w:r>
    </w:p>
    <w:p>
      <w:pPr>
        <w:pStyle w:val="ListBullet"/>
      </w:pPr>
      <w:r>
        <w:t>**Decir: qué hacemos + qué notará + cuánto dura** (información mínima pero útil, preparar al paciente).</w:t>
      </w:r>
    </w:p>
    <w:p>
      <w:pPr>
        <w:pStyle w:val="ListBullet"/>
      </w:pPr>
      <w:r>
        <w:t>**Instrucciones simples de una en una** (facilitar comprensión, no dar múltiples instrucciones a la vez).</w:t>
      </w:r>
    </w:p>
    <w:p>
      <w:pPr>
        <w:pStyle w:val="ListBullet"/>
      </w:pPr>
      <w:r>
        <w:t>**Verificación ("¿me sigues?") sin infantilizar** (verificar comprensión, mantener respeto y profesionalidad).</w:t>
      </w:r>
    </w:p>
    <w:p>
      <w:pPr>
        <w:pStyle w:val="ListBullet"/>
      </w:pPr>
      <w:r>
        <w:t>**Mantener liderazgo y tono tranquilo** (control de situación, reducir ansiedad, profesionalidad).</w:t>
      </w:r>
    </w:p>
    <w:p>
      <w:pPr>
        <w:pStyle w:val="ListBullet"/>
      </w:pPr>
      <w:r>
        <w:t>**Guiones operativos para situaciones comunes** (O₂, aspiración, BVM/cánulas, curas/vendajes, transferencias, control térmico).</w:t>
      </w:r>
    </w:p>
    <w:p>
      <w:pPr>
        <w:pStyle w:val="ListBullet"/>
      </w:pPr>
      <w:r>
        <w:t>**Paciente agitado: tono tranquilo, instrucciones simples, no discutir** (mantener liderazgo, no perder control).</w:t>
      </w:r>
    </w:p>
    <w:p>
      <w:pPr>
        <w:pStyle w:val="ListBullet"/>
      </w:pPr>
      <w:r>
        <w:t>**Paciente con dolor: reconocer brevemente, explicar por qué, anticipar sensaciones** (trabajar con ritmo adecuado, hacer pausas si es posible).</w:t>
      </w:r>
    </w:p>
    <w:p>
      <w:pPr>
        <w:pStyle w:val="ListBullet"/>
      </w:pPr>
      <w:r>
        <w:t>**Barrera idiomática: gestos simples, órdenes simples, lenguaje corporal claro** (coordinación con otros intervinientes si es posible).</w:t>
      </w:r>
    </w:p>
    <w:p>
      <w:pPr>
        <w:pStyle w:val="ListBullet"/>
      </w:pPr>
      <w:r>
        <w:t>**Paciente con familia: mantener foco en paciente, coordinar brevemente si es necesario** (no discutir, mantener liderazgo).</w:t>
      </w:r>
    </w:p>
    <w:p>
      <w:pPr>
        <w:pStyle w:val="ListBullet"/>
      </w:pPr>
      <w:r>
        <w:t>**NUNCA explicar demasiado** (información excesiva, confusión, pérdida de tiempo).</w:t>
      </w:r>
    </w:p>
    <w:p>
      <w:pPr>
        <w:pStyle w:val="ListBullet"/>
      </w:pPr>
      <w:r>
        <w:t>**NUNCA prometer cosas que no se pueden cumplir** (perder confianza, ser honesto pero tranquilizador).</w:t>
      </w:r>
    </w:p>
    <w:p>
      <w:pPr>
        <w:pStyle w:val="ListBullet"/>
      </w:pPr>
      <w:r>
        <w:t>**NUNCA dar órdenes contradictorias entre intervinientes** (coordinar, un solo interviniente da instrucciones si es posible).</w:t>
      </w:r>
    </w:p>
    <w:p>
      <w:pPr>
        <w:pStyle w:val="ListBullet"/>
      </w:pPr>
      <w:r>
        <w:t>**Un TES lesionado detiene la asistencia:** aplicar ergonomía (postura correcta, prevenir lesiones durante comunicación).</w:t>
      </w:r>
    </w:p>
    <w:p>
      <w:r>
        <w:t>────────────────────────────────────────────────────────────</w:t>
      </w:r>
    </w:p>
    <w:p>
      <w:pPr>
        <w:pStyle w:val="Heading2"/>
      </w:pPr>
      <w:r>
        <w:t>3.16.8 Cierre del capítulo</w:t>
      </w:r>
    </w:p>
    <w:p>
      <w:r>
        <w:t>Este capítulo se integra con:</w:t>
      </w:r>
    </w:p>
    <w:p>
      <w:pPr>
        <w:pStyle w:val="ListBullet"/>
      </w:pPr>
      <w:r>
        <w:t>**3.13 – Confort, Dolor y Control Ambiental sin Fármacos** (comunicación como parte del confort)</w:t>
      </w:r>
    </w:p>
    <w:p>
      <w:pPr>
        <w:pStyle w:val="ListBullet"/>
      </w:pPr>
      <w:r>
        <w:t>**Bloque 2 – Inmovilización y Movilización** (2.8, 2.13: comunicación durante transferencias y evacuación)</w:t>
      </w:r>
    </w:p>
    <w:p>
      <w:pPr>
        <w:pStyle w:val="ListBullet"/>
      </w:pPr>
      <w:r>
        <w:t>**3.0–3.8 – Procedimientos TES** (comunicación durante procedimientos)</w:t>
      </w:r>
    </w:p>
    <w:p>
      <w:r>
        <w:t>**Transición:**</w:t>
      </w:r>
    </w:p>
    <w:p>
      <w:pPr>
        <w:pStyle w:val="ListBullet"/>
      </w:pPr>
      <w:r>
        <w:t>Este capítulo proporciona técnicas operativas de **comunicación efectiva durante procedimientos**.</w:t>
      </w:r>
    </w:p>
    <w:p>
      <w:pPr>
        <w:pStyle w:val="ListBullet"/>
      </w:pPr>
      <w:r>
        <w:t>Los capítulos siguientes desarrollan **señalización (3.17)** y **documentación (3.18)**.</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**comunicación breve y útil** es esencial para obtener cooperación</w:t>
      </w:r>
    </w:p>
    <w:p>
      <w:pPr>
        <w:pStyle w:val="ListBullet"/>
      </w:pPr>
      <w:r>
        <w:t>**Explicar lo mínimo imprescindible** (qué hacemos + qué notará + cuánto dura)</w:t>
      </w:r>
    </w:p>
    <w:p>
      <w:pPr>
        <w:pStyle w:val="ListBullet"/>
      </w:pPr>
      <w:r>
        <w:t>**Mantener liderazgo y tono tranquilo** (control de situación, reducir ansiedad)</w:t>
      </w:r>
    </w:p>
    <w:p>
      <w:pPr>
        <w:pStyle w:val="ListBullet"/>
      </w:pPr>
      <w:r>
        <w:t>**No prometer cosas que no se pueden cumplir** (mantener confianza)</w:t>
      </w:r>
    </w:p>
    <w:p>
      <w:r>
        <w:t>**Principios No Negociables:**</w:t>
      </w:r>
    </w:p>
    <w:p>
      <w:pPr>
        <w:pStyle w:val="ListBullet"/>
      </w:pPr>
      <w:r>
        <w:t>**NUNCA explicar** demasiado (información excesiva, confusión)</w:t>
      </w:r>
    </w:p>
    <w:p>
      <w:pPr>
        <w:pStyle w:val="ListBullet"/>
      </w:pPr>
      <w:r>
        <w:t>**NUNCA prometer** cosas que no se pueden cumplir</w:t>
      </w:r>
    </w:p>
    <w:p>
      <w:pPr>
        <w:pStyle w:val="ListBullet"/>
      </w:pPr>
      <w:r>
        <w:t>**NUNCA dar** órdenes contradictorias entre intervinientes</w:t>
      </w:r>
    </w:p>
    <w:p>
      <w:pPr>
        <w:pStyle w:val="ListBullet"/>
      </w:pPr>
      <w:r>
        <w:t>**SIEMPRE explicar** lo mínimo imprescindible</w:t>
      </w:r>
    </w:p>
    <w:p>
      <w:pPr>
        <w:pStyle w:val="ListBullet"/>
      </w:pPr>
      <w:r>
        <w:t>**SIEMPRE mantener** liderazgo y tono tranquilo</w:t>
      </w:r>
    </w:p>
    <w:p>
      <w:pPr>
        <w:pStyle w:val="ListBullet"/>
      </w:pPr>
      <w:r>
        <w:t>**SIEMPRE verificar** comprensión sin infantilizar</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3.17 – Señalización, iluminación y seguridad de escena (material y uso)</w:t>
      </w:r>
    </w:p>
    <w:p>
      <w:pPr>
        <w:pStyle w:val="Heading1"/>
      </w:pPr>
      <w:r>
        <w:t>3.17 – Señalización, iluminación y seguridad de escena (material y uso)</w:t>
      </w:r>
    </w:p>
    <w:p>
      <w:pPr>
        <w:pStyle w:val="Heading2"/>
      </w:pPr>
      <w:r>
        <w:t>Manual TES Digital – Asegurar escena y ruta de trabajo</w:t>
      </w:r>
    </w:p>
    <w:p>
      <w:r>
        <w:t>**Versión:** 1.0</w:t>
      </w:r>
    </w:p>
    <w:p>
      <w:r>
        <w:t>**Fecha:** 2024-12-13</w:t>
      </w:r>
    </w:p>
    <w:p>
      <w:r>
        <w:t>**Tipo:** Bloque Operativo - Procedimiento TES</w:t>
      </w:r>
    </w:p>
    <w:p>
      <w:r>
        <w:t>────────────────────────────────────────────────────────────</w:t>
      </w:r>
    </w:p>
    <w:p>
      <w:pPr>
        <w:pStyle w:val="Heading2"/>
      </w:pPr>
      <w:r>
        <w:t>3.17.1 Objetivo operativo</w:t>
      </w:r>
    </w:p>
    <w:p>
      <w:r>
        <w:t>Asegurar escena y ruta de trabajo/evacuación reduciendo riesgos de **atropello, caídas y baja visibilidad**, integrando la señalización con **evacuación (Bloque 2, 2.13) y gestión de material (3.15)**.</w:t>
      </w:r>
    </w:p>
    <w:p>
      <w:r>
        <w:t>Este capítulo se centra en **material y colocación práctica**, no en procedimientos de tráfico/bomberos/policía.</w:t>
      </w:r>
    </w:p>
    <w:p>
      <w:r>
        <w:t>────────────────────────────────────────────────────────────</w:t>
      </w:r>
    </w:p>
    <w:p>
      <w:pPr>
        <w:pStyle w:val="Heading2"/>
      </w:pPr>
      <w:r>
        <w:t>3.17.2 Alcance y límites</w:t>
      </w:r>
    </w:p>
    <w:p>
      <w:pPr>
        <w:pStyle w:val="Heading3"/>
      </w:pPr>
      <w:r>
        <w:t>Alcance del capítulo</w:t>
      </w:r>
    </w:p>
    <w:p>
      <w:r>
        <w:t>Este capítulo cubre:</w:t>
      </w:r>
    </w:p>
    <w:p>
      <w:pPr>
        <w:pStyle w:val="ListBullet"/>
      </w:pPr>
      <w:r>
        <w:t>**Material habitual** de señalización e iluminación (según dotación).</w:t>
      </w:r>
    </w:p>
    <w:p>
      <w:pPr>
        <w:pStyle w:val="ListBullet"/>
      </w:pPr>
      <w:r>
        <w:t>**Colocación práctica** de señalización e iluminación.</w:t>
      </w:r>
    </w:p>
    <w:p>
      <w:pPr>
        <w:pStyle w:val="ListBullet"/>
      </w:pPr>
      <w:r>
        <w:t>**Asegurar escena y ruta** de trabajo/evacuación.</w:t>
      </w:r>
    </w:p>
    <w:p>
      <w:pPr>
        <w:pStyle w:val="ListBullet"/>
      </w:pPr>
      <w:r>
        <w:t>**Integración** con evacuación y gestión de material.</w:t>
      </w:r>
    </w:p>
    <w:p>
      <w:pPr>
        <w:pStyle w:val="Heading3"/>
      </w:pPr>
      <w:r>
        <w:t>Límites del capítulo</w:t>
      </w:r>
    </w:p>
    <w:p>
      <w:r>
        <w:t>**Este capítulo NO cubre:**</w:t>
      </w:r>
    </w:p>
    <w:p>
      <w:pPr>
        <w:pStyle w:val="ListBullet"/>
      </w:pPr>
      <w:r>
        <w:t>Procedimientos de tráfico/bomberos/policía.</w:t>
      </w:r>
    </w:p>
    <w:p>
      <w:pPr>
        <w:pStyle w:val="ListBullet"/>
      </w:pPr>
      <w:r>
        <w:t>Técnicas avanzadas de rescate.</w:t>
      </w:r>
    </w:p>
    <w:p>
      <w:pPr>
        <w:pStyle w:val="ListBullet"/>
      </w:pPr>
      <w:r>
        <w:t>Señalización de otros servicios.</w:t>
      </w:r>
    </w:p>
    <w:p>
      <w:r>
        <w:t>**Este capítulo SÍ cubre:**</w:t>
      </w:r>
    </w:p>
    <w:p>
      <w:pPr>
        <w:pStyle w:val="ListBullet"/>
      </w:pPr>
      <w:r>
        <w:t>Material y colocación práctica TES.</w:t>
      </w:r>
    </w:p>
    <w:p>
      <w:pPr>
        <w:pStyle w:val="ListBullet"/>
      </w:pPr>
      <w:r>
        <w:t>Asegurar escena y ruta de trabajo/evacuación.</w:t>
      </w:r>
    </w:p>
    <w:p>
      <w:pPr>
        <w:pStyle w:val="ListBullet"/>
      </w:pPr>
      <w:r>
        <w:t>Integración con otras técnicas TES.</w:t>
      </w:r>
    </w:p>
    <w:p>
      <w:r>
        <w:t>**Integración:**</w:t>
      </w:r>
    </w:p>
    <w:p>
      <w:pPr>
        <w:pStyle w:val="ListBullet"/>
      </w:pPr>
      <w:r>
        <w:t>Se integra con evacuación (Bloque 2, 2.13).</w:t>
      </w:r>
    </w:p>
    <w:p>
      <w:pPr>
        <w:pStyle w:val="ListBullet"/>
      </w:pPr>
      <w:r>
        <w:t>Se integra con gestión de material (3.15).</w:t>
      </w:r>
    </w:p>
    <w:p>
      <w:r>
        <w:t>────────────────────────────────────────────────────────────</w:t>
      </w:r>
    </w:p>
    <w:p>
      <w:pPr>
        <w:pStyle w:val="Heading2"/>
      </w:pPr>
      <w:r>
        <w:t>3.17.3 Material habitual (según dotación)</w:t>
      </w:r>
    </w:p>
    <w:p>
      <w:pPr>
        <w:pStyle w:val="Heading3"/>
      </w:pPr>
      <w:r>
        <w:t>Chaleco alta visibilidad</w:t>
      </w:r>
    </w:p>
    <w:p>
      <w:r>
        <w:t>**Función:**</w:t>
      </w:r>
    </w:p>
    <w:p>
      <w:pPr>
        <w:pStyle w:val="ListBullet"/>
      </w:pPr>
      <w:r>
        <w:t>Protección de intervinientes (alta visibilidad).</w:t>
      </w:r>
    </w:p>
    <w:p>
      <w:pPr>
        <w:pStyle w:val="ListBullet"/>
      </w:pPr>
      <w:r>
        <w:t>Prevención de atropellos.</w:t>
      </w:r>
    </w:p>
    <w:p>
      <w:pPr>
        <w:pStyle w:val="ListBullet"/>
      </w:pPr>
      <w:r>
        <w:t>Material esencial para seguridad.</w:t>
      </w:r>
    </w:p>
    <w:p>
      <w:r>
        <w:t>**Verificación:**</w:t>
      </w:r>
    </w:p>
    <w:p>
      <w:pPr>
        <w:pStyle w:val="ListBullet"/>
      </w:pPr>
      <w:r>
        <w:t>Verificar que chalecos están disponibles.</w:t>
      </w:r>
    </w:p>
    <w:p>
      <w:pPr>
        <w:pStyle w:val="ListBullet"/>
      </w:pPr>
      <w:r>
        <w:t>Verificar que están en buen estado.</w:t>
      </w:r>
    </w:p>
    <w:p>
      <w:pPr>
        <w:pStyle w:val="ListBullet"/>
      </w:pPr>
      <w:r>
        <w:t>Usar siempre en escena.</w:t>
      </w:r>
    </w:p>
    <w:p>
      <w:r>
        <w:t>────────────────────────────────────────────────────────────</w:t>
      </w:r>
    </w:p>
    <w:p>
      <w:pPr>
        <w:pStyle w:val="Heading3"/>
      </w:pPr>
      <w:r>
        <w:t>Linterna/frontal, iluminación auxiliar</w:t>
      </w:r>
    </w:p>
    <w:p>
      <w:r>
        <w:t>**Linterna/frontal:**</w:t>
      </w:r>
    </w:p>
    <w:p>
      <w:pPr>
        <w:pStyle w:val="ListBullet"/>
      </w:pPr>
      <w:r>
        <w:t>Iluminación portátil para intervinientes.</w:t>
      </w:r>
    </w:p>
    <w:p>
      <w:pPr>
        <w:pStyle w:val="ListBullet"/>
      </w:pPr>
      <w:r>
        <w:t>Iluminación de zona de trabajo.</w:t>
      </w:r>
    </w:p>
    <w:p>
      <w:pPr>
        <w:pStyle w:val="ListBullet"/>
      </w:pPr>
      <w:r>
        <w:t>Material esencial para visibilidad.</w:t>
      </w:r>
    </w:p>
    <w:p>
      <w:r>
        <w:t>**Iluminación auxiliar:**</w:t>
      </w:r>
    </w:p>
    <w:p>
      <w:pPr>
        <w:pStyle w:val="ListBullet"/>
      </w:pPr>
      <w:r>
        <w:t>Iluminación adicional para escena (si está en dotación).</w:t>
      </w:r>
    </w:p>
    <w:p>
      <w:pPr>
        <w:pStyle w:val="ListBullet"/>
      </w:pPr>
      <w:r>
        <w:t>Iluminación de ruta y zona de trabajo.</w:t>
      </w:r>
    </w:p>
    <w:p>
      <w:r>
        <w:t>**Verificación:**</w:t>
      </w:r>
    </w:p>
    <w:p>
      <w:pPr>
        <w:pStyle w:val="ListBullet"/>
      </w:pPr>
      <w:r>
        <w:t>Verificar que linternas/frontales están disponibles.</w:t>
      </w:r>
    </w:p>
    <w:p>
      <w:pPr>
        <w:pStyle w:val="ListBullet"/>
      </w:pPr>
      <w:r>
        <w:t>Verificar que baterías están cargadas.</w:t>
      </w:r>
    </w:p>
    <w:p>
      <w:pPr>
        <w:pStyle w:val="ListBullet"/>
      </w:pPr>
      <w:r>
        <w:t>Verificar que iluminación auxiliar funciona (si está en dotación).</w:t>
      </w:r>
    </w:p>
    <w:p>
      <w:r>
        <w:t>────────────────────────────────────────────────────────────</w:t>
      </w:r>
    </w:p>
    <w:p>
      <w:pPr>
        <w:pStyle w:val="Heading3"/>
      </w:pPr>
      <w:r>
        <w:t>Conos/balizas/cinta de balizar</w:t>
      </w:r>
    </w:p>
    <w:p>
      <w:r>
        <w:t>**Conos/balizas:**</w:t>
      </w:r>
    </w:p>
    <w:p>
      <w:pPr>
        <w:pStyle w:val="ListBullet"/>
      </w:pPr>
      <w:r>
        <w:t>Señalización de perímetro y ruta.</w:t>
      </w:r>
    </w:p>
    <w:p>
      <w:pPr>
        <w:pStyle w:val="ListBullet"/>
      </w:pPr>
      <w:r>
        <w:t>Prevención de atropellos.</w:t>
      </w:r>
    </w:p>
    <w:p>
      <w:pPr>
        <w:pStyle w:val="ListBullet"/>
      </w:pPr>
      <w:r>
        <w:t>Material básico para señalización.</w:t>
      </w:r>
    </w:p>
    <w:p>
      <w:r>
        <w:t>**Cinta de balizar:**</w:t>
      </w:r>
    </w:p>
    <w:p>
      <w:pPr>
        <w:pStyle w:val="ListBullet"/>
      </w:pPr>
      <w:r>
        <w:t>Delimitación de perímetro.</w:t>
      </w:r>
    </w:p>
    <w:p>
      <w:pPr>
        <w:pStyle w:val="ListBullet"/>
      </w:pPr>
      <w:r>
        <w:t>Señalización de zona de trabajo.</w:t>
      </w:r>
    </w:p>
    <w:p>
      <w:r>
        <w:t>**Verificación:**</w:t>
      </w:r>
    </w:p>
    <w:p>
      <w:pPr>
        <w:pStyle w:val="ListBullet"/>
      </w:pPr>
      <w:r>
        <w:t>Verificar que conos/balizas/cinta están disponibles.</w:t>
      </w:r>
    </w:p>
    <w:p>
      <w:pPr>
        <w:pStyle w:val="ListBullet"/>
      </w:pPr>
      <w:r>
        <w:t>Verificar que están en buen estado.</w:t>
      </w:r>
    </w:p>
    <w:p>
      <w:pPr>
        <w:pStyle w:val="ListBullet"/>
      </w:pPr>
      <w:r>
        <w:t>Usar según necesidad.</w:t>
      </w:r>
    </w:p>
    <w:p>
      <w:r>
        <w:t>────────────────────────────────────────────────────────────</w:t>
      </w:r>
    </w:p>
    <w:p>
      <w:pPr>
        <w:pStyle w:val="Heading3"/>
      </w:pPr>
      <w:r>
        <w:t>Guantes de trabajo, casco si aplica</w:t>
      </w:r>
    </w:p>
    <w:p>
      <w:r>
        <w:t>**Guantes de trabajo:**</w:t>
      </w:r>
    </w:p>
    <w:p>
      <w:pPr>
        <w:pStyle w:val="ListBullet"/>
      </w:pPr>
      <w:r>
        <w:t>Protección durante señalización.</w:t>
      </w:r>
    </w:p>
    <w:p>
      <w:pPr>
        <w:pStyle w:val="ListBullet"/>
      </w:pPr>
      <w:r>
        <w:t>Material básico para seguridad.</w:t>
      </w:r>
    </w:p>
    <w:p>
      <w:r>
        <w:t>**Casco:**</w:t>
      </w:r>
    </w:p>
    <w:p>
      <w:pPr>
        <w:pStyle w:val="ListBullet"/>
      </w:pPr>
      <w:r>
        <w:t>Protección de cabeza (si aplica según protocolo).</w:t>
      </w:r>
    </w:p>
    <w:p>
      <w:pPr>
        <w:pStyle w:val="ListBullet"/>
      </w:pPr>
      <w:r>
        <w:t>Material de seguridad.</w:t>
      </w:r>
    </w:p>
    <w:p>
      <w:r>
        <w:t>**Verificación:**</w:t>
      </w:r>
    </w:p>
    <w:p>
      <w:pPr>
        <w:pStyle w:val="ListBullet"/>
      </w:pPr>
      <w:r>
        <w:t>Verificar que guantes/casco están disponibles.</w:t>
      </w:r>
    </w:p>
    <w:p>
      <w:pPr>
        <w:pStyle w:val="ListBullet"/>
      </w:pPr>
      <w:r>
        <w:t>Verificar que están en buen estado.</w:t>
      </w:r>
    </w:p>
    <w:p>
      <w:pPr>
        <w:pStyle w:val="ListBullet"/>
      </w:pPr>
      <w:r>
        <w:t>Usar según protocolo.</w:t>
      </w:r>
    </w:p>
    <w:p>
      <w:r>
        <w:t>────────────────────────────────────────────────────────────</w:t>
      </w:r>
    </w:p>
    <w:p>
      <w:pPr>
        <w:pStyle w:val="Heading3"/>
      </w:pPr>
      <w:r>
        <w:t>Señalización del vehículo (luces, posicionamiento)</w:t>
      </w:r>
    </w:p>
    <w:p>
      <w:r>
        <w:t>**Luces:**</w:t>
      </w:r>
    </w:p>
    <w:p>
      <w:pPr>
        <w:pStyle w:val="ListBullet"/>
      </w:pPr>
      <w:r>
        <w:t>Luces de emergencia del vehículo.</w:t>
      </w:r>
    </w:p>
    <w:p>
      <w:pPr>
        <w:pStyle w:val="ListBullet"/>
      </w:pPr>
      <w:r>
        <w:t>Señalización de presencia.</w:t>
      </w:r>
    </w:p>
    <w:p>
      <w:pPr>
        <w:pStyle w:val="ListBullet"/>
      </w:pPr>
      <w:r>
        <w:t>Prevención de atropellos.</w:t>
      </w:r>
    </w:p>
    <w:p>
      <w:r>
        <w:t>**Posicionamiento:**</w:t>
      </w:r>
    </w:p>
    <w:p>
      <w:pPr>
        <w:pStyle w:val="ListBullet"/>
      </w:pPr>
      <w:r>
        <w:t>Posicionar vehículo para protección (si procede).</w:t>
      </w:r>
    </w:p>
    <w:p>
      <w:pPr>
        <w:pStyle w:val="ListBullet"/>
      </w:pPr>
      <w:r>
        <w:t>Crear barrera de protección.</w:t>
      </w:r>
    </w:p>
    <w:p>
      <w:pPr>
        <w:pStyle w:val="ListBullet"/>
      </w:pPr>
      <w:r>
        <w:t>Prevención de atropellos.</w:t>
      </w:r>
    </w:p>
    <w:p>
      <w:r>
        <w:t>**Verificación:**</w:t>
      </w:r>
    </w:p>
    <w:p>
      <w:pPr>
        <w:pStyle w:val="ListBullet"/>
      </w:pPr>
      <w:r>
        <w:t>Verificar que luces funcionan.</w:t>
      </w:r>
    </w:p>
    <w:p>
      <w:pPr>
        <w:pStyle w:val="ListBullet"/>
      </w:pPr>
      <w:r>
        <w:t>Posicionar vehículo correctamente si procede.</w:t>
      </w:r>
    </w:p>
    <w:p>
      <w:r>
        <w:t>────────────────────────────────────────────────────────────</w:t>
      </w:r>
    </w:p>
    <w:p>
      <w:pPr>
        <w:pStyle w:val="Heading2"/>
      </w:pPr>
      <w:r>
        <w:t>3.17.4 Procedimiento paso a paso: asegurar escena</w:t>
      </w:r>
    </w:p>
    <w:p>
      <w:pPr>
        <w:pStyle w:val="Heading3"/>
      </w:pPr>
      <w:r>
        <w:t>Posicionar ambulancia para protección (si procede)</w:t>
      </w:r>
    </w:p>
    <w:p>
      <w:r>
        <w:t>**Paso 1: Evaluar necesidad**</w:t>
      </w:r>
    </w:p>
    <w:p>
      <w:pPr>
        <w:pStyle w:val="ListBullet"/>
      </w:pPr>
      <w:r>
        <w:t>Evaluar si es necesario posicionar ambulancia para protección.</w:t>
      </w:r>
    </w:p>
    <w:p>
      <w:pPr>
        <w:pStyle w:val="ListBullet"/>
      </w:pPr>
      <w:r>
        <w:t>Considerar tráfico, visibilidad, seguridad.</w:t>
      </w:r>
    </w:p>
    <w:p>
      <w:r>
        <w:t>**Paso 2: Posicionar ambulancia**</w:t>
      </w:r>
    </w:p>
    <w:p>
      <w:pPr>
        <w:pStyle w:val="ListBullet"/>
      </w:pPr>
      <w:r>
        <w:t>Posicionar ambulancia para crear barrera de protección (si procede).</w:t>
      </w:r>
    </w:p>
    <w:p>
      <w:pPr>
        <w:pStyle w:val="ListBullet"/>
      </w:pPr>
      <w:r>
        <w:t>Activar luces de emergencia.</w:t>
      </w:r>
    </w:p>
    <w:p>
      <w:pPr>
        <w:pStyle w:val="ListBullet"/>
      </w:pPr>
      <w:r>
        <w:t>Verificar que posicionamiento es seguro.</w:t>
      </w:r>
    </w:p>
    <w:p>
      <w:r>
        <w:t>────────────────────────────────────────────────────────────</w:t>
      </w:r>
    </w:p>
    <w:p>
      <w:pPr>
        <w:pStyle w:val="Heading3"/>
      </w:pPr>
      <w:r>
        <w:t>EPI de visibilidad</w:t>
      </w:r>
    </w:p>
    <w:p>
      <w:r>
        <w:t>**Paso 1: Usar chaleco alta visibilidad**</w:t>
      </w:r>
    </w:p>
    <w:p>
      <w:pPr>
        <w:pStyle w:val="ListBullet"/>
      </w:pPr>
      <w:r>
        <w:t>Usar chaleco alta visibilidad siempre en escena.</w:t>
      </w:r>
    </w:p>
    <w:p>
      <w:pPr>
        <w:pStyle w:val="ListBullet"/>
      </w:pPr>
      <w:r>
        <w:t>Verificar que chaleco está bien colocado.</w:t>
      </w:r>
    </w:p>
    <w:p>
      <w:pPr>
        <w:pStyle w:val="ListBullet"/>
      </w:pPr>
      <w:r>
        <w:t>No omitir chaleco por prisa.</w:t>
      </w:r>
    </w:p>
    <w:p>
      <w:r>
        <w:t>**Paso 2: Usar casco si aplica**</w:t>
      </w:r>
    </w:p>
    <w:p>
      <w:pPr>
        <w:pStyle w:val="ListBullet"/>
      </w:pPr>
      <w:r>
        <w:t>Usar casco si protocolo lo contempla.</w:t>
      </w:r>
    </w:p>
    <w:p>
      <w:pPr>
        <w:pStyle w:val="ListBullet"/>
      </w:pPr>
      <w:r>
        <w:t>Verificar que casco está bien colocado.</w:t>
      </w:r>
    </w:p>
    <w:p>
      <w:r>
        <w:t>────────────────────────────────────────────────────────────</w:t>
      </w:r>
    </w:p>
    <w:p>
      <w:pPr>
        <w:pStyle w:val="Heading3"/>
      </w:pPr>
      <w:r>
        <w:t>Delimitar perímetro y ruta segura de camilla</w:t>
      </w:r>
    </w:p>
    <w:p>
      <w:r>
        <w:t>**Paso 1: Delimitar perímetro**</w:t>
      </w:r>
    </w:p>
    <w:p>
      <w:pPr>
        <w:pStyle w:val="ListBullet"/>
      </w:pPr>
      <w:r>
        <w:t>Delimitar perímetro con conos/balizas/cinta.</w:t>
      </w:r>
    </w:p>
    <w:p>
      <w:pPr>
        <w:pStyle w:val="ListBullet"/>
      </w:pPr>
      <w:r>
        <w:t>Crear zona de trabajo segura.</w:t>
      </w:r>
    </w:p>
    <w:p>
      <w:pPr>
        <w:pStyle w:val="ListBullet"/>
      </w:pPr>
      <w:r>
        <w:t>Verificar que perímetro es adecuado.</w:t>
      </w:r>
    </w:p>
    <w:p>
      <w:r>
        <w:t>**Paso 2: Definir ruta segura de camilla**</w:t>
      </w:r>
    </w:p>
    <w:p>
      <w:pPr>
        <w:pStyle w:val="ListBullet"/>
      </w:pPr>
      <w:r>
        <w:t>Definir ruta segura de camilla (desde paciente hasta ambulancia).</w:t>
      </w:r>
    </w:p>
    <w:p>
      <w:pPr>
        <w:pStyle w:val="ListBullet"/>
      </w:pPr>
      <w:r>
        <w:t>Señalizar ruta si es necesario.</w:t>
      </w:r>
    </w:p>
    <w:p>
      <w:pPr>
        <w:pStyle w:val="ListBullet"/>
      </w:pPr>
      <w:r>
        <w:t>Verificar que ruta está despejada.</w:t>
      </w:r>
    </w:p>
    <w:p>
      <w:r>
        <w:t>────────────────────────────────────────────────────────────</w:t>
      </w:r>
    </w:p>
    <w:p>
      <w:pPr>
        <w:pStyle w:val="Heading3"/>
      </w:pPr>
      <w:r>
        <w:t>Iluminación dirigida a zona de trabajo y ruta</w:t>
      </w:r>
    </w:p>
    <w:p>
      <w:r>
        <w:t>**Paso 1: Iluminar zona de trabajo**</w:t>
      </w:r>
    </w:p>
    <w:p>
      <w:pPr>
        <w:pStyle w:val="ListBullet"/>
      </w:pPr>
      <w:r>
        <w:t>Iluminar zona de trabajo con linternas/frontales/iluminación auxiliar.</w:t>
      </w:r>
    </w:p>
    <w:p>
      <w:pPr>
        <w:pStyle w:val="ListBullet"/>
      </w:pPr>
      <w:r>
        <w:t>Verificar que iluminación es adecuada.</w:t>
      </w:r>
    </w:p>
    <w:p>
      <w:pPr>
        <w:pStyle w:val="ListBullet"/>
      </w:pPr>
      <w:r>
        <w:t>Evitar sombras en zona de trabajo.</w:t>
      </w:r>
    </w:p>
    <w:p>
      <w:r>
        <w:t>**Paso 2: Iluminar ruta**</w:t>
      </w:r>
    </w:p>
    <w:p>
      <w:pPr>
        <w:pStyle w:val="ListBullet"/>
      </w:pPr>
      <w:r>
        <w:t>Iluminar ruta de camilla con linternas/iluminación auxiliar.</w:t>
      </w:r>
    </w:p>
    <w:p>
      <w:pPr>
        <w:pStyle w:val="ListBullet"/>
      </w:pPr>
      <w:r>
        <w:t>Verificar que ruta está iluminada.</w:t>
      </w:r>
    </w:p>
    <w:p>
      <w:pPr>
        <w:pStyle w:val="ListBullet"/>
      </w:pPr>
      <w:r>
        <w:t>Evitar sombras en ruta.</w:t>
      </w:r>
    </w:p>
    <w:p>
      <w:r>
        <w:t>────────────────────────────────────────────────────────────</w:t>
      </w:r>
    </w:p>
    <w:p>
      <w:pPr>
        <w:pStyle w:val="Heading3"/>
      </w:pPr>
      <w:r>
        <w:t>Revisión de riesgos (cristales, barro, pendientes)</w:t>
      </w:r>
    </w:p>
    <w:p>
      <w:r>
        <w:t>**Paso 1: Identificar riesgos**</w:t>
      </w:r>
    </w:p>
    <w:p>
      <w:pPr>
        <w:pStyle w:val="ListBullet"/>
      </w:pPr>
      <w:r>
        <w:t>Identificar riesgos en escena (cristales, barro, pendientes, obstáculos).</w:t>
      </w:r>
    </w:p>
    <w:p>
      <w:pPr>
        <w:pStyle w:val="ListBullet"/>
      </w:pPr>
      <w:r>
        <w:t>Evaluar riesgo para intervinientes y paciente.</w:t>
      </w:r>
    </w:p>
    <w:p>
      <w:r>
        <w:t>**Paso 2: Mitigar riesgos si es posible**</w:t>
      </w:r>
    </w:p>
    <w:p>
      <w:pPr>
        <w:pStyle w:val="ListBullet"/>
      </w:pPr>
      <w:r>
        <w:t>Mitigar riesgos si es posible (retirar cristales, señalizar pendientes).</w:t>
      </w:r>
    </w:p>
    <w:p>
      <w:pPr>
        <w:pStyle w:val="ListBullet"/>
      </w:pPr>
      <w:r>
        <w:t>Señalizar riesgos si no se pueden mitigar.</w:t>
      </w:r>
    </w:p>
    <w:p>
      <w:pPr>
        <w:pStyle w:val="ListBullet"/>
      </w:pPr>
      <w:r>
        <w:t>Verificar que escena es más segura.</w:t>
      </w:r>
    </w:p>
    <w:p>
      <w:r>
        <w:t>────────────────────────────────────────────────────────────</w:t>
      </w:r>
    </w:p>
    <w:p>
      <w:pPr>
        <w:pStyle w:val="Heading3"/>
      </w:pPr>
      <w:r>
        <w:t>Ajustar señalización si cambia la escena (movimientos de vehículo/público)</w:t>
      </w:r>
    </w:p>
    <w:p>
      <w:r>
        <w:t>**Paso 1: Monitorear cambios**</w:t>
      </w:r>
    </w:p>
    <w:p>
      <w:pPr>
        <w:pStyle w:val="ListBullet"/>
      </w:pPr>
      <w:r>
        <w:t>Monitorear cambios en escena (movimientos de vehículo, público, tráfico).</w:t>
      </w:r>
    </w:p>
    <w:p>
      <w:pPr>
        <w:pStyle w:val="ListBullet"/>
      </w:pPr>
      <w:r>
        <w:t>Evaluar si señalización necesita ajuste.</w:t>
      </w:r>
    </w:p>
    <w:p>
      <w:r>
        <w:t>**Paso 2: Ajustar señalización**</w:t>
      </w:r>
    </w:p>
    <w:p>
      <w:pPr>
        <w:pStyle w:val="ListBullet"/>
      </w:pPr>
      <w:r>
        <w:t>Ajustar señalización si es necesario.</w:t>
      </w:r>
    </w:p>
    <w:p>
      <w:pPr>
        <w:pStyle w:val="ListBullet"/>
      </w:pPr>
      <w:r>
        <w:t>Re-verificar que perímetro y ruta siguen siendo seguros.</w:t>
      </w:r>
    </w:p>
    <w:p>
      <w:pPr>
        <w:pStyle w:val="ListBullet"/>
      </w:pPr>
      <w:r>
        <w:t>Continuar monitoreando.</w:t>
      </w:r>
    </w:p>
    <w:p>
      <w:r>
        <w:t>────────────────────────────────────────────────────────────</w:t>
      </w:r>
    </w:p>
    <w:p>
      <w:pPr>
        <w:pStyle w:val="Heading2"/>
      </w:pPr>
      <w:r>
        <w:t>3.17.5 Integración con evacuación</w:t>
      </w:r>
    </w:p>
    <w:p>
      <w:pPr>
        <w:pStyle w:val="Heading3"/>
      </w:pPr>
      <w:r>
        <w:t>Ruta limpia y estable (enlace 2.13)</w:t>
      </w:r>
    </w:p>
    <w:p>
      <w:r>
        <w:t>**Principio:**</w:t>
      </w:r>
    </w:p>
    <w:p>
      <w:pPr>
        <w:pStyle w:val="ListBullet"/>
      </w:pPr>
      <w:r>
        <w:t>Ruta de evacuación debe estar limpia y estable.</w:t>
      </w:r>
    </w:p>
    <w:p>
      <w:pPr>
        <w:pStyle w:val="ListBullet"/>
      </w:pPr>
      <w:r>
        <w:t>Integración con técnicas de evacuación.</w:t>
      </w:r>
    </w:p>
    <w:p>
      <w:r>
        <w:t>**Técnica:**</w:t>
      </w:r>
    </w:p>
    <w:p>
      <w:pPr>
        <w:pStyle w:val="ListNumber"/>
      </w:pPr>
      <w:r>
        <w:t>Coordinar señalización con ruta de evacuación (ver 2.13).</w:t>
      </w:r>
    </w:p>
    <w:p>
      <w:pPr>
        <w:pStyle w:val="ListNumber"/>
      </w:pPr>
      <w:r>
        <w:t>Verificar que ruta está limpia y estable.</w:t>
      </w:r>
    </w:p>
    <w:p>
      <w:pPr>
        <w:pStyle w:val="ListNumber"/>
      </w:pPr>
      <w:r>
        <w:t>Iluminar ruta adecuadamente.</w:t>
      </w:r>
    </w:p>
    <w:p>
      <w:pPr>
        <w:pStyle w:val="ListNumber"/>
      </w:pPr>
      <w:r>
        <w:t>Re-verificar después de movimientos.</w:t>
      </w:r>
    </w:p>
    <w:p>
      <w:r>
        <w:t>**Enlace:**</w:t>
      </w:r>
    </w:p>
    <w:p>
      <w:pPr>
        <w:pStyle w:val="ListBullet"/>
      </w:pPr>
      <w:r>
        <w:t>Ver 2.13 – Camillas y Sillas de Evacuación para técnicas de evacuación.</w:t>
      </w:r>
    </w:p>
    <w:p>
      <w:r>
        <w:t>────────────────────────────────────────────────────────────</w:t>
      </w:r>
    </w:p>
    <w:p>
      <w:pPr>
        <w:pStyle w:val="Heading3"/>
      </w:pPr>
      <w:r>
        <w:t>Coordinación con 3.15 (material ordenado)</w:t>
      </w:r>
    </w:p>
    <w:p>
      <w:r>
        <w:t>**Principio:**</w:t>
      </w:r>
    </w:p>
    <w:p>
      <w:pPr>
        <w:pStyle w:val="ListBullet"/>
      </w:pPr>
      <w:r>
        <w:t>Coordinar señalización con gestión de material.</w:t>
      </w:r>
    </w:p>
    <w:p>
      <w:pPr>
        <w:pStyle w:val="ListBullet"/>
      </w:pPr>
      <w:r>
        <w:t>Material ordenado facilita señalización y seguridad.</w:t>
      </w:r>
    </w:p>
    <w:p>
      <w:r>
        <w:t>**Técnica:**</w:t>
      </w:r>
    </w:p>
    <w:p>
      <w:pPr>
        <w:pStyle w:val="ListNumber"/>
      </w:pPr>
      <w:r>
        <w:t>Coordinar señalización con gestión de material (ver 3.15).</w:t>
      </w:r>
    </w:p>
    <w:p>
      <w:pPr>
        <w:pStyle w:val="ListNumber"/>
      </w:pPr>
      <w:r>
        <w:t>Verificar que material no interfiere con señalización.</w:t>
      </w:r>
    </w:p>
    <w:p>
      <w:pPr>
        <w:pStyle w:val="ListNumber"/>
      </w:pPr>
      <w:r>
        <w:t>Mantener material ordenado y señalización efectiva.</w:t>
      </w:r>
    </w:p>
    <w:p>
      <w:r>
        <w:t>**Enlace:**</w:t>
      </w:r>
    </w:p>
    <w:p>
      <w:pPr>
        <w:pStyle w:val="ListBullet"/>
      </w:pPr>
      <w:r>
        <w:t>Ver 3.15 – Gestión del Material en Escena y Ambulancia para gestión de material.</w:t>
      </w:r>
    </w:p>
    <w:p>
      <w:r>
        <w:t>────────────────────────────────────────────────────────────</w:t>
      </w:r>
    </w:p>
    <w:p>
      <w:pPr>
        <w:pStyle w:val="Heading2"/>
      </w:pPr>
      <w:r>
        <w:t>3.17.6 Errores críticos y señales de alarma</w:t>
      </w:r>
    </w:p>
    <w:p>
      <w:pPr>
        <w:pStyle w:val="Heading3"/>
      </w:pPr>
      <w:r>
        <w:t>Errores críticos</w:t>
      </w:r>
    </w:p>
    <w:p>
      <w:r>
        <w:t>**Error 1: Trabajar sin visibilidad ni perímetro**</w:t>
      </w:r>
    </w:p>
    <w:p>
      <w:pPr>
        <w:pStyle w:val="ListBullet"/>
      </w:pPr>
      <w:r>
        <w:t>❌ Trabajar sin iluminación adecuada o sin delimitar perímetro.</w:t>
      </w:r>
    </w:p>
    <w:p>
      <w:pPr>
        <w:pStyle w:val="ListBullet"/>
      </w:pPr>
      <w:r>
        <w:t>**Consecuencia:** Riesgo de atropellos, caídas, lesiones, baja visibilidad.</w:t>
      </w:r>
    </w:p>
    <w:p>
      <w:pPr>
        <w:pStyle w:val="ListBullet"/>
      </w:pPr>
      <w:r>
        <w:t>**Prevención:** SIEMPRE usar iluminación adecuada, SIEMPRE delimitar perímetro, no trabajar sin visibilidad.</w:t>
      </w:r>
    </w:p>
    <w:p>
      <w:r>
        <w:t>**Error 2: Iluminar "a ciegas" creando sombras en ruta**</w:t>
      </w:r>
    </w:p>
    <w:p>
      <w:pPr>
        <w:pStyle w:val="ListBullet"/>
      </w:pPr>
      <w:r>
        <w:t>❌ Iluminar de forma incorrecta creando sombras en ruta de camilla.</w:t>
      </w:r>
    </w:p>
    <w:p>
      <w:pPr>
        <w:pStyle w:val="ListBullet"/>
      </w:pPr>
      <w:r>
        <w:t>**Consecuencia:** Sombras ocultan obstáculos, riesgo de caídas, lesiones.</w:t>
      </w:r>
    </w:p>
    <w:p>
      <w:pPr>
        <w:pStyle w:val="ListBullet"/>
      </w:pPr>
      <w:r>
        <w:t>**Prevención:** Iluminar dirigiendo luz a zona de trabajo y ruta, evitar sombras, verificar que iluminación es adecuada.</w:t>
      </w:r>
    </w:p>
    <w:p>
      <w:r>
        <w:t>**Error 3: Ruta de camilla por zona insegura**</w:t>
      </w:r>
    </w:p>
    <w:p>
      <w:pPr>
        <w:pStyle w:val="ListBullet"/>
      </w:pPr>
      <w:r>
        <w:t>❌ Definir ruta de camilla por zona insegura (tráfico, pendientes, obstáculos).</w:t>
      </w:r>
    </w:p>
    <w:p>
      <w:pPr>
        <w:pStyle w:val="ListBullet"/>
      </w:pPr>
      <w:r>
        <w:t>**Consecuencia:** Riesgo de atropellos, caídas, lesiones.</w:t>
      </w:r>
    </w:p>
    <w:p>
      <w:pPr>
        <w:pStyle w:val="ListBullet"/>
      </w:pPr>
      <w:r>
        <w:t>**Prevención:** Definir ruta segura, evitar zonas inseguras, señalizar si es necesario.</w:t>
      </w:r>
    </w:p>
    <w:p>
      <w:r>
        <w:t>────────────────────────────────────────────────────────────</w:t>
      </w:r>
    </w:p>
    <w:p>
      <w:pPr>
        <w:pStyle w:val="Heading3"/>
      </w:pPr>
      <w:r>
        <w:t>Señales de alarma (cuándo parar y reevaluar)</w:t>
      </w:r>
    </w:p>
    <w:p>
      <w:r>
        <w:t>**Señal de alarma 1: Cambio en escena que afecta seguridad**</w:t>
      </w:r>
    </w:p>
    <w:p>
      <w:pPr>
        <w:pStyle w:val="ListBullet"/>
      </w:pPr>
      <w:r>
        <w:t>**Acción:** Parar, re-evaluar escena, ajustar señalización, re-verificar que escena es segura.</w:t>
      </w:r>
    </w:p>
    <w:p>
      <w:pPr>
        <w:pStyle w:val="ListBullet"/>
      </w:pPr>
      <w:r>
        <w:t>**Si persiste:** Coordinar con otros servicios si es necesario, considerar alternativas.</w:t>
      </w:r>
    </w:p>
    <w:p>
      <w:r>
        <w:t>**Señal de alarma 2: Baja visibilidad que impide trabajo seguro**</w:t>
      </w:r>
    </w:p>
    <w:p>
      <w:pPr>
        <w:pStyle w:val="ListBullet"/>
      </w:pPr>
      <w:r>
        <w:t>**Acción:** Parar, mejorar iluminación, verificar que visibilidad es adecuada, continuar con precaución.</w:t>
      </w:r>
    </w:p>
    <w:p>
      <w:pPr>
        <w:pStyle w:val="ListBullet"/>
      </w:pPr>
      <w:r>
        <w:t>**Si persiste:** Solicitar iluminación adicional si es posible, considerar alternativas.</w:t>
      </w:r>
    </w:p>
    <w:p>
      <w:r>
        <w:t>**Señal de alarma 3: Riesgo de atropello o caída**</w:t>
      </w:r>
    </w:p>
    <w:p>
      <w:pPr>
        <w:pStyle w:val="ListBullet"/>
      </w:pPr>
      <w:r>
        <w:t>**Acción:** Parar inmediatamente, mejorar señalización, re-verificar que escena es segura, continuar con precaución.</w:t>
      </w:r>
    </w:p>
    <w:p>
      <w:pPr>
        <w:pStyle w:val="ListBullet"/>
      </w:pPr>
      <w:r>
        <w:t>**Si persiste:** Coordinar con otros servicios, considerar alternativas.</w:t>
      </w:r>
    </w:p>
    <w:p>
      <w:r>
        <w:t>**Principio:**</w:t>
      </w:r>
    </w:p>
    <w:p>
      <w:pPr>
        <w:pStyle w:val="ListBullet"/>
      </w:pPr>
      <w:r>
        <w:t>**Si hay señal de alarma: PARAR, RE-EVALUAR, AJUSTAR, CONTINUAR CON PRECAUCIÓN.**</w:t>
      </w:r>
    </w:p>
    <w:p>
      <w:pPr>
        <w:pStyle w:val="ListBullet"/>
      </w:pPr>
      <w:r>
        <w:t>**No continuar si hay riesgo para intervinientes o paciente.**</w:t>
      </w:r>
    </w:p>
    <w:p>
      <w:r>
        <w:t>────────────────────────────────────────────────────────────</w:t>
      </w:r>
    </w:p>
    <w:p>
      <w:pPr>
        <w:pStyle w:val="Heading2"/>
      </w:pPr>
      <w:r>
        <w:t>3.17.7 Puntos clave TES</w:t>
      </w:r>
    </w:p>
    <w:p>
      <w:pPr>
        <w:pStyle w:val="ListBullet"/>
      </w:pPr>
      <w:r>
        <w:t>**Posicionar ambulancia para protección** (si procede, crear barrera de protección, activar luces).</w:t>
      </w:r>
    </w:p>
    <w:p>
      <w:pPr>
        <w:pStyle w:val="ListBullet"/>
      </w:pPr>
      <w:r>
        <w:t>**EPI de visibilidad siempre** (chaleco alta visibilidad, casco si aplica, no omitir por prisa).</w:t>
      </w:r>
    </w:p>
    <w:p>
      <w:pPr>
        <w:pStyle w:val="ListBullet"/>
      </w:pPr>
      <w:r>
        <w:t>**Delimitar perímetro y ruta segura de camilla** (conos/balizas/cinta, crear zona de trabajo segura, señalizar ruta).</w:t>
      </w:r>
    </w:p>
    <w:p>
      <w:pPr>
        <w:pStyle w:val="ListBullet"/>
      </w:pPr>
      <w:r>
        <w:t>**Iluminación dirigida a zona de trabajo y ruta** (evitar sombras, verificar que iluminación es adecuada).</w:t>
      </w:r>
    </w:p>
    <w:p>
      <w:pPr>
        <w:pStyle w:val="ListBullet"/>
      </w:pPr>
      <w:r>
        <w:t>**Revisión de riesgos** (cristales, barro, pendientes, obstáculos: mitigar si es posible, señalizar si no).</w:t>
      </w:r>
    </w:p>
    <w:p>
      <w:pPr>
        <w:pStyle w:val="ListBullet"/>
      </w:pPr>
      <w:r>
        <w:t>**Ajustar señalización si cambia la escena** (monitorear cambios, ajustar si es necesario, re-verificar).</w:t>
      </w:r>
    </w:p>
    <w:p>
      <w:pPr>
        <w:pStyle w:val="ListBullet"/>
      </w:pPr>
      <w:r>
        <w:t>**Integración con evacuación** (ruta limpia y estable, iluminar ruta adecuadamente, coordinar con 2.13).</w:t>
      </w:r>
    </w:p>
    <w:p>
      <w:pPr>
        <w:pStyle w:val="ListBullet"/>
      </w:pPr>
      <w:r>
        <w:t>**Coordinación con gestión de material** (material ordenado, no interfiere con señalización, coordinar con 3.15).</w:t>
      </w:r>
    </w:p>
    <w:p>
      <w:pPr>
        <w:pStyle w:val="ListBullet"/>
      </w:pPr>
      <w:r>
        <w:t>**NUNCA trabajar sin visibilidad ni perímetro** (SIEMPRE usar iluminación adecuada, SIEMPRE delimitar perímetro).</w:t>
      </w:r>
    </w:p>
    <w:p>
      <w:pPr>
        <w:pStyle w:val="ListBullet"/>
      </w:pPr>
      <w:r>
        <w:t>**NUNCA iluminar "a ciegas" creando sombras en ruta** (iluminar dirigiendo luz, evitar sombras, verificar que iluminación es adecuada).</w:t>
      </w:r>
    </w:p>
    <w:p>
      <w:pPr>
        <w:pStyle w:val="ListBullet"/>
      </w:pPr>
      <w:r>
        <w:t>**NUNCA definir ruta de camilla por zona insegura** (definir ruta segura, evitar zonas inseguras, señalizar si es necesario).</w:t>
      </w:r>
    </w:p>
    <w:p>
      <w:pPr>
        <w:pStyle w:val="ListBullet"/>
      </w:pPr>
      <w:r>
        <w:t>**Un TES lesionado detiene la asistencia:** aplicar ergonomía (postura correcta, prevenir lesiones durante señalización).</w:t>
      </w:r>
    </w:p>
    <w:p>
      <w:r>
        <w:t>────────────────────────────────────────────────────────────</w:t>
      </w:r>
    </w:p>
    <w:p>
      <w:pPr>
        <w:pStyle w:val="Heading2"/>
      </w:pPr>
      <w:r>
        <w:t>3.17.8 Cierre del capítulo</w:t>
      </w:r>
    </w:p>
    <w:p>
      <w:r>
        <w:t>Este capítulo se integra con:</w:t>
      </w:r>
    </w:p>
    <w:p>
      <w:pPr>
        <w:pStyle w:val="ListBullet"/>
      </w:pPr>
      <w:r>
        <w:t>**Bloque 2 – Inmovilización y Movilización** (2.13: integración con evacuación)</w:t>
      </w:r>
    </w:p>
    <w:p>
      <w:pPr>
        <w:pStyle w:val="ListBullet"/>
      </w:pPr>
      <w:r>
        <w:t>**3.15 – Gestión del Material en Escena y Ambulancia** (coordinación con gestión de material)</w:t>
      </w:r>
    </w:p>
    <w:p>
      <w:r>
        <w:t>**Transición:**</w:t>
      </w:r>
    </w:p>
    <w:p>
      <w:pPr>
        <w:pStyle w:val="ListBullet"/>
      </w:pPr>
      <w:r>
        <w:t>Este capítulo proporciona técnicas operativas de **señalización, iluminación y seguridad de escena**.</w:t>
      </w:r>
    </w:p>
    <w:p>
      <w:pPr>
        <w:pStyle w:val="ListBullet"/>
      </w:pPr>
      <w:r>
        <w:t>El capítulo siguiente desarrolla **documentación operativa (3.18)**.</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**señalización e iluminación son esenciales** para prevenir atropellos y caídas</w:t>
      </w:r>
    </w:p>
    <w:p>
      <w:pPr>
        <w:pStyle w:val="ListBullet"/>
      </w:pPr>
      <w:r>
        <w:t>**SIEMPRE usar chaleco alta visibilidad** en escena</w:t>
      </w:r>
    </w:p>
    <w:p>
      <w:pPr>
        <w:pStyle w:val="ListBullet"/>
      </w:pPr>
      <w:r>
        <w:t>**SIEMPRE delimitar perímetro** y ruta segura</w:t>
      </w:r>
    </w:p>
    <w:p>
      <w:pPr>
        <w:pStyle w:val="ListBullet"/>
      </w:pPr>
      <w:r>
        <w:t>**Iluminar dirigiendo luz** a zona de trabajo y ruta (evitar sombras)</w:t>
      </w:r>
    </w:p>
    <w:p>
      <w:r>
        <w:t>**Principios No Negociables:**</w:t>
      </w:r>
    </w:p>
    <w:p>
      <w:pPr>
        <w:pStyle w:val="ListBullet"/>
      </w:pPr>
      <w:r>
        <w:t>**NUNCA trabajar** sin visibilidad ni perímetro</w:t>
      </w:r>
    </w:p>
    <w:p>
      <w:pPr>
        <w:pStyle w:val="ListBullet"/>
      </w:pPr>
      <w:r>
        <w:t>**NUNCA iluminar** "a ciegas" creando sombras en ruta</w:t>
      </w:r>
    </w:p>
    <w:p>
      <w:pPr>
        <w:pStyle w:val="ListBullet"/>
      </w:pPr>
      <w:r>
        <w:t>**NUNCA definir** ruta de camilla por zona insegura</w:t>
      </w:r>
    </w:p>
    <w:p>
      <w:pPr>
        <w:pStyle w:val="ListBullet"/>
      </w:pPr>
      <w:r>
        <w:t>**SIEMPRE usar** chaleco alta visibilidad</w:t>
      </w:r>
    </w:p>
    <w:p>
      <w:pPr>
        <w:pStyle w:val="ListBullet"/>
      </w:pPr>
      <w:r>
        <w:t>**SIEMPRE delimitar** perímetro y ruta segura</w:t>
      </w:r>
    </w:p>
    <w:p>
      <w:pPr>
        <w:pStyle w:val="ListBullet"/>
      </w:pPr>
      <w:r>
        <w:t>**SIEMPRE iluminar** adecuadamente zona de trabajo y ruta</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3.18 – Documentación operativa del material usado e incidencias</w:t>
      </w:r>
    </w:p>
    <w:p>
      <w:pPr>
        <w:pStyle w:val="Heading1"/>
      </w:pPr>
      <w:r>
        <w:t>3.18 – Documentación operativa del material usado e incidencias</w:t>
      </w:r>
    </w:p>
    <w:p>
      <w:pPr>
        <w:pStyle w:val="Heading2"/>
      </w:pPr>
      <w:r>
        <w:t>Manual TES Digital – Registro logístico de material e incidencias</w:t>
      </w:r>
    </w:p>
    <w:p>
      <w:r>
        <w:t>**Versión:** 1.0</w:t>
      </w:r>
    </w:p>
    <w:p>
      <w:r>
        <w:t>**Fecha:** 2024-12-13</w:t>
      </w:r>
    </w:p>
    <w:p>
      <w:r>
        <w:t>**Tipo:** Bloque Operativo - Procedimiento TES</w:t>
      </w:r>
    </w:p>
    <w:p>
      <w:r>
        <w:t>────────────────────────────────────────────────────────────</w:t>
      </w:r>
    </w:p>
    <w:p>
      <w:pPr>
        <w:pStyle w:val="Heading2"/>
      </w:pPr>
      <w:r>
        <w:t>3.18.1 Objetivo operativo</w:t>
      </w:r>
    </w:p>
    <w:p>
      <w:r>
        <w:t>Registrar consumos y fallos de equipo para **reposición, trazabilidad y mejora operativa** sin cargar la intervención, integrando la documentación con **organización de maletines (3.5, 3.X2, 3.X3) y bioseguridad (3.14)**.</w:t>
      </w:r>
    </w:p>
    <w:p>
      <w:r>
        <w:t>Este capítulo se centra en **registro logístico mínimo operativo**, no en historia clínica ni documentación médica.</w:t>
      </w:r>
    </w:p>
    <w:p>
      <w:r>
        <w:t>────────────────────────────────────────────────────────────</w:t>
      </w:r>
    </w:p>
    <w:p>
      <w:pPr>
        <w:pStyle w:val="Heading2"/>
      </w:pPr>
      <w:r>
        <w:t>3.18.2 Alcance y límites</w:t>
      </w:r>
    </w:p>
    <w:p>
      <w:pPr>
        <w:pStyle w:val="Heading3"/>
      </w:pPr>
      <w:r>
        <w:t>Alcance del capítulo</w:t>
      </w:r>
    </w:p>
    <w:p>
      <w:r>
        <w:t>Este capítulo cubre:</w:t>
      </w:r>
    </w:p>
    <w:p>
      <w:pPr>
        <w:pStyle w:val="ListBullet"/>
      </w:pPr>
      <w:r>
        <w:t>**Registro logístico** de material usado e incidencias.</w:t>
      </w:r>
    </w:p>
    <w:p>
      <w:pPr>
        <w:pStyle w:val="ListBullet"/>
      </w:pPr>
      <w:r>
        <w:t>**Qué registrar** (mínimo operativo).</w:t>
      </w:r>
    </w:p>
    <w:p>
      <w:pPr>
        <w:pStyle w:val="ListBullet"/>
      </w:pPr>
      <w:r>
        <w:t>**Cuándo registrar** (momentos adecuados).</w:t>
      </w:r>
    </w:p>
    <w:p>
      <w:pPr>
        <w:pStyle w:val="ListBullet"/>
      </w:pPr>
      <w:r>
        <w:t>**Procedimiento post-servicio** paso a paso.</w:t>
      </w:r>
    </w:p>
    <w:p>
      <w:pPr>
        <w:pStyle w:val="Heading3"/>
      </w:pPr>
      <w:r>
        <w:t>Límites del capítulo</w:t>
      </w:r>
    </w:p>
    <w:p>
      <w:r>
        <w:t>**Este capítulo NO cubre:**</w:t>
      </w:r>
    </w:p>
    <w:p>
      <w:pPr>
        <w:pStyle w:val="ListBullet"/>
      </w:pPr>
      <w:r>
        <w:t>Historia clínica del paciente.</w:t>
      </w:r>
    </w:p>
    <w:p>
      <w:pPr>
        <w:pStyle w:val="ListBullet"/>
      </w:pPr>
      <w:r>
        <w:t>Documentación médica.</w:t>
      </w:r>
    </w:p>
    <w:p>
      <w:pPr>
        <w:pStyle w:val="ListBullet"/>
      </w:pPr>
      <w:r>
        <w:t>Registros administrativos complejos.</w:t>
      </w:r>
    </w:p>
    <w:p>
      <w:r>
        <w:t>**Este capítulo SÍ cubre:**</w:t>
      </w:r>
    </w:p>
    <w:p>
      <w:pPr>
        <w:pStyle w:val="ListBullet"/>
      </w:pPr>
      <w:r>
        <w:t>Registro logístico mínimo operativo.</w:t>
      </w:r>
    </w:p>
    <w:p>
      <w:pPr>
        <w:pStyle w:val="ListBullet"/>
      </w:pPr>
      <w:r>
        <w:t>Consumos críticos y fallos de equipo.</w:t>
      </w:r>
    </w:p>
    <w:p>
      <w:pPr>
        <w:pStyle w:val="ListBullet"/>
      </w:pPr>
      <w:r>
        <w:t>Reposición y trazabilidad.</w:t>
      </w:r>
    </w:p>
    <w:p>
      <w:r>
        <w:t>**Nota:** Este capítulo es registro logístico, no historia clínica.</w:t>
      </w:r>
    </w:p>
    <w:p>
      <w:r>
        <w:t>**Integración:**</w:t>
      </w:r>
    </w:p>
    <w:p>
      <w:pPr>
        <w:pStyle w:val="ListBullet"/>
      </w:pPr>
      <w:r>
        <w:t>Se integra con organización de maletines (3.5, 3.X2, 3.X3).</w:t>
      </w:r>
    </w:p>
    <w:p>
      <w:pPr>
        <w:pStyle w:val="ListBullet"/>
      </w:pPr>
      <w:r>
        <w:t>Se integra con bioseguridad (3.14).</w:t>
      </w:r>
    </w:p>
    <w:p>
      <w:r>
        <w:t>────────────────────────────────────────────────────────────</w:t>
      </w:r>
    </w:p>
    <w:p>
      <w:pPr>
        <w:pStyle w:val="Heading2"/>
      </w:pPr>
      <w:r>
        <w:t>3.18.3 Qué registrar (mínimo operativo)</w:t>
      </w:r>
    </w:p>
    <w:p>
      <w:pPr>
        <w:pStyle w:val="Heading3"/>
      </w:pPr>
      <w:r>
        <w:t>Consumos críticos: O₂ (presión final/cambio botella), mascarillas, BVM/filtros, aspiración (sondas/yankauer), hemostáticos/torniquete si aplica</w:t>
      </w:r>
    </w:p>
    <w:p>
      <w:r>
        <w:t>**O₂:**</w:t>
      </w:r>
    </w:p>
    <w:p>
      <w:pPr>
        <w:pStyle w:val="ListBullet"/>
      </w:pPr>
      <w:r>
        <w:t>Presión final de botella.</w:t>
      </w:r>
    </w:p>
    <w:p>
      <w:pPr>
        <w:pStyle w:val="ListBullet"/>
      </w:pPr>
      <w:r>
        <w:t>Cambio de botella (si aplica).</w:t>
      </w:r>
    </w:p>
    <w:p>
      <w:pPr>
        <w:pStyle w:val="ListBullet"/>
      </w:pPr>
      <w:r>
        <w:t>Registro de consumo.</w:t>
      </w:r>
    </w:p>
    <w:p>
      <w:r>
        <w:t>**Mascarillas:**</w:t>
      </w:r>
    </w:p>
    <w:p>
      <w:pPr>
        <w:pStyle w:val="ListBullet"/>
      </w:pPr>
      <w:r>
        <w:t>Mascarillas usadas (tipo y cantidad).</w:t>
      </w:r>
    </w:p>
    <w:p>
      <w:pPr>
        <w:pStyle w:val="ListBullet"/>
      </w:pPr>
      <w:r>
        <w:t>Registro de consumo.</w:t>
      </w:r>
    </w:p>
    <w:p>
      <w:r>
        <w:t>**BVM/filtros:**</w:t>
      </w:r>
    </w:p>
    <w:p>
      <w:pPr>
        <w:pStyle w:val="ListBullet"/>
      </w:pPr>
      <w:r>
        <w:t>BVM usadas (si aplica).</w:t>
      </w:r>
    </w:p>
    <w:p>
      <w:pPr>
        <w:pStyle w:val="ListBullet"/>
      </w:pPr>
      <w:r>
        <w:t>Filtros usados (si aplica).</w:t>
      </w:r>
    </w:p>
    <w:p>
      <w:pPr>
        <w:pStyle w:val="ListBullet"/>
      </w:pPr>
      <w:r>
        <w:t>Registro de consumo.</w:t>
      </w:r>
    </w:p>
    <w:p>
      <w:r>
        <w:t>**Aspiración:**</w:t>
      </w:r>
    </w:p>
    <w:p>
      <w:pPr>
        <w:pStyle w:val="ListBullet"/>
      </w:pPr>
      <w:r>
        <w:t>Sondas/Yankauer usados (tipo y cantidad).</w:t>
      </w:r>
    </w:p>
    <w:p>
      <w:pPr>
        <w:pStyle w:val="ListBullet"/>
      </w:pPr>
      <w:r>
        <w:t>Registro de consumo.</w:t>
      </w:r>
    </w:p>
    <w:p>
      <w:r>
        <w:t>**Hemostáticos/torniquete:**</w:t>
      </w:r>
    </w:p>
    <w:p>
      <w:pPr>
        <w:pStyle w:val="ListBullet"/>
      </w:pPr>
      <w:r>
        <w:t>Hemostáticos usados (si aplica).</w:t>
      </w:r>
    </w:p>
    <w:p>
      <w:pPr>
        <w:pStyle w:val="ListBullet"/>
      </w:pPr>
      <w:r>
        <w:t>Torniquete usado (si aplica, registrar hora de colocación).</w:t>
      </w:r>
    </w:p>
    <w:p>
      <w:pPr>
        <w:pStyle w:val="ListBullet"/>
      </w:pPr>
      <w:r>
        <w:t>Registro de consumo.</w:t>
      </w:r>
    </w:p>
    <w:p>
      <w:r>
        <w:t>────────────────────────────────────────────────────────────</w:t>
      </w:r>
    </w:p>
    <w:p>
      <w:pPr>
        <w:pStyle w:val="Heading3"/>
      </w:pPr>
      <w:r>
        <w:t>Mediciones/equipos: electrodos usados (si aplica), tiras glucemia, fundas termómetro</w:t>
      </w:r>
    </w:p>
    <w:p>
      <w:r>
        <w:t>**Electrodos:**</w:t>
      </w:r>
    </w:p>
    <w:p>
      <w:pPr>
        <w:pStyle w:val="ListBullet"/>
      </w:pPr>
      <w:r>
        <w:t>Electrodos usados (si aplica, cantidad).</w:t>
      </w:r>
    </w:p>
    <w:p>
      <w:pPr>
        <w:pStyle w:val="ListBullet"/>
      </w:pPr>
      <w:r>
        <w:t>Registro de consumo.</w:t>
      </w:r>
    </w:p>
    <w:p>
      <w:r>
        <w:t>**Tiras glucemia:**</w:t>
      </w:r>
    </w:p>
    <w:p>
      <w:pPr>
        <w:pStyle w:val="ListBullet"/>
      </w:pPr>
      <w:r>
        <w:t>Tiras de glucemia usadas (cantidad).</w:t>
      </w:r>
    </w:p>
    <w:p>
      <w:pPr>
        <w:pStyle w:val="ListBullet"/>
      </w:pPr>
      <w:r>
        <w:t>Registro de consumo.</w:t>
      </w:r>
    </w:p>
    <w:p>
      <w:r>
        <w:t>**Fundas termómetro:**</w:t>
      </w:r>
    </w:p>
    <w:p>
      <w:pPr>
        <w:pStyle w:val="ListBullet"/>
      </w:pPr>
      <w:r>
        <w:t>Fundas de termómetro usadas (si aplica, cantidad).</w:t>
      </w:r>
    </w:p>
    <w:p>
      <w:pPr>
        <w:pStyle w:val="ListBullet"/>
      </w:pPr>
      <w:r>
        <w:t>Registro de consumo.</w:t>
      </w:r>
    </w:p>
    <w:p>
      <w:r>
        <w:t>────────────────────────────────────────────────────────────</w:t>
      </w:r>
    </w:p>
    <w:p>
      <w:pPr>
        <w:pStyle w:val="Heading3"/>
      </w:pPr>
      <w:r>
        <w:t>Incidencias: batería baja, fugas, roturas, material caducado encontrado</w:t>
      </w:r>
    </w:p>
    <w:p>
      <w:r>
        <w:t>**Batería baja:**</w:t>
      </w:r>
    </w:p>
    <w:p>
      <w:pPr>
        <w:pStyle w:val="ListBullet"/>
      </w:pPr>
      <w:r>
        <w:t>Equipos con batería baja (identificar equipo).</w:t>
      </w:r>
    </w:p>
    <w:p>
      <w:pPr>
        <w:pStyle w:val="ListBullet"/>
      </w:pPr>
      <w:r>
        <w:t>Registro de incidencia.</w:t>
      </w:r>
    </w:p>
    <w:p>
      <w:r>
        <w:t>**Fugas:**</w:t>
      </w:r>
    </w:p>
    <w:p>
      <w:pPr>
        <w:pStyle w:val="ListBullet"/>
      </w:pPr>
      <w:r>
        <w:t>Fugas detectadas (identificar componente).</w:t>
      </w:r>
    </w:p>
    <w:p>
      <w:pPr>
        <w:pStyle w:val="ListBullet"/>
      </w:pPr>
      <w:r>
        <w:t>Registro de incidencia.</w:t>
      </w:r>
    </w:p>
    <w:p>
      <w:r>
        <w:t>**Roturas:**</w:t>
      </w:r>
    </w:p>
    <w:p>
      <w:pPr>
        <w:pStyle w:val="ListBullet"/>
      </w:pPr>
      <w:r>
        <w:t>Material roto (identificar material).</w:t>
      </w:r>
    </w:p>
    <w:p>
      <w:pPr>
        <w:pStyle w:val="ListBullet"/>
      </w:pPr>
      <w:r>
        <w:t>Registro de incidencia.</w:t>
      </w:r>
    </w:p>
    <w:p>
      <w:r>
        <w:t>**Material caducado encontrado:**</w:t>
      </w:r>
    </w:p>
    <w:p>
      <w:pPr>
        <w:pStyle w:val="ListBullet"/>
      </w:pPr>
      <w:r>
        <w:t>Material caducado encontrado (identificar material).</w:t>
      </w:r>
    </w:p>
    <w:p>
      <w:pPr>
        <w:pStyle w:val="ListBullet"/>
      </w:pPr>
      <w:r>
        <w:t>Registro de incidencia.</w:t>
      </w:r>
    </w:p>
    <w:p>
      <w:r>
        <w:t>────────────────────────────────────────────────────────────</w:t>
      </w:r>
    </w:p>
    <w:p>
      <w:pPr>
        <w:pStyle w:val="Heading3"/>
      </w:pPr>
      <w:r>
        <w:t>Reposición pendiente y prioridad</w:t>
      </w:r>
    </w:p>
    <w:p>
      <w:r>
        <w:t>**Reposición pendiente:**</w:t>
      </w:r>
    </w:p>
    <w:p>
      <w:pPr>
        <w:pStyle w:val="ListBullet"/>
      </w:pPr>
      <w:r>
        <w:t>Material que falta y no se puede reponer inmediatamente.</w:t>
      </w:r>
    </w:p>
    <w:p>
      <w:pPr>
        <w:pStyle w:val="ListBullet"/>
      </w:pPr>
      <w:r>
        <w:t>Identificar material y prioridad.</w:t>
      </w:r>
    </w:p>
    <w:p>
      <w:r>
        <w:t>**Prioridad:**</w:t>
      </w:r>
    </w:p>
    <w:p>
      <w:pPr>
        <w:pStyle w:val="ListBullet"/>
      </w:pPr>
      <w:r>
        <w:t>Prioridad de reposición (alta, media, baja).</w:t>
      </w:r>
    </w:p>
    <w:p>
      <w:pPr>
        <w:pStyle w:val="ListBullet"/>
      </w:pPr>
      <w:r>
        <w:t>Comunicar según prioridad.</w:t>
      </w:r>
    </w:p>
    <w:p>
      <w:r>
        <w:t>────────────────────────────────────────────────────────────</w:t>
      </w:r>
    </w:p>
    <w:p>
      <w:pPr>
        <w:pStyle w:val="Heading3"/>
      </w:pPr>
      <w:r>
        <w:t>Observaciones de seguridad: pinchazo, derrame, contaminación</w:t>
      </w:r>
    </w:p>
    <w:p>
      <w:r>
        <w:t>**Pinchazo:**</w:t>
      </w:r>
    </w:p>
    <w:p>
      <w:pPr>
        <w:pStyle w:val="ListBullet"/>
      </w:pPr>
      <w:r>
        <w:t>Pinchazo accidental (registrar según protocolo de exposición a riesgo biológico).</w:t>
      </w:r>
    </w:p>
    <w:p>
      <w:pPr>
        <w:pStyle w:val="ListBullet"/>
      </w:pPr>
      <w:r>
        <w:t>Registro de incidencia de seguridad.</w:t>
      </w:r>
    </w:p>
    <w:p>
      <w:r>
        <w:t>**Derrame:**</w:t>
      </w:r>
    </w:p>
    <w:p>
      <w:pPr>
        <w:pStyle w:val="ListBullet"/>
      </w:pPr>
      <w:r>
        <w:t>Derrame de material biológico (registrar según protocolo).</w:t>
      </w:r>
    </w:p>
    <w:p>
      <w:pPr>
        <w:pStyle w:val="ListBullet"/>
      </w:pPr>
      <w:r>
        <w:t>Registro de incidencia de seguridad.</w:t>
      </w:r>
    </w:p>
    <w:p>
      <w:r>
        <w:t>**Contaminación:**</w:t>
      </w:r>
    </w:p>
    <w:p>
      <w:pPr>
        <w:pStyle w:val="ListBullet"/>
      </w:pPr>
      <w:r>
        <w:t>Contaminación durante uso (registrar según protocolo).</w:t>
      </w:r>
    </w:p>
    <w:p>
      <w:pPr>
        <w:pStyle w:val="ListBullet"/>
      </w:pPr>
      <w:r>
        <w:t>Registro de incidencia de seguridad.</w:t>
      </w:r>
    </w:p>
    <w:p>
      <w:r>
        <w:t>────────────────────────────────────────────────────────────</w:t>
      </w:r>
    </w:p>
    <w:p>
      <w:pPr>
        <w:pStyle w:val="Heading2"/>
      </w:pPr>
      <w:r>
        <w:t>3.18.4 Cuándo registrar</w:t>
      </w:r>
    </w:p>
    <w:p>
      <w:pPr>
        <w:pStyle w:val="Heading3"/>
      </w:pPr>
      <w:r>
        <w:t>Post-servicio inmediato (ideal)</w:t>
      </w:r>
    </w:p>
    <w:p>
      <w:r>
        <w:t>**Momento ideal:**</w:t>
      </w:r>
    </w:p>
    <w:p>
      <w:pPr>
        <w:pStyle w:val="ListBullet"/>
      </w:pPr>
      <w:r>
        <w:t>Registrar inmediatamente después del servicio.</w:t>
      </w:r>
    </w:p>
    <w:p>
      <w:pPr>
        <w:pStyle w:val="ListBullet"/>
      </w:pPr>
      <w:r>
        <w:t>Información fresca, no se olvida.</w:t>
      </w:r>
    </w:p>
    <w:p>
      <w:pPr>
        <w:pStyle w:val="ListBullet"/>
      </w:pPr>
      <w:r>
        <w:t>Permite reposición inmediata.</w:t>
      </w:r>
    </w:p>
    <w:p>
      <w:r>
        <w:t>**Técnica:**</w:t>
      </w:r>
    </w:p>
    <w:p>
      <w:pPr>
        <w:pStyle w:val="ListNumber"/>
      </w:pPr>
      <w:r>
        <w:t>Registrar inmediatamente después del servicio.</w:t>
      </w:r>
    </w:p>
    <w:p>
      <w:pPr>
        <w:pStyle w:val="ListNumber"/>
      </w:pPr>
      <w:r>
        <w:t>Completar registro antes de cerrar maletines.</w:t>
      </w:r>
    </w:p>
    <w:p>
      <w:pPr>
        <w:pStyle w:val="ListNumber"/>
      </w:pPr>
      <w:r>
        <w:t>Verificar que registro es completo.</w:t>
      </w:r>
    </w:p>
    <w:p>
      <w:r>
        <w:t>────────────────────────────────────────────────────────────</w:t>
      </w:r>
    </w:p>
    <w:p>
      <w:pPr>
        <w:pStyle w:val="Heading3"/>
      </w:pPr>
      <w:r>
        <w:t>En traslado si hay tiempo y no compromete seguridad</w:t>
      </w:r>
    </w:p>
    <w:p>
      <w:r>
        <w:t>**Momento alternativo:**</w:t>
      </w:r>
    </w:p>
    <w:p>
      <w:pPr>
        <w:pStyle w:val="ListBullet"/>
      </w:pPr>
      <w:r>
        <w:t>Registrar durante traslado si hay tiempo y no compromete seguridad.</w:t>
      </w:r>
    </w:p>
    <w:p>
      <w:pPr>
        <w:pStyle w:val="ListBullet"/>
      </w:pPr>
      <w:r>
        <w:t>Solo si es seguro hacerlo.</w:t>
      </w:r>
    </w:p>
    <w:p>
      <w:pPr>
        <w:pStyle w:val="ListBullet"/>
      </w:pPr>
      <w:r>
        <w:t>No comprometer seguridad por registrar.</w:t>
      </w:r>
    </w:p>
    <w:p>
      <w:r>
        <w:t>**Técnica:**</w:t>
      </w:r>
    </w:p>
    <w:p>
      <w:pPr>
        <w:pStyle w:val="ListNumber"/>
      </w:pPr>
      <w:r>
        <w:t>Evaluar si es seguro registrar durante traslado.</w:t>
      </w:r>
    </w:p>
    <w:p>
      <w:pPr>
        <w:pStyle w:val="ListNumber"/>
      </w:pPr>
      <w:r>
        <w:t>Registrar solo si no compromete seguridad.</w:t>
      </w:r>
    </w:p>
    <w:p>
      <w:pPr>
        <w:pStyle w:val="ListNumber"/>
      </w:pPr>
      <w:r>
        <w:t>Completar registro después del servicio si es necesario.</w:t>
      </w:r>
    </w:p>
    <w:p>
      <w:r>
        <w:t>────────────────────────────────────────────────────────────</w:t>
      </w:r>
    </w:p>
    <w:p>
      <w:pPr>
        <w:pStyle w:val="Heading3"/>
      </w:pPr>
      <w:r>
        <w:t>Al llegar a base</w:t>
      </w:r>
    </w:p>
    <w:p>
      <w:r>
        <w:t>**Momento final:**</w:t>
      </w:r>
    </w:p>
    <w:p>
      <w:pPr>
        <w:pStyle w:val="ListBullet"/>
      </w:pPr>
      <w:r>
        <w:t>Registrar al llegar a base si no se pudo antes.</w:t>
      </w:r>
    </w:p>
    <w:p>
      <w:pPr>
        <w:pStyle w:val="ListBullet"/>
      </w:pPr>
      <w:r>
        <w:t>Completar registro pendiente.</w:t>
      </w:r>
    </w:p>
    <w:p>
      <w:pPr>
        <w:pStyle w:val="ListBullet"/>
      </w:pPr>
      <w:r>
        <w:t>Verificar que registro es completo.</w:t>
      </w:r>
    </w:p>
    <w:p>
      <w:r>
        <w:t>**Técnica:**</w:t>
      </w:r>
    </w:p>
    <w:p>
      <w:pPr>
        <w:pStyle w:val="ListNumber"/>
      </w:pPr>
      <w:r>
        <w:t>Registrar al llegar a base.</w:t>
      </w:r>
    </w:p>
    <w:p>
      <w:pPr>
        <w:pStyle w:val="ListNumber"/>
      </w:pPr>
      <w:r>
        <w:t>Completar registro pendiente.</w:t>
      </w:r>
    </w:p>
    <w:p>
      <w:pPr>
        <w:pStyle w:val="ListNumber"/>
      </w:pPr>
      <w:r>
        <w:t>Verificar que registro es completo.</w:t>
      </w:r>
    </w:p>
    <w:p>
      <w:r>
        <w:t>────────────────────────────────────────────────────────────</w:t>
      </w:r>
    </w:p>
    <w:p>
      <w:pPr>
        <w:pStyle w:val="Heading2"/>
      </w:pPr>
      <w:r>
        <w:t>3.18.5 Procedimiento post-servicio (paso a paso)</w:t>
      </w:r>
    </w:p>
    <w:p>
      <w:pPr>
        <w:pStyle w:val="Heading3"/>
      </w:pPr>
      <w:r>
        <w:t>Lista rápida de consumos críticos</w:t>
      </w:r>
    </w:p>
    <w:p>
      <w:r>
        <w:t>**Paso 1: Identificar consumos críticos**</w:t>
      </w:r>
    </w:p>
    <w:p>
      <w:pPr>
        <w:pStyle w:val="ListBullet"/>
      </w:pPr>
      <w:r>
        <w:t>Identificar consumos críticos usados (O₂, mascarillas, BVM/filtros, aspiración, hemostáticos/torniquete).</w:t>
      </w:r>
    </w:p>
    <w:p>
      <w:pPr>
        <w:pStyle w:val="ListBullet"/>
      </w:pPr>
      <w:r>
        <w:t>Verificar qué se usó y qué falta.</w:t>
      </w:r>
    </w:p>
    <w:p>
      <w:r>
        <w:t>**Paso 2: Registrar consumos**</w:t>
      </w:r>
    </w:p>
    <w:p>
      <w:pPr>
        <w:pStyle w:val="ListBullet"/>
      </w:pPr>
      <w:r>
        <w:t>Registrar consumos críticos en registro.</w:t>
      </w:r>
    </w:p>
    <w:p>
      <w:pPr>
        <w:pStyle w:val="ListBullet"/>
      </w:pPr>
      <w:r>
        <w:t>Documentar tipo y cantidad.</w:t>
      </w:r>
    </w:p>
    <w:p>
      <w:pPr>
        <w:pStyle w:val="ListBullet"/>
      </w:pPr>
      <w:r>
        <w:t>Verificar que registro es completo.</w:t>
      </w:r>
    </w:p>
    <w:p>
      <w:r>
        <w:t>────────────────────────────────────────────────────────────</w:t>
      </w:r>
    </w:p>
    <w:p>
      <w:pPr>
        <w:pStyle w:val="Heading3"/>
      </w:pPr>
      <w:r>
        <w:t>Marcar incidencias de equipo</w:t>
      </w:r>
    </w:p>
    <w:p>
      <w:r>
        <w:t>**Paso 1: Identificar incidencias**</w:t>
      </w:r>
    </w:p>
    <w:p>
      <w:pPr>
        <w:pStyle w:val="ListBullet"/>
      </w:pPr>
      <w:r>
        <w:t>Identificar incidencias de equipo (batería baja, fugas, roturas, material caducado).</w:t>
      </w:r>
    </w:p>
    <w:p>
      <w:pPr>
        <w:pStyle w:val="ListBullet"/>
      </w:pPr>
      <w:r>
        <w:t>Verificar qué equipos tienen incidencias.</w:t>
      </w:r>
    </w:p>
    <w:p>
      <w:r>
        <w:t>**Paso 2: Registrar incidencias**</w:t>
      </w:r>
    </w:p>
    <w:p>
      <w:pPr>
        <w:pStyle w:val="ListBullet"/>
      </w:pPr>
      <w:r>
        <w:t>Registrar incidencias en registro.</w:t>
      </w:r>
    </w:p>
    <w:p>
      <w:pPr>
        <w:pStyle w:val="ListBullet"/>
      </w:pPr>
      <w:r>
        <w:t>Documentar tipo de incidencia y equipo afectado.</w:t>
      </w:r>
    </w:p>
    <w:p>
      <w:pPr>
        <w:pStyle w:val="ListBullet"/>
      </w:pPr>
      <w:r>
        <w:t>Verificar que registro es completo.</w:t>
      </w:r>
    </w:p>
    <w:p>
      <w:r>
        <w:t>────────────────────────────────────────────────────────────</w:t>
      </w:r>
    </w:p>
    <w:p>
      <w:pPr>
        <w:pStyle w:val="Heading3"/>
      </w:pPr>
      <w:r>
        <w:t>Reposición o solicitud</w:t>
      </w:r>
    </w:p>
    <w:p>
      <w:r>
        <w:t>**Paso 1: Reponer material si es posible**</w:t>
      </w:r>
    </w:p>
    <w:p>
      <w:pPr>
        <w:pStyle w:val="ListBullet"/>
      </w:pPr>
      <w:r>
        <w:t>Reponer material usado si es posible.</w:t>
      </w:r>
    </w:p>
    <w:p>
      <w:pPr>
        <w:pStyle w:val="ListBullet"/>
      </w:pPr>
      <w:r>
        <w:t>Verificar que reposición es completa.</w:t>
      </w:r>
    </w:p>
    <w:p>
      <w:r>
        <w:t>**Paso 2: Solicitar reposición si no es posible**</w:t>
      </w:r>
    </w:p>
    <w:p>
      <w:pPr>
        <w:pStyle w:val="ListBullet"/>
      </w:pPr>
      <w:r>
        <w:t>Solicitar reposición de material faltante según protocolo.</w:t>
      </w:r>
    </w:p>
    <w:p>
      <w:pPr>
        <w:pStyle w:val="ListBullet"/>
      </w:pPr>
      <w:r>
        <w:t>Comunicar prioridad si es necesario.</w:t>
      </w:r>
    </w:p>
    <w:p>
      <w:pPr>
        <w:pStyle w:val="ListBullet"/>
      </w:pPr>
      <w:r>
        <w:t>Documentar solicitud.</w:t>
      </w:r>
    </w:p>
    <w:p>
      <w:r>
        <w:t>────────────────────────────────────────────────────────────</w:t>
      </w:r>
    </w:p>
    <w:p>
      <w:pPr>
        <w:pStyle w:val="Heading3"/>
      </w:pPr>
      <w:r>
        <w:t>Confirmar que maletines vuelven "cerrados y listos" (enlace 3.5/3.X2/3.X3)</w:t>
      </w:r>
    </w:p>
    <w:p>
      <w:r>
        <w:t>**Paso 1: Verificar maletines**</w:t>
      </w:r>
    </w:p>
    <w:p>
      <w:pPr>
        <w:pStyle w:val="ListBullet"/>
      </w:pPr>
      <w:r>
        <w:t>Verificar que maletines están completos (ver 3.5, 3.X2, 3.X3).</w:t>
      </w:r>
    </w:p>
    <w:p>
      <w:pPr>
        <w:pStyle w:val="ListBullet"/>
      </w:pPr>
      <w:r>
        <w:t>Verificar que material está limpio y seco.</w:t>
      </w:r>
    </w:p>
    <w:p>
      <w:pPr>
        <w:pStyle w:val="ListBullet"/>
      </w:pPr>
      <w:r>
        <w:t>Verificar que maletines están cerrados correctamente.</w:t>
      </w:r>
    </w:p>
    <w:p>
      <w:r>
        <w:t>**Paso 2: Confirmar que están listos**</w:t>
      </w:r>
    </w:p>
    <w:p>
      <w:pPr>
        <w:pStyle w:val="ListBullet"/>
      </w:pPr>
      <w:r>
        <w:t>Confirmar que maletines están listos para siguiente servicio.</w:t>
      </w:r>
    </w:p>
    <w:p>
      <w:pPr>
        <w:pStyle w:val="ListBullet"/>
      </w:pPr>
      <w:r>
        <w:t>Verificar que no falta material crítico.</w:t>
      </w:r>
    </w:p>
    <w:p>
      <w:pPr>
        <w:pStyle w:val="ListBullet"/>
      </w:pPr>
      <w:r>
        <w:t>Documentar estado de maletines.</w:t>
      </w:r>
    </w:p>
    <w:p>
      <w:r>
        <w:t>**Enlaces:**</w:t>
      </w:r>
    </w:p>
    <w:p>
      <w:pPr>
        <w:pStyle w:val="ListBullet"/>
      </w:pPr>
      <w:r>
        <w:t>Ver 3.5 – Maletín de Vía Aérea y Oxigenoterapia: Organización y Chequeo Operativo</w:t>
      </w:r>
    </w:p>
    <w:p>
      <w:pPr>
        <w:pStyle w:val="ListBullet"/>
      </w:pPr>
      <w:r>
        <w:t>Ver 3.X2 – Maletín de Curas/Trauma Sanitario: Organización y Chequeo Operativo</w:t>
      </w:r>
    </w:p>
    <w:p>
      <w:pPr>
        <w:pStyle w:val="ListBullet"/>
      </w:pPr>
      <w:r>
        <w:t>Ver 3.X3 – Bolsa/Estuche de Monitorización: Organización y Chequeo Operativo</w:t>
      </w:r>
    </w:p>
    <w:p>
      <w:r>
        <w:t>────────────────────────────────────────────────────────────</w:t>
      </w:r>
    </w:p>
    <w:p>
      <w:pPr>
        <w:pStyle w:val="Heading3"/>
      </w:pPr>
      <w:r>
        <w:t>Cerrar registro</w:t>
      </w:r>
    </w:p>
    <w:p>
      <w:r>
        <w:t>**Paso 1: Completar registro**</w:t>
      </w:r>
    </w:p>
    <w:p>
      <w:pPr>
        <w:pStyle w:val="ListBullet"/>
      </w:pPr>
      <w:r>
        <w:t>Completar registro con toda la información.</w:t>
      </w:r>
    </w:p>
    <w:p>
      <w:pPr>
        <w:pStyle w:val="ListBullet"/>
      </w:pPr>
      <w:r>
        <w:t>Verificar que registro es completo y correcto.</w:t>
      </w:r>
    </w:p>
    <w:p>
      <w:r>
        <w:t>**Paso 2: Cerrar registro**</w:t>
      </w:r>
    </w:p>
    <w:p>
      <w:pPr>
        <w:pStyle w:val="ListBullet"/>
      </w:pPr>
      <w:r>
        <w:t>Cerrar registro según protocolo.</w:t>
      </w:r>
    </w:p>
    <w:p>
      <w:pPr>
        <w:pStyle w:val="ListBullet"/>
      </w:pPr>
      <w:r>
        <w:t>Comunicar incidencias si es necesario.</w:t>
      </w:r>
    </w:p>
    <w:p>
      <w:pPr>
        <w:pStyle w:val="ListBullet"/>
      </w:pPr>
      <w:r>
        <w:t>Archivar o entregar según protocolo.</w:t>
      </w:r>
    </w:p>
    <w:p>
      <w:r>
        <w:t>────────────────────────────────────────────────────────────</w:t>
      </w:r>
    </w:p>
    <w:p>
      <w:pPr>
        <w:pStyle w:val="Heading2"/>
      </w:pPr>
      <w:r>
        <w:t>3.18.6 Errores frecuentes</w:t>
      </w:r>
    </w:p>
    <w:p>
      <w:pPr>
        <w:pStyle w:val="Heading3"/>
      </w:pPr>
      <w:r>
        <w:t>"Luego lo apunto" y se pierde</w:t>
      </w:r>
    </w:p>
    <w:p>
      <w:r>
        <w:t>**Error:**</w:t>
      </w:r>
    </w:p>
    <w:p>
      <w:pPr>
        <w:pStyle w:val="ListBullet"/>
      </w:pPr>
      <w:r>
        <w:t>Decir "luego lo apunto" y no registrar inmediatamente.</w:t>
      </w:r>
    </w:p>
    <w:p>
      <w:pPr>
        <w:pStyle w:val="ListBullet"/>
      </w:pPr>
      <w:r>
        <w:t>Información se pierde o se olvida.</w:t>
      </w:r>
    </w:p>
    <w:p>
      <w:r>
        <w:t>**Prevención:**</w:t>
      </w:r>
    </w:p>
    <w:p>
      <w:pPr>
        <w:pStyle w:val="ListBullet"/>
      </w:pPr>
      <w:r>
        <w:t>Registrar inmediatamente después del servicio.</w:t>
      </w:r>
    </w:p>
    <w:p>
      <w:pPr>
        <w:pStyle w:val="ListBullet"/>
      </w:pPr>
      <w:r>
        <w:t>No posponer registro.</w:t>
      </w:r>
    </w:p>
    <w:p>
      <w:pPr>
        <w:pStyle w:val="ListBullet"/>
      </w:pPr>
      <w:r>
        <w:t>Completar registro antes de cerrar maletines.</w:t>
      </w:r>
    </w:p>
    <w:p>
      <w:r>
        <w:t>────────────────────────────────────────────────────────────</w:t>
      </w:r>
    </w:p>
    <w:p>
      <w:pPr>
        <w:pStyle w:val="Heading3"/>
      </w:pPr>
      <w:r>
        <w:t>No registrar fallo de equipo y se repite en el siguiente servicio</w:t>
      </w:r>
    </w:p>
    <w:p>
      <w:r>
        <w:t>**Error:**</w:t>
      </w:r>
    </w:p>
    <w:p>
      <w:pPr>
        <w:pStyle w:val="ListBullet"/>
      </w:pPr>
      <w:r>
        <w:t>No registrar fallo de equipo.</w:t>
      </w:r>
    </w:p>
    <w:p>
      <w:pPr>
        <w:pStyle w:val="ListBullet"/>
      </w:pPr>
      <w:r>
        <w:t>Fallo se repite en siguiente servicio.</w:t>
      </w:r>
    </w:p>
    <w:p>
      <w:pPr>
        <w:pStyle w:val="ListBullet"/>
      </w:pPr>
      <w:r>
        <w:t>Problema no se resuelve.</w:t>
      </w:r>
    </w:p>
    <w:p>
      <w:r>
        <w:t>**Prevención:**</w:t>
      </w:r>
    </w:p>
    <w:p>
      <w:pPr>
        <w:pStyle w:val="ListBullet"/>
      </w:pPr>
      <w:r>
        <w:t>Registrar todos los fallos de equipo.</w:t>
      </w:r>
    </w:p>
    <w:p>
      <w:pPr>
        <w:pStyle w:val="ListBullet"/>
      </w:pPr>
      <w:r>
        <w:t>Comunicar incidencias según protocolo.</w:t>
      </w:r>
    </w:p>
    <w:p>
      <w:pPr>
        <w:pStyle w:val="ListBullet"/>
      </w:pPr>
      <w:r>
        <w:t>Verificar que incidencias se resuelven.</w:t>
      </w:r>
    </w:p>
    <w:p>
      <w:r>
        <w:t>────────────────────────────────────────────────────────────</w:t>
      </w:r>
    </w:p>
    <w:p>
      <w:pPr>
        <w:pStyle w:val="Heading2"/>
      </w:pPr>
      <w:r>
        <w:t>3.18.7 Errores críticos y señales de alarma</w:t>
      </w:r>
    </w:p>
    <w:p>
      <w:pPr>
        <w:pStyle w:val="Heading3"/>
      </w:pPr>
      <w:r>
        <w:t>Errores críticos</w:t>
      </w:r>
    </w:p>
    <w:p>
      <w:r>
        <w:t>**Error 1: Omitir consumos críticos (O₂, torniquete/hemostático)**</w:t>
      </w:r>
    </w:p>
    <w:p>
      <w:pPr>
        <w:pStyle w:val="ListBullet"/>
      </w:pPr>
      <w:r>
        <w:t>❌ No registrar consumos críticos (O₂, torniquete/hemostático).</w:t>
      </w:r>
    </w:p>
    <w:p>
      <w:pPr>
        <w:pStyle w:val="ListBullet"/>
      </w:pPr>
      <w:r>
        <w:t>**Consecuencia:** Falta de reposición, material no disponible en siguiente servicio, compromiso de atención.</w:t>
      </w:r>
    </w:p>
    <w:p>
      <w:pPr>
        <w:pStyle w:val="ListBullet"/>
      </w:pPr>
      <w:r>
        <w:t>**Prevención:** Registrar todos los consumos críticos, verificar que registro es completo, no omitir.</w:t>
      </w:r>
    </w:p>
    <w:p>
      <w:r>
        <w:t>**Error 2: No registrar pinchazo/derrames**</w:t>
      </w:r>
    </w:p>
    <w:p>
      <w:pPr>
        <w:pStyle w:val="ListBullet"/>
      </w:pPr>
      <w:r>
        <w:t>❌ No registrar pinchazo accidental o derrame de material biológico.</w:t>
      </w:r>
    </w:p>
    <w:p>
      <w:pPr>
        <w:pStyle w:val="ListBullet"/>
      </w:pPr>
      <w:r>
        <w:t>**Consecuencia:** Imposible hacer seguimiento de exposición a riesgo biológico, problema médico-legal, riesgo para interviniente.</w:t>
      </w:r>
    </w:p>
    <w:p>
      <w:pPr>
        <w:pStyle w:val="ListBullet"/>
      </w:pPr>
      <w:r>
        <w:t>**Prevención:** Registrar todos los pinchazos/derrames según protocolo, seguir protocolo de exposición a riesgo biológico.</w:t>
      </w:r>
    </w:p>
    <w:p>
      <w:r>
        <w:t>────────────────────────────────────────────────────────────</w:t>
      </w:r>
    </w:p>
    <w:p>
      <w:pPr>
        <w:pStyle w:val="Heading3"/>
      </w:pPr>
      <w:r>
        <w:t>Señales de alarma (cuándo parar y reevaluar)</w:t>
      </w:r>
    </w:p>
    <w:p>
      <w:r>
        <w:t>**Señal de alarma 1: Material crítico faltante sin registrar**</w:t>
      </w:r>
    </w:p>
    <w:p>
      <w:pPr>
        <w:pStyle w:val="ListBullet"/>
      </w:pPr>
      <w:r>
        <w:t>**Acción:** Parar, registrar material faltante, solicitar reposición inmediatamente, comunicar según prioridad.</w:t>
      </w:r>
    </w:p>
    <w:p>
      <w:pPr>
        <w:pStyle w:val="ListBullet"/>
      </w:pPr>
      <w:r>
        <w:t>**Prevención:** Registrar todos los consumos críticos, verificar que registro es completo.</w:t>
      </w:r>
    </w:p>
    <w:p>
      <w:r>
        <w:t>**Señal de alarma 2: Pinchazo/derrame sin registrar**</w:t>
      </w:r>
    </w:p>
    <w:p>
      <w:pPr>
        <w:pStyle w:val="ListBullet"/>
      </w:pPr>
      <w:r>
        <w:t>**Acción:** Parar, registrar pinchazo/derrame según protocolo, seguir protocolo de exposición a riesgo biológico, comunicar.</w:t>
      </w:r>
    </w:p>
    <w:p>
      <w:pPr>
        <w:pStyle w:val="ListBullet"/>
      </w:pPr>
      <w:r>
        <w:t>**Prevención:** Registrar todos los pinchazos/derrames, seguir protocolo siempre.</w:t>
      </w:r>
    </w:p>
    <w:p>
      <w:r>
        <w:t>**Principio:**</w:t>
      </w:r>
    </w:p>
    <w:p>
      <w:pPr>
        <w:pStyle w:val="ListBullet"/>
      </w:pPr>
      <w:r>
        <w:t>**Si hay señal de alarma: PARAR, REGISTRAR, SEGUIR PROTOCOLO, COMUNICAR.**</w:t>
      </w:r>
    </w:p>
    <w:p>
      <w:pPr>
        <w:pStyle w:val="ListBullet"/>
      </w:pPr>
      <w:r>
        <w:t>**No omitir registro de consumos críticos o incidencias de seguridad.**</w:t>
      </w:r>
    </w:p>
    <w:p>
      <w:r>
        <w:t>────────────────────────────────────────────────────────────</w:t>
      </w:r>
    </w:p>
    <w:p>
      <w:pPr>
        <w:pStyle w:val="Heading2"/>
      </w:pPr>
      <w:r>
        <w:t>3.18.8 Puntos clave TES</w:t>
      </w:r>
    </w:p>
    <w:p>
      <w:pPr>
        <w:pStyle w:val="ListBullet"/>
      </w:pPr>
      <w:r>
        <w:t>**Registrar consumos críticos** (O₂: presión final/cambio botella; mascarillas, BVM/filtros, aspiración, hemostáticos/torniquete si aplica).</w:t>
      </w:r>
    </w:p>
    <w:p>
      <w:pPr>
        <w:pStyle w:val="ListBullet"/>
      </w:pPr>
      <w:r>
        <w:t>**Registrar mediciones/equipos usados** (electrodos, tiras glucemia, fundas termómetro si aplica).</w:t>
      </w:r>
    </w:p>
    <w:p>
      <w:pPr>
        <w:pStyle w:val="ListBullet"/>
      </w:pPr>
      <w:r>
        <w:t>**Registrar incidencias de equipo** (batería baja, fugas, roturas, material caducado encontrado).</w:t>
      </w:r>
    </w:p>
    <w:p>
      <w:pPr>
        <w:pStyle w:val="ListBullet"/>
      </w:pPr>
      <w:r>
        <w:t>**Registrar reposición pendiente y prioridad** (material que falta, comunicar según prioridad).</w:t>
      </w:r>
    </w:p>
    <w:p>
      <w:pPr>
        <w:pStyle w:val="ListBullet"/>
      </w:pPr>
      <w:r>
        <w:t>**Registrar observaciones de seguridad** (pinchazo, derrame, contaminación: seguir protocolo de exposición a riesgo biológico).</w:t>
      </w:r>
    </w:p>
    <w:p>
      <w:pPr>
        <w:pStyle w:val="ListBullet"/>
      </w:pPr>
      <w:r>
        <w:t>**Post-servicio inmediato (ideal)** (registrar inmediatamente, información fresca, no se olvida).</w:t>
      </w:r>
    </w:p>
    <w:p>
      <w:pPr>
        <w:pStyle w:val="ListBullet"/>
      </w:pPr>
      <w:r>
        <w:t>**En traslado solo si hay tiempo y no compromete seguridad** (evaluar si es seguro, no comprometer seguridad por registrar).</w:t>
      </w:r>
    </w:p>
    <w:p>
      <w:pPr>
        <w:pStyle w:val="ListBullet"/>
      </w:pPr>
      <w:r>
        <w:t>**Al llegar a base si no se pudo antes** (completar registro pendiente, verificar que es completo).</w:t>
      </w:r>
    </w:p>
    <w:p>
      <w:pPr>
        <w:pStyle w:val="ListBullet"/>
      </w:pPr>
      <w:r>
        <w:t>**Lista rápida de consumos críticos** (identificar qué se usó, registrar tipo y cantidad).</w:t>
      </w:r>
    </w:p>
    <w:p>
      <w:pPr>
        <w:pStyle w:val="ListBullet"/>
      </w:pPr>
      <w:r>
        <w:t>**Marcar incidencias de equipo** (batería baja, fugas, roturas, material caducado: documentar tipo y equipo afectado).</w:t>
      </w:r>
    </w:p>
    <w:p>
      <w:pPr>
        <w:pStyle w:val="ListBullet"/>
      </w:pPr>
      <w:r>
        <w:t>**Reposición o solicitud** (reponer si es posible, solicitar si no es posible, comunicar prioridad).</w:t>
      </w:r>
    </w:p>
    <w:p>
      <w:pPr>
        <w:pStyle w:val="ListBullet"/>
      </w:pPr>
      <w:r>
        <w:t>**Confirmar que maletines vuelven "cerrados y listos"** (verificar que están completos, limpios, secos, listos para siguiente servicio).</w:t>
      </w:r>
    </w:p>
    <w:p>
      <w:pPr>
        <w:pStyle w:val="ListBullet"/>
      </w:pPr>
      <w:r>
        <w:t>**NUNCA omitir consumos críticos** (O₂, torniquete/hemostático: registrar siempre, verificar que registro es completo).</w:t>
      </w:r>
    </w:p>
    <w:p>
      <w:pPr>
        <w:pStyle w:val="ListBullet"/>
      </w:pPr>
      <w:r>
        <w:t>**NUNCA omitir registro de pinchazo/derrames** (seguir protocolo de exposición a riesgo biológico, registrar siempre).</w:t>
      </w:r>
    </w:p>
    <w:p>
      <w:pPr>
        <w:pStyle w:val="ListBullet"/>
      </w:pPr>
      <w:r>
        <w:t>**Un TES lesionado detiene la asistencia:** aplicar ergonomía (postura correcta, prevenir lesiones durante documentación).</w:t>
      </w:r>
    </w:p>
    <w:p>
      <w:r>
        <w:t>────────────────────────────────────────────────────────────</w:t>
      </w:r>
    </w:p>
    <w:p>
      <w:pPr>
        <w:pStyle w:val="Heading2"/>
      </w:pPr>
      <w:r>
        <w:t>3.18.9 Cierre del capítulo</w:t>
      </w:r>
    </w:p>
    <w:p>
      <w:r>
        <w:t>Este capítulo se integra con:</w:t>
      </w:r>
    </w:p>
    <w:p>
      <w:pPr>
        <w:pStyle w:val="ListBullet"/>
      </w:pPr>
      <w:r>
        <w:t>**3.5 – Maletín de Vía Aérea y Oxigenoterapia: Organización y Chequeo Operativo** (verificación de maletín después de registro)</w:t>
      </w:r>
    </w:p>
    <w:p>
      <w:pPr>
        <w:pStyle w:val="ListBullet"/>
      </w:pPr>
      <w:r>
        <w:t>**3.X2 – Maletín de Curas/Trauma Sanitario: Organización y Chequeo Operativo** (verificación de maletín de curas después de registro)</w:t>
      </w:r>
    </w:p>
    <w:p>
      <w:pPr>
        <w:pStyle w:val="ListBullet"/>
      </w:pPr>
      <w:r>
        <w:t>**3.X3 – Bolsa/Estuche de Monitorización: Organización y Chequeo Operativo** (verificación de bolsa de monitorización después de registro)</w:t>
      </w:r>
    </w:p>
    <w:p>
      <w:pPr>
        <w:pStyle w:val="ListBullet"/>
      </w:pPr>
      <w:r>
        <w:t>**3.14 – Bioseguridad y Descontaminación del Material** (integración con limpieza y desinfección)</w:t>
      </w:r>
    </w:p>
    <w:p>
      <w:r>
        <w:t>**Transición:**</w:t>
      </w:r>
    </w:p>
    <w:p>
      <w:pPr>
        <w:pStyle w:val="ListBullet"/>
      </w:pPr>
      <w:r>
        <w:t>Este capítulo proporciona procedimientos de **documentación operativa del material usado e incidencias**.</w:t>
      </w:r>
    </w:p>
    <w:p>
      <w:pPr>
        <w:pStyle w:val="ListBullet"/>
      </w:pPr>
      <w:r>
        <w:t>Completa la sección de **gestión y organización** del Bloque 3.</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El **registro logístico es esencial** para reposición y trazabilidad</w:t>
      </w:r>
    </w:p>
    <w:p>
      <w:pPr>
        <w:pStyle w:val="ListBullet"/>
      </w:pPr>
      <w:r>
        <w:t>**Registrar inmediatamente después del servicio** (información fresca, no se olvida)</w:t>
      </w:r>
    </w:p>
    <w:p>
      <w:pPr>
        <w:pStyle w:val="ListBullet"/>
      </w:pPr>
      <w:r>
        <w:t>**NUNCA omitir consumos críticos** (O₂, torniquete/hemostático)</w:t>
      </w:r>
    </w:p>
    <w:p>
      <w:pPr>
        <w:pStyle w:val="ListBullet"/>
      </w:pPr>
      <w:r>
        <w:t>**NUNCA omitir registro de pinchazo/derrames** (seguir protocolo de exposición a riesgo biológico)</w:t>
      </w:r>
    </w:p>
    <w:p>
      <w:r>
        <w:t>**Principios No Negociables:**</w:t>
      </w:r>
    </w:p>
    <w:p>
      <w:pPr>
        <w:pStyle w:val="ListBullet"/>
      </w:pPr>
      <w:r>
        <w:t>**NUNCA omitir** consumos críticos (O₂, torniquete/hemostático)</w:t>
      </w:r>
    </w:p>
    <w:p>
      <w:pPr>
        <w:pStyle w:val="ListBullet"/>
      </w:pPr>
      <w:r>
        <w:t>**NUNCA omitir** registro de pinchazo/derrames</w:t>
      </w:r>
    </w:p>
    <w:p>
      <w:pPr>
        <w:pStyle w:val="ListBullet"/>
      </w:pPr>
      <w:r>
        <w:t>**NUNCA posponer** registro ("luego lo apunto")</w:t>
      </w:r>
    </w:p>
    <w:p>
      <w:pPr>
        <w:pStyle w:val="ListBullet"/>
      </w:pPr>
      <w:r>
        <w:t>**SIEMPRE registrar** inmediatamente después del servicio</w:t>
      </w:r>
    </w:p>
    <w:p>
      <w:pPr>
        <w:pStyle w:val="ListBullet"/>
      </w:pPr>
      <w:r>
        <w:t>**SIEMPRE verificar** que registro es completo</w:t>
      </w:r>
    </w:p>
    <w:p>
      <w:pPr>
        <w:pStyle w:val="ListBullet"/>
      </w:pPr>
      <w:r>
        <w:t>**SIEMPRE confirmar** que maletines vuelven "cerrados y listos"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BLOQUE 3 · VÍA AÉREA (EXPANSIÓN SVA)</w:t>
      </w:r>
    </w:p>
    <w:p>
      <w:pPr>
        <w:pStyle w:val="Heading1"/>
      </w:pPr>
      <w:r>
        <w:t>BLOQUE 3 · VÍA AÉREA (EXPANSIÓN SVA)</w:t>
      </w:r>
    </w:p>
    <w:p>
      <w:pPr>
        <w:pStyle w:val="Heading2"/>
      </w:pPr>
      <w:r>
        <w:t>Capítulo 3.19 · Gestión Operativa de la Vía Aérea Avanzada</w:t>
      </w:r>
    </w:p>
    <w:p>
      <w:r>
        <w:t>────────────────────────────────────────────────────────────</w:t>
      </w:r>
    </w:p>
    <w:p>
      <w:pPr>
        <w:pStyle w:val="Heading2"/>
      </w:pPr>
      <w:r>
        <w:t>QUÉ APORTA</w:t>
      </w:r>
    </w:p>
    <w:p>
      <w:r>
        <w:t>Este capítulo establece la transición práctica desde el manejo básico de la vía aérea hacia técnicas avanzadas en entornos de Soporte Vital Avanzado (SVA). Define el rol específico del Técnico en Emergencias Sanitarias (TES) como primer interviniente y miembro clave del equipo, enfatizando la preparación sistemática, la toma de decisiones secuencial y la ejecución coordinada en escenarios complejos.</w:t>
      </w:r>
    </w:p>
    <w:p>
      <w:r>
        <w:t>────────────────────────────────────────────────────────────</w:t>
      </w:r>
    </w:p>
    <w:p>
      <w:pPr>
        <w:pStyle w:val="Heading2"/>
      </w:pPr>
      <w:r>
        <w:t>CUÁNDO PASAR DE BÁSICA A AVANZADA</w:t>
      </w:r>
    </w:p>
    <w:p>
      <w:r>
        <w:t>La decisión se basa en un algoritmo de fallo progresivo:</w:t>
      </w:r>
    </w:p>
    <w:p>
      <w:pPr>
        <w:pStyle w:val="Heading3"/>
      </w:pPr>
      <w:r>
        <w:t>FALLO DE OXIGENACIÓN con maniobras básicas:</w:t>
      </w:r>
    </w:p>
    <w:p>
      <w:pPr>
        <w:pStyle w:val="ListBullet"/>
      </w:pPr>
      <w:r>
        <w:t>SpO₂ &lt;90% a pesar de O₂ con mascarilla tipo Venturi al 50-60%.</w:t>
      </w:r>
    </w:p>
    <w:p>
      <w:pPr>
        <w:pStyle w:val="ListBullet"/>
      </w:pPr>
      <w:r>
        <w:t>Incapacidad para mantener una vía aérea permeable con medidas manuales (triple maniobra, cánula orofaríngea).</w:t>
      </w:r>
    </w:p>
    <w:p>
      <w:pPr>
        <w:pStyle w:val="Heading3"/>
      </w:pPr>
      <w:r>
        <w:t>FALLO DE VENTILACIÓN:</w:t>
      </w:r>
    </w:p>
    <w:p>
      <w:pPr>
        <w:pStyle w:val="ListBullet"/>
      </w:pPr>
      <w:r>
        <w:t>Incapacidad para ventilar eficazmente con balón autoinflable (BVM) a pesar de dos rescatadores y sellado óptimo.</w:t>
      </w:r>
    </w:p>
    <w:p>
      <w:pPr>
        <w:pStyle w:val="ListBullet"/>
      </w:pPr>
      <w:r>
        <w:t>Observación clínica de mala ventilación (escaso movimiento torácico, auscultación ineficaz).</w:t>
      </w:r>
    </w:p>
    <w:p>
      <w:pPr>
        <w:pStyle w:val="Heading3"/>
      </w:pPr>
      <w:r>
        <w:t>NECESIDAD DE AISLAMIENTO DEFINITIVO:</w:t>
      </w:r>
    </w:p>
    <w:p>
      <w:pPr>
        <w:pStyle w:val="ListBullet"/>
      </w:pPr>
      <w:r>
        <w:t>Riesgo inminente de aspiración (trauma facial, vómitos activos, sangrado profuso).</w:t>
      </w:r>
    </w:p>
    <w:p>
      <w:pPr>
        <w:pStyle w:val="ListBullet"/>
      </w:pPr>
      <w:r>
        <w:t>Paciente en PCR donde la intubación es parte del algoritmo.</w:t>
      </w:r>
    </w:p>
    <w:p>
      <w:pPr>
        <w:pStyle w:val="ListBullet"/>
      </w:pPr>
      <w:r>
        <w:t>Paciente con Glasgow ≤8 donde la protección de la vía aérea es prioritaria.</w:t>
      </w:r>
    </w:p>
    <w:p>
      <w:r>
        <w:t>**Regla TES:** *"Si con BVM y dos manos no logras una buena ventilación, o el paciente no se oxigena, prepárate para aislar. No esperes a la desaturación completa."*</w:t>
      </w:r>
    </w:p>
    <w:p>
      <w:r>
        <w:t>────────────────────────────────────────────────────────────</w:t>
      </w:r>
    </w:p>
    <w:p>
      <w:pPr>
        <w:pStyle w:val="Heading2"/>
      </w:pPr>
      <w:r>
        <w:t>ROL DEL TES EN ENTORNO SVA</w:t>
      </w:r>
    </w:p>
    <w:p>
      <w:r>
        <w:t>El TES actúa como facilitador y ejecutor preparado:</w:t>
      </w:r>
    </w:p>
    <w:p>
      <w:pPr>
        <w:pStyle w:val="Heading3"/>
      </w:pPr>
      <w:r>
        <w:t>PREPARADOR PRIMARIO:</w:t>
      </w:r>
    </w:p>
    <w:p>
      <w:pPr>
        <w:pStyle w:val="ListBullet"/>
      </w:pPr>
      <w:r>
        <w:t>Encargado de la puesta a punto, verificación y secuenciación del material de vía aérea avanzada.</w:t>
      </w:r>
    </w:p>
    <w:p>
      <w:pPr>
        <w:pStyle w:val="ListBullet"/>
      </w:pPr>
      <w:r>
        <w:t>Responsable de la preparación farmacológica (sedación, relajación) según protocolo y bajo supervisión.</w:t>
      </w:r>
    </w:p>
    <w:p>
      <w:pPr>
        <w:pStyle w:val="Heading3"/>
      </w:pPr>
      <w:r>
        <w:t>ASISTENTE ACTIVO EN LARINGOSCOPIA:</w:t>
      </w:r>
    </w:p>
    <w:p>
      <w:pPr>
        <w:pStyle w:val="ListBullet"/>
      </w:pPr>
      <w:r>
        <w:t>Manejo de la vía aérea con maniobras BURP/Sellick.</w:t>
      </w:r>
    </w:p>
    <w:p>
      <w:pPr>
        <w:pStyle w:val="ListBullet"/>
      </w:pPr>
      <w:r>
        <w:t>Succión continua o a demanda.</w:t>
      </w:r>
    </w:p>
    <w:p>
      <w:pPr>
        <w:pStyle w:val="ListBullet"/>
      </w:pPr>
      <w:r>
        <w:t>Administración de fármacos a indicación del médico/ENPA.</w:t>
      </w:r>
    </w:p>
    <w:p>
      <w:pPr>
        <w:pStyle w:val="Heading3"/>
      </w:pPr>
      <w:r>
        <w:t>GESTOR POST-INTUBACIÓN:</w:t>
      </w:r>
    </w:p>
    <w:p>
      <w:pPr>
        <w:pStyle w:val="ListBullet"/>
      </w:pPr>
      <w:r>
        <w:t>Fijación segura del tubo.</w:t>
      </w:r>
    </w:p>
    <w:p>
      <w:pPr>
        <w:pStyle w:val="ListBullet"/>
      </w:pPr>
      <w:r>
        <w:t>Conexión a ventilación mecánica y capnógrafo.</w:t>
      </w:r>
    </w:p>
    <w:p>
      <w:pPr>
        <w:pStyle w:val="ListBullet"/>
      </w:pPr>
      <w:r>
        <w:t>Monitorización continua y detección precoz de complicaciones.</w:t>
      </w:r>
    </w:p>
    <w:p>
      <w:r>
        <w:t>────────────────────────────────────────────────────────────</w:t>
      </w:r>
    </w:p>
    <w:p>
      <w:pPr>
        <w:pStyle w:val="Heading2"/>
      </w:pPr>
      <w:r>
        <w:t>PREPARACIÓN DEL ENTORNO Y MATERIAL</w:t>
      </w:r>
    </w:p>
    <w:p>
      <w:pPr>
        <w:pStyle w:val="Heading3"/>
      </w:pPr>
      <w:r>
        <w:t>METODOLOGÍA "AMSS" (Anticipación, Metódica, Secuencial, Sistemática):</w:t>
      </w:r>
    </w:p>
    <w:p>
      <w:pPr>
        <w:pStyle w:val="Heading4"/>
      </w:pPr>
      <w:r>
        <w:t>ZONA DE TRABAJO:</w:t>
      </w:r>
    </w:p>
    <w:p>
      <w:pPr>
        <w:pStyle w:val="ListBullet"/>
      </w:pPr>
      <w:r>
        <w:t>Espacio organizado: lado derecho del paciente para el laringoscopista, lado izquierdo para el TES/asistente.</w:t>
      </w:r>
    </w:p>
    <w:p>
      <w:pPr>
        <w:pStyle w:val="ListBullet"/>
      </w:pPr>
      <w:r>
        <w:t>Iluminación óptima, retirada de obstáculos.</w:t>
      </w:r>
    </w:p>
    <w:p>
      <w:pPr>
        <w:pStyle w:val="Heading4"/>
      </w:pPr>
      <w:r>
        <w:t>CARRO O MALETÍN DE VÍA AÉREA (CHECKLIST "TUBOS"):</w:t>
      </w:r>
    </w:p>
    <w:p>
      <w:pPr>
        <w:pStyle w:val="ListBullet"/>
      </w:pPr>
      <w:r>
        <w:t>**Tubos endotraqueales** (tamaños: 7.0-8.0 adulto, 6.0-6.5 mujer, pediátricos según talla).</w:t>
      </w:r>
    </w:p>
    <w:p>
      <w:pPr>
        <w:pStyle w:val="ListBullet"/>
      </w:pPr>
      <w:r>
        <w:t>**Utillaje de laringoscopia:** Mangos, palas curvas (Macintosh 3-4) y rectas (Miller), pilas de repuesto.</w:t>
      </w:r>
    </w:p>
    <w:p>
      <w:pPr>
        <w:pStyle w:val="ListBullet"/>
      </w:pPr>
      <w:r>
        <w:t>**Bomba de succión funcionando**, sondas rígidas (Yankauer) y flexibles.</w:t>
      </w:r>
    </w:p>
    <w:p>
      <w:pPr>
        <w:pStyle w:val="ListBullet"/>
      </w:pPr>
      <w:r>
        <w:t>**Otros dispositivos de rescate:** Máscara laríngea (LMA) o i-gel, dispositivo de cricotiroidotomía (según protocolo).</w:t>
      </w:r>
    </w:p>
    <w:p>
      <w:pPr>
        <w:pStyle w:val="ListBullet"/>
      </w:pPr>
      <w:r>
        <w:t>**Sondas de aspiración cerradas**, fiador (estilete), jeringa 20ml, fijador, capnógrafo.</w:t>
      </w:r>
    </w:p>
    <w:p>
      <w:pPr>
        <w:pStyle w:val="Heading4"/>
      </w:pPr>
      <w:r>
        <w:t>FARMACOLOGÍA PREPARADA ("SED-REL-ANI"):</w:t>
      </w:r>
    </w:p>
    <w:p>
      <w:pPr>
        <w:pStyle w:val="ListBullet"/>
      </w:pPr>
      <w:r>
        <w:t>**SED**ación: Midazolam 5mg/5ml o Ketamina 50mg/ml (según protocolo).</w:t>
      </w:r>
    </w:p>
    <w:p>
      <w:pPr>
        <w:pStyle w:val="ListBullet"/>
      </w:pPr>
      <w:r>
        <w:t>**REL**ajante: Succinilcolina 100mg o Rocuronio 50mg.</w:t>
      </w:r>
    </w:p>
    <w:p>
      <w:pPr>
        <w:pStyle w:val="ListBullet"/>
      </w:pPr>
      <w:r>
        <w:t>**ANI**algésico/inductor: Fentanilo 100mcg o Propofol (si disponible y autorizado).</w:t>
      </w:r>
    </w:p>
    <w:p>
      <w:r>
        <w:t>────────────────────────────────────────────────────────────</w:t>
      </w:r>
    </w:p>
    <w:p>
      <w:pPr>
        <w:pStyle w:val="Heading2"/>
      </w:pPr>
      <w:r>
        <w:t>DECISIONES RÁPIDAS: OXIGENAR / VENTILAR / AISLAR VÍA AÉREA</w:t>
      </w:r>
    </w:p>
    <w:p>
      <w:pPr>
        <w:pStyle w:val="Heading3"/>
      </w:pPr>
      <w:r>
        <w:t>ALGORITMO OPERATIVO DEL TES:</w:t>
      </w:r>
    </w:p>
    <w:p>
      <w:pPr>
        <w:pStyle w:val="Heading4"/>
      </w:pPr>
      <w:r>
        <w:t>1. OXIGENAR (Primera línea):</w:t>
      </w:r>
    </w:p>
    <w:p>
      <w:r>
        <w:t>**Indicación:** Paciente con esfuerzo ventilatorio pero hipoxemia.</w:t>
      </w:r>
    </w:p>
    <w:p>
      <w:r>
        <w:t>**Acción TES:** Mascarilla con reservorio a 15 L/min. Posicionamiento correcto. Monitorizar SpO₂ continuamente.</w:t>
      </w:r>
    </w:p>
    <w:p>
      <w:r>
        <w:t>**Umbral de acción:** Si SpO₂ no supera el 90% en 60 segundos, preparar ventilación.</w:t>
      </w:r>
    </w:p>
    <w:p>
      <w:pPr>
        <w:pStyle w:val="Heading4"/>
      </w:pPr>
      <w:r>
        <w:t>2. VENTILAR (Segunda línea):</w:t>
      </w:r>
    </w:p>
    <w:p>
      <w:r>
        <w:t>**Indicación:** Esfuerzo ventilatorio ausente o insuficiente.</w:t>
      </w:r>
    </w:p>
    <w:p>
      <w:r>
        <w:t>**Acción TES:**</w:t>
      </w:r>
    </w:p>
    <w:p>
      <w:pPr>
        <w:pStyle w:val="ListBullet"/>
      </w:pPr>
      <w:r>
        <w:t>Asegurar permeabilidad con cánula orofaríngea/nasofaríngea.</w:t>
      </w:r>
    </w:p>
    <w:p>
      <w:pPr>
        <w:pStyle w:val="ListBullet"/>
      </w:pPr>
      <w:r>
        <w:t>Ventilar con BVM + O₂ a 15 L/min, sellado perfecto (técnica CE).</w:t>
      </w:r>
    </w:p>
    <w:p>
      <w:pPr>
        <w:pStyle w:val="ListBullet"/>
      </w:pPr>
      <w:r>
        <w:t>2 rescatadores ideal: Uno sella la mascarilla con dos manos, otro ventila.</w:t>
      </w:r>
    </w:p>
    <w:p>
      <w:r>
        <w:t>**Criterio de fracaso:** No lograr movilidad torácica adecuada o SpO₂ en descenso. Es la señal para preparar el aislamiento.</w:t>
      </w:r>
    </w:p>
    <w:p>
      <w:pPr>
        <w:pStyle w:val="Heading4"/>
      </w:pPr>
      <w:r>
        <w:t>3. AISLAR (Tercera línea - Avanzada):</w:t>
      </w:r>
    </w:p>
    <w:p>
      <w:r>
        <w:t>**Indicación:** Fracaso de la ventilación con BVM, riesgo de aspiración, o necesidad de control definitivo.</w:t>
      </w:r>
    </w:p>
    <w:p>
      <w:r>
        <w:t>**Acción TES:** Activar protocolo de Secuencia Rápida de Intubación (RSI) si está disponible, o preparar dispositivo supraglótico de rescate (LMA/i-gel) según algoritmo local.</w:t>
      </w:r>
    </w:p>
    <w:p>
      <w:r>
        <w:t>**Principio clave TES:** *"Primero oxigena bien. Si no ventila bien, prepara para intubar. No dejes que se desature por no anticiparte."*</w:t>
      </w:r>
    </w:p>
    <w:p>
      <w:r>
        <w:t>────────────────────────────────────────────────────────────</w:t>
      </w:r>
    </w:p>
    <w:p>
      <w:pPr>
        <w:pStyle w:val="Heading2"/>
      </w:pPr>
      <w:r>
        <w:t>POR QUÉ VA AQUÍ</w:t>
      </w:r>
    </w:p>
    <w:p>
      <w:r>
        <w:t>Este capítulo es la evolución directa y operativa de los conceptos de vía aérea básica. Mientras que el bloque anterior enseña a reconocer y manejar inicialmente una vía aérea comprometida, este capítulo dota al TES de la metodología para resolver el problema de forma definitiva en un entorno de SVA. Cierra el círculo: de la identificación a la resolución avanzada, posicionando al TES como un eslabón activo y crítico en la cadena de supervivencia de la vía aérea.</w:t>
      </w:r>
    </w:p>
    <w:p>
      <w:r>
        <w:t>────────────────────────────────────────────────────────────</w:t>
      </w:r>
    </w:p>
    <w:p>
      <w:pPr>
        <w:pStyle w:val="Heading2"/>
      </w:pPr>
      <w:r>
        <w:t>DEPENDENCIAS</w:t>
      </w:r>
    </w:p>
    <w:p>
      <w:r>
        <w:t>**Capítulos previos necesarios:**</w:t>
      </w:r>
    </w:p>
    <w:p>
      <w:pPr>
        <w:pStyle w:val="ListBullet"/>
      </w:pPr>
      <w:r>
        <w:t>3.0-3.4 (Vía Aérea Básica) - Fundamentos de manejo básico de vía aérea</w:t>
      </w:r>
    </w:p>
    <w:p>
      <w:pPr>
        <w:pStyle w:val="ListBullet"/>
      </w:pPr>
      <w:r>
        <w:t>2.5-2.8 (Soporte Vital Básico) - Técnicas de ventilación con BVM</w:t>
      </w:r>
    </w:p>
    <w:p>
      <w:pPr>
        <w:pStyle w:val="ListBullet"/>
      </w:pPr>
      <w:r>
        <w:t>6.0-6.1 (Farmacología) - Preparación de fármacos para RSI</w:t>
      </w:r>
    </w:p>
    <w:p>
      <w:r>
        <w:t>**Capítulos relacionados:**</w:t>
      </w:r>
    </w:p>
    <w:p>
      <w:pPr>
        <w:pStyle w:val="ListBullet"/>
      </w:pPr>
      <w:r>
        <w:t>3.20-3.21 (Vía Aérea Avanzada) - Técnicas avanzadas y monitorización</w:t>
      </w:r>
    </w:p>
    <w:p>
      <w:pPr>
        <w:pStyle w:val="ListBullet"/>
      </w:pPr>
      <w:r>
        <w:t>4.10 (PCR Avanzada) - Contexto de aplicación en PCR</w:t>
      </w:r>
    </w:p>
    <w:p>
      <w:pPr>
        <w:pStyle w:val="ListBullet"/>
      </w:pPr>
      <w:r>
        <w:t>6.2-6.3 (Fármacos) - Sedación y relajación para RSI</w:t>
      </w:r>
    </w:p>
    <w:p>
      <w:r>
        <w:t>**Capítulos siguientes:**</w:t>
      </w:r>
    </w:p>
    <w:p>
      <w:pPr>
        <w:pStyle w:val="ListBullet"/>
      </w:pPr>
      <w:r>
        <w:t>3.20-3.21 (Vía Aérea Avanzada) - Técnicas específicas y monitorización</w:t>
      </w:r>
    </w:p>
    <w:p>
      <w:pPr>
        <w:pStyle w:val="ListBullet"/>
      </w:pPr>
      <w:r>
        <w:t>3.21 (Monitorización Vía Aérea Traslado) - Continuidad durante traslado</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**No preparar material antes de necesitarlo**</w:t>
            </w:r>
          </w:p>
        </w:tc>
        <w:tc>
          <w:tcPr>
            <w:tcW w:type="dxa" w:w="2880"/>
          </w:tcPr>
          <w:p>
            <w:r>
              <w:t>Retraso crítico, pérdida de tiempo</w:t>
            </w:r>
          </w:p>
        </w:tc>
        <w:tc>
          <w:tcPr>
            <w:tcW w:type="dxa" w:w="2880"/>
          </w:tcPr>
          <w:p>
            <w:r>
              <w:t>Usar metodología AMSS: preparar material sistemáticamente antes</w:t>
            </w:r>
          </w:p>
        </w:tc>
      </w:tr>
      <w:tr>
        <w:tc>
          <w:tcPr>
            <w:tcW w:type="dxa" w:w="2880"/>
          </w:tcPr>
          <w:p>
            <w:r>
              <w:t>**No verificar funcionamiento de material**</w:t>
            </w:r>
          </w:p>
        </w:tc>
        <w:tc>
          <w:tcPr>
            <w:tcW w:type="dxa" w:w="2880"/>
          </w:tcPr>
          <w:p>
            <w:r>
              <w:t>Material defectuoso en momento crítico</w:t>
            </w:r>
          </w:p>
        </w:tc>
        <w:tc>
          <w:tcPr>
            <w:tcW w:type="dxa" w:w="2880"/>
          </w:tcPr>
          <w:p>
            <w:r>
              <w:t>Checklist "TUBOS": verificar cada elemento antes de usar</w:t>
            </w:r>
          </w:p>
        </w:tc>
      </w:tr>
      <w:tr>
        <w:tc>
          <w:tcPr>
            <w:tcW w:type="dxa" w:w="2880"/>
          </w:tcPr>
          <w:p>
            <w:r>
              <w:t>**No preparar fármacos antes de RSI**</w:t>
            </w:r>
          </w:p>
        </w:tc>
        <w:tc>
          <w:tcPr>
            <w:tcW w:type="dxa" w:w="2880"/>
          </w:tcPr>
          <w:p>
            <w:r>
              <w:t>Retraso en intubación, desaturación</w:t>
            </w:r>
          </w:p>
        </w:tc>
        <w:tc>
          <w:tcPr>
            <w:tcW w:type="dxa" w:w="2880"/>
          </w:tcPr>
          <w:p>
            <w:r>
              <w:t>Preparar "SED-REL-ANI" según protocolo antes de iniciar</w:t>
            </w:r>
          </w:p>
        </w:tc>
      </w:tr>
      <w:tr>
        <w:tc>
          <w:tcPr>
            <w:tcW w:type="dxa" w:w="2880"/>
          </w:tcPr>
          <w:p>
            <w:r>
              <w:t>**No identificar fallo de ventilación básica**</w:t>
            </w:r>
          </w:p>
        </w:tc>
        <w:tc>
          <w:tcPr>
            <w:tcW w:type="dxa" w:w="2880"/>
          </w:tcPr>
          <w:p>
            <w:r>
              <w:t>Retraso en avanzar a técnicas avanzadas</w:t>
            </w:r>
          </w:p>
        </w:tc>
        <w:tc>
          <w:tcPr>
            <w:tcW w:type="dxa" w:w="2880"/>
          </w:tcPr>
          <w:p>
            <w:r>
              <w:t>Criterio claro: "Si con BVM y dos manos no logras buena ventilación, prepara para aislar"</w:t>
            </w:r>
          </w:p>
        </w:tc>
      </w:tr>
      <w:tr>
        <w:tc>
          <w:tcPr>
            <w:tcW w:type="dxa" w:w="2880"/>
          </w:tcPr>
          <w:p>
            <w:r>
              <w:t>**No mantener oxigenación durante intento**</w:t>
            </w:r>
          </w:p>
        </w:tc>
        <w:tc>
          <w:tcPr>
            <w:tcW w:type="dxa" w:w="2880"/>
          </w:tcPr>
          <w:p>
            <w:r>
              <w:t>Desaturación durante intubación</w:t>
            </w:r>
          </w:p>
        </w:tc>
        <w:tc>
          <w:tcPr>
            <w:tcW w:type="dxa" w:w="2880"/>
          </w:tcPr>
          <w:p>
            <w:r>
              <w:t>Pre-oxigenar con BVM 100% O2 antes de intento</w:t>
            </w:r>
          </w:p>
        </w:tc>
      </w:tr>
      <w:tr>
        <w:tc>
          <w:tcPr>
            <w:tcW w:type="dxa" w:w="2880"/>
          </w:tcPr>
          <w:p>
            <w:r>
              <w:t>**Detener compresiones más de 10 segundos en PCR**</w:t>
            </w:r>
          </w:p>
        </w:tc>
        <w:tc>
          <w:tcPr>
            <w:tcW w:type="dxa" w:w="2880"/>
          </w:tcPr>
          <w:p>
            <w:r>
              <w:t>Pérdida de circulación, RCP ineficaz</w:t>
            </w:r>
          </w:p>
        </w:tc>
        <w:tc>
          <w:tcPr>
            <w:tcW w:type="dxa" w:w="2880"/>
          </w:tcPr>
          <w:p>
            <w:r>
              <w:t>NO detener compresiones más de 10 segundos para intento</w:t>
            </w:r>
          </w:p>
        </w:tc>
      </w:tr>
    </w:tbl>
    <w:p>
      <w:r>
        <w:t>────────────────────────────────────────────────────────────</w:t>
      </w:r>
    </w:p>
    <w:p>
      <w:pPr>
        <w:pStyle w:val="Heading2"/>
      </w:pPr>
      <w:r>
        <w:t>INDICADORES DE CALIDAD / SEGURIDAD</w:t>
      </w:r>
    </w:p>
    <w:p>
      <w:r>
        <w:t>**Métricas de Éxito Operativo:**</w:t>
      </w:r>
    </w:p>
    <w:p>
      <w:pPr>
        <w:pStyle w:val="ListBullet"/>
      </w:pPr>
      <w:r>
        <w:t>✅ Material preparado sistemáticamente (checklist TUBOS completado)</w:t>
      </w:r>
    </w:p>
    <w:p>
      <w:pPr>
        <w:pStyle w:val="ListBullet"/>
      </w:pPr>
      <w:r>
        <w:t>✅ Fármacos preparados antes de RSI (SED-REL-ANI listos)</w:t>
      </w:r>
    </w:p>
    <w:p>
      <w:pPr>
        <w:pStyle w:val="ListBullet"/>
      </w:pPr>
      <w:r>
        <w:t>✅ Fallo de ventilación básica identificado correctamente</w:t>
      </w:r>
    </w:p>
    <w:p>
      <w:pPr>
        <w:pStyle w:val="ListBullet"/>
      </w:pPr>
      <w:r>
        <w:t>✅ Oxigenación mantenida durante intento (pre-oxigenación realizada)</w:t>
      </w:r>
    </w:p>
    <w:p>
      <w:pPr>
        <w:pStyle w:val="ListBullet"/>
      </w:pPr>
      <w:r>
        <w:t>✅ Compresiones no detenidas más de 10 segundos en PCR</w:t>
      </w:r>
    </w:p>
    <w:p>
      <w:pPr>
        <w:pStyle w:val="ListBullet"/>
      </w:pPr>
      <w:r>
        <w:t>✅ Vía aérea avanzada establecida con confirmación múltiple</w:t>
      </w:r>
    </w:p>
    <w:p>
      <w:r>
        <w:t>**Señales de Alerta:**</w:t>
      </w:r>
    </w:p>
    <w:p>
      <w:pPr>
        <w:pStyle w:val="ListBullet"/>
      </w:pPr>
      <w:r>
        <w:t>❌ Material no preparado → Retraso crítico, pérdida de tiempo</w:t>
      </w:r>
    </w:p>
    <w:p>
      <w:pPr>
        <w:pStyle w:val="ListBullet"/>
      </w:pPr>
      <w:r>
        <w:t>❌ Fármacos no preparados → Retraso en intubación, desaturación</w:t>
      </w:r>
    </w:p>
    <w:p>
      <w:pPr>
        <w:pStyle w:val="ListBullet"/>
      </w:pPr>
      <w:r>
        <w:t>❌ Desaturación durante intento → No se pre-oxigenó adecuadamente</w:t>
      </w:r>
    </w:p>
    <w:p>
      <w:pPr>
        <w:pStyle w:val="ListBullet"/>
      </w:pPr>
      <w:r>
        <w:t>❌ Compresiones detenidas &gt;10 seg en PCR → Pérdida de circulación</w:t>
      </w:r>
    </w:p>
    <w:p>
      <w:r>
        <w:t>────────────────────────────────────────────────────────────</w:t>
      </w:r>
    </w:p>
    <w:p>
      <w:pPr>
        <w:pStyle w:val="Heading2"/>
      </w:pPr>
      <w:r>
        <w:t>RELACIÓN CON OTROS CAPÍTULOS</w:t>
      </w:r>
    </w:p>
    <w:p>
      <w:r>
        <w:t>**Capítulos Previos (Leer antes):**</w:t>
      </w:r>
    </w:p>
    <w:p>
      <w:pPr>
        <w:pStyle w:val="ListBullet"/>
      </w:pPr>
      <w:r>
        <w:t>3.0-3.4 (Vía Aérea Básica) - Fundamentos de manejo básico</w:t>
      </w:r>
    </w:p>
    <w:p>
      <w:pPr>
        <w:pStyle w:val="ListBullet"/>
      </w:pPr>
      <w:r>
        <w:t>2.5-2.8 (Soporte Vital Básico) - Técnicas de ventilación</w:t>
      </w:r>
    </w:p>
    <w:p>
      <w:pPr>
        <w:pStyle w:val="ListBullet"/>
      </w:pPr>
      <w:r>
        <w:t>6.0-6.1 (Farmacología) - Preparación de fármacos</w:t>
      </w:r>
    </w:p>
    <w:p>
      <w:r>
        <w:t>**Capítulos Relacionados (Consultar junto):**</w:t>
      </w:r>
    </w:p>
    <w:p>
      <w:pPr>
        <w:pStyle w:val="ListBullet"/>
      </w:pPr>
      <w:r>
        <w:t>3.20-3.21 (Vía Aérea Avanzada) - Técnicas específicas y monitorización</w:t>
      </w:r>
    </w:p>
    <w:p>
      <w:pPr>
        <w:pStyle w:val="ListBullet"/>
      </w:pPr>
      <w:r>
        <w:t>4.10 (PCR Avanzada) - Contexto de aplicación en PCR</w:t>
      </w:r>
    </w:p>
    <w:p>
      <w:pPr>
        <w:pStyle w:val="ListBullet"/>
      </w:pPr>
      <w:r>
        <w:t>6.2-6.3 (Fármacos) - Sedación y relajación para RSI</w:t>
      </w:r>
    </w:p>
    <w:p>
      <w:r>
        <w:t>**Capítulos Siguientes (Leer después):**</w:t>
      </w:r>
    </w:p>
    <w:p>
      <w:pPr>
        <w:pStyle w:val="ListBullet"/>
      </w:pPr>
      <w:r>
        <w:t>3.20-3.21 (Vía Aérea Avanzada) - Técnicas específicas y monitorización</w:t>
      </w:r>
    </w:p>
    <w:p>
      <w:pPr>
        <w:pStyle w:val="ListBullet"/>
      </w:pPr>
      <w:r>
        <w:t>3.21 (Monitorización Vía Aérea Traslado) - Continuidad durante traslado</w:t>
      </w:r>
    </w:p>
    <w:p>
      <w:r>
        <w:t>────────────────────────────────────────────────────────────</w:t>
      </w:r>
    </w:p>
    <w:p>
      <w:r>
        <w:t>**Versión:** 1.0</w:t>
      </w:r>
    </w:p>
    <w:p>
      <w:r>
        <w:t>**Fecha:** 2024</w:t>
      </w:r>
    </w:p>
    <w:p>
      <w:r>
        <w:t>**Bloque:** 3 - Vía Aérea (Expansión SVA)</w:t>
      </w:r>
    </w:p>
    <w:p>
      <w:r>
        <w:t>────────────────────────────────────────────────────────────</w:t>
      </w:r>
    </w:p>
    <w:p>
      <w:pPr>
        <w:pStyle w:val="Heading2"/>
      </w:pPr>
      <w:r>
        <w:t>🔗 Enlaces recomendados / Guía de referencia</w:t>
      </w:r>
    </w:p>
    <w:p>
      <w:pPr>
        <w:pStyle w:val="ListBullet"/>
      </w:pPr>
      <w:r>
        <w:t>ABCDE Operativo</w:t>
      </w:r>
    </w:p>
    <w:p/>
    <w:p>
      <w:r>
        <w:t>────────────────────────────────────────────────────────────</w:t>
      </w:r>
    </w:p>
    <w:p/>
    <w:p>
      <w:pPr>
        <w:pStyle w:val="Heading1"/>
      </w:pPr>
      <w:r>
        <w:t>3.1 – Dispositivos de oxigenoterapia: uso operativo por dispositivo</w:t>
      </w:r>
    </w:p>
    <w:p>
      <w:pPr>
        <w:pStyle w:val="Heading1"/>
      </w:pPr>
      <w:r>
        <w:t>3.1 – Dispositivos de oxigenoterapia: uso operativo por dispositivo</w:t>
      </w:r>
    </w:p>
    <w:p>
      <w:pPr>
        <w:pStyle w:val="Heading2"/>
      </w:pPr>
      <w:r>
        <w:t>Manual TES Digital – Aplicación práctica de dispositivos</w:t>
      </w:r>
    </w:p>
    <w:p>
      <w:r>
        <w:t>**Versión:** 1.0</w:t>
      </w:r>
    </w:p>
    <w:p>
      <w:r>
        <w:t>**Fecha:** 2024-12-13</w:t>
      </w:r>
    </w:p>
    <w:p>
      <w:r>
        <w:t>**Tipo:** Bloque Operativo - Procedimiento TES</w:t>
      </w:r>
    </w:p>
    <w:p>
      <w:r>
        <w:t>────────────────────────────────────────────────────────────</w:t>
      </w:r>
    </w:p>
    <w:p>
      <w:pPr>
        <w:pStyle w:val="Heading2"/>
      </w:pPr>
      <w:r>
        <w:t>3.1.1 Objetivo operativo</w:t>
      </w:r>
    </w:p>
    <w:p>
      <w:r>
        <w:t>Aplicar el dispositivo correcto de forma **segura, eficiente y sin fugas**, integrándolo con **monitorización, traslado y cálculo de consumo** (ver 3.0).</w:t>
      </w:r>
    </w:p>
    <w:p>
      <w:r>
        <w:t>Este capítulo se centra en **montaje, colocación, ajuste, verificación, seguridad, consumo y errores**, no en fisiología detallada ni protocolos clínicos complejos.</w:t>
      </w:r>
    </w:p>
    <w:p>
      <w:r>
        <w:t>────────────────────────────────────────────────────────────</w:t>
      </w:r>
    </w:p>
    <w:p>
      <w:pPr>
        <w:pStyle w:val="Heading2"/>
      </w:pPr>
      <w:r>
        <w:t>3.1.2 Alcance y límites</w:t>
      </w:r>
    </w:p>
    <w:p>
      <w:pPr>
        <w:pStyle w:val="Heading3"/>
      </w:pPr>
      <w:r>
        <w:t>Alcance del capítulo</w:t>
      </w:r>
    </w:p>
    <w:p>
      <w:r>
        <w:t>Este capítulo cubre:</w:t>
      </w:r>
    </w:p>
    <w:p>
      <w:pPr>
        <w:pStyle w:val="ListBullet"/>
      </w:pPr>
      <w:r>
        <w:t>**Uso operativo** de dispositivos de oxigenoterapia.</w:t>
      </w:r>
    </w:p>
    <w:p>
      <w:pPr>
        <w:pStyle w:val="ListBullet"/>
      </w:pPr>
      <w:r>
        <w:t>**Montaje y colocación** paso a paso.</w:t>
      </w:r>
    </w:p>
    <w:p>
      <w:pPr>
        <w:pStyle w:val="ListBullet"/>
      </w:pPr>
      <w:r>
        <w:t>**Verificación y ajuste** de dispositivos.</w:t>
      </w:r>
    </w:p>
    <w:p>
      <w:pPr>
        <w:pStyle w:val="ListBullet"/>
      </w:pPr>
      <w:r>
        <w:t>**Errores frecuentes** y resolución.</w:t>
      </w:r>
    </w:p>
    <w:p>
      <w:pPr>
        <w:pStyle w:val="ListBullet"/>
      </w:pPr>
      <w:r>
        <w:t>**Integración** con traslado y seguridad.</w:t>
      </w:r>
    </w:p>
    <w:p>
      <w:pPr>
        <w:pStyle w:val="Heading3"/>
      </w:pPr>
      <w:r>
        <w:t>Límites del capítulo</w:t>
      </w:r>
    </w:p>
    <w:p>
      <w:r>
        <w:t>**Este capítulo NO cubre:**</w:t>
      </w:r>
    </w:p>
    <w:p>
      <w:pPr>
        <w:pStyle w:val="ListBullet"/>
      </w:pPr>
      <w:r>
        <w:t>Fisiología detallada de oxigenación.</w:t>
      </w:r>
    </w:p>
    <w:p>
      <w:pPr>
        <w:pStyle w:val="ListBullet"/>
      </w:pPr>
      <w:r>
        <w:t>Protocolos clínicos complejos de oxigenoterapia.</w:t>
      </w:r>
    </w:p>
    <w:p>
      <w:pPr>
        <w:pStyle w:val="ListBullet"/>
      </w:pPr>
      <w:r>
        <w:t>Indicaciones clínicas avanzadas (criterio médico).</w:t>
      </w:r>
    </w:p>
    <w:p>
      <w:pPr>
        <w:pStyle w:val="ListBullet"/>
      </w:pPr>
      <w:r>
        <w:t>Ventilación avanzada o técnicas complejas.</w:t>
      </w:r>
    </w:p>
    <w:p>
      <w:r>
        <w:t>**Este capítulo SÍ cubre:**</w:t>
      </w:r>
    </w:p>
    <w:p>
      <w:pPr>
        <w:pStyle w:val="ListBullet"/>
      </w:pPr>
      <w:r>
        <w:t>Qué hace cada dispositivo (solo lo imprescindible para usarlo bien).</w:t>
      </w:r>
    </w:p>
    <w:p>
      <w:pPr>
        <w:pStyle w:val="ListBullet"/>
      </w:pPr>
      <w:r>
        <w:t>Cómo colocarlo, ajustarlo y verificarlo.</w:t>
      </w:r>
    </w:p>
    <w:p>
      <w:pPr>
        <w:pStyle w:val="ListBullet"/>
      </w:pPr>
      <w:r>
        <w:t>Cómo detectar y corregir errores.</w:t>
      </w:r>
    </w:p>
    <w:p>
      <w:pPr>
        <w:pStyle w:val="ListBullet"/>
      </w:pPr>
      <w:r>
        <w:t>Cómo integrarlo con traslado y seguridad.</w:t>
      </w:r>
    </w:p>
    <w:p>
      <w:r>
        <w:t>────────────────────────────────────────────────────────────</w:t>
      </w:r>
    </w:p>
    <w:p>
      <w:pPr>
        <w:pStyle w:val="Heading2"/>
      </w:pPr>
      <w:r>
        <w:t>3.1.3 Principios TES comunes a cualquier dispositivo</w:t>
      </w:r>
    </w:p>
    <w:p>
      <w:pPr>
        <w:pStyle w:val="Heading3"/>
      </w:pPr>
      <w:r>
        <w:t>Principios fundamentales</w:t>
      </w:r>
    </w:p>
    <w:p>
      <w:r>
        <w:t>**1. Preparar equipo antes de colocar**</w:t>
      </w:r>
    </w:p>
    <w:p>
      <w:pPr>
        <w:pStyle w:val="ListBullet"/>
      </w:pPr>
      <w:r>
        <w:t>Verificar que botella/red está disponible y funciona.</w:t>
      </w:r>
    </w:p>
    <w:p>
      <w:pPr>
        <w:pStyle w:val="ListBullet"/>
      </w:pPr>
      <w:r>
        <w:t>Verificar que regulador y caudalímetro funcionan.</w:t>
      </w:r>
    </w:p>
    <w:p>
      <w:pPr>
        <w:pStyle w:val="ListBullet"/>
      </w:pPr>
      <w:r>
        <w:t>Montar dispositivo y comprobar flujo antes de colocar.</w:t>
      </w:r>
    </w:p>
    <w:p>
      <w:pPr>
        <w:pStyle w:val="ListBullet"/>
      </w:pPr>
      <w:r>
        <w:t>Tener todo listo antes de aplicar al paciente.</w:t>
      </w:r>
    </w:p>
    <w:p>
      <w:r>
        <w:t>**2. Conexiones firmes, sin fugas**</w:t>
      </w:r>
    </w:p>
    <w:p>
      <w:pPr>
        <w:pStyle w:val="ListBullet"/>
      </w:pPr>
      <w:r>
        <w:t>Todas las conexiones deben estar firmes.</w:t>
      </w:r>
    </w:p>
    <w:p>
      <w:pPr>
        <w:pStyle w:val="ListBullet"/>
      </w:pPr>
      <w:r>
        <w:t>Verificar que no hay fugas (aplicar detector de fugas si es necesario).</w:t>
      </w:r>
    </w:p>
    <w:p>
      <w:pPr>
        <w:pStyle w:val="ListBullet"/>
      </w:pPr>
      <w:r>
        <w:t>Re-verificar conexiones después de movimientos.</w:t>
      </w:r>
    </w:p>
    <w:p>
      <w:pPr>
        <w:pStyle w:val="ListBullet"/>
      </w:pPr>
      <w:r>
        <w:t>Corregir fugas inmediatamente.</w:t>
      </w:r>
    </w:p>
    <w:p>
      <w:r>
        <w:t>**3. Caudal indicado y verificación de flujo real**</w:t>
      </w:r>
    </w:p>
    <w:p>
      <w:pPr>
        <w:pStyle w:val="ListBullet"/>
      </w:pPr>
      <w:r>
        <w:t>Ajustar caudal según indicación o protocolo.</w:t>
      </w:r>
    </w:p>
    <w:p>
      <w:pPr>
        <w:pStyle w:val="ListBullet"/>
      </w:pPr>
      <w:r>
        <w:t>Verificar que flujo real coincide con ajuste del caudalímetro.</w:t>
      </w:r>
    </w:p>
    <w:p>
      <w:pPr>
        <w:pStyle w:val="ListBullet"/>
      </w:pPr>
      <w:r>
        <w:t>Verificar que flujo es adecuado para el dispositivo.</w:t>
      </w:r>
    </w:p>
    <w:p>
      <w:pPr>
        <w:pStyle w:val="ListBullet"/>
      </w:pPr>
      <w:r>
        <w:t>Re-verificar flujo después de movimientos.</w:t>
      </w:r>
    </w:p>
    <w:p>
      <w:r>
        <w:t>**4. Comunicación con paciente y confort**</w:t>
      </w:r>
    </w:p>
    <w:p>
      <w:pPr>
        <w:pStyle w:val="ListBullet"/>
      </w:pPr>
      <w:r>
        <w:t>Explicar al paciente qué se va a hacer (si está consciente).</w:t>
      </w:r>
    </w:p>
    <w:p>
      <w:pPr>
        <w:pStyle w:val="ListBullet"/>
      </w:pPr>
      <w:r>
        <w:t>Verificar que dispositivo es cómodo.</w:t>
      </w:r>
    </w:p>
    <w:p>
      <w:pPr>
        <w:pStyle w:val="ListBullet"/>
      </w:pPr>
      <w:r>
        <w:t>Ajustar para mejorar confort si es posible.</w:t>
      </w:r>
    </w:p>
    <w:p>
      <w:pPr>
        <w:pStyle w:val="ListBullet"/>
      </w:pPr>
      <w:r>
        <w:t>Verificar que paciente tolera dispositivo.</w:t>
      </w:r>
    </w:p>
    <w:p>
      <w:r>
        <w:t>**5. Reevaluación tras movimientos/transferencias**</w:t>
      </w:r>
    </w:p>
    <w:p>
      <w:pPr>
        <w:pStyle w:val="ListBullet"/>
      </w:pPr>
      <w:r>
        <w:t>Re-verificar que dispositivo está bien colocado después de movimientos.</w:t>
      </w:r>
    </w:p>
    <w:p>
      <w:pPr>
        <w:pStyle w:val="ListBullet"/>
      </w:pPr>
      <w:r>
        <w:t>Re-verificar que conexiones están seguras después de transferencias.</w:t>
      </w:r>
    </w:p>
    <w:p>
      <w:pPr>
        <w:pStyle w:val="ListBullet"/>
      </w:pPr>
      <w:r>
        <w:t>Re-verificar que flujo funciona correctamente.</w:t>
      </w:r>
    </w:p>
    <w:p>
      <w:pPr>
        <w:pStyle w:val="ListBullet"/>
      </w:pPr>
      <w:r>
        <w:t>Ajustar si es necesario.</w:t>
      </w:r>
    </w:p>
    <w:p>
      <w:r>
        <w:t>**6. Consumo: recalcular si cambia caudal o dispositivo**</w:t>
      </w:r>
    </w:p>
    <w:p>
      <w:pPr>
        <w:pStyle w:val="ListBullet"/>
      </w:pPr>
      <w:r>
        <w:t>Re-calcular duración de botella si se cambia caudal.</w:t>
      </w:r>
    </w:p>
    <w:p>
      <w:pPr>
        <w:pStyle w:val="ListBullet"/>
      </w:pPr>
      <w:r>
        <w:t>Re-calcular duración si se cambia dispositivo (cambia consumo).</w:t>
      </w:r>
    </w:p>
    <w:p>
      <w:pPr>
        <w:pStyle w:val="ListBullet"/>
      </w:pPr>
      <w:r>
        <w:t>Monitorear consumo durante servicio.</w:t>
      </w:r>
    </w:p>
    <w:p>
      <w:pPr>
        <w:pStyle w:val="ListBullet"/>
      </w:pPr>
      <w:r>
        <w:t>Planificar cambios de botella si es necesario.</w:t>
      </w:r>
    </w:p>
    <w:p>
      <w:r>
        <w:t>────────────────────────────────────────────────────────────</w:t>
      </w:r>
    </w:p>
    <w:p>
      <w:pPr>
        <w:pStyle w:val="Heading2"/>
      </w:pPr>
      <w:r>
        <w:t>3.1.4 Preparación estándar paso a paso (antes de colocar)</w:t>
      </w:r>
    </w:p>
    <w:p>
      <w:pPr>
        <w:pStyle w:val="Heading3"/>
      </w:pPr>
      <w:r>
        <w:t>Checklist de preparación</w:t>
      </w:r>
    </w:p>
    <w:p>
      <w:r>
        <w:t>**1. Revisar botella/red, regulador, caudalímetro**</w:t>
      </w:r>
    </w:p>
    <w:p>
      <w:pPr>
        <w:pStyle w:val="ListBullet"/>
      </w:pPr>
      <w:r>
        <w:t>Verificar que botella/red está disponible y funciona (ver 3.0).</w:t>
      </w:r>
    </w:p>
    <w:p>
      <w:pPr>
        <w:pStyle w:val="ListBullet"/>
      </w:pPr>
      <w:r>
        <w:t>Verificar que regulador está bien conectado.</w:t>
      </w:r>
    </w:p>
    <w:p>
      <w:pPr>
        <w:pStyle w:val="ListBullet"/>
      </w:pPr>
      <w:r>
        <w:t>Verificar que caudalímetro funciona correctamente.</w:t>
      </w:r>
    </w:p>
    <w:p>
      <w:pPr>
        <w:pStyle w:val="ListBullet"/>
      </w:pPr>
      <w:r>
        <w:t>Verificar que presión es adecuada.</w:t>
      </w:r>
    </w:p>
    <w:p>
      <w:r>
        <w:t>**2. Montar dispositivo y comprobar flujo**</w:t>
      </w:r>
    </w:p>
    <w:p>
      <w:pPr>
        <w:pStyle w:val="ListBullet"/>
      </w:pPr>
      <w:r>
        <w:t>Montar dispositivo según instrucciones.</w:t>
      </w:r>
    </w:p>
    <w:p>
      <w:pPr>
        <w:pStyle w:val="ListBullet"/>
      </w:pPr>
      <w:r>
        <w:t>Conectar dispositivo a tubuladura.</w:t>
      </w:r>
    </w:p>
    <w:p>
      <w:pPr>
        <w:pStyle w:val="ListBullet"/>
      </w:pPr>
      <w:r>
        <w:t>Abrir caudalímetro y ajustar flujo de prueba.</w:t>
      </w:r>
    </w:p>
    <w:p>
      <w:pPr>
        <w:pStyle w:val="ListBullet"/>
      </w:pPr>
      <w:r>
        <w:t>Verificar que flujo sale correctamente.</w:t>
      </w:r>
    </w:p>
    <w:p>
      <w:pPr>
        <w:pStyle w:val="ListBullet"/>
      </w:pPr>
      <w:r>
        <w:t>Cerrar caudalímetro.</w:t>
      </w:r>
    </w:p>
    <w:p>
      <w:r>
        <w:t>**3. Higiene y material individual (si aplica)**</w:t>
      </w:r>
    </w:p>
    <w:p>
      <w:pPr>
        <w:pStyle w:val="ListBullet"/>
      </w:pPr>
      <w:r>
        <w:t>Usar material individual si es necesario.</w:t>
      </w:r>
    </w:p>
    <w:p>
      <w:pPr>
        <w:pStyle w:val="ListBullet"/>
      </w:pPr>
      <w:r>
        <w:t>Verificar que material está en buen estado.</w:t>
      </w:r>
    </w:p>
    <w:p>
      <w:pPr>
        <w:pStyle w:val="ListBullet"/>
      </w:pPr>
      <w:r>
        <w:t>Preparar material adicional si es necesario.</w:t>
      </w:r>
    </w:p>
    <w:p>
      <w:r>
        <w:t>**4. Plan de ruta/cables (evitar enganches)**</w:t>
      </w:r>
    </w:p>
    <w:p>
      <w:pPr>
        <w:pStyle w:val="ListBullet"/>
      </w:pPr>
      <w:r>
        <w:t>Identificar ruta de evacuación/traslado.</w:t>
      </w:r>
    </w:p>
    <w:p>
      <w:pPr>
        <w:pStyle w:val="ListBullet"/>
      </w:pPr>
      <w:r>
        <w:t>Planificar gestión de tubuladuras/cables.</w:t>
      </w:r>
    </w:p>
    <w:p>
      <w:pPr>
        <w:pStyle w:val="ListBullet"/>
      </w:pPr>
      <w:r>
        <w:t>Verificar que no hay obstáculos que puedan enganchar.</w:t>
      </w:r>
    </w:p>
    <w:p>
      <w:pPr>
        <w:pStyle w:val="ListBullet"/>
      </w:pPr>
      <w:r>
        <w:t>Preparar para evitar enganches durante traslado.</w:t>
      </w:r>
    </w:p>
    <w:p>
      <w:r>
        <w:t>**5. Verificación final**</w:t>
      </w:r>
    </w:p>
    <w:p>
      <w:pPr>
        <w:pStyle w:val="ListBullet"/>
      </w:pPr>
      <w:r>
        <w:t>Verificar que todo el sistema está montado correctamente.</w:t>
      </w:r>
    </w:p>
    <w:p>
      <w:pPr>
        <w:pStyle w:val="ListBullet"/>
      </w:pPr>
      <w:r>
        <w:t>Verificar que no hay fugas.</w:t>
      </w:r>
    </w:p>
    <w:p>
      <w:pPr>
        <w:pStyle w:val="ListBullet"/>
      </w:pPr>
      <w:r>
        <w:t>Verificar que flujo funciona correctamente.</w:t>
      </w:r>
    </w:p>
    <w:p>
      <w:pPr>
        <w:pStyle w:val="ListBullet"/>
      </w:pPr>
      <w:r>
        <w:t>Verificar que dispositivo está listo para colocar.</w:t>
      </w:r>
    </w:p>
    <w:p>
      <w:r>
        <w:t>────────────────────────────────────────────────────────────</w:t>
      </w:r>
    </w:p>
    <w:p>
      <w:pPr>
        <w:pStyle w:val="Heading2"/>
      </w:pPr>
      <w:r>
        <w:t>3.1.5 Dispositivos: uso paso a paso + errores</w:t>
      </w:r>
    </w:p>
    <w:p>
      <w:pPr>
        <w:pStyle w:val="Heading3"/>
      </w:pPr>
      <w:r>
        <w:t>A) Gafas nasales</w:t>
      </w:r>
    </w:p>
    <w:p>
      <w:r>
        <w:t>**Qué hace:**</w:t>
      </w:r>
    </w:p>
    <w:p>
      <w:pPr>
        <w:pStyle w:val="ListBullet"/>
      </w:pPr>
      <w:r>
        <w:t>Administra oxígeno a través de fosas nasales.</w:t>
      </w:r>
    </w:p>
    <w:p>
      <w:pPr>
        <w:pStyle w:val="ListBullet"/>
      </w:pPr>
      <w:r>
        <w:t>Flujo habitual: 1-6 L/min.</w:t>
      </w:r>
    </w:p>
    <w:p>
      <w:pPr>
        <w:pStyle w:val="ListBullet"/>
      </w:pPr>
      <w:r>
        <w:t>FiO2 aproximada: 24-44% (según flujo y respiración del paciente).</w:t>
      </w:r>
    </w:p>
    <w:p>
      <w:r>
        <w:t>**Procedimiento paso a paso:**</w:t>
      </w:r>
    </w:p>
    <w:p>
      <w:pPr>
        <w:pStyle w:val="ListNumber"/>
      </w:pPr>
      <w:r>
        <w:t>**Preparación**</w:t>
      </w:r>
    </w:p>
    <w:p>
      <w:pPr>
        <w:pStyle w:val="ListBullet"/>
      </w:pPr>
      <w:r>
        <w:t>Montar gafas nasales.</w:t>
      </w:r>
    </w:p>
    <w:p>
      <w:pPr>
        <w:pStyle w:val="ListBullet"/>
      </w:pPr>
      <w:r>
        <w:t>Conectar a tubuladura.</w:t>
      </w:r>
    </w:p>
    <w:p>
      <w:pPr>
        <w:pStyle w:val="ListBullet"/>
      </w:pPr>
      <w:r>
        <w:t>Verificar que flujo funciona (prueba rápida).</w:t>
      </w:r>
    </w:p>
    <w:p>
      <w:pPr>
        <w:pStyle w:val="ListBullet"/>
      </w:pPr>
      <w:r>
        <w:t>Ajustar flujo según necesidad (1-6 L/min).</w:t>
      </w:r>
    </w:p>
    <w:p>
      <w:pPr>
        <w:pStyle w:val="ListNumber"/>
      </w:pPr>
      <w:r>
        <w:t>**Colocación**</w:t>
      </w:r>
    </w:p>
    <w:p>
      <w:pPr>
        <w:pStyle w:val="ListBullet"/>
      </w:pPr>
      <w:r>
        <w:t>Colocar puntas nasales en fosas nasales del paciente.</w:t>
      </w:r>
    </w:p>
    <w:p>
      <w:pPr>
        <w:pStyle w:val="ListBullet"/>
      </w:pPr>
      <w:r>
        <w:t>Ajustar patillas sobre orejas.</w:t>
      </w:r>
    </w:p>
    <w:p>
      <w:pPr>
        <w:pStyle w:val="ListBullet"/>
      </w:pPr>
      <w:r>
        <w:t>Ajustar tubo bajo mentón si aplica.</w:t>
      </w:r>
    </w:p>
    <w:p>
      <w:pPr>
        <w:pStyle w:val="ListBullet"/>
      </w:pPr>
      <w:r>
        <w:t>Verificar que puntas nasales están bien orientadas.</w:t>
      </w:r>
    </w:p>
    <w:p>
      <w:pPr>
        <w:pStyle w:val="ListNumber"/>
      </w:pPr>
      <w:r>
        <w:t>**Ajuste y confort**</w:t>
      </w:r>
    </w:p>
    <w:p>
      <w:pPr>
        <w:pStyle w:val="ListBullet"/>
      </w:pPr>
      <w:r>
        <w:t>Ajustar patillas para comodidad.</w:t>
      </w:r>
    </w:p>
    <w:p>
      <w:pPr>
        <w:pStyle w:val="ListBullet"/>
      </w:pPr>
      <w:r>
        <w:t>Verificar que dispositivo no está demasiado apretado ni flojo.</w:t>
      </w:r>
    </w:p>
    <w:p>
      <w:pPr>
        <w:pStyle w:val="ListBullet"/>
      </w:pPr>
      <w:r>
        <w:t>Verificar que paciente tolera dispositivo.</w:t>
      </w:r>
    </w:p>
    <w:p>
      <w:pPr>
        <w:pStyle w:val="ListBullet"/>
      </w:pPr>
      <w:r>
        <w:t>Ajustar si es necesario.</w:t>
      </w:r>
    </w:p>
    <w:p>
      <w:pPr>
        <w:pStyle w:val="ListNumber"/>
      </w:pPr>
      <w:r>
        <w:t>**Fijación**</w:t>
      </w:r>
    </w:p>
    <w:p>
      <w:pPr>
        <w:pStyle w:val="ListBullet"/>
      </w:pPr>
      <w:r>
        <w:t>Verificar que dispositivo está bien fijado.</w:t>
      </w:r>
    </w:p>
    <w:p>
      <w:pPr>
        <w:pStyle w:val="ListBullet"/>
      </w:pPr>
      <w:r>
        <w:t>Verificar que no se desplaza con movimientos.</w:t>
      </w:r>
    </w:p>
    <w:p>
      <w:pPr>
        <w:pStyle w:val="ListBullet"/>
      </w:pPr>
      <w:r>
        <w:t>Re-ajustar si es necesario.</w:t>
      </w:r>
    </w:p>
    <w:p>
      <w:pPr>
        <w:pStyle w:val="ListNumber"/>
      </w:pPr>
      <w:r>
        <w:t>**Verificación**</w:t>
      </w:r>
    </w:p>
    <w:p>
      <w:pPr>
        <w:pStyle w:val="ListBullet"/>
      </w:pPr>
      <w:r>
        <w:t>Verificar que flujo funciona correctamente.</w:t>
      </w:r>
    </w:p>
    <w:p>
      <w:pPr>
        <w:pStyle w:val="ListBullet"/>
      </w:pPr>
      <w:r>
        <w:t>Verificar que no hay fugas.</w:t>
      </w:r>
    </w:p>
    <w:p>
      <w:pPr>
        <w:pStyle w:val="ListBullet"/>
      </w:pPr>
      <w:r>
        <w:t>Verificar que paciente tolera dispositivo.</w:t>
      </w:r>
    </w:p>
    <w:p>
      <w:pPr>
        <w:pStyle w:val="ListBullet"/>
      </w:pPr>
      <w:r>
        <w:t>Verificar que dispositivo está bien colocado.</w:t>
      </w:r>
    </w:p>
    <w:p>
      <w:r>
        <w:t>**Errores frecuentes:**</w:t>
      </w:r>
    </w:p>
    <w:p>
      <w:pPr>
        <w:pStyle w:val="ListBullet"/>
      </w:pPr>
      <w:r>
        <w:t>Caudal ajustado pero sin flujo real (verificar que flujo sale).</w:t>
      </w:r>
    </w:p>
    <w:p>
      <w:pPr>
        <w:pStyle w:val="ListBullet"/>
      </w:pPr>
      <w:r>
        <w:t>Puntas mal orientadas (no entran en fosas nasales correctamente).</w:t>
      </w:r>
    </w:p>
    <w:p>
      <w:pPr>
        <w:pStyle w:val="ListBullet"/>
      </w:pPr>
      <w:r>
        <w:t>Fugas en conexiones (verificar y corregir).</w:t>
      </w:r>
    </w:p>
    <w:p>
      <w:pPr>
        <w:pStyle w:val="ListBullet"/>
      </w:pPr>
      <w:r>
        <w:t>Desconexión en traslado (fijar correctamente, re-verificar después de movimientos).</w:t>
      </w:r>
    </w:p>
    <w:p>
      <w:r>
        <w:t>**Errores críticos:**</w:t>
      </w:r>
    </w:p>
    <w:p>
      <w:pPr>
        <w:pStyle w:val="ListBullet"/>
      </w:pPr>
      <w:r>
        <w:t>Usar en paciente que respira principalmente por boca (FiO2 inadecuada).</w:t>
      </w:r>
    </w:p>
    <w:p>
      <w:pPr>
        <w:pStyle w:val="ListBullet"/>
      </w:pPr>
      <w:r>
        <w:t>Flujo excesivo (puede causar sequedad, incomodidad).</w:t>
      </w:r>
    </w:p>
    <w:p>
      <w:pPr>
        <w:pStyle w:val="ListBullet"/>
      </w:pPr>
      <w:r>
        <w:t>No verificar que flujo funciona (puede no estar administrando oxígeno).</w:t>
      </w:r>
    </w:p>
    <w:p>
      <w:r>
        <w:t>────────────────────────────────────────────────────────────</w:t>
      </w:r>
    </w:p>
    <w:p>
      <w:pPr>
        <w:pStyle w:val="Heading3"/>
      </w:pPr>
      <w:r>
        <w:t>B) Mascarilla simple</w:t>
      </w:r>
    </w:p>
    <w:p>
      <w:r>
        <w:t>**Qué hace:**</w:t>
      </w:r>
    </w:p>
    <w:p>
      <w:pPr>
        <w:pStyle w:val="ListBullet"/>
      </w:pPr>
      <w:r>
        <w:t>Administra oxígeno cubriendo nariz y boca.</w:t>
      </w:r>
    </w:p>
    <w:p>
      <w:pPr>
        <w:pStyle w:val="ListBullet"/>
      </w:pPr>
      <w:r>
        <w:t>Flujo habitual: 6-10 L/min.</w:t>
      </w:r>
    </w:p>
    <w:p>
      <w:pPr>
        <w:pStyle w:val="ListBullet"/>
      </w:pPr>
      <w:r>
        <w:t>FiO2 aproximada: 40-60% (según flujo y respiración del paciente).</w:t>
      </w:r>
    </w:p>
    <w:p>
      <w:r>
        <w:t>**Procedimiento paso a paso:**</w:t>
      </w:r>
    </w:p>
    <w:p>
      <w:pPr>
        <w:pStyle w:val="ListNumber"/>
      </w:pPr>
      <w:r>
        <w:t>**Preparación**</w:t>
      </w:r>
    </w:p>
    <w:p>
      <w:pPr>
        <w:pStyle w:val="ListBullet"/>
      </w:pPr>
      <w:r>
        <w:t>Montar mascarilla simple.</w:t>
      </w:r>
    </w:p>
    <w:p>
      <w:pPr>
        <w:pStyle w:val="ListBullet"/>
      </w:pPr>
      <w:r>
        <w:t>Conectar a tubuladura.</w:t>
      </w:r>
    </w:p>
    <w:p>
      <w:pPr>
        <w:pStyle w:val="ListBullet"/>
      </w:pPr>
      <w:r>
        <w:t>Verificar que flujo funciona (prueba rápida).</w:t>
      </w:r>
    </w:p>
    <w:p>
      <w:pPr>
        <w:pStyle w:val="ListBullet"/>
      </w:pPr>
      <w:r>
        <w:t>Ajustar flujo según necesidad (6-10 L/min).</w:t>
      </w:r>
    </w:p>
    <w:p>
      <w:pPr>
        <w:pStyle w:val="ListNumber"/>
      </w:pPr>
      <w:r>
        <w:t>**Colocación**</w:t>
      </w:r>
    </w:p>
    <w:p>
      <w:pPr>
        <w:pStyle w:val="ListBullet"/>
      </w:pPr>
      <w:r>
        <w:t>Colocar mascarilla sobre nariz y boca del paciente.</w:t>
      </w:r>
    </w:p>
    <w:p>
      <w:pPr>
        <w:pStyle w:val="ListBullet"/>
      </w:pPr>
      <w:r>
        <w:t>Ajustar banda elástica alrededor de cabeza.</w:t>
      </w:r>
    </w:p>
    <w:p>
      <w:pPr>
        <w:pStyle w:val="ListBullet"/>
      </w:pPr>
      <w:r>
        <w:t>Verificar que mascarilla cubre nariz y boca completamente.</w:t>
      </w:r>
    </w:p>
    <w:p>
      <w:pPr>
        <w:pStyle w:val="ListNumber"/>
      </w:pPr>
      <w:r>
        <w:t>**Ajuste de banda**</w:t>
      </w:r>
    </w:p>
    <w:p>
      <w:pPr>
        <w:pStyle w:val="ListBullet"/>
      </w:pPr>
      <w:r>
        <w:t>Ajustar banda firmemente pero sin comprimir.</w:t>
      </w:r>
    </w:p>
    <w:p>
      <w:pPr>
        <w:pStyle w:val="ListBullet"/>
      </w:pPr>
      <w:r>
        <w:t>Verificar que mascarilla está bien ajustada.</w:t>
      </w:r>
    </w:p>
    <w:p>
      <w:pPr>
        <w:pStyle w:val="ListBullet"/>
      </w:pPr>
      <w:r>
        <w:t>Verificar que no está demasiado apretada ni floja.</w:t>
      </w:r>
    </w:p>
    <w:p>
      <w:pPr>
        <w:pStyle w:val="ListBullet"/>
      </w:pPr>
      <w:r>
        <w:t>Verificar que paciente tolera dispositivo.</w:t>
      </w:r>
    </w:p>
    <w:p>
      <w:pPr>
        <w:pStyle w:val="ListNumber"/>
      </w:pPr>
      <w:r>
        <w:t>**Sello**</w:t>
      </w:r>
    </w:p>
    <w:p>
      <w:pPr>
        <w:pStyle w:val="ListBullet"/>
      </w:pPr>
      <w:r>
        <w:t>Verificar que mascarilla hace sello adecuado.</w:t>
      </w:r>
    </w:p>
    <w:p>
      <w:pPr>
        <w:pStyle w:val="ListBullet"/>
      </w:pPr>
      <w:r>
        <w:t>Verificar que no hay fugas alrededor de mascarilla.</w:t>
      </w:r>
    </w:p>
    <w:p>
      <w:pPr>
        <w:pStyle w:val="ListBullet"/>
      </w:pPr>
      <w:r>
        <w:t>Ajustar si es necesario.</w:t>
      </w:r>
    </w:p>
    <w:p>
      <w:pPr>
        <w:pStyle w:val="ListNumber"/>
      </w:pPr>
      <w:r>
        <w:t>**Verificación**</w:t>
      </w:r>
    </w:p>
    <w:p>
      <w:pPr>
        <w:pStyle w:val="ListBullet"/>
      </w:pPr>
      <w:r>
        <w:t>Verificar que flujo funciona correctamente.</w:t>
      </w:r>
    </w:p>
    <w:p>
      <w:pPr>
        <w:pStyle w:val="ListBullet"/>
      </w:pPr>
      <w:r>
        <w:t>Verificar que no hay fugas en conexiones.</w:t>
      </w:r>
    </w:p>
    <w:p>
      <w:pPr>
        <w:pStyle w:val="ListBullet"/>
      </w:pPr>
      <w:r>
        <w:t>Verificar que paciente tolera dispositivo.</w:t>
      </w:r>
    </w:p>
    <w:p>
      <w:pPr>
        <w:pStyle w:val="ListBullet"/>
      </w:pPr>
      <w:r>
        <w:t>Verificar que mascarilla está bien colocada.</w:t>
      </w:r>
    </w:p>
    <w:p>
      <w:r>
        <w:t>**Errores frecuentes:**</w:t>
      </w:r>
    </w:p>
    <w:p>
      <w:pPr>
        <w:pStyle w:val="ListBullet"/>
      </w:pPr>
      <w:r>
        <w:t>Mascarilla "flotando" (no hace sello, banda mal ajustada).</w:t>
      </w:r>
    </w:p>
    <w:p>
      <w:pPr>
        <w:pStyle w:val="ListBullet"/>
      </w:pPr>
      <w:r>
        <w:t>Banda mal tensada (demasiado floja o demasiado apretada).</w:t>
      </w:r>
    </w:p>
    <w:p>
      <w:pPr>
        <w:pStyle w:val="ListBullet"/>
      </w:pPr>
      <w:r>
        <w:t>Fugas en conexiones (verificar y corregir).</w:t>
      </w:r>
    </w:p>
    <w:p>
      <w:pPr>
        <w:pStyle w:val="ListBullet"/>
      </w:pPr>
      <w:r>
        <w:t>Caudal insuficiente por mala conexión (verificar conexión, verificar flujo).</w:t>
      </w:r>
    </w:p>
    <w:p>
      <w:r>
        <w:t>**Errores críticos:**</w:t>
      </w:r>
    </w:p>
    <w:p>
      <w:pPr>
        <w:pStyle w:val="ListBullet"/>
      </w:pPr>
      <w:r>
        <w:t>Mascarilla no hace sello (FiO2 inadecuada, desperdicio de oxígeno).</w:t>
      </w:r>
    </w:p>
    <w:p>
      <w:pPr>
        <w:pStyle w:val="ListBullet"/>
      </w:pPr>
      <w:r>
        <w:t>Flujo insuficiente (FiO2 inadecuada).</w:t>
      </w:r>
    </w:p>
    <w:p>
      <w:pPr>
        <w:pStyle w:val="ListBullet"/>
      </w:pPr>
      <w:r>
        <w:t>No verificar que flujo funciona (puede no estar administrando oxígeno).</w:t>
      </w:r>
    </w:p>
    <w:p>
      <w:r>
        <w:t>────────────────────────────────────────────────────────────</w:t>
      </w:r>
    </w:p>
    <w:p>
      <w:pPr>
        <w:pStyle w:val="Heading3"/>
      </w:pPr>
      <w:r>
        <w:t>C) Mascarilla con reservorio (no reinhalación)</w:t>
      </w:r>
    </w:p>
    <w:p>
      <w:r>
        <w:t>**Qué hace:**</w:t>
      </w:r>
    </w:p>
    <w:p>
      <w:pPr>
        <w:pStyle w:val="ListBullet"/>
      </w:pPr>
      <w:r>
        <w:t>Administra oxígeno con alta concentración mediante reservorio.</w:t>
      </w:r>
    </w:p>
    <w:p>
      <w:pPr>
        <w:pStyle w:val="ListBullet"/>
      </w:pPr>
      <w:r>
        <w:t>Flujo habitual: 10-15 L/min (para llenar reservorio).</w:t>
      </w:r>
    </w:p>
    <w:p>
      <w:pPr>
        <w:pStyle w:val="ListBullet"/>
      </w:pPr>
      <w:r>
        <w:t>FiO2 aproximada: 60-90% (según flujo y respiración del paciente).</w:t>
      </w:r>
    </w:p>
    <w:p>
      <w:r>
        <w:t>**Procedimiento paso a paso:**</w:t>
      </w:r>
    </w:p>
    <w:p>
      <w:pPr>
        <w:pStyle w:val="ListNumber"/>
      </w:pPr>
      <w:r>
        <w:t>**Preparación del reservorio (inflado previo)**</w:t>
      </w:r>
    </w:p>
    <w:p>
      <w:pPr>
        <w:pStyle w:val="ListBullet"/>
      </w:pPr>
      <w:r>
        <w:t>Montar mascarilla con reservorio.</w:t>
      </w:r>
    </w:p>
    <w:p>
      <w:pPr>
        <w:pStyle w:val="ListBullet"/>
      </w:pPr>
      <w:r>
        <w:t>Conectar a tubuladura.</w:t>
      </w:r>
    </w:p>
    <w:p>
      <w:pPr>
        <w:pStyle w:val="ListBullet"/>
      </w:pPr>
      <w:r>
        <w:t>Ajustar flujo a 10-15 L/min.</w:t>
      </w:r>
    </w:p>
    <w:p>
      <w:pPr>
        <w:pStyle w:val="ListBullet"/>
      </w:pPr>
      <w:r>
        <w:t>Llenar reservorio completamente (inflado previo).</w:t>
      </w:r>
    </w:p>
    <w:p>
      <w:pPr>
        <w:pStyle w:val="ListBullet"/>
      </w:pPr>
      <w:r>
        <w:t>Verificar que reservorio se llena y mantiene inflado.</w:t>
      </w:r>
    </w:p>
    <w:p>
      <w:pPr>
        <w:pStyle w:val="ListNumber"/>
      </w:pPr>
      <w:r>
        <w:t>**Verificación de válvulas (si existen)**</w:t>
      </w:r>
    </w:p>
    <w:p>
      <w:pPr>
        <w:pStyle w:val="ListBullet"/>
      </w:pPr>
      <w:r>
        <w:t>Verificar que válvulas funcionan correctamente.</w:t>
      </w:r>
    </w:p>
    <w:p>
      <w:pPr>
        <w:pStyle w:val="ListBullet"/>
      </w:pPr>
      <w:r>
        <w:t>Verificar que válvulas no están obstruidas.</w:t>
      </w:r>
    </w:p>
    <w:p>
      <w:pPr>
        <w:pStyle w:val="ListBullet"/>
      </w:pPr>
      <w:r>
        <w:t>Verificar que válvulas permiten flujo correcto.</w:t>
      </w:r>
    </w:p>
    <w:p>
      <w:pPr>
        <w:pStyle w:val="ListNumber"/>
      </w:pPr>
      <w:r>
        <w:t>**Colocación**</w:t>
      </w:r>
    </w:p>
    <w:p>
      <w:pPr>
        <w:pStyle w:val="ListBullet"/>
      </w:pPr>
      <w:r>
        <w:t>Colocar mascarilla sobre nariz y boca del paciente.</w:t>
      </w:r>
    </w:p>
    <w:p>
      <w:pPr>
        <w:pStyle w:val="ListBullet"/>
      </w:pPr>
      <w:r>
        <w:t>Ajustar banda elástica alrededor de cabeza.</w:t>
      </w:r>
    </w:p>
    <w:p>
      <w:pPr>
        <w:pStyle w:val="ListBullet"/>
      </w:pPr>
      <w:r>
        <w:t>Verificar que mascarilla cubre nariz y boca completamente.</w:t>
      </w:r>
    </w:p>
    <w:p>
      <w:pPr>
        <w:pStyle w:val="ListNumber"/>
      </w:pPr>
      <w:r>
        <w:t>**Ajuste y sello**</w:t>
      </w:r>
    </w:p>
    <w:p>
      <w:pPr>
        <w:pStyle w:val="ListBullet"/>
      </w:pPr>
      <w:r>
        <w:t>Ajustar banda firmemente pero sin comprimir.</w:t>
      </w:r>
    </w:p>
    <w:p>
      <w:pPr>
        <w:pStyle w:val="ListBullet"/>
      </w:pPr>
      <w:r>
        <w:t>Verificar que mascarilla hace sello adecuado.</w:t>
      </w:r>
    </w:p>
    <w:p>
      <w:pPr>
        <w:pStyle w:val="ListBullet"/>
      </w:pPr>
      <w:r>
        <w:t>Verificar que reservorio se mantiene inflado.</w:t>
      </w:r>
    </w:p>
    <w:p>
      <w:pPr>
        <w:pStyle w:val="ListBullet"/>
      </w:pPr>
      <w:r>
        <w:t>Verificar que paciente tolera dispositivo.</w:t>
      </w:r>
    </w:p>
    <w:p>
      <w:pPr>
        <w:pStyle w:val="ListNumber"/>
      </w:pPr>
      <w:r>
        <w:t>**Verificación**</w:t>
      </w:r>
    </w:p>
    <w:p>
      <w:pPr>
        <w:pStyle w:val="ListBullet"/>
      </w:pPr>
      <w:r>
        <w:t>Verificar que flujo funciona correctamente (10-15 L/min).</w:t>
      </w:r>
    </w:p>
    <w:p>
      <w:pPr>
        <w:pStyle w:val="ListBullet"/>
      </w:pPr>
      <w:r>
        <w:t>Verificar que reservorio se mantiene inflado.</w:t>
      </w:r>
    </w:p>
    <w:p>
      <w:pPr>
        <w:pStyle w:val="ListBullet"/>
      </w:pPr>
      <w:r>
        <w:t>Verificar que válvulas funcionan correctamente.</w:t>
      </w:r>
    </w:p>
    <w:p>
      <w:pPr>
        <w:pStyle w:val="ListBullet"/>
      </w:pPr>
      <w:r>
        <w:t>Verificar que no hay fugas.</w:t>
      </w:r>
    </w:p>
    <w:p>
      <w:pPr>
        <w:pStyle w:val="ListBullet"/>
      </w:pPr>
      <w:r>
        <w:t>Verificar que paciente tolera dispositivo.</w:t>
      </w:r>
    </w:p>
    <w:p>
      <w:r>
        <w:t>**Errores frecuentes:**</w:t>
      </w:r>
    </w:p>
    <w:p>
      <w:pPr>
        <w:pStyle w:val="ListBullet"/>
      </w:pPr>
      <w:r>
        <w:t>Reservorio colapsado (flujo insuficiente, no se llena).</w:t>
      </w:r>
    </w:p>
    <w:p>
      <w:pPr>
        <w:pStyle w:val="ListBullet"/>
      </w:pPr>
      <w:r>
        <w:t>Válvulas mal (obstruidas, no funcionan correctamente).</w:t>
      </w:r>
    </w:p>
    <w:p>
      <w:pPr>
        <w:pStyle w:val="ListBullet"/>
      </w:pPr>
      <w:r>
        <w:t>Caudal bajo (reservorio no se llena, FiO2 inadecuada).</w:t>
      </w:r>
    </w:p>
    <w:p>
      <w:pPr>
        <w:pStyle w:val="ListBullet"/>
      </w:pPr>
      <w:r>
        <w:t>Fugas en conexiones (verificar y corregir).</w:t>
      </w:r>
    </w:p>
    <w:p>
      <w:r>
        <w:t>**Errores críticos:**</w:t>
      </w:r>
    </w:p>
    <w:p>
      <w:pPr>
        <w:pStyle w:val="ListBullet"/>
      </w:pPr>
      <w:r>
        <w:t>**Reservorio colapsado:** Flujo insuficiente, reservorio no se llena, FiO2 inadecuada.</w:t>
      </w:r>
    </w:p>
    <w:p>
      <w:pPr>
        <w:pStyle w:val="ListBullet"/>
      </w:pPr>
      <w:r>
        <w:t>**Válvulas mal:** Obstruidas o no funcionan, flujo incorrecto.</w:t>
      </w:r>
    </w:p>
    <w:p>
      <w:pPr>
        <w:pStyle w:val="ListBullet"/>
      </w:pPr>
      <w:r>
        <w:t>**Caudal bajo:** Menos de 10 L/min, reservorio no se llena, FiO2 inadecuada.</w:t>
      </w:r>
    </w:p>
    <w:p>
      <w:pPr>
        <w:pStyle w:val="ListBullet"/>
      </w:pPr>
      <w:r>
        <w:t>**No inflar reservorio antes de colocar:** Reservorio colapsado, FiO2 inadecuada.</w:t>
      </w:r>
    </w:p>
    <w:p>
      <w:r>
        <w:t>────────────────────────────────────────────────────────────</w:t>
      </w:r>
    </w:p>
    <w:p>
      <w:pPr>
        <w:pStyle w:val="Heading3"/>
      </w:pPr>
      <w:r>
        <w:t>D) Mascarilla Venturi</w:t>
      </w:r>
    </w:p>
    <w:p>
      <w:r>
        <w:t>**Qué hace:**</w:t>
      </w:r>
    </w:p>
    <w:p>
      <w:pPr>
        <w:pStyle w:val="ListBullet"/>
      </w:pPr>
      <w:r>
        <w:t>Administra oxígeno con FiO2 fija mediante sistema Venturi.</w:t>
      </w:r>
    </w:p>
    <w:p>
      <w:pPr>
        <w:pStyle w:val="ListBullet"/>
      </w:pPr>
      <w:r>
        <w:t>FiO2 fija según color/ajuste (24%, 28%, 35%, 40%, etc.).</w:t>
      </w:r>
    </w:p>
    <w:p>
      <w:pPr>
        <w:pStyle w:val="ListBullet"/>
      </w:pPr>
      <w:r>
        <w:t>Flujo según FiO2 seleccionada.</w:t>
      </w:r>
    </w:p>
    <w:p>
      <w:r>
        <w:t>**Componentes:**</w:t>
      </w:r>
    </w:p>
    <w:p>
      <w:pPr>
        <w:pStyle w:val="ListBullet"/>
      </w:pPr>
      <w:r>
        <w:t>Mascarilla.</w:t>
      </w:r>
    </w:p>
    <w:p>
      <w:pPr>
        <w:pStyle w:val="ListBullet"/>
      </w:pPr>
      <w:r>
        <w:t>Adaptador Venturi.</w:t>
      </w:r>
    </w:p>
    <w:p>
      <w:pPr>
        <w:pStyle w:val="ListBullet"/>
      </w:pPr>
      <w:r>
        <w:t>Boquillas/inyector (según FiO2).</w:t>
      </w:r>
    </w:p>
    <w:p>
      <w:r>
        <w:t>**Procedimiento paso a paso:**</w:t>
      </w:r>
    </w:p>
    <w:p>
      <w:pPr>
        <w:pStyle w:val="ListNumber"/>
      </w:pPr>
      <w:r>
        <w:t>**Selección de adaptador**</w:t>
      </w:r>
    </w:p>
    <w:p>
      <w:pPr>
        <w:pStyle w:val="ListBullet"/>
      </w:pPr>
      <w:r>
        <w:t>Seleccionar adaptador según FiO2 deseada.</w:t>
      </w:r>
    </w:p>
    <w:p>
      <w:pPr>
        <w:pStyle w:val="ListBullet"/>
      </w:pPr>
      <w:r>
        <w:t>Verificar que adaptador corresponde a FiO2 correcta.</w:t>
      </w:r>
    </w:p>
    <w:p>
      <w:pPr>
        <w:pStyle w:val="ListBullet"/>
      </w:pPr>
      <w:r>
        <w:t>Verificar que boquilla/inyector es correcto.</w:t>
      </w:r>
    </w:p>
    <w:p>
      <w:pPr>
        <w:pStyle w:val="ListNumber"/>
      </w:pPr>
      <w:r>
        <w:t>**Montaje correcto**</w:t>
      </w:r>
    </w:p>
    <w:p>
      <w:pPr>
        <w:pStyle w:val="ListBullet"/>
      </w:pPr>
      <w:r>
        <w:t>Montar adaptador Venturi en mascarilla.</w:t>
      </w:r>
    </w:p>
    <w:p>
      <w:pPr>
        <w:pStyle w:val="ListBullet"/>
      </w:pPr>
      <w:r>
        <w:t>Insertar boquilla/inyector correcto en adaptador.</w:t>
      </w:r>
    </w:p>
    <w:p>
      <w:pPr>
        <w:pStyle w:val="ListBullet"/>
      </w:pPr>
      <w:r>
        <w:t>Verificar que piezas están bien acopladas.</w:t>
      </w:r>
    </w:p>
    <w:p>
      <w:pPr>
        <w:pStyle w:val="ListBullet"/>
      </w:pPr>
      <w:r>
        <w:t>Conectar a tubuladura.</w:t>
      </w:r>
    </w:p>
    <w:p>
      <w:pPr>
        <w:pStyle w:val="ListNumber"/>
      </w:pPr>
      <w:r>
        <w:t>**Ajuste de flujo**</w:t>
      </w:r>
    </w:p>
    <w:p>
      <w:pPr>
        <w:pStyle w:val="ListBullet"/>
      </w:pPr>
      <w:r>
        <w:t>Ajustar flujo según indicación del adaptador.</w:t>
      </w:r>
    </w:p>
    <w:p>
      <w:pPr>
        <w:pStyle w:val="ListBullet"/>
      </w:pPr>
      <w:r>
        <w:t>Verificar que flujo es correcto para FiO2 seleccionada.</w:t>
      </w:r>
    </w:p>
    <w:p>
      <w:pPr>
        <w:pStyle w:val="ListBullet"/>
      </w:pPr>
      <w:r>
        <w:t>Verificar que flujo funciona correctamente.</w:t>
      </w:r>
    </w:p>
    <w:p>
      <w:pPr>
        <w:pStyle w:val="ListNumber"/>
      </w:pPr>
      <w:r>
        <w:t>**Colocación**</w:t>
      </w:r>
    </w:p>
    <w:p>
      <w:pPr>
        <w:pStyle w:val="ListBullet"/>
      </w:pPr>
      <w:r>
        <w:t>Colocar mascarilla sobre nariz y boca del paciente.</w:t>
      </w:r>
    </w:p>
    <w:p>
      <w:pPr>
        <w:pStyle w:val="ListBullet"/>
      </w:pPr>
      <w:r>
        <w:t>Ajustar banda elástica alrededor de cabeza.</w:t>
      </w:r>
    </w:p>
    <w:p>
      <w:pPr>
        <w:pStyle w:val="ListBullet"/>
      </w:pPr>
      <w:r>
        <w:t>Verificar que mascarilla está bien ajustada.</w:t>
      </w:r>
    </w:p>
    <w:p>
      <w:pPr>
        <w:pStyle w:val="ListNumber"/>
      </w:pPr>
      <w:r>
        <w:t>**Verificación**</w:t>
      </w:r>
    </w:p>
    <w:p>
      <w:pPr>
        <w:pStyle w:val="ListBullet"/>
      </w:pPr>
      <w:r>
        <w:t>Verificar que flujo funciona correctamente.</w:t>
      </w:r>
    </w:p>
    <w:p>
      <w:pPr>
        <w:pStyle w:val="ListBullet"/>
      </w:pPr>
      <w:r>
        <w:t>Verificar que no hay fugas.</w:t>
      </w:r>
    </w:p>
    <w:p>
      <w:pPr>
        <w:pStyle w:val="ListBullet"/>
      </w:pPr>
      <w:r>
        <w:t>Verificar que mezcla es correcta (sin fugas que alteren mezcla).</w:t>
      </w:r>
    </w:p>
    <w:p>
      <w:pPr>
        <w:pStyle w:val="ListBullet"/>
      </w:pPr>
      <w:r>
        <w:t>Verificar que paciente tolera dispositivo.</w:t>
      </w:r>
    </w:p>
    <w:p>
      <w:r>
        <w:t>**Errores frecuentes:**</w:t>
      </w:r>
    </w:p>
    <w:p>
      <w:pPr>
        <w:pStyle w:val="ListBullet"/>
      </w:pPr>
      <w:r>
        <w:t>Piezas incompatibles (adaptador y boquilla no corresponden).</w:t>
      </w:r>
    </w:p>
    <w:p>
      <w:pPr>
        <w:pStyle w:val="ListBullet"/>
      </w:pPr>
      <w:r>
        <w:t>Mal acople (piezas no están bien conectadas).</w:t>
      </w:r>
    </w:p>
    <w:p>
      <w:pPr>
        <w:pStyle w:val="ListBullet"/>
      </w:pPr>
      <w:r>
        <w:t>Mezcla incorrecta por fugas (fugas alteran mezcla aire/oxígeno).</w:t>
      </w:r>
    </w:p>
    <w:p>
      <w:pPr>
        <w:pStyle w:val="ListBullet"/>
      </w:pPr>
      <w:r>
        <w:t>Usar sin entender montaje (montaje incorrecto, FiO2 incorrecta).</w:t>
      </w:r>
    </w:p>
    <w:p>
      <w:r>
        <w:t>**Errores críticos:**</w:t>
      </w:r>
    </w:p>
    <w:p>
      <w:pPr>
        <w:pStyle w:val="ListBullet"/>
      </w:pPr>
      <w:r>
        <w:t>**Piezas incompatibles:** Adaptador y boquilla no corresponden, FiO2 incorrecta.</w:t>
      </w:r>
    </w:p>
    <w:p>
      <w:pPr>
        <w:pStyle w:val="ListBullet"/>
      </w:pPr>
      <w:r>
        <w:t>**Mal acople:** Piezas no están bien conectadas, fugas, mezcla incorrecta.</w:t>
      </w:r>
    </w:p>
    <w:p>
      <w:pPr>
        <w:pStyle w:val="ListBullet"/>
      </w:pPr>
      <w:r>
        <w:t>**Mezcla incorrecta por fugas:** Fugas alteran mezcla, FiO2 incorrecta.</w:t>
      </w:r>
    </w:p>
    <w:p>
      <w:pPr>
        <w:pStyle w:val="ListBullet"/>
      </w:pPr>
      <w:r>
        <w:t>**Usar sin entender montaje:** Montaje incorrecto, FiO2 incorrecta, desperdicio de oxígeno.</w:t>
      </w:r>
    </w:p>
    <w:p>
      <w:r>
        <w:t>────────────────────────────────────────────────────────────</w:t>
      </w:r>
    </w:p>
    <w:p>
      <w:pPr>
        <w:pStyle w:val="Heading3"/>
      </w:pPr>
      <w:r>
        <w:t>E) Nebulización con oxígeno (si se usa)</w:t>
      </w:r>
    </w:p>
    <w:p>
      <w:r>
        <w:t>**Qué hace:**</w:t>
      </w:r>
    </w:p>
    <w:p>
      <w:pPr>
        <w:pStyle w:val="ListBullet"/>
      </w:pPr>
      <w:r>
        <w:t>Administra medicación nebulizada con oxígeno.</w:t>
      </w:r>
    </w:p>
    <w:p>
      <w:pPr>
        <w:pStyle w:val="ListBullet"/>
      </w:pPr>
      <w:r>
        <w:t>Proporciona medicación en forma de aerosol.</w:t>
      </w:r>
    </w:p>
    <w:p>
      <w:pPr>
        <w:pStyle w:val="ListBullet"/>
      </w:pPr>
      <w:r>
        <w:t>Flujo habitual: 6-8 L/min.</w:t>
      </w:r>
    </w:p>
    <w:p>
      <w:r>
        <w:t>**Procedimiento paso a paso:**</w:t>
      </w:r>
    </w:p>
    <w:p>
      <w:pPr>
        <w:pStyle w:val="ListNumber"/>
      </w:pPr>
      <w:r>
        <w:t>**Montaje del nebulizador**</w:t>
      </w:r>
    </w:p>
    <w:p>
      <w:pPr>
        <w:pStyle w:val="ListBullet"/>
      </w:pPr>
      <w:r>
        <w:t>Montar cámara de nebulización.</w:t>
      </w:r>
    </w:p>
    <w:p>
      <w:pPr>
        <w:pStyle w:val="ListBullet"/>
      </w:pPr>
      <w:r>
        <w:t>Verificar que cámara está bien montada.</w:t>
      </w:r>
    </w:p>
    <w:p>
      <w:pPr>
        <w:pStyle w:val="ListBullet"/>
      </w:pPr>
      <w:r>
        <w:t>Verificar que piezas están bien conectadas.</w:t>
      </w:r>
    </w:p>
    <w:p>
      <w:pPr>
        <w:pStyle w:val="ListNumber"/>
      </w:pPr>
      <w:r>
        <w:t>**Carga**</w:t>
      </w:r>
    </w:p>
    <w:p>
      <w:pPr>
        <w:pStyle w:val="ListBullet"/>
      </w:pPr>
      <w:r>
        <w:t>Cargar medicación según protocolo.</w:t>
      </w:r>
    </w:p>
    <w:p>
      <w:pPr>
        <w:pStyle w:val="ListBullet"/>
      </w:pPr>
      <w:r>
        <w:t>Verificar que medicación está correctamente cargada.</w:t>
      </w:r>
    </w:p>
    <w:p>
      <w:pPr>
        <w:pStyle w:val="ListBullet"/>
      </w:pPr>
      <w:r>
        <w:t>Verificar que cantidad es correcta.</w:t>
      </w:r>
    </w:p>
    <w:p>
      <w:pPr>
        <w:pStyle w:val="ListNumber"/>
      </w:pPr>
      <w:r>
        <w:t>**Conexión**</w:t>
      </w:r>
    </w:p>
    <w:p>
      <w:pPr>
        <w:pStyle w:val="ListBullet"/>
      </w:pPr>
      <w:r>
        <w:t>Conectar nebulizador a oxígeno.</w:t>
      </w:r>
    </w:p>
    <w:p>
      <w:pPr>
        <w:pStyle w:val="ListBullet"/>
      </w:pPr>
      <w:r>
        <w:t>Ajustar flujo (6-8 L/min).</w:t>
      </w:r>
    </w:p>
    <w:p>
      <w:pPr>
        <w:pStyle w:val="ListBullet"/>
      </w:pPr>
      <w:r>
        <w:t>Verificar que conexión está segura.</w:t>
      </w:r>
    </w:p>
    <w:p>
      <w:pPr>
        <w:pStyle w:val="ListNumber"/>
      </w:pPr>
      <w:r>
        <w:t>**Verificación de aerosol**</w:t>
      </w:r>
    </w:p>
    <w:p>
      <w:pPr>
        <w:pStyle w:val="ListBullet"/>
      </w:pPr>
      <w:r>
        <w:t>Verificar que nebulización funciona (se genera aerosol).</w:t>
      </w:r>
    </w:p>
    <w:p>
      <w:pPr>
        <w:pStyle w:val="ListBullet"/>
      </w:pPr>
      <w:r>
        <w:t>Verificar que aerosol es visible.</w:t>
      </w:r>
    </w:p>
    <w:p>
      <w:pPr>
        <w:pStyle w:val="ListBullet"/>
      </w:pPr>
      <w:r>
        <w:t>Verificar que medicación se nebuliza correctamente.</w:t>
      </w:r>
    </w:p>
    <w:p>
      <w:pPr>
        <w:pStyle w:val="ListNumber"/>
      </w:pPr>
      <w:r>
        <w:t>**Colocación**</w:t>
      </w:r>
    </w:p>
    <w:p>
      <w:pPr>
        <w:pStyle w:val="ListBullet"/>
      </w:pPr>
      <w:r>
        <w:t>Colocar mascarilla o boquilla de nebulización.</w:t>
      </w:r>
    </w:p>
    <w:p>
      <w:pPr>
        <w:pStyle w:val="ListBullet"/>
      </w:pPr>
      <w:r>
        <w:t>Verificar que paciente tolera nebulización.</w:t>
      </w:r>
    </w:p>
    <w:p>
      <w:pPr>
        <w:pStyle w:val="ListBullet"/>
      </w:pPr>
      <w:r>
        <w:t>Verificar que nebulización continúa funcionando.</w:t>
      </w:r>
    </w:p>
    <w:p>
      <w:r>
        <w:t>**Errores frecuentes:**</w:t>
      </w:r>
    </w:p>
    <w:p>
      <w:pPr>
        <w:pStyle w:val="ListBullet"/>
      </w:pPr>
      <w:r>
        <w:t>Fugas en conexiones (verificar y corregir).</w:t>
      </w:r>
    </w:p>
    <w:p>
      <w:pPr>
        <w:pStyle w:val="ListBullet"/>
      </w:pPr>
      <w:r>
        <w:t>Cámara mal montada (no funciona, no genera aerosol).</w:t>
      </w:r>
    </w:p>
    <w:p>
      <w:pPr>
        <w:pStyle w:val="ListBullet"/>
      </w:pPr>
      <w:r>
        <w:t>No generar aerosol (flujo insuficiente, cámara mal montada).</w:t>
      </w:r>
    </w:p>
    <w:p>
      <w:pPr>
        <w:pStyle w:val="ListBullet"/>
      </w:pPr>
      <w:r>
        <w:t>Caudal insuficiente (menos de 6 L/min, nebulización inadecuada).</w:t>
      </w:r>
    </w:p>
    <w:p>
      <w:r>
        <w:t>**Errores críticos:**</w:t>
      </w:r>
    </w:p>
    <w:p>
      <w:pPr>
        <w:pStyle w:val="ListBullet"/>
      </w:pPr>
      <w:r>
        <w:t>**Cámara mal montada:** No funciona, no genera aerosol, medicación no se administra.</w:t>
      </w:r>
    </w:p>
    <w:p>
      <w:pPr>
        <w:pStyle w:val="ListBullet"/>
      </w:pPr>
      <w:r>
        <w:t>**No generar aerosol:** Flujo insuficiente o cámara mal montada, medicación no se administra.</w:t>
      </w:r>
    </w:p>
    <w:p>
      <w:pPr>
        <w:pStyle w:val="ListBullet"/>
      </w:pPr>
      <w:r>
        <w:t>**Caudal insuficiente:** Menos de 6 L/min, nebulización inadecuada.</w:t>
      </w:r>
    </w:p>
    <w:p>
      <w:r>
        <w:t>────────────────────────────────────────────────────────────</w:t>
      </w:r>
    </w:p>
    <w:p>
      <w:pPr>
        <w:pStyle w:val="Heading3"/>
      </w:pPr>
      <w:r>
        <w:t>F) Bolsa-válvula-mascarilla (BVM) conectada a O₂</w:t>
      </w:r>
    </w:p>
    <w:p>
      <w:r>
        <w:t>**Qué hace:**</w:t>
      </w:r>
    </w:p>
    <w:p>
      <w:pPr>
        <w:pStyle w:val="ListBullet"/>
      </w:pPr>
      <w:r>
        <w:t>Proporciona ventilación asistida con oxígeno.</w:t>
      </w:r>
    </w:p>
    <w:p>
      <w:pPr>
        <w:pStyle w:val="ListBullet"/>
      </w:pPr>
      <w:r>
        <w:t>Permite ventilación manual con alta concentración de oxígeno.</w:t>
      </w:r>
    </w:p>
    <w:p>
      <w:pPr>
        <w:pStyle w:val="ListBullet"/>
      </w:pPr>
      <w:r>
        <w:t>Flujo habitual: 10-15 L/min.</w:t>
      </w:r>
    </w:p>
    <w:p>
      <w:r>
        <w:t>**Nota:** Este capítulo no entra en técnicas de ventilación avanzada, solo en conexión y uso básico operativo.</w:t>
      </w:r>
    </w:p>
    <w:p>
      <w:r>
        <w:t>**Procedimiento paso a paso:**</w:t>
      </w:r>
    </w:p>
    <w:p>
      <w:pPr>
        <w:pStyle w:val="ListNumber"/>
      </w:pPr>
      <w:r>
        <w:t>**Conexión a O₂**</w:t>
      </w:r>
    </w:p>
    <w:p>
      <w:pPr>
        <w:pStyle w:val="ListBullet"/>
      </w:pPr>
      <w:r>
        <w:t>Conectar BVM a oxígeno.</w:t>
      </w:r>
    </w:p>
    <w:p>
      <w:pPr>
        <w:pStyle w:val="ListBullet"/>
      </w:pPr>
      <w:r>
        <w:t>Ajustar flujo (10-15 L/min).</w:t>
      </w:r>
    </w:p>
    <w:p>
      <w:pPr>
        <w:pStyle w:val="ListBullet"/>
      </w:pPr>
      <w:r>
        <w:t>Verificar que conexión está segura.</w:t>
      </w:r>
    </w:p>
    <w:p>
      <w:pPr>
        <w:pStyle w:val="ListNumber"/>
      </w:pPr>
      <w:r>
        <w:t>**Reservorio de bolsa (si lo lleva)**</w:t>
      </w:r>
    </w:p>
    <w:p>
      <w:pPr>
        <w:pStyle w:val="ListBullet"/>
      </w:pPr>
      <w:r>
        <w:t>Conectar reservorio si BVM lo lleva.</w:t>
      </w:r>
    </w:p>
    <w:p>
      <w:pPr>
        <w:pStyle w:val="ListBullet"/>
      </w:pPr>
      <w:r>
        <w:t>Verificar que reservorio se llena.</w:t>
      </w:r>
    </w:p>
    <w:p>
      <w:pPr>
        <w:pStyle w:val="ListBullet"/>
      </w:pPr>
      <w:r>
        <w:t>Verificar que reservorio no está colapsado.</w:t>
      </w:r>
    </w:p>
    <w:p>
      <w:pPr>
        <w:pStyle w:val="ListNumber"/>
      </w:pPr>
      <w:r>
        <w:t>**Sello con mascarilla**</w:t>
      </w:r>
    </w:p>
    <w:p>
      <w:pPr>
        <w:pStyle w:val="ListBullet"/>
      </w:pPr>
      <w:r>
        <w:t>Colocar mascarilla sobre nariz y boca del paciente.</w:t>
      </w:r>
    </w:p>
    <w:p>
      <w:pPr>
        <w:pStyle w:val="ListBullet"/>
      </w:pPr>
      <w:r>
        <w:t>Hacer sello adecuado con mascarilla.</w:t>
      </w:r>
    </w:p>
    <w:p>
      <w:pPr>
        <w:pStyle w:val="ListBullet"/>
      </w:pPr>
      <w:r>
        <w:t>Verificar que mascarilla está bien ajustada.</w:t>
      </w:r>
    </w:p>
    <w:p>
      <w:pPr>
        <w:pStyle w:val="ListBullet"/>
      </w:pPr>
      <w:r>
        <w:t>Verificar que no hay fugas alrededor de mascarilla.</w:t>
      </w:r>
    </w:p>
    <w:p>
      <w:pPr>
        <w:pStyle w:val="ListNumber"/>
      </w:pPr>
      <w:r>
        <w:t>**Coordinación a dos TES (sujeción + ventilación)**</w:t>
      </w:r>
    </w:p>
    <w:p>
      <w:pPr>
        <w:pStyle w:val="ListBullet"/>
      </w:pPr>
      <w:r>
        <w:t>**TES 1:** Sujeta mascarilla y hace sello (posición en cabecera).</w:t>
      </w:r>
    </w:p>
    <w:p>
      <w:pPr>
        <w:pStyle w:val="ListBullet"/>
      </w:pPr>
      <w:r>
        <w:t>**TES 2:** Comprime bolsa para ventilación (posición lateral).</w:t>
      </w:r>
    </w:p>
    <w:p>
      <w:pPr>
        <w:pStyle w:val="ListBullet"/>
      </w:pPr>
      <w:r>
        <w:t>Coordinar movimientos (TES 1 mantiene sello, TES 2 ventila).</w:t>
      </w:r>
    </w:p>
    <w:p>
      <w:pPr>
        <w:pStyle w:val="ListBullet"/>
      </w:pPr>
      <w:r>
        <w:t>Comunicar continuamente.</w:t>
      </w:r>
    </w:p>
    <w:p>
      <w:pPr>
        <w:pStyle w:val="ListNumber"/>
      </w:pPr>
      <w:r>
        <w:t>**Verificación**</w:t>
      </w:r>
    </w:p>
    <w:p>
      <w:pPr>
        <w:pStyle w:val="ListBullet"/>
      </w:pPr>
      <w:r>
        <w:t>Verificar que ventilación es efectiva (elevación torácica).</w:t>
      </w:r>
    </w:p>
    <w:p>
      <w:pPr>
        <w:pStyle w:val="ListBullet"/>
      </w:pPr>
      <w:r>
        <w:t>Verificar que flujo funciona correctamente.</w:t>
      </w:r>
    </w:p>
    <w:p>
      <w:pPr>
        <w:pStyle w:val="ListBullet"/>
      </w:pPr>
      <w:r>
        <w:t>Verificar que reservorio se mantiene inflado.</w:t>
      </w:r>
    </w:p>
    <w:p>
      <w:pPr>
        <w:pStyle w:val="ListBullet"/>
      </w:pPr>
      <w:r>
        <w:t>Verificar que no hay fugas.</w:t>
      </w:r>
    </w:p>
    <w:p>
      <w:r>
        <w:t>**Errores frecuentes:**</w:t>
      </w:r>
    </w:p>
    <w:p>
      <w:pPr>
        <w:pStyle w:val="ListBullet"/>
      </w:pPr>
      <w:r>
        <w:t>Mal sello (fugas alrededor de mascarilla, ventilación inadecuada).</w:t>
      </w:r>
    </w:p>
    <w:p>
      <w:pPr>
        <w:pStyle w:val="ListBullet"/>
      </w:pPr>
      <w:r>
        <w:t>No conectar reservorio (si BVM lo lleva, FiO2 inadecuada).</w:t>
      </w:r>
    </w:p>
    <w:p>
      <w:pPr>
        <w:pStyle w:val="ListBullet"/>
      </w:pPr>
      <w:r>
        <w:t>Fugas en conexiones (verificar y corregir).</w:t>
      </w:r>
    </w:p>
    <w:p>
      <w:pPr>
        <w:pStyle w:val="ListBullet"/>
      </w:pPr>
      <w:r>
        <w:t>Consumo muy alto sin planificación (flujo alto, no calcular duración).</w:t>
      </w:r>
    </w:p>
    <w:p>
      <w:r>
        <w:t>**Errores críticos:**</w:t>
      </w:r>
    </w:p>
    <w:p>
      <w:pPr>
        <w:pStyle w:val="ListBullet"/>
      </w:pPr>
      <w:r>
        <w:t>**Mal sello:** Fugas alrededor de mascarilla, ventilación inadecuada, no entra aire.</w:t>
      </w:r>
    </w:p>
    <w:p>
      <w:pPr>
        <w:pStyle w:val="ListBullet"/>
      </w:pPr>
      <w:r>
        <w:t>**No conectar reservorio:** Si BVM lo lleva, FiO2 inadecuada.</w:t>
      </w:r>
    </w:p>
    <w:p>
      <w:pPr>
        <w:pStyle w:val="ListBullet"/>
      </w:pPr>
      <w:r>
        <w:t>**Consumo muy alto sin planificación:** Flujo alto (10-15 L/min), no calcular duración, riesgo de quedarse sin oxígeno.</w:t>
      </w:r>
    </w:p>
    <w:p>
      <w:r>
        <w:t>────────────────────────────────────────────────────────────</w:t>
      </w:r>
    </w:p>
    <w:p>
      <w:pPr>
        <w:pStyle w:val="Heading3"/>
      </w:pPr>
      <w:r>
        <w:t>G) Dispositivos pediátricos básicos (si aplica)</w:t>
      </w:r>
    </w:p>
    <w:p>
      <w:r>
        <w:t>**Qué hace:**</w:t>
      </w:r>
    </w:p>
    <w:p>
      <w:pPr>
        <w:pStyle w:val="ListBullet"/>
      </w:pPr>
      <w:r>
        <w:t>Adaptación de dispositivos de oxigenoterapia para pacientes pediátricos.</w:t>
      </w:r>
    </w:p>
    <w:p>
      <w:pPr>
        <w:pStyle w:val="ListBullet"/>
      </w:pPr>
      <w:r>
        <w:t>Tallas y tamaños específicos para niños.</w:t>
      </w:r>
    </w:p>
    <w:p>
      <w:pPr>
        <w:pStyle w:val="ListBullet"/>
      </w:pPr>
      <w:r>
        <w:t>Principios similares a dispositivos adultos pero adaptados.</w:t>
      </w:r>
    </w:p>
    <w:p>
      <w:r>
        <w:t>**Procedimiento paso a paso:**</w:t>
      </w:r>
    </w:p>
    <w:p>
      <w:pPr>
        <w:pStyle w:val="ListNumber"/>
      </w:pPr>
      <w:r>
        <w:t>**Selección de talla**</w:t>
      </w:r>
    </w:p>
    <w:p>
      <w:pPr>
        <w:pStyle w:val="ListBullet"/>
      </w:pPr>
      <w:r>
        <w:t>Seleccionar talla adecuada según edad/tamaño del paciente.</w:t>
      </w:r>
    </w:p>
    <w:p>
      <w:pPr>
        <w:pStyle w:val="ListBullet"/>
      </w:pPr>
      <w:r>
        <w:t>Verificar que talla es correcta.</w:t>
      </w:r>
    </w:p>
    <w:p>
      <w:pPr>
        <w:pStyle w:val="ListBullet"/>
      </w:pPr>
      <w:r>
        <w:t>Verificar que dispositivo es adecuado.</w:t>
      </w:r>
    </w:p>
    <w:p>
      <w:pPr>
        <w:pStyle w:val="ListNumber"/>
      </w:pPr>
      <w:r>
        <w:t>**Adaptación de talla**</w:t>
      </w:r>
    </w:p>
    <w:p>
      <w:pPr>
        <w:pStyle w:val="ListBullet"/>
      </w:pPr>
      <w:r>
        <w:t>Ajustar dispositivo a talla del paciente.</w:t>
      </w:r>
    </w:p>
    <w:p>
      <w:pPr>
        <w:pStyle w:val="ListBullet"/>
      </w:pPr>
      <w:r>
        <w:t>Verificar que dispositivo se adapta correctamente.</w:t>
      </w:r>
    </w:p>
    <w:p>
      <w:pPr>
        <w:pStyle w:val="ListBullet"/>
      </w:pPr>
      <w:r>
        <w:t>Verificar que no está demasiado grande ni pequeño.</w:t>
      </w:r>
    </w:p>
    <w:p>
      <w:pPr>
        <w:pStyle w:val="ListNumber"/>
      </w:pPr>
      <w:r>
        <w:t>**Fijación**</w:t>
      </w:r>
    </w:p>
    <w:p>
      <w:pPr>
        <w:pStyle w:val="ListBullet"/>
      </w:pPr>
      <w:r>
        <w:t>Fijar dispositivo correctamente.</w:t>
      </w:r>
    </w:p>
    <w:p>
      <w:pPr>
        <w:pStyle w:val="ListBullet"/>
      </w:pPr>
      <w:r>
        <w:t>Verificar que dispositivo está bien sujeto.</w:t>
      </w:r>
    </w:p>
    <w:p>
      <w:pPr>
        <w:pStyle w:val="ListBullet"/>
      </w:pPr>
      <w:r>
        <w:t>Verificar que no se desplaza con movimientos.</w:t>
      </w:r>
    </w:p>
    <w:p>
      <w:pPr>
        <w:pStyle w:val="ListNumber"/>
      </w:pPr>
      <w:r>
        <w:t>**Seguridad**</w:t>
      </w:r>
    </w:p>
    <w:p>
      <w:pPr>
        <w:pStyle w:val="ListBullet"/>
      </w:pPr>
      <w:r>
        <w:t>Verificar que dispositivo no comprime estructuras.</w:t>
      </w:r>
    </w:p>
    <w:p>
      <w:pPr>
        <w:pStyle w:val="ListBullet"/>
      </w:pPr>
      <w:r>
        <w:t>Verificar que paciente tolera dispositivo.</w:t>
      </w:r>
    </w:p>
    <w:p>
      <w:pPr>
        <w:pStyle w:val="ListBullet"/>
      </w:pPr>
      <w:r>
        <w:t>Verificar que flujo es adecuado para talla.</w:t>
      </w:r>
    </w:p>
    <w:p>
      <w:pPr>
        <w:pStyle w:val="ListNumber"/>
      </w:pPr>
      <w:r>
        <w:t>**Verificación**</w:t>
      </w:r>
    </w:p>
    <w:p>
      <w:pPr>
        <w:pStyle w:val="ListBullet"/>
      </w:pPr>
      <w:r>
        <w:t>Verificar que flujo funciona correctamente.</w:t>
      </w:r>
    </w:p>
    <w:p>
      <w:pPr>
        <w:pStyle w:val="ListBullet"/>
      </w:pPr>
      <w:r>
        <w:t>Verificar que no hay fugas.</w:t>
      </w:r>
    </w:p>
    <w:p>
      <w:pPr>
        <w:pStyle w:val="ListBullet"/>
      </w:pPr>
      <w:r>
        <w:t>Verificar que paciente tolera dispositivo.</w:t>
      </w:r>
    </w:p>
    <w:p>
      <w:pPr>
        <w:pStyle w:val="ListBullet"/>
      </w:pPr>
      <w:r>
        <w:t>Verificar que dispositivo está bien colocado.</w:t>
      </w:r>
    </w:p>
    <w:p>
      <w:r>
        <w:t>**Errores frecuentes:**</w:t>
      </w:r>
    </w:p>
    <w:p>
      <w:pPr>
        <w:pStyle w:val="ListBullet"/>
      </w:pPr>
      <w:r>
        <w:t>Talla incorrecta (demasiado grande o pequeño, no se adapta).</w:t>
      </w:r>
    </w:p>
    <w:p>
      <w:pPr>
        <w:pStyle w:val="ListBullet"/>
      </w:pPr>
      <w:r>
        <w:t>Fugas en conexiones (verificar y corregir).</w:t>
      </w:r>
    </w:p>
    <w:p>
      <w:pPr>
        <w:pStyle w:val="ListBullet"/>
      </w:pPr>
      <w:r>
        <w:t>Dispositivo no fijado correctamente (se desplaza, riesgo de desconexión).</w:t>
      </w:r>
    </w:p>
    <w:p>
      <w:r>
        <w:t>**Errores críticos:**</w:t>
      </w:r>
    </w:p>
    <w:p>
      <w:pPr>
        <w:pStyle w:val="ListBullet"/>
      </w:pPr>
      <w:r>
        <w:t>**Talla incorrecta:** Dispositivo no se adapta, fugas, FiO2 inadecuada.</w:t>
      </w:r>
    </w:p>
    <w:p>
      <w:pPr>
        <w:pStyle w:val="ListBullet"/>
      </w:pPr>
      <w:r>
        <w:t>**No fijar correctamente:** Dispositivo se desplaza, riesgo de desconexión.</w:t>
      </w:r>
    </w:p>
    <w:p>
      <w:r>
        <w:t>────────────────────────────────────────────────────────────</w:t>
      </w:r>
    </w:p>
    <w:p>
      <w:pPr>
        <w:pStyle w:val="Heading2"/>
      </w:pPr>
      <w:r>
        <w:t>3.1.6 Problemas frecuentes y resolución rápida (operativa)</w:t>
      </w:r>
    </w:p>
    <w:p>
      <w:pPr>
        <w:pStyle w:val="Heading3"/>
      </w:pPr>
      <w:r>
        <w:t>No sale flujo</w:t>
      </w:r>
    </w:p>
    <w:p>
      <w:r>
        <w:t>**Causas posibles:**</w:t>
      </w:r>
    </w:p>
    <w:p>
      <w:pPr>
        <w:pStyle w:val="ListBullet"/>
      </w:pPr>
      <w:r>
        <w:t>Válvula de botella cerrada.</w:t>
      </w:r>
    </w:p>
    <w:p>
      <w:pPr>
        <w:pStyle w:val="ListBullet"/>
      </w:pPr>
      <w:r>
        <w:t>Regulador mal conectado o no funciona.</w:t>
      </w:r>
    </w:p>
    <w:p>
      <w:pPr>
        <w:pStyle w:val="ListBullet"/>
      </w:pPr>
      <w:r>
        <w:t>Caudalímetro cerrado o no funciona.</w:t>
      </w:r>
    </w:p>
    <w:p>
      <w:pPr>
        <w:pStyle w:val="ListBullet"/>
      </w:pPr>
      <w:r>
        <w:t>Conexión suelta o desconectada.</w:t>
      </w:r>
    </w:p>
    <w:p>
      <w:r>
        <w:t>**Resolución rápida:**</w:t>
      </w:r>
    </w:p>
    <w:p>
      <w:pPr>
        <w:pStyle w:val="ListNumber"/>
      </w:pPr>
      <w:r>
        <w:t>Verificar que válvula de botella está abierta.</w:t>
      </w:r>
    </w:p>
    <w:p>
      <w:pPr>
        <w:pStyle w:val="ListNumber"/>
      </w:pPr>
      <w:r>
        <w:t>Verificar que regulador está bien conectado.</w:t>
      </w:r>
    </w:p>
    <w:p>
      <w:pPr>
        <w:pStyle w:val="ListNumber"/>
      </w:pPr>
      <w:r>
        <w:t>Verificar que caudalímetro está abierto.</w:t>
      </w:r>
    </w:p>
    <w:p>
      <w:pPr>
        <w:pStyle w:val="ListNumber"/>
      </w:pPr>
      <w:r>
        <w:t>Verificar que todas las conexiones están seguras.</w:t>
      </w:r>
    </w:p>
    <w:p>
      <w:pPr>
        <w:pStyle w:val="ListNumber"/>
      </w:pPr>
      <w:r>
        <w:t>Si persiste: verificar presión de botella, cambiar componente si es necesario.</w:t>
      </w:r>
    </w:p>
    <w:p>
      <w:r>
        <w:t>────────────────────────────────────────────────────────────</w:t>
      </w:r>
    </w:p>
    <w:p>
      <w:pPr>
        <w:pStyle w:val="Heading3"/>
      </w:pPr>
      <w:r>
        <w:t>Fuga audible</w:t>
      </w:r>
    </w:p>
    <w:p>
      <w:r>
        <w:t>**Causas posibles:**</w:t>
      </w:r>
    </w:p>
    <w:p>
      <w:pPr>
        <w:pStyle w:val="ListBullet"/>
      </w:pPr>
      <w:r>
        <w:t>Conexión suelta.</w:t>
      </w:r>
    </w:p>
    <w:p>
      <w:pPr>
        <w:pStyle w:val="ListBullet"/>
      </w:pPr>
      <w:r>
        <w:t>Componente dañado.</w:t>
      </w:r>
    </w:p>
    <w:p>
      <w:pPr>
        <w:pStyle w:val="ListBullet"/>
      </w:pPr>
      <w:r>
        <w:t>Válvula no cerrada completamente.</w:t>
      </w:r>
    </w:p>
    <w:p>
      <w:r>
        <w:t>**Resolución rápida:**</w:t>
      </w:r>
    </w:p>
    <w:p>
      <w:pPr>
        <w:pStyle w:val="ListNumber"/>
      </w:pPr>
      <w:r>
        <w:t>Identificar origen de fuga (aplicar detector de fugas).</w:t>
      </w:r>
    </w:p>
    <w:p>
      <w:pPr>
        <w:pStyle w:val="ListNumber"/>
      </w:pPr>
      <w:r>
        <w:t>Cerrar válvula de botella.</w:t>
      </w:r>
    </w:p>
    <w:p>
      <w:pPr>
        <w:pStyle w:val="ListNumber"/>
      </w:pPr>
      <w:r>
        <w:t>Re-conectar componente con fuga.</w:t>
      </w:r>
    </w:p>
    <w:p>
      <w:pPr>
        <w:pStyle w:val="ListNumber"/>
      </w:pPr>
      <w:r>
        <w:t>Re-verificar que fuga está resuelta.</w:t>
      </w:r>
    </w:p>
    <w:p>
      <w:pPr>
        <w:pStyle w:val="ListNumber"/>
      </w:pPr>
      <w:r>
        <w:t>Si persiste: cambiar componente o botella.</w:t>
      </w:r>
    </w:p>
    <w:p>
      <w:r>
        <w:t>────────────────────────────────────────────────────────────</w:t>
      </w:r>
    </w:p>
    <w:p>
      <w:pPr>
        <w:pStyle w:val="Heading3"/>
      </w:pPr>
      <w:r>
        <w:t>Dispositivo se desconecta en traslado</w:t>
      </w:r>
    </w:p>
    <w:p>
      <w:r>
        <w:t>**Causas posibles:**</w:t>
      </w:r>
    </w:p>
    <w:p>
      <w:pPr>
        <w:pStyle w:val="ListBullet"/>
      </w:pPr>
      <w:r>
        <w:t>Conexión no suficientemente firme.</w:t>
      </w:r>
    </w:p>
    <w:p>
      <w:pPr>
        <w:pStyle w:val="ListBullet"/>
      </w:pPr>
      <w:r>
        <w:t>Tubuladura enganchada.</w:t>
      </w:r>
    </w:p>
    <w:p>
      <w:pPr>
        <w:pStyle w:val="ListBullet"/>
      </w:pPr>
      <w:r>
        <w:t>Dispositivo no fijado correctamente.</w:t>
      </w:r>
    </w:p>
    <w:p>
      <w:r>
        <w:t>**Resolución rápida:**</w:t>
      </w:r>
    </w:p>
    <w:p>
      <w:pPr>
        <w:pStyle w:val="ListNumber"/>
      </w:pPr>
      <w:r>
        <w:t>Re-conectar dispositivo inmediatamente.</w:t>
      </w:r>
    </w:p>
    <w:p>
      <w:pPr>
        <w:pStyle w:val="ListNumber"/>
      </w:pPr>
      <w:r>
        <w:t>Verificar que conexión está firme.</w:t>
      </w:r>
    </w:p>
    <w:p>
      <w:pPr>
        <w:pStyle w:val="ListNumber"/>
      </w:pPr>
      <w:r>
        <w:t>Re-ajustar fijación del dispositivo.</w:t>
      </w:r>
    </w:p>
    <w:p>
      <w:pPr>
        <w:pStyle w:val="ListNumber"/>
      </w:pPr>
      <w:r>
        <w:t>Gestionar tubuladuras para evitar enganches.</w:t>
      </w:r>
    </w:p>
    <w:p>
      <w:pPr>
        <w:pStyle w:val="ListNumber"/>
      </w:pPr>
      <w:r>
        <w:t>Re-verificar después de cada movimiento.</w:t>
      </w:r>
    </w:p>
    <w:p>
      <w:r>
        <w:t>────────────────────────────────────────────────────────────</w:t>
      </w:r>
    </w:p>
    <w:p>
      <w:pPr>
        <w:pStyle w:val="Heading3"/>
      </w:pPr>
      <w:r>
        <w:t>Condensación/humidificación (si aplica)</w:t>
      </w:r>
    </w:p>
    <w:p>
      <w:r>
        <w:t>**Causas posibles:**</w:t>
      </w:r>
    </w:p>
    <w:p>
      <w:pPr>
        <w:pStyle w:val="ListBullet"/>
      </w:pPr>
      <w:r>
        <w:t>Humedad en tubuladuras.</w:t>
      </w:r>
    </w:p>
    <w:p>
      <w:pPr>
        <w:pStyle w:val="ListBullet"/>
      </w:pPr>
      <w:r>
        <w:t>Condensación por temperatura.</w:t>
      </w:r>
    </w:p>
    <w:p>
      <w:r>
        <w:t>**Resolución rápida:**</w:t>
      </w:r>
    </w:p>
    <w:p>
      <w:pPr>
        <w:pStyle w:val="ListNumber"/>
      </w:pPr>
      <w:r>
        <w:t>Verificar que no obstruye flujo.</w:t>
      </w:r>
    </w:p>
    <w:p>
      <w:pPr>
        <w:pStyle w:val="ListNumber"/>
      </w:pPr>
      <w:r>
        <w:t>Drenar condensación si es necesario.</w:t>
      </w:r>
    </w:p>
    <w:p>
      <w:pPr>
        <w:pStyle w:val="ListNumber"/>
      </w:pPr>
      <w:r>
        <w:t>Verificar que dispositivo funciona correctamente.</w:t>
      </w:r>
    </w:p>
    <w:p>
      <w:pPr>
        <w:pStyle w:val="ListNumber"/>
      </w:pPr>
      <w:r>
        <w:t>Si es excesiva: considerar cambio de tubuladura.</w:t>
      </w:r>
    </w:p>
    <w:p>
      <w:r>
        <w:t>────────────────────────────────────────────────────────────</w:t>
      </w:r>
    </w:p>
    <w:p>
      <w:pPr>
        <w:pStyle w:val="Heading3"/>
      </w:pPr>
      <w:r>
        <w:t>Paciente intolerante a mascarilla</w:t>
      </w:r>
    </w:p>
    <w:p>
      <w:r>
        <w:t>**Ajustes de confort:**</w:t>
      </w:r>
    </w:p>
    <w:p>
      <w:pPr>
        <w:pStyle w:val="ListBullet"/>
      </w:pPr>
      <w:r>
        <w:t>Ajustar banda (menos apretada pero manteniendo sello).</w:t>
      </w:r>
    </w:p>
    <w:p>
      <w:pPr>
        <w:pStyle w:val="ListBullet"/>
      </w:pPr>
      <w:r>
        <w:t>Verificar que mascarilla no comprime estructuras.</w:t>
      </w:r>
    </w:p>
    <w:p>
      <w:pPr>
        <w:pStyle w:val="ListBullet"/>
      </w:pPr>
      <w:r>
        <w:t>Explicar al paciente (si está consciente).</w:t>
      </w:r>
    </w:p>
    <w:p>
      <w:pPr>
        <w:pStyle w:val="ListBullet"/>
      </w:pPr>
      <w:r>
        <w:t>Considerar alternativas si es necesario.</w:t>
      </w:r>
    </w:p>
    <w:p>
      <w:r>
        <w:t>**Alternativas operativas (sin entrar en clínica):**</w:t>
      </w:r>
    </w:p>
    <w:p>
      <w:pPr>
        <w:pStyle w:val="ListBullet"/>
      </w:pPr>
      <w:r>
        <w:t>Gafas nasales (si paciente respira por nariz).</w:t>
      </w:r>
    </w:p>
    <w:p>
      <w:pPr>
        <w:pStyle w:val="ListBullet"/>
      </w:pPr>
      <w:r>
        <w:t>Ajustar flujo (reducir si es posible según protocolo).</w:t>
      </w:r>
    </w:p>
    <w:p>
      <w:pPr>
        <w:pStyle w:val="ListBullet"/>
      </w:pPr>
      <w:r>
        <w:t>Verificar que dispositivo es necesario (según indicación médica).</w:t>
      </w:r>
    </w:p>
    <w:p>
      <w:pPr>
        <w:pStyle w:val="ListBullet"/>
      </w:pPr>
      <w:r>
        <w:t>Comunicar al médico si paciente no tolera.</w:t>
      </w:r>
    </w:p>
    <w:p>
      <w:r>
        <w:t>────────────────────────────────────────────────────────────</w:t>
      </w:r>
    </w:p>
    <w:p>
      <w:pPr>
        <w:pStyle w:val="Heading3"/>
      </w:pPr>
      <w:r>
        <w:t>Reservorio colapsado (NRB)</w:t>
      </w:r>
    </w:p>
    <w:p>
      <w:r>
        <w:t>**Causas posibles:**</w:t>
      </w:r>
    </w:p>
    <w:p>
      <w:pPr>
        <w:pStyle w:val="ListBullet"/>
      </w:pPr>
      <w:r>
        <w:t>Flujo insuficiente (menos de 10 L/min).</w:t>
      </w:r>
    </w:p>
    <w:p>
      <w:pPr>
        <w:pStyle w:val="ListBullet"/>
      </w:pPr>
      <w:r>
        <w:t>Fuga en reservorio.</w:t>
      </w:r>
    </w:p>
    <w:p>
      <w:pPr>
        <w:pStyle w:val="ListBullet"/>
      </w:pPr>
      <w:r>
        <w:t>Válvulas obstruidas o mal.</w:t>
      </w:r>
    </w:p>
    <w:p>
      <w:r>
        <w:t>**Resolución rápida:**</w:t>
      </w:r>
    </w:p>
    <w:p>
      <w:pPr>
        <w:pStyle w:val="ListNumber"/>
      </w:pPr>
      <w:r>
        <w:t>Verificar que flujo es adecuado (mínimo 10 L/min).</w:t>
      </w:r>
    </w:p>
    <w:p>
      <w:pPr>
        <w:pStyle w:val="ListNumber"/>
      </w:pPr>
      <w:r>
        <w:t>Verificar que no hay fugas.</w:t>
      </w:r>
    </w:p>
    <w:p>
      <w:pPr>
        <w:pStyle w:val="ListNumber"/>
      </w:pPr>
      <w:r>
        <w:t>Verificar que válvulas funcionan correctamente.</w:t>
      </w:r>
    </w:p>
    <w:p>
      <w:pPr>
        <w:pStyle w:val="ListNumber"/>
      </w:pPr>
      <w:r>
        <w:t>Llenar reservorio completamente.</w:t>
      </w:r>
    </w:p>
    <w:p>
      <w:pPr>
        <w:pStyle w:val="ListNumber"/>
      </w:pPr>
      <w:r>
        <w:t>Si persiste: cambiar dispositivo o verificar sistema.</w:t>
      </w:r>
    </w:p>
    <w:p>
      <w:r>
        <w:t>────────────────────────────────────────────────────────────</w:t>
      </w:r>
    </w:p>
    <w:p>
      <w:pPr>
        <w:pStyle w:val="Heading3"/>
      </w:pPr>
      <w:r>
        <w:t>Venturi mal montada</w:t>
      </w:r>
    </w:p>
    <w:p>
      <w:r>
        <w:t>**Causas posibles:**</w:t>
      </w:r>
    </w:p>
    <w:p>
      <w:pPr>
        <w:pStyle w:val="ListBullet"/>
      </w:pPr>
      <w:r>
        <w:t>Piezas incompatibles.</w:t>
      </w:r>
    </w:p>
    <w:p>
      <w:pPr>
        <w:pStyle w:val="ListBullet"/>
      </w:pPr>
      <w:r>
        <w:t>Mal acople de piezas.</w:t>
      </w:r>
    </w:p>
    <w:p>
      <w:pPr>
        <w:pStyle w:val="ListBullet"/>
      </w:pPr>
      <w:r>
        <w:t>Fugas que alteran mezcla.</w:t>
      </w:r>
    </w:p>
    <w:p>
      <w:r>
        <w:t>**Resolución rápida:**</w:t>
      </w:r>
    </w:p>
    <w:p>
      <w:pPr>
        <w:pStyle w:val="ListNumber"/>
      </w:pPr>
      <w:r>
        <w:t>Verificar que piezas son compatibles.</w:t>
      </w:r>
    </w:p>
    <w:p>
      <w:pPr>
        <w:pStyle w:val="ListNumber"/>
      </w:pPr>
      <w:r>
        <w:t>Re-montar correctamente.</w:t>
      </w:r>
    </w:p>
    <w:p>
      <w:pPr>
        <w:pStyle w:val="ListNumber"/>
      </w:pPr>
      <w:r>
        <w:t>Verificar que piezas están bien acopladas.</w:t>
      </w:r>
    </w:p>
    <w:p>
      <w:pPr>
        <w:pStyle w:val="ListNumber"/>
      </w:pPr>
      <w:r>
        <w:t>Verificar que no hay fugas.</w:t>
      </w:r>
    </w:p>
    <w:p>
      <w:pPr>
        <w:pStyle w:val="ListNumber"/>
      </w:pPr>
      <w:r>
        <w:t>Re-verificar que mezcla es correcta.</w:t>
      </w:r>
    </w:p>
    <w:p>
      <w:r>
        <w:t>────────────────────────────────────────────────────────────</w:t>
      </w:r>
    </w:p>
    <w:p>
      <w:pPr>
        <w:pStyle w:val="Heading2"/>
      </w:pPr>
      <w:r>
        <w:t>3.1.7 Integración con traslado y seguridad</w:t>
      </w:r>
    </w:p>
    <w:p>
      <w:pPr>
        <w:pStyle w:val="Heading3"/>
      </w:pPr>
      <w:r>
        <w:t>Gestión de tubuladuras</w:t>
      </w:r>
    </w:p>
    <w:p>
      <w:r>
        <w:t>**Para puertas:**</w:t>
      </w:r>
    </w:p>
    <w:p>
      <w:pPr>
        <w:pStyle w:val="ListBullet"/>
      </w:pPr>
      <w:r>
        <w:t>Coordinar paso de tubuladuras por puertas.</w:t>
      </w:r>
    </w:p>
    <w:p>
      <w:pPr>
        <w:pStyle w:val="ListBullet"/>
      </w:pPr>
      <w:r>
        <w:t>Evitar que tubuladuras se enganchen en marcos.</w:t>
      </w:r>
    </w:p>
    <w:p>
      <w:pPr>
        <w:pStyle w:val="ListBullet"/>
      </w:pPr>
      <w:r>
        <w:t>Verificar que conexiones no se desconectan.</w:t>
      </w:r>
    </w:p>
    <w:p>
      <w:pPr>
        <w:pStyle w:val="ListBullet"/>
      </w:pPr>
      <w:r>
        <w:t>Re-verificar después de pasar puertas.</w:t>
      </w:r>
    </w:p>
    <w:p>
      <w:r>
        <w:t>**Para camilla:**</w:t>
      </w:r>
    </w:p>
    <w:p>
      <w:pPr>
        <w:pStyle w:val="ListBullet"/>
      </w:pPr>
      <w:r>
        <w:t>Organizar tubuladuras para no engancharse.</w:t>
      </w:r>
    </w:p>
    <w:p>
      <w:pPr>
        <w:pStyle w:val="ListBullet"/>
      </w:pPr>
      <w:r>
        <w:t>Fijar tubuladuras si es necesario.</w:t>
      </w:r>
    </w:p>
    <w:p>
      <w:pPr>
        <w:pStyle w:val="ListBullet"/>
      </w:pPr>
      <w:r>
        <w:t>Verificar que conexiones están seguras.</w:t>
      </w:r>
    </w:p>
    <w:p>
      <w:pPr>
        <w:pStyle w:val="ListBullet"/>
      </w:pPr>
      <w:r>
        <w:t>Re-verificar después de movilizaciones.</w:t>
      </w:r>
    </w:p>
    <w:p>
      <w:r>
        <w:t>**Para silla salvaescaleras:**</w:t>
      </w:r>
    </w:p>
    <w:p>
      <w:pPr>
        <w:pStyle w:val="ListBullet"/>
      </w:pPr>
      <w:r>
        <w:t>Gestionar tubuladuras durante subida/bajada.</w:t>
      </w:r>
    </w:p>
    <w:p>
      <w:pPr>
        <w:pStyle w:val="ListBullet"/>
      </w:pPr>
      <w:r>
        <w:t>Evitar que tubuladuras se enganchen.</w:t>
      </w:r>
    </w:p>
    <w:p>
      <w:pPr>
        <w:pStyle w:val="ListBullet"/>
      </w:pPr>
      <w:r>
        <w:t>Verificar que conexiones están seguras.</w:t>
      </w:r>
    </w:p>
    <w:p>
      <w:pPr>
        <w:pStyle w:val="ListBullet"/>
      </w:pPr>
      <w:r>
        <w:t>Re-verificar después de escaleras.</w:t>
      </w:r>
    </w:p>
    <w:p>
      <w:r>
        <w:t>────────────────────────────────────────────────────────────</w:t>
      </w:r>
    </w:p>
    <w:p>
      <w:pPr>
        <w:pStyle w:val="Heading3"/>
      </w:pPr>
      <w:r>
        <w:t>Fijación de botella portátil</w:t>
      </w:r>
    </w:p>
    <w:p>
      <w:r>
        <w:t>**Principios:**</w:t>
      </w:r>
    </w:p>
    <w:p>
      <w:pPr>
        <w:pStyle w:val="ListBullet"/>
      </w:pPr>
      <w:r>
        <w:t>Fijar botella portátil correctamente.</w:t>
      </w:r>
    </w:p>
    <w:p>
      <w:pPr>
        <w:pStyle w:val="ListBullet"/>
      </w:pPr>
      <w:r>
        <w:t>Usar carro o sistema de transporte adecuado.</w:t>
      </w:r>
    </w:p>
    <w:p>
      <w:pPr>
        <w:pStyle w:val="ListBullet"/>
      </w:pPr>
      <w:r>
        <w:t>Verificar que botella está segura.</w:t>
      </w:r>
    </w:p>
    <w:p>
      <w:pPr>
        <w:pStyle w:val="ListBullet"/>
      </w:pPr>
      <w:r>
        <w:t>Evitar golpes durante transporte.</w:t>
      </w:r>
    </w:p>
    <w:p>
      <w:r>
        <w:t>**Durante traslado:**</w:t>
      </w:r>
    </w:p>
    <w:p>
      <w:pPr>
        <w:pStyle w:val="ListBullet"/>
      </w:pPr>
      <w:r>
        <w:t>Verificar que botella está fijada.</w:t>
      </w:r>
    </w:p>
    <w:p>
      <w:pPr>
        <w:pStyle w:val="ListBullet"/>
      </w:pPr>
      <w:r>
        <w:t>Verificar que botella no se mueve.</w:t>
      </w:r>
    </w:p>
    <w:p>
      <w:pPr>
        <w:pStyle w:val="ListBullet"/>
      </w:pPr>
      <w:r>
        <w:t>Re-verificar periódicamente.</w:t>
      </w:r>
    </w:p>
    <w:p>
      <w:pPr>
        <w:pStyle w:val="ListBullet"/>
      </w:pPr>
      <w:r>
        <w:t>Ajustar si es necesario.</w:t>
      </w:r>
    </w:p>
    <w:p>
      <w:r>
        <w:t>────────────────────────────────────────────────────────────</w:t>
      </w:r>
    </w:p>
    <w:p>
      <w:pPr>
        <w:pStyle w:val="Heading3"/>
      </w:pPr>
      <w:r>
        <w:t>Revisión tras cada transferencia</w:t>
      </w:r>
    </w:p>
    <w:p>
      <w:r>
        <w:t>**Después de transferencias (ver 2.8/2.13):**</w:t>
      </w:r>
    </w:p>
    <w:p>
      <w:pPr>
        <w:pStyle w:val="ListBullet"/>
      </w:pPr>
      <w:r>
        <w:t>Re-verificar que dispositivo está bien colocado.</w:t>
      </w:r>
    </w:p>
    <w:p>
      <w:pPr>
        <w:pStyle w:val="ListBullet"/>
      </w:pPr>
      <w:r>
        <w:t>Re-verificar que conexiones están seguras.</w:t>
      </w:r>
    </w:p>
    <w:p>
      <w:pPr>
        <w:pStyle w:val="ListBullet"/>
      </w:pPr>
      <w:r>
        <w:t>Re-verificar que flujo funciona correctamente.</w:t>
      </w:r>
    </w:p>
    <w:p>
      <w:pPr>
        <w:pStyle w:val="ListBullet"/>
      </w:pPr>
      <w:r>
        <w:t>Re-verificar que no hay fugas.</w:t>
      </w:r>
    </w:p>
    <w:p>
      <w:pPr>
        <w:pStyle w:val="ListBullet"/>
      </w:pPr>
      <w:r>
        <w:t>Ajustar si es necesario.</w:t>
      </w:r>
    </w:p>
    <w:p>
      <w:r>
        <w:t>**Principio:**</w:t>
      </w:r>
    </w:p>
    <w:p>
      <w:pPr>
        <w:pStyle w:val="ListBullet"/>
      </w:pPr>
      <w:r>
        <w:t>**Re-verificar después de cada movimiento o transferencia.**</w:t>
      </w:r>
    </w:p>
    <w:p>
      <w:pPr>
        <w:pStyle w:val="ListBullet"/>
      </w:pPr>
      <w:r>
        <w:t>**No asumir que todo sigue igual.**</w:t>
      </w:r>
    </w:p>
    <w:p>
      <w:pPr>
        <w:pStyle w:val="ListBullet"/>
      </w:pPr>
      <w:r>
        <w:t>**Ajustar si es necesario.**</w:t>
      </w:r>
    </w:p>
    <w:p>
      <w:r>
        <w:t>────────────────────────────────────────────────────────────</w:t>
      </w:r>
    </w:p>
    <w:p>
      <w:pPr>
        <w:pStyle w:val="Heading2"/>
      </w:pPr>
      <w:r>
        <w:t>3.1.8 Errores críticos y señales de alarma</w:t>
      </w:r>
    </w:p>
    <w:p>
      <w:pPr>
        <w:pStyle w:val="Heading3"/>
      </w:pPr>
      <w:r>
        <w:t>Errores críticos</w:t>
      </w:r>
    </w:p>
    <w:p>
      <w:r>
        <w:t>**Error 1: O₂ cerca de ignición**</w:t>
      </w:r>
    </w:p>
    <w:p>
      <w:pPr>
        <w:pStyle w:val="ListBullet"/>
      </w:pPr>
      <w:r>
        <w:t>❌ Usar oxígeno cerca de llamas, cigarrillos, fuentes de ignición.</w:t>
      </w:r>
    </w:p>
    <w:p>
      <w:pPr>
        <w:pStyle w:val="ListBullet"/>
      </w:pPr>
      <w:r>
        <w:t>**Consecuencia:** Riesgo de incendio, explosión.</w:t>
      </w:r>
    </w:p>
    <w:p>
      <w:pPr>
        <w:pStyle w:val="ListBullet"/>
      </w:pPr>
      <w:r>
        <w:t>**Prevención:** Mantener distancia de fuentes de ignición, no fumar, no usar llamas.</w:t>
      </w:r>
    </w:p>
    <w:p>
      <w:r>
        <w:t>**Error 2: Reservorio colapsado (NRB)**</w:t>
      </w:r>
    </w:p>
    <w:p>
      <w:pPr>
        <w:pStyle w:val="ListBullet"/>
      </w:pPr>
      <w:r>
        <w:t>❌ Usar mascarilla con reservorio sin que reservorio se llene.</w:t>
      </w:r>
    </w:p>
    <w:p>
      <w:pPr>
        <w:pStyle w:val="ListBullet"/>
      </w:pPr>
      <w:r>
        <w:t>**Consecuencia:** FiO2 inadecuada, desperdicio de oxígeno.</w:t>
      </w:r>
    </w:p>
    <w:p>
      <w:pPr>
        <w:pStyle w:val="ListBullet"/>
      </w:pPr>
      <w:r>
        <w:t>**Prevención:** Llenar reservorio completamente antes de colocar, verificar flujo mínimo 10 L/min.</w:t>
      </w:r>
    </w:p>
    <w:p>
      <w:r>
        <w:t>**Error 3: Venturi mal montada**</w:t>
      </w:r>
    </w:p>
    <w:p>
      <w:pPr>
        <w:pStyle w:val="ListBullet"/>
      </w:pPr>
      <w:r>
        <w:t>❌ Usar Venturi con piezas incompatibles o mal montada.</w:t>
      </w:r>
    </w:p>
    <w:p>
      <w:pPr>
        <w:pStyle w:val="ListBullet"/>
      </w:pPr>
      <w:r>
        <w:t>**Consecuencia:** FiO2 incorrecta, desperdicio de oxígeno.</w:t>
      </w:r>
    </w:p>
    <w:p>
      <w:pPr>
        <w:pStyle w:val="ListBullet"/>
      </w:pPr>
      <w:r>
        <w:t>**Prevención:** Verificar que piezas son compatibles, montar correctamente, verificar que no hay fugas.</w:t>
      </w:r>
    </w:p>
    <w:p>
      <w:r>
        <w:t>**Error 4: Botella agotada sin margen**</w:t>
      </w:r>
    </w:p>
    <w:p>
      <w:pPr>
        <w:pStyle w:val="ListBullet"/>
      </w:pPr>
      <w:r>
        <w:t>❌ Usar botella hasta presión = 0 sin dejar reserva.</w:t>
      </w:r>
    </w:p>
    <w:p>
      <w:pPr>
        <w:pStyle w:val="ListBullet"/>
      </w:pPr>
      <w:r>
        <w:t>**Consecuencia:** Quedarse sin oxígeno durante uso, compromiso de oxigenación.</w:t>
      </w:r>
    </w:p>
    <w:p>
      <w:pPr>
        <w:pStyle w:val="ListBullet"/>
      </w:pPr>
      <w:r>
        <w:t>**Prevención:** Calcular duración, dejar reserva (20-30 bar), cambiar botella antes de agotarse.</w:t>
      </w:r>
    </w:p>
    <w:p>
      <w:r>
        <w:t>**Error 5: Equipo sin fijación durante evacuación**</w:t>
      </w:r>
    </w:p>
    <w:p>
      <w:pPr>
        <w:pStyle w:val="ListBullet"/>
      </w:pPr>
      <w:r>
        <w:t>❌ No fijar botella o dispositivo durante evacuación.</w:t>
      </w:r>
    </w:p>
    <w:p>
      <w:pPr>
        <w:pStyle w:val="ListBullet"/>
      </w:pPr>
      <w:r>
        <w:t>**Consecuencia:** Riesgo de caída, desconexión, lesión.</w:t>
      </w:r>
    </w:p>
    <w:p>
      <w:pPr>
        <w:pStyle w:val="ListBullet"/>
      </w:pPr>
      <w:r>
        <w:t>**Prevención:** Fijar botella correctamente, fijar dispositivo, re-verificar después de movimientos.</w:t>
      </w:r>
    </w:p>
    <w:p>
      <w:r>
        <w:t>────────────────────────────────────────────────────────────</w:t>
      </w:r>
    </w:p>
    <w:p>
      <w:pPr>
        <w:pStyle w:val="Heading3"/>
      </w:pPr>
      <w:r>
        <w:t>Señales de alarma (cuándo parar y reevaluar)</w:t>
      </w:r>
    </w:p>
    <w:p>
      <w:r>
        <w:t>**Señal de alarma 1: Olor o ruido anormal**</w:t>
      </w:r>
    </w:p>
    <w:p>
      <w:pPr>
        <w:pStyle w:val="ListBullet"/>
      </w:pPr>
      <w:r>
        <w:t>**Acción:** Parar, cerrar válvula, verificar sistema, comunicar.</w:t>
      </w:r>
    </w:p>
    <w:p>
      <w:pPr>
        <w:pStyle w:val="ListBullet"/>
      </w:pPr>
      <w:r>
        <w:t>**Si persiste:** No usar, cambiar botella o componente.</w:t>
      </w:r>
    </w:p>
    <w:p>
      <w:r>
        <w:t>**Señal de alarma 2: Fuga importante**</w:t>
      </w:r>
    </w:p>
    <w:p>
      <w:pPr>
        <w:pStyle w:val="ListBullet"/>
      </w:pPr>
      <w:r>
        <w:t>**Acción:** Parar, cerrar válvula, corregir fuga, re-verificar.</w:t>
      </w:r>
    </w:p>
    <w:p>
      <w:pPr>
        <w:pStyle w:val="ListBullet"/>
      </w:pPr>
      <w:r>
        <w:t>**Si persiste:** Cambiar componente o botella.</w:t>
      </w:r>
    </w:p>
    <w:p>
      <w:r>
        <w:t>**Señal de alarma 3: Dispositivo no funciona**</w:t>
      </w:r>
    </w:p>
    <w:p>
      <w:pPr>
        <w:pStyle w:val="ListBullet"/>
      </w:pPr>
      <w:r>
        <w:t>**Acción:** Parar, verificar dispositivo, cambiar si es necesario.</w:t>
      </w:r>
    </w:p>
    <w:p>
      <w:pPr>
        <w:pStyle w:val="ListBullet"/>
      </w:pPr>
      <w:r>
        <w:t>**Si persiste:** Usar dispositivo alternativo.</w:t>
      </w:r>
    </w:p>
    <w:p>
      <w:r>
        <w:t>**Señal de alarma 4: Botella se agota durante uso**</w:t>
      </w:r>
    </w:p>
    <w:p>
      <w:pPr>
        <w:pStyle w:val="ListBullet"/>
      </w:pPr>
      <w:r>
        <w:t>**Acción:** Parar, cambiar botella inmediatamente, re-conectar sistema.</w:t>
      </w:r>
    </w:p>
    <w:p>
      <w:pPr>
        <w:pStyle w:val="ListBullet"/>
      </w:pPr>
      <w:r>
        <w:t>**Prevención:** Calcular duración, cambiar botella antes de agotarse.</w:t>
      </w:r>
    </w:p>
    <w:p>
      <w:r>
        <w:t>**Señal de alarma 5: Paciente no tolera dispositivo**</w:t>
      </w:r>
    </w:p>
    <w:p>
      <w:pPr>
        <w:pStyle w:val="ListBullet"/>
      </w:pPr>
      <w:r>
        <w:t>**Acción:** Parar, evaluar, ajustar o considerar alternativas.</w:t>
      </w:r>
    </w:p>
    <w:p>
      <w:pPr>
        <w:pStyle w:val="ListBullet"/>
      </w:pPr>
      <w:r>
        <w:t>**Si persiste:** Comunicar al médico, considerar alternativas.</w:t>
      </w:r>
    </w:p>
    <w:p>
      <w:r>
        <w:t>**Principio:**</w:t>
      </w:r>
    </w:p>
    <w:p>
      <w:pPr>
        <w:pStyle w:val="ListBullet"/>
      </w:pPr>
      <w:r>
        <w:t>**Si hay señal de alarma: PARAR, RE-EVALUAR, CORREGIR, COMUNICAR.**</w:t>
      </w:r>
    </w:p>
    <w:p>
      <w:pPr>
        <w:pStyle w:val="ListBullet"/>
      </w:pPr>
      <w:r>
        <w:t>**No continuar si hay riesgo para paciente o equipo.**</w:t>
      </w:r>
    </w:p>
    <w:p>
      <w:r>
        <w:t>────────────────────────────────────────────────────────────</w:t>
      </w:r>
    </w:p>
    <w:p>
      <w:pPr>
        <w:pStyle w:val="Heading2"/>
      </w:pPr>
      <w:r>
        <w:t>3.1.9 Puntos clave TES</w:t>
      </w:r>
    </w:p>
    <w:p>
      <w:pPr>
        <w:pStyle w:val="ListBullet"/>
      </w:pPr>
      <w:r>
        <w:t>**Preparar equipo antes de colocar** (verificar botella, regulador, caudalímetro, montar dispositivo, comprobar flujo).</w:t>
      </w:r>
    </w:p>
    <w:p>
      <w:pPr>
        <w:pStyle w:val="ListBullet"/>
      </w:pPr>
      <w:r>
        <w:t>**Conexiones firmes, sin fugas** (verificar todas las conexiones, aplicar detector de fugas si es necesario, corregir fugas inmediatamente).</w:t>
      </w:r>
    </w:p>
    <w:p>
      <w:pPr>
        <w:pStyle w:val="ListBullet"/>
      </w:pPr>
      <w:r>
        <w:t>**Caudal indicado y verificación de flujo real** (ajustar caudal según necesidad, verificar que flujo real coincide con ajuste).</w:t>
      </w:r>
    </w:p>
    <w:p>
      <w:pPr>
        <w:pStyle w:val="ListBullet"/>
      </w:pPr>
      <w:r>
        <w:t>**Comunicación con paciente y confort** (explicar al paciente, verificar que dispositivo es cómodo, ajustar para mejorar confort).</w:t>
      </w:r>
    </w:p>
    <w:p>
      <w:pPr>
        <w:pStyle w:val="ListBullet"/>
      </w:pPr>
      <w:r>
        <w:t>**Reevaluación tras movimientos/transferencias** (re-verificar dispositivo, conexiones, flujo después de cada movimiento).</w:t>
      </w:r>
    </w:p>
    <w:p>
      <w:pPr>
        <w:pStyle w:val="ListBullet"/>
      </w:pPr>
      <w:r>
        <w:t>**Consumo: recalcular si cambia caudal o dispositivo** (re-calcular duración si se cambia caudal o dispositivo, monitorear consumo).</w:t>
      </w:r>
    </w:p>
    <w:p>
      <w:pPr>
        <w:pStyle w:val="ListBullet"/>
      </w:pPr>
      <w:r>
        <w:t>**Llenar reservorio antes de colocar** (mascarilla con reservorio: llenar completamente antes de colocar, verificar flujo mínimo 10 L/min).</w:t>
      </w:r>
    </w:p>
    <w:p>
      <w:pPr>
        <w:pStyle w:val="ListBullet"/>
      </w:pPr>
      <w:r>
        <w:t>**Venturi: verificar montaje correcto** (piezas compatibles, bien acopladas, sin fugas que alteren mezcla).</w:t>
      </w:r>
    </w:p>
    <w:p>
      <w:pPr>
        <w:pStyle w:val="ListBullet"/>
      </w:pPr>
      <w:r>
        <w:t>**BVM: sello adecuado y coordinación** (sello adecuado con mascarilla, coordinación a dos TES si es necesario).</w:t>
      </w:r>
    </w:p>
    <w:p>
      <w:pPr>
        <w:pStyle w:val="ListBullet"/>
      </w:pPr>
      <w:r>
        <w:t>**Fijar botella y dispositivo durante evacuación** (fijar botella correctamente, fijar dispositivo, re-verificar después de movimientos).</w:t>
      </w:r>
    </w:p>
    <w:p>
      <w:pPr>
        <w:pStyle w:val="ListBullet"/>
      </w:pPr>
      <w:r>
        <w:t>**NUNCA usar oxígeno cerca de ignición** (mantener distancia de fuentes de ignición, no fumar, no usar llamas).</w:t>
      </w:r>
    </w:p>
    <w:p>
      <w:pPr>
        <w:pStyle w:val="ListBullet"/>
      </w:pPr>
      <w:r>
        <w:t>**Calcular duración y dejar reserva** (calcular duración antes de usar, dejar reserva 20-30 bar, cambiar botella antes de agotarse).</w:t>
      </w:r>
    </w:p>
    <w:p>
      <w:r>
        <w:t>────────────────────────────────────────────────────────────</w:t>
      </w:r>
    </w:p>
    <w:p>
      <w:pPr>
        <w:pStyle w:val="Heading2"/>
      </w:pPr>
      <w:r>
        <w:t>3.1.10 Cierre del capítulo</w:t>
      </w:r>
    </w:p>
    <w:p>
      <w:r>
        <w:t>Este capítulo se integra con:</w:t>
      </w:r>
    </w:p>
    <w:p>
      <w:pPr>
        <w:pStyle w:val="ListBullet"/>
      </w:pPr>
      <w:r>
        <w:t>**3.0 – Oxigenoterapia: Fundamentos Operativos y Seguridad TES** (seguridad, cálculo de consumo, componentes del sistema)</w:t>
      </w:r>
    </w:p>
    <w:p>
      <w:pPr>
        <w:pStyle w:val="ListBullet"/>
      </w:pPr>
      <w:r>
        <w:t>**3.2 – Aspiración: Material y Uso Seguro** (integración con aspiración)</w:t>
      </w:r>
    </w:p>
    <w:p>
      <w:pPr>
        <w:pStyle w:val="ListBullet"/>
      </w:pPr>
      <w:r>
        <w:t>**3.3 – Bolsa-Válvula-Mascarilla (BVM): Material y Uso Seguro** (integración con BVM)</w:t>
      </w:r>
    </w:p>
    <w:p>
      <w:pPr>
        <w:pStyle w:val="ListBullet"/>
      </w:pPr>
      <w:r>
        <w:t>**3.4 – Cánulas (OPA/NPA): Uso Seguro Operativo** (integración con cánulas)</w:t>
      </w:r>
    </w:p>
    <w:p>
      <w:pPr>
        <w:pStyle w:val="ListBullet"/>
      </w:pPr>
      <w:r>
        <w:t>**3.5 – Maletín de Vía Aérea y Oxigenoterapia: Organización y Chequeo Operativo** (verificación de dispositivos)</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El **montaje correcto** es esencial para funcionamiento adecuado</w:t>
      </w:r>
    </w:p>
    <w:p>
      <w:pPr>
        <w:pStyle w:val="ListBullet"/>
      </w:pPr>
      <w:r>
        <w:t>**Verificar fugas** sistemáticamente antes de usar</w:t>
      </w:r>
    </w:p>
    <w:p>
      <w:pPr>
        <w:pStyle w:val="ListBullet"/>
      </w:pPr>
      <w:r>
        <w:t>**Re-verificar** después de movimientos y transferencias</w:t>
      </w:r>
    </w:p>
    <w:p>
      <w:pPr>
        <w:pStyle w:val="ListBullet"/>
      </w:pPr>
      <w:r>
        <w:t>**Calcular consumo** y planificar cambios de botella</w:t>
      </w:r>
    </w:p>
    <w:p>
      <w:pPr>
        <w:pStyle w:val="ListBullet"/>
      </w:pPr>
      <w:r>
        <w:t>**NUNCA usar oxígeno cerca de ignición**</w:t>
      </w:r>
    </w:p>
    <w:p>
      <w:r>
        <w:t>**Principios No Negociables:**</w:t>
      </w:r>
    </w:p>
    <w:p>
      <w:pPr>
        <w:pStyle w:val="ListBullet"/>
      </w:pPr>
      <w:r>
        <w:t>**NUNCA usar** oxígeno cerca de fuentes de ignición</w:t>
      </w:r>
    </w:p>
    <w:p>
      <w:pPr>
        <w:pStyle w:val="ListBullet"/>
      </w:pPr>
      <w:r>
        <w:t>**NUNCA usar** dispositivo sin verificar fugas</w:t>
      </w:r>
    </w:p>
    <w:p>
      <w:pPr>
        <w:pStyle w:val="ListBullet"/>
      </w:pPr>
      <w:r>
        <w:t>**NUNCA usar** reservorio colapsado (llenar antes de colocar)</w:t>
      </w:r>
    </w:p>
    <w:p>
      <w:pPr>
        <w:pStyle w:val="ListBullet"/>
      </w:pPr>
      <w:r>
        <w:t>**NUNCA usar** Venturi mal montada</w:t>
      </w:r>
    </w:p>
    <w:p>
      <w:pPr>
        <w:pStyle w:val="ListBullet"/>
      </w:pPr>
      <w:r>
        <w:t>**SIEMPRE verificar** flujo real después de ajustar caudal</w:t>
      </w:r>
    </w:p>
    <w:p>
      <w:pPr>
        <w:pStyle w:val="ListBullet"/>
      </w:pPr>
      <w:r>
        <w:t>**SIEMPRE re-verificar** después de movimientos y transferencias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BLOQUE 3 · VÍA AÉREA (EXPANSIÓN SVA)</w:t>
      </w:r>
    </w:p>
    <w:p>
      <w:pPr>
        <w:pStyle w:val="Heading1"/>
      </w:pPr>
      <w:r>
        <w:t>BLOQUE 3 · VÍA AÉREA (EXPANSIÓN SVA)</w:t>
      </w:r>
    </w:p>
    <w:p>
      <w:pPr>
        <w:pStyle w:val="Heading2"/>
      </w:pPr>
      <w:r>
        <w:t>Capítulo 3.20 · Resolución de Problemas en la Vía Aérea</w:t>
      </w:r>
    </w:p>
    <w:p>
      <w:r>
        <w:t>────────────────────────────────────────────────────────────</w:t>
      </w:r>
    </w:p>
    <w:p>
      <w:pPr>
        <w:pStyle w:val="Heading2"/>
      </w:pPr>
      <w:r>
        <w:t>QUÉ APORTA</w:t>
      </w:r>
    </w:p>
    <w:p>
      <w:r>
        <w:t>Este capítulo proporciona al TES un framework mental estructurado para enfrentar las complicaciones más frecuentes durante el manejo de la vía aérea. Se centra en el reconocimiento inmediato, la aplicación de algoritmos de solución simples y la prevención de errores en cadena, transformando el caos potencial en una respuesta protocolizada y eficaz.</w:t>
      </w:r>
    </w:p>
    <w:p>
      <w:r>
        <w:t>────────────────────────────────────────────────────────────</w:t>
      </w:r>
    </w:p>
    <w:p>
      <w:pPr>
        <w:pStyle w:val="Heading2"/>
      </w:pPr>
      <w:r>
        <w:t>ENFOQUE: ALGORITMOS "SI OCURRE X → HAZ Y"</w:t>
      </w:r>
    </w:p>
    <w:p>
      <w:r>
        <w:t>Se presentan guías de acción directa para cada escenario problemático.</w:t>
      </w:r>
    </w:p>
    <w:p>
      <w:r>
        <w:t>────────────────────────────────────────────────────────────</w:t>
      </w:r>
    </w:p>
    <w:p>
      <w:pPr>
        <w:pStyle w:val="Heading2"/>
      </w:pPr>
      <w:r>
        <w:t>1. VENTILACIÓN INEFICAZ</w:t>
      </w:r>
    </w:p>
    <w:p>
      <w:pPr>
        <w:pStyle w:val="Heading3"/>
      </w:pPr>
      <w:r>
        <w:t>SÍNTOMAS/SEÑALES:</w:t>
      </w:r>
    </w:p>
    <w:p>
      <w:pPr>
        <w:pStyle w:val="ListBullet"/>
      </w:pPr>
      <w:r>
        <w:t>Movimiento torácico escaso o nulo.</w:t>
      </w:r>
    </w:p>
    <w:p>
      <w:pPr>
        <w:pStyle w:val="ListBullet"/>
      </w:pPr>
      <w:r>
        <w:t>Resistencia alta al insuflar el BVM.</w:t>
      </w:r>
    </w:p>
    <w:p>
      <w:pPr>
        <w:pStyle w:val="ListBullet"/>
      </w:pPr>
      <w:r>
        <w:t>No hay sonidos ventilatorios auscultados.</w:t>
      </w:r>
    </w:p>
    <w:p>
      <w:pPr>
        <w:pStyle w:val="ListBullet"/>
      </w:pPr>
      <w:r>
        <w:t>Capnografía plana o inexistente.</w:t>
      </w:r>
    </w:p>
    <w:p>
      <w:pPr>
        <w:pStyle w:val="Heading3"/>
      </w:pPr>
      <w:r>
        <w:t>ALGORITMO "D.O.P.E." (Post-intubación inmediata) / "M.A.S.S." (Pre-intubación):</w:t>
      </w:r>
    </w:p>
    <w:p>
      <w:pPr>
        <w:pStyle w:val="Heading4"/>
      </w:pPr>
      <w:r>
        <w:t>Para vía aérea AVANZADA ya establecida (tubo endotraqueal) → Usa "D.O.P.E.":</w:t>
      </w:r>
    </w:p>
    <w:p>
      <w:r>
        <w:t>**Displacement (Desplazamiento):**</w:t>
      </w:r>
    </w:p>
    <w:p>
      <w:pPr>
        <w:pStyle w:val="ListBullet"/>
      </w:pPr>
      <w:r>
        <w:t>**SI:** Auscultación asimétrica/bilateral ausente, burbujeo gástrico, tubo "más largo" fuera.</w:t>
      </w:r>
    </w:p>
    <w:p>
      <w:pPr>
        <w:pStyle w:val="ListBullet"/>
      </w:pPr>
      <w:r>
        <w:t>**HAZ:** Verificar fijación, auscultar. Si duda, DESCONECTAR VENTILADOR, oxigenar con BVM y reevaluar necesidad de reintubación.</w:t>
      </w:r>
    </w:p>
    <w:p>
      <w:r>
        <w:t>**Obstruction (Obstrucción):**</w:t>
      </w:r>
    </w:p>
    <w:p>
      <w:pPr>
        <w:pStyle w:val="ListBullet"/>
      </w:pPr>
      <w:r>
        <w:t>**SI:** Picos de presión altos, resistencia al BVM, sonidos sibilantes/roncos.</w:t>
      </w:r>
    </w:p>
    <w:p>
      <w:pPr>
        <w:pStyle w:val="ListBullet"/>
      </w:pPr>
      <w:r>
        <w:t>**HAZ:** Aspirar a través del tubo (sonda cerrada). Si persiste, considerar broncoespasmo (Salbutamol/Adrenalina según protocolo).</w:t>
      </w:r>
    </w:p>
    <w:p>
      <w:r>
        <w:t>**Pneumothorax (Neumotórax):**</w:t>
      </w:r>
    </w:p>
    <w:p>
      <w:pPr>
        <w:pStyle w:val="ListBullet"/>
      </w:pPr>
      <w:r>
        <w:t>**SI:** Auscultación unilateral, timpanismo, hipotensión súbita, distensión venosa yugular (a menos que esté hipovolémico).</w:t>
      </w:r>
    </w:p>
    <w:p>
      <w:pPr>
        <w:pStyle w:val="ListBullet"/>
      </w:pPr>
      <w:r>
        <w:t>**HAZ:** SOSPECHA ALTA. Preparar para descompresión con aguja si confirmado clínicamente y empeora.</w:t>
      </w:r>
    </w:p>
    <w:p>
      <w:r>
        <w:t>**Equipment (Fallo del equipo):**</w:t>
      </w:r>
    </w:p>
    <w:p>
      <w:pPr>
        <w:pStyle w:val="ListBullet"/>
      </w:pPr>
      <w:r>
        <w:t>**SI:** No hay paso de aire, alarma de presión, capnógrafo no funciona.</w:t>
      </w:r>
    </w:p>
    <w:p>
      <w:pPr>
        <w:pStyle w:val="ListBullet"/>
      </w:pPr>
      <w:r>
        <w:t>**HAZ:** DESCONECTAR DEL VENTILADOR. Usar BVM con O₂. Verificar conexiones, tubo, válvulas.</w:t>
      </w:r>
    </w:p>
    <w:p>
      <w:pPr>
        <w:pStyle w:val="Heading4"/>
      </w:pPr>
      <w:r>
        <w:t>Para vía aérea BÁSICA (BVM) → Usa "M.A.S.S.":</w:t>
      </w:r>
    </w:p>
    <w:p>
      <w:r>
        <w:t>**Mask (Mascarilla):** ¿Sellado correcto? Ajustar técnica CE.</w:t>
      </w:r>
    </w:p>
    <w:p>
      <w:r>
        <w:t>**Airway (Vía aérea):** ¿Permeable? Revalorizar triple maniobra, cánula Guedel/Nasofaríngea.</w:t>
      </w:r>
    </w:p>
    <w:p>
      <w:r>
        <w:t>**Stomach (Estómago):** ¿Distensión gástrica? Aplicar presión cricoidea (Sellick) suave durante insuflaciones.</w:t>
      </w:r>
    </w:p>
    <w:p>
      <w:r>
        <w:t>**Suction (Succión):** ¿Secreciones? Aspirar antes de ventilar.</w:t>
      </w:r>
    </w:p>
    <w:p>
      <w:r>
        <w:t>────────────────────────────────────────────────────────────</w:t>
      </w:r>
    </w:p>
    <w:p>
      <w:pPr>
        <w:pStyle w:val="Heading2"/>
      </w:pPr>
      <w:r>
        <w:t>2. DESATURACIÓN SÚBITA (SpO₂ &lt;90% y en caída)</w:t>
      </w:r>
    </w:p>
    <w:p>
      <w:pPr>
        <w:pStyle w:val="Heading3"/>
      </w:pPr>
      <w:r>
        <w:t>ALGORITMO "H.A.L.T.":</w:t>
      </w:r>
    </w:p>
    <w:p>
      <w:r>
        <w:t>**Hypoxia (Hipoxia real):** ¿Problema pulmonar/cardíaco?</w:t>
      </w:r>
    </w:p>
    <w:p>
      <w:pPr>
        <w:pStyle w:val="ListBullet"/>
      </w:pPr>
      <w:r>
        <w:t>**HAZ:** Aumentar FiO₂ al 100%. Auscultar (¿edema? ¿broncoespasmo?). Tratar causa si posible.</w:t>
      </w:r>
    </w:p>
    <w:p>
      <w:r>
        <w:t>**Algorithm (Algoritmo del pulsioxímetro):** ¿Buena curva de pulso? ¿Buena señal?</w:t>
      </w:r>
    </w:p>
    <w:p>
      <w:pPr>
        <w:pStyle w:val="ListBullet"/>
      </w:pPr>
      <w:r>
        <w:t>**HAZ:** Cambiar dedo, limpiar, calentar extremidad, probar otro sensor. Verificar frecuencia cardíaca concordante.</w:t>
      </w:r>
    </w:p>
    <w:p>
      <w:r>
        <w:t>**Low flow (Bajo flujo sanguíneo):** ¿Hipotensión, vasoconstricción, frío?</w:t>
      </w:r>
    </w:p>
    <w:p>
      <w:pPr>
        <w:pStyle w:val="ListBullet"/>
      </w:pPr>
      <w:r>
        <w:t>**HAZ:** Mejorar perfusión (fluidos, soporte circulatorio). Colocar sensor en lóbulo de la oreja o frente si disponible.</w:t>
      </w:r>
    </w:p>
    <w:p>
      <w:r>
        <w:t>**Tube/Transport (Problema del tubo/transporte):** ¿Desplazamiento? ¿Obstrucción?</w:t>
      </w:r>
    </w:p>
    <w:p>
      <w:pPr>
        <w:pStyle w:val="ListBullet"/>
      </w:pPr>
      <w:r>
        <w:t>**HAZ:** Volver a D.O.P.E. Revisar fijación, aspiración, conexiones.</w:t>
      </w:r>
    </w:p>
    <w:p>
      <w:r>
        <w:t>────────────────────────────────────────────────────────────</w:t>
      </w:r>
    </w:p>
    <w:p>
      <w:pPr>
        <w:pStyle w:val="Heading2"/>
      </w:pPr>
      <w:r>
        <w:t>3. VÓMITOS Y ASPIRACIÓN</w:t>
      </w:r>
    </w:p>
    <w:p>
      <w:pPr>
        <w:pStyle w:val="Heading3"/>
      </w:pPr>
      <w:r>
        <w:t>ALGORITMO "S.U.C.T.I.O.N." (Prevención y Actuación):</w:t>
      </w:r>
    </w:p>
    <w:p>
      <w:r>
        <w:t>**Suction ON (Succión encendida):** Tener la sonda rígida (Yankauer) conectada y a mano SIEMPRE.</w:t>
      </w:r>
    </w:p>
    <w:p>
      <w:r>
        <w:t>**Upright (Incorporar):** Si consciente y seguro, posición semisentada.</w:t>
      </w:r>
    </w:p>
    <w:p>
      <w:r>
        <w:t>**Cricoid (Cricoidea):** Aplicar presión de Sellick durante la inducción en RSI para minimizar riesgo.</w:t>
      </w:r>
    </w:p>
    <w:p>
      <w:r>
        <w:t>**Tilt (Inclinación):** Mesa/tronco en ligera inclinación de Trendelenburg inverso (cabeza arriba) si posible para intubación.</w:t>
      </w:r>
    </w:p>
    <w:p>
      <w:r>
        <w:t>**Immobilize head (Inmovilizar cabeza):** En trauma, mantener alineación cervical durante maniobras.</w:t>
      </w:r>
    </w:p>
    <w:p>
      <w:r>
        <w:t>**Oxygenate (Oxigenar):** Preoxigenar con 100% O₂ 3 minutos antes de intubación (nitrógeno washout).</w:t>
      </w:r>
    </w:p>
    <w:p>
      <w:r>
        <w:t>**Nothing by mouth (Nada por boca):** Recordatorio absoluto en disminuido de conciencia.</w:t>
      </w:r>
    </w:p>
    <w:p>
      <w:pPr>
        <w:pStyle w:val="Heading3"/>
      </w:pPr>
      <w:r>
        <w:t>SI OCURRE ASPIRACIÓN VISIBLE:</w:t>
      </w:r>
    </w:p>
    <w:p>
      <w:pPr>
        <w:pStyle w:val="ListNumber"/>
      </w:pPr>
      <w:r>
        <w:t>**PARAR** ventilación inmediata.</w:t>
      </w:r>
    </w:p>
    <w:p>
      <w:pPr>
        <w:pStyle w:val="ListNumber"/>
      </w:pPr>
      <w:r>
        <w:t>**INCLINAR** rápidamente la cabeza del paciente hacia abajo (si no hay trauma cervical).</w:t>
      </w:r>
    </w:p>
    <w:p>
      <w:pPr>
        <w:pStyle w:val="ListNumber"/>
      </w:pPr>
      <w:r>
        <w:t>**ASPIRAR** profusamente faringe con sonda rígida.</w:t>
      </w:r>
    </w:p>
    <w:p>
      <w:pPr>
        <w:pStyle w:val="ListNumber"/>
      </w:pPr>
      <w:r>
        <w:t>**REANUDAR** ventilación con BVM y posteriormente intubar para proteger vía aérea.</w:t>
      </w:r>
    </w:p>
    <w:p>
      <w:r>
        <w:t>────────────────────────────────────────────────────────────</w:t>
      </w:r>
    </w:p>
    <w:p>
      <w:pPr>
        <w:pStyle w:val="Heading2"/>
      </w:pPr>
      <w:r>
        <w:t>4. FALLO DE DISPOSITIVOS</w:t>
      </w:r>
    </w:p>
    <w:p>
      <w:pPr>
        <w:pStyle w:val="Heading3"/>
      </w:pPr>
      <w:r>
        <w:t>ENFOQUE ESCALONADO: "PRIMERO LO SIMPLE"</w:t>
      </w:r>
    </w:p>
    <w:p>
      <w:pPr>
        <w:pStyle w:val="Heading4"/>
      </w:pPr>
      <w:r>
        <w:t>FALLO DE BVM:</w:t>
      </w:r>
    </w:p>
    <w:p>
      <w:pPr>
        <w:pStyle w:val="ListBullet"/>
      </w:pPr>
      <w:r>
        <w:t>**SI:** No entra/sale aire.</w:t>
      </w:r>
    </w:p>
    <w:p>
      <w:pPr>
        <w:pStyle w:val="ListBullet"/>
      </w:pPr>
      <w:r>
        <w:t>**HAZ:** "Válvula, Bolsa, Conexión".</w:t>
      </w:r>
    </w:p>
    <w:p>
      <w:pPr>
        <w:pStyle w:val="ListBullet"/>
      </w:pPr>
      <w:r>
        <w:t>Revisar válvula unidireccional (a menudo se bloquea).</w:t>
      </w:r>
    </w:p>
    <w:p>
      <w:pPr>
        <w:pStyle w:val="ListBullet"/>
      </w:pPr>
      <w:r>
        <w:t>Comprobar integridad de la bolsa (¿agujeros?).</w:t>
      </w:r>
    </w:p>
    <w:p>
      <w:pPr>
        <w:pStyle w:val="ListBullet"/>
      </w:pPr>
      <w:r>
        <w:t>Verificar conexión a la fuente de O₂ y que el balón de reservorio esté inflado.</w:t>
      </w:r>
    </w:p>
    <w:p>
      <w:pPr>
        <w:pStyle w:val="Heading4"/>
      </w:pPr>
      <w:r>
        <w:t>FALLO DE LARINGOSCOPIO:</w:t>
      </w:r>
    </w:p>
    <w:p>
      <w:pPr>
        <w:pStyle w:val="ListBullet"/>
      </w:pPr>
      <w:r>
        <w:t>**SI:** No hay luz.</w:t>
      </w:r>
    </w:p>
    <w:p>
      <w:pPr>
        <w:pStyle w:val="ListBullet"/>
      </w:pPr>
      <w:r>
        <w:t>**HAZ:** "Cambia, Conecta, Prueba".</w:t>
      </w:r>
    </w:p>
    <w:p>
      <w:pPr>
        <w:pStyle w:val="ListBullet"/>
      </w:pPr>
      <w:r>
        <w:t>**CAMBIAR** pala o mango completo inmediatamente.</w:t>
      </w:r>
    </w:p>
    <w:p>
      <w:pPr>
        <w:pStyle w:val="ListBullet"/>
      </w:pPr>
      <w:r>
        <w:t>**CONECTAR** bien la pala al mango (click audible).</w:t>
      </w:r>
    </w:p>
    <w:p>
      <w:pPr>
        <w:pStyle w:val="ListBullet"/>
      </w:pPr>
      <w:r>
        <w:t>**PROBAR** con pilas de repuesto. **TIP TES:** Tener siempre un laringoscopio de reserva verificado.</w:t>
      </w:r>
    </w:p>
    <w:p>
      <w:pPr>
        <w:pStyle w:val="Heading4"/>
      </w:pPr>
      <w:r>
        <w:t>FALLO DE DISPOSITIVO SUPRAGLÓTICO (LMA/i-gel):</w:t>
      </w:r>
    </w:p>
    <w:p>
      <w:pPr>
        <w:pStyle w:val="ListBullet"/>
      </w:pPr>
      <w:r>
        <w:t>**SI:** No se ventila, fugas grandes.</w:t>
      </w:r>
    </w:p>
    <w:p>
      <w:pPr>
        <w:pStyle w:val="ListBullet"/>
      </w:pPr>
      <w:r>
        <w:t>**HAZ:** "Quita, Recoloca, Reintenta".</w:t>
      </w:r>
    </w:p>
    <w:p>
      <w:pPr>
        <w:pStyle w:val="ListBullet"/>
      </w:pPr>
      <w:r>
        <w:t>**QUITAR** y reoxigenar con BVM.</w:t>
      </w:r>
    </w:p>
    <w:p>
      <w:pPr>
        <w:pStyle w:val="ListBullet"/>
      </w:pPr>
      <w:r>
        <w:t>**RECOLOCAR** asegurando profundidad correcta y sin torsiones.</w:t>
      </w:r>
    </w:p>
    <w:p>
      <w:pPr>
        <w:pStyle w:val="ListBullet"/>
      </w:pPr>
      <w:r>
        <w:t>Si falla segunda vez, considerar otro tamaño o pasar a vía aérea quirúrgica (cricotiroidotomía) según protocolo.</w:t>
      </w:r>
    </w:p>
    <w:p>
      <w:pPr>
        <w:pStyle w:val="Heading3"/>
      </w:pPr>
      <w:r>
        <w:t>CONDUCTA GENERAL ANTE CUALQUIER FALLO:</w:t>
      </w:r>
    </w:p>
    <w:p>
      <w:pPr>
        <w:pStyle w:val="ListNumber"/>
      </w:pPr>
      <w:r>
        <w:t>**MANTENER LA CALMA** y comunicar al equipo: "Tengo un problema con [dispositivo]".</w:t>
      </w:r>
    </w:p>
    <w:p>
      <w:pPr>
        <w:pStyle w:val="ListNumber"/>
      </w:pPr>
      <w:r>
        <w:t>**REGRESAR AL PASO ANTERIOR SEGURO:** Si falla el tubo, ventilar con BVM. Si falla el BVM, oxigenar con mascarilla.</w:t>
      </w:r>
    </w:p>
    <w:p>
      <w:pPr>
        <w:pStyle w:val="ListNumber"/>
      </w:pPr>
      <w:r>
        <w:t>**PEDIR AYUDA** para que otro prepare el dispositivo de rescate o el alternativo.</w:t>
      </w:r>
    </w:p>
    <w:p>
      <w:pPr>
        <w:pStyle w:val="ListNumber"/>
      </w:pPr>
      <w:r>
        <w:t>**NO INSISTIR** con una técnica que claramente no funciona.</w:t>
      </w:r>
    </w:p>
    <w:p>
      <w:r>
        <w:t>**Principio TES clave:** *"Un dispositivo que falla una vez, puede fallar dos. Ten siempre un plan B listo y un plan C en mente."*</w:t>
      </w:r>
    </w:p>
    <w:p>
      <w:r>
        <w:t>────────────────────────────────────────────────────────────</w:t>
      </w:r>
    </w:p>
    <w:p>
      <w:r>
        <w:t>**Versión:** 1.0</w:t>
      </w:r>
    </w:p>
    <w:p>
      <w:r>
        <w:t>**Fecha:** 2024</w:t>
      </w:r>
    </w:p>
    <w:p>
      <w:r>
        <w:t>**Bloque:** 3 - Vía Aérea (Expansión SVA)</w:t>
      </w:r>
    </w:p>
    <w:p>
      <w:r>
        <w:t>────────────────────────────────────────────────────────────</w:t>
      </w:r>
    </w:p>
    <w:p>
      <w:pPr>
        <w:pStyle w:val="Heading2"/>
      </w:pPr>
      <w:r>
        <w:t>🔗 Enlaces recomendados / Guía de referencia</w:t>
      </w:r>
    </w:p>
    <w:p>
      <w:pPr>
        <w:pStyle w:val="ListBullet"/>
      </w:pPr>
      <w:r>
        <w:t>ABCDE Operativo</w:t>
      </w:r>
    </w:p>
    <w:p/>
    <w:p>
      <w:r>
        <w:t>────────────────────────────────────────────────────────────</w:t>
      </w:r>
    </w:p>
    <w:p/>
    <w:p>
      <w:pPr>
        <w:pStyle w:val="Heading1"/>
      </w:pPr>
      <w:r>
        <w:t>BLOQUE 3 · VÍA AÉREA (EXPANSIÓN SVA)</w:t>
      </w:r>
    </w:p>
    <w:p>
      <w:pPr>
        <w:pStyle w:val="Heading1"/>
      </w:pPr>
      <w:r>
        <w:t>BLOQUE 3 · VÍA AÉREA (EXPANSIÓN SVA)</w:t>
      </w:r>
    </w:p>
    <w:p>
      <w:pPr>
        <w:pStyle w:val="Heading2"/>
      </w:pPr>
      <w:r>
        <w:t>Capítulo 3.21 · Monitorización de la Vía Aérea durante el Traslado</w:t>
      </w:r>
    </w:p>
    <w:p>
      <w:r>
        <w:t>────────────────────────────────────────────────────────────</w:t>
      </w:r>
    </w:p>
    <w:p>
      <w:pPr>
        <w:pStyle w:val="Heading2"/>
      </w:pPr>
      <w:r>
        <w:t>QUÉ APORTA</w:t>
      </w:r>
    </w:p>
    <w:p>
      <w:r>
        <w:t>Este capítulo convierte al TES en el guardián activo de la vía aérea durante el traslado, el período de máximo riesgo de complicaciones. Se enfoca en la interpretación práctica de la capnografía, la integración de signos clínicos y la comunicación efectiva de alarmas, asegurando la continuidad del cuidado en un entorno dinámico y hostil.</w:t>
      </w:r>
    </w:p>
    <w:p>
      <w:r>
        <w:t>────────────────────────────────────────────────────────────</w:t>
      </w:r>
    </w:p>
    <w:p>
      <w:pPr>
        <w:pStyle w:val="Heading2"/>
      </w:pPr>
      <w:r>
        <w:t>CAPNOGRAFÍA BÁSICA INTERPRETADA POR TES</w:t>
      </w:r>
    </w:p>
    <w:p>
      <w:r>
        <w:t>**NO es solo un número, es una CURVA y una TENDENCIA.**</w:t>
      </w:r>
    </w:p>
    <w:p>
      <w:pPr>
        <w:pStyle w:val="Heading3"/>
      </w:pPr>
      <w:r>
        <w:t>VALORES CLAVE:</w:t>
      </w:r>
    </w:p>
    <w:p>
      <w:pPr>
        <w:pStyle w:val="Heading4"/>
      </w:pPr>
      <w:r>
        <w:t>EtCO₂ (Valor numérico):</w:t>
      </w:r>
    </w:p>
    <w:p>
      <w:pPr>
        <w:pStyle w:val="ListBullet"/>
      </w:pPr>
      <w:r>
        <w:t>**Normal** (intubado y bien perfundido): **35-45 mmHg**.</w:t>
      </w:r>
    </w:p>
    <w:p>
      <w:pPr>
        <w:pStyle w:val="ListBullet"/>
      </w:pPr>
      <w:r>
        <w:t>**&lt;35 mmHg (HIPOCAPNIA):** Posibles causas: Hiperventilación (frecuencia/tidal alto), hipotermia, hipoperfusión temprana (shock), tromboembolismo pulmonar.</w:t>
      </w:r>
    </w:p>
    <w:p>
      <w:pPr>
        <w:pStyle w:val="ListBullet"/>
      </w:pPr>
      <w:r>
        <w:t>**&gt;45 mmHg (HIPERCAPNIA):** Posibles causas: Hipoventilación (frecuencia/tidal bajo), broncoespasmo (asma, EPOC), fatiga muscular, aumento del espacio muerto (neumonía, edema), hipertermia, convulsiones recientes.</w:t>
      </w:r>
    </w:p>
    <w:p>
      <w:pPr>
        <w:pStyle w:val="ListBullet"/>
      </w:pPr>
      <w:r>
        <w:t>**0 mmHg (SIN DETECCIÓN):** **ALARMA MÁXIMA.** Revisar inmediatamente: ¿desconexión? ¿extubación? ¿PCR?.</w:t>
      </w:r>
    </w:p>
    <w:p>
      <w:pPr>
        <w:pStyle w:val="Heading3"/>
      </w:pPr>
      <w:r>
        <w:t>LA FORMA DE LA CURVA (MORFOLOGÍA) - Lo que el TES DEBE SABER:</w:t>
      </w:r>
    </w:p>
    <w:p>
      <w:pPr>
        <w:pStyle w:val="Heading4"/>
      </w:pPr>
      <w:r>
        <w:t>CURVA NORMAL (Meseta alveolar clara):</w:t>
      </w:r>
    </w:p>
    <w:p>
      <w:pPr>
        <w:pStyle w:val="ListBullet"/>
      </w:pPr>
      <w:r>
        <w:t>Forma de "meseta" cuadrada. Indica ventilación alveolar eficiente y vía aérea intacta.</w:t>
      </w:r>
    </w:p>
    <w:p>
      <w:pPr>
        <w:pStyle w:val="Heading4"/>
      </w:pPr>
      <w:r>
        <w:t>CURVA "PENDIENTE ASCENDENTE" (CO₂ que sube lentamente):</w:t>
      </w:r>
    </w:p>
    <w:p>
      <w:pPr>
        <w:pStyle w:val="ListBullet"/>
      </w:pPr>
      <w:r>
        <w:t>La meseta se inclina hacia arriba.</w:t>
      </w:r>
    </w:p>
    <w:p>
      <w:pPr>
        <w:pStyle w:val="ListBullet"/>
      </w:pPr>
      <w:r>
        <w:t>**PENSAR EN:** Obstrucción (asma, EPOC, tubo contra la pared traqueal, secreciones). Aumento del espacio muerto.</w:t>
      </w:r>
    </w:p>
    <w:p>
      <w:pPr>
        <w:pStyle w:val="Heading4"/>
      </w:pPr>
      <w:r>
        <w:t>CURVA "DENTADA DE TIBURÓN" (Shark-fin waveform):</w:t>
      </w:r>
    </w:p>
    <w:p>
      <w:pPr>
        <w:pStyle w:val="ListBullet"/>
      </w:pPr>
      <w:r>
        <w:t>Sin meseta clara, pico estrecho.</w:t>
      </w:r>
    </w:p>
    <w:p>
      <w:pPr>
        <w:pStyle w:val="ListBullet"/>
      </w:pPr>
      <w:r>
        <w:t>**PENSAR EN:** **BRONCOESPASMO.** Clásico en asma aguda.</w:t>
      </w:r>
    </w:p>
    <w:p>
      <w:pPr>
        <w:pStyle w:val="Heading4"/>
      </w:pPr>
      <w:r>
        <w:t>CURVA "BAJADA SÚBITA A CERO":</w:t>
      </w:r>
    </w:p>
    <w:p>
      <w:pPr>
        <w:pStyle w:val="ListBullet"/>
      </w:pPr>
      <w:r>
        <w:t>Caída abrupta desde un valor estable a 0.</w:t>
      </w:r>
    </w:p>
    <w:p>
      <w:pPr>
        <w:pStyle w:val="ListBullet"/>
      </w:pPr>
      <w:r>
        <w:t>**PENSAR EN:** DESCONEXIÓN, EXTUBACIÓN, OBSTRUCCIÓN TOTAL DEL TUBO o PARADA CARDÍACA. **ACTUAR INMEDIATAMENTE.**</w:t>
      </w:r>
    </w:p>
    <w:p>
      <w:pPr>
        <w:pStyle w:val="Heading4"/>
      </w:pPr>
      <w:r>
        <w:t>CURVA "CAIDA GRADUAL A CERO":</w:t>
      </w:r>
    </w:p>
    <w:p>
      <w:pPr>
        <w:pStyle w:val="ListBullet"/>
      </w:pPr>
      <w:r>
        <w:t>Descenso progresivo del EtCO₂.</w:t>
      </w:r>
    </w:p>
    <w:p>
      <w:pPr>
        <w:pStyle w:val="ListBullet"/>
      </w:pPr>
      <w:r>
        <w:t>**PENSAR EN:** EMBOLIA (grasa/aire), HIPOTENSIÓN GRAVE, DESPLAZAMIENTO PARCIAL del tubo.</w:t>
      </w:r>
    </w:p>
    <w:p>
      <w:r>
        <w:t>**REGLA TES:** *"Si el número del EtCO₂ cambia más de 10 mmHg en 5 minutos, o la forma de la onda se vuelve extraña, busca el porqué. Nunca ignores una alarma de capnógrafo."*</w:t>
      </w:r>
    </w:p>
    <w:p>
      <w:r>
        <w:t>────────────────────────────────────────────────────────────</w:t>
      </w:r>
    </w:p>
    <w:p>
      <w:pPr>
        <w:pStyle w:val="Heading2"/>
      </w:pPr>
      <w:r>
        <w:t>SATURACIÓN (SpO₂) Y FRECUENCIA VENTILATORIA (f)</w:t>
      </w:r>
    </w:p>
    <w:p>
      <w:pPr>
        <w:pStyle w:val="Heading3"/>
      </w:pPr>
      <w:r>
        <w:t>INTEGRACIÓN DE DATOS - LA TRÍADA:</w:t>
      </w:r>
    </w:p>
    <w:p>
      <w:pPr>
        <w:pStyle w:val="ListNumber"/>
      </w:pPr>
      <w:r>
        <w:t>EtCO₂ (Ventilación/perfusión).</w:t>
      </w:r>
    </w:p>
    <w:p>
      <w:pPr>
        <w:pStyle w:val="ListNumber"/>
      </w:pPr>
      <w:r>
        <w:t>SpO₂ (Oxigenación).</w:t>
      </w:r>
    </w:p>
    <w:p>
      <w:pPr>
        <w:pStyle w:val="ListNumber"/>
      </w:pPr>
      <w:r>
        <w:t>Frecuencia ventilatoria (f) del monitor o contada.</w:t>
      </w:r>
    </w:p>
    <w:p>
      <w:pPr>
        <w:pStyle w:val="Heading3"/>
      </w:pPr>
      <w:r>
        <w:t>PATRONES DE ALARMA:</w:t>
      </w:r>
    </w:p>
    <w:p>
      <w:pPr>
        <w:pStyle w:val="ListBullet"/>
      </w:pPr>
      <w:r>
        <w:t>**SpO₂ ↓ + EtCO₂ ↓** = Sospechar **HIPOPERFUSIÓN** (shock) o **EMBOLIA.** El paciente no perfunde bien, por eso no llega CO₂ al sensor y no oxigena.</w:t>
      </w:r>
    </w:p>
    <w:p>
      <w:pPr>
        <w:pStyle w:val="ListBullet"/>
      </w:pPr>
      <w:r>
        <w:t>**SpO₂ ↓ + EtCO₂ ↑** = Sospechar **HIPOVENTILACIÓN** o **PROBLEMA PULMONAR** (edema, neumonía). El paciente no ventila bien, retiene CO₂ y no oxigena.</w:t>
      </w:r>
    </w:p>
    <w:p>
      <w:pPr>
        <w:pStyle w:val="ListBullet"/>
      </w:pPr>
      <w:r>
        <w:t>**SpO₂ ↓ + EtCO₂ NORMAL + f ↑** = Sospechar **SHUNT** (problema alveolar que no mejora con O₂), como edema agudo de pulmón.</w:t>
      </w:r>
    </w:p>
    <w:p>
      <w:r>
        <w:t>────────────────────────────────────────────────────────────</w:t>
      </w:r>
    </w:p>
    <w:p>
      <w:pPr>
        <w:pStyle w:val="Heading2"/>
      </w:pPr>
      <w:r>
        <w:t>DETECCIÓN PRECOZ DE DESPLAZAMIENTOS</w:t>
      </w:r>
    </w:p>
    <w:p>
      <w:pPr>
        <w:pStyle w:val="Heading3"/>
      </w:pPr>
      <w:r>
        <w:t>SEÑALES DE ALERTA ("A.B.C.D." del desplazamiento):</w:t>
      </w:r>
    </w:p>
    <w:p>
      <w:pPr>
        <w:pStyle w:val="ListBullet"/>
      </w:pPr>
      <w:r>
        <w:t>**Auscultación cambiante:** ¿Dejé de oír un lado? ¿Ahora sólo oigo epigastrio? **REAUSCULTAR.**</w:t>
      </w:r>
    </w:p>
    <w:p>
      <w:pPr>
        <w:pStyle w:val="ListBullet"/>
      </w:pPr>
      <w:r>
        <w:t>**Burbujeo gástrico:** ¿Se escucha aire entrando al estómago con cada ventilación? Sospecha extubación esofágica.</w:t>
      </w:r>
    </w:p>
    <w:p>
      <w:pPr>
        <w:pStyle w:val="ListBullet"/>
      </w:pPr>
      <w:r>
        <w:t>**Capnografía anormal:** Caída súbita o cambio drástico en la onda.</w:t>
      </w:r>
    </w:p>
    <w:p>
      <w:pPr>
        <w:pStyle w:val="ListBullet"/>
      </w:pPr>
      <w:r>
        <w:t>**Distancia del tubo en dientes:** ¿Ha variado la marca de fijación? (Ej: estaba en 22 cm, ahora está en 18 cm).</w:t>
      </w:r>
    </w:p>
    <w:p>
      <w:pPr>
        <w:pStyle w:val="Heading3"/>
      </w:pPr>
      <w:r>
        <w:t>CONDUCTA ANTE SOSPECHA DE DESPLAZAMIENTO:</w:t>
      </w:r>
    </w:p>
    <w:p>
      <w:pPr>
        <w:pStyle w:val="ListNumber"/>
      </w:pPr>
      <w:r>
        <w:t>**AVISAR** al conductor/conductor acompañante: "Parada segura si es posible, tengo un problema de vía aérea".</w:t>
      </w:r>
    </w:p>
    <w:p>
      <w:pPr>
        <w:pStyle w:val="ListNumber"/>
      </w:pPr>
      <w:r>
        <w:t>**NO VENTILAR** si sospechas extubación esofágica (distensión gástrica, auscultación epigástrica). Desconectar y oxigenar con BVM.</w:t>
      </w:r>
    </w:p>
    <w:p>
      <w:pPr>
        <w:pStyle w:val="ListNumber"/>
      </w:pPr>
      <w:r>
        <w:t>**REVISAR** fijación, recolocar cabeza en posición neutra.</w:t>
      </w:r>
    </w:p>
    <w:p>
      <w:pPr>
        <w:pStyle w:val="ListNumber"/>
      </w:pPr>
      <w:r>
        <w:t>**SI CONFIRMAS EXTUBACIÓN:** Proceder según protocolo de reintubación o ventilación con BVM hasta poder reintubar.</w:t>
      </w:r>
    </w:p>
    <w:p>
      <w:r>
        <w:t>────────────────────────────────────────────────────────────</w:t>
      </w:r>
    </w:p>
    <w:p>
      <w:pPr>
        <w:pStyle w:val="Heading2"/>
      </w:pPr>
      <w:r>
        <w:t>COMUNICACIÓN DE ALERTAS</w:t>
      </w:r>
    </w:p>
    <w:p>
      <w:pPr>
        <w:pStyle w:val="Heading3"/>
      </w:pPr>
      <w:r>
        <w:t>MENSAJE ESTRUCTURADO "S.A.L.T." para comunicar problemas al médico supervisor o centro receptor:</w:t>
      </w:r>
    </w:p>
    <w:p>
      <w:pPr>
        <w:pStyle w:val="ListBullet"/>
      </w:pPr>
      <w:r>
        <w:t>**Situación:** "Tenemos un problema con la vía aérea."</w:t>
      </w:r>
    </w:p>
    <w:p>
      <w:pPr>
        <w:pStyle w:val="ListBullet"/>
      </w:pPr>
      <w:r>
        <w:t>**Alarma específica:** "El capnógrafo ha bajado de 38 a 10 mmHg en 2 minutos y la onda es plana."</w:t>
      </w:r>
    </w:p>
    <w:p>
      <w:pPr>
        <w:pStyle w:val="ListBullet"/>
      </w:pPr>
      <w:r>
        <w:t>**Localización/síntomas:** "Ausculto sólo en hemitórax derecho, no izquierdo. No hay burbujeo gástrico."</w:t>
      </w:r>
    </w:p>
    <w:p>
      <w:pPr>
        <w:pStyle w:val="ListBullet"/>
      </w:pPr>
      <w:r>
        <w:t>**Tiempo/acción tomada:** "Ocurrió hace 1 minuto. Hemos parado la ambulancia, desconectado el ventilador y estamos ventilando con BVM a 100% O₂. SpO₂ 89%. ¿Autorizas revisión/reintubación?"</w:t>
      </w:r>
    </w:p>
    <w:p>
      <w:pPr>
        <w:pStyle w:val="Heading3"/>
      </w:pPr>
      <w:r>
        <w:t>REGISTRO OBLIGATORIO EN TRASLADO:</w:t>
      </w:r>
    </w:p>
    <w:p>
      <w:r>
        <w:t>Anotar cada verificación (mínimo cada 5 minutos en paciente crítico):</w:t>
      </w:r>
    </w:p>
    <w:p>
      <w:r>
        <w:t>**Ejemplo:**</w:t>
      </w:r>
    </w:p>
    <w:p>
      <w:r>
        <w:t>────────────────────────────────────────────────────────────</w:t>
      </w:r>
    </w:p>
    <w:p>
      <w:pPr>
        <w:pStyle w:val="Heading2"/>
      </w:pPr>
      <w:r>
        <w:t>PUNTOS CLAVE TES - MONITORIZACIÓN EN TRASLADO:</w:t>
      </w:r>
    </w:p>
    <w:p>
      <w:pPr>
        <w:pStyle w:val="ListNumber"/>
      </w:pPr>
      <w:r>
        <w:t>**Tu ojo debe ir del paciente, al monitor, al ventilador, y volver.** Ciclo constante.</w:t>
      </w:r>
    </w:p>
    <w:p>
      <w:pPr>
        <w:pStyle w:val="ListNumber"/>
      </w:pPr>
      <w:r>
        <w:t>**La capnografía es tu mejor amiga.** Es el único método fiable para confirmar la colocación y función del tubo endotraqueal en movimiento.</w:t>
      </w:r>
    </w:p>
    <w:p>
      <w:pPr>
        <w:pStyle w:val="ListNumber"/>
      </w:pPr>
      <w:r>
        <w:t>**Ante cualquier cambio, toca y ausculta.** La tecnología falla, tus manos y oídos, menos.</w:t>
      </w:r>
    </w:p>
    <w:p>
      <w:pPr>
        <w:pStyle w:val="ListNumber"/>
      </w:pPr>
      <w:r>
        <w:t>**Comunica las incidencias ANTES de que sean críticas.** Un "capnografía bajando lentamente" da tiempo a reaccionar. Un "se ha extubado" es una emergencia.</w:t>
      </w:r>
    </w:p>
    <w:p>
      <w:r>
        <w:t>────────────────────────────────────────────────────────────</w:t>
      </w:r>
    </w:p>
    <w:p>
      <w:pPr>
        <w:pStyle w:val="Heading2"/>
      </w:pPr>
      <w:r>
        <w:t>DEPENDENCIAS</w:t>
      </w:r>
    </w:p>
    <w:p>
      <w:r>
        <w:t>**Capítulos previos necesarios:**</w:t>
      </w:r>
    </w:p>
    <w:p>
      <w:pPr>
        <w:pStyle w:val="ListBullet"/>
      </w:pPr>
      <w:r>
        <w:t>3.19-3.20 (Vía Aérea Avanzada) - Establecimiento de vía aérea avanzada</w:t>
      </w:r>
    </w:p>
    <w:p>
      <w:pPr>
        <w:pStyle w:val="ListBullet"/>
      </w:pPr>
      <w:r>
        <w:t>1.1 (Constantes Vitales) - Monitorización básica</w:t>
      </w:r>
    </w:p>
    <w:p>
      <w:pPr>
        <w:pStyle w:val="ListBullet"/>
      </w:pPr>
      <w:r>
        <w:t>2.5-2.8 (Soporte Vital Básico) - Técnicas de ventilación</w:t>
      </w:r>
    </w:p>
    <w:p>
      <w:r>
        <w:t>**Capítulos relacionados:**</w:t>
      </w:r>
    </w:p>
    <w:p>
      <w:pPr>
        <w:pStyle w:val="ListBullet"/>
      </w:pPr>
      <w:r>
        <w:t>3.19-3.20 (Vía Aérea Avanzada) - Vía aérea que se está monitorizando</w:t>
      </w:r>
    </w:p>
    <w:p>
      <w:pPr>
        <w:pStyle w:val="ListBullet"/>
      </w:pPr>
      <w:r>
        <w:t>4.10 (PCR Avanzada) - Monitorización en contexto PCR</w:t>
      </w:r>
    </w:p>
    <w:p>
      <w:pPr>
        <w:pStyle w:val="ListBullet"/>
      </w:pPr>
      <w:r>
        <w:t>8.5 (Transferencia al Hospital) - Continuidad durante transferencia</w:t>
      </w:r>
    </w:p>
    <w:p>
      <w:r>
        <w:t>**Capítulos siguientes:**</w:t>
      </w:r>
    </w:p>
    <w:p>
      <w:pPr>
        <w:pStyle w:val="ListBullet"/>
      </w:pPr>
      <w:r>
        <w:t>8.0-8.4 (Transferencia y Continuidad) - Continuidad asistencial</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**No interpretar la curva de capnografía, solo el número**</w:t>
            </w:r>
          </w:p>
        </w:tc>
        <w:tc>
          <w:tcPr>
            <w:tcW w:type="dxa" w:w="2880"/>
          </w:tcPr>
          <w:p>
            <w:r>
              <w:t>No se detectan problemas tempranos</w:t>
            </w:r>
          </w:p>
        </w:tc>
        <w:tc>
          <w:tcPr>
            <w:tcW w:type="dxa" w:w="2880"/>
          </w:tcPr>
          <w:p>
            <w:r>
              <w:t>Interpretar FORMA de la curva, no solo valor numérico</w:t>
            </w:r>
          </w:p>
        </w:tc>
      </w:tr>
      <w:tr>
        <w:tc>
          <w:tcPr>
            <w:tcW w:type="dxa" w:w="2880"/>
          </w:tcPr>
          <w:p>
            <w:r>
              <w:t>**Ignorar cambios graduales en EtCO₂**</w:t>
            </w:r>
          </w:p>
        </w:tc>
        <w:tc>
          <w:tcPr>
            <w:tcW w:type="dxa" w:w="2880"/>
          </w:tcPr>
          <w:p>
            <w:r>
              <w:t>No se detecta desplazamiento hasta que es crítico</w:t>
            </w:r>
          </w:p>
        </w:tc>
        <w:tc>
          <w:tcPr>
            <w:tcW w:type="dxa" w:w="2880"/>
          </w:tcPr>
          <w:p>
            <w:r>
              <w:t>Regla: "Si cambia más de 10 mmHg en 5 min, buscar porqué"</w:t>
            </w:r>
          </w:p>
        </w:tc>
      </w:tr>
      <w:tr>
        <w:tc>
          <w:tcPr>
            <w:tcW w:type="dxa" w:w="2880"/>
          </w:tcPr>
          <w:p>
            <w:r>
              <w:t>**No integrar EtCO₂, SpO₂ y frecuencia**</w:t>
            </w:r>
          </w:p>
        </w:tc>
        <w:tc>
          <w:tcPr>
            <w:tcW w:type="dxa" w:w="2880"/>
          </w:tcPr>
          <w:p>
            <w:r>
              <w:t>No se identifica patrón de problema</w:t>
            </w:r>
          </w:p>
        </w:tc>
        <w:tc>
          <w:tcPr>
            <w:tcW w:type="dxa" w:w="2880"/>
          </w:tcPr>
          <w:p>
            <w:r>
              <w:t>Integrar tríada: EtCO₂ + SpO₂ + frecuencia ventilatoria</w:t>
            </w:r>
          </w:p>
        </w:tc>
      </w:tr>
      <w:tr>
        <w:tc>
          <w:tcPr>
            <w:tcW w:type="dxa" w:w="2880"/>
          </w:tcPr>
          <w:p>
            <w:r>
              <w:t>**No auscultar periódicamente**</w:t>
            </w:r>
          </w:p>
        </w:tc>
        <w:tc>
          <w:tcPr>
            <w:tcW w:type="dxa" w:w="2880"/>
          </w:tcPr>
          <w:p>
            <w:r>
              <w:t>No se detecta desplazamiento hasta que es crítico</w:t>
            </w:r>
          </w:p>
        </w:tc>
        <w:tc>
          <w:tcPr>
            <w:tcW w:type="dxa" w:w="2880"/>
          </w:tcPr>
          <w:p>
            <w:r>
              <w:t>Auscultar cada 5 minutos mínimo, más frecuente si cambios</w:t>
            </w:r>
          </w:p>
        </w:tc>
      </w:tr>
      <w:tr>
        <w:tc>
          <w:tcPr>
            <w:tcW w:type="dxa" w:w="2880"/>
          </w:tcPr>
          <w:p>
            <w:r>
              <w:t>**No verificar marca de fijación del tubo**</w:t>
            </w:r>
          </w:p>
        </w:tc>
        <w:tc>
          <w:tcPr>
            <w:tcW w:type="dxa" w:w="2880"/>
          </w:tcPr>
          <w:p>
            <w:r>
              <w:t>No se detecta desplazamiento</w:t>
            </w:r>
          </w:p>
        </w:tc>
        <w:tc>
          <w:tcPr>
            <w:tcW w:type="dxa" w:w="2880"/>
          </w:tcPr>
          <w:p>
            <w:r>
              <w:t>Verificar distancia en dientes: "¿Ha variado la marca?"</w:t>
            </w:r>
          </w:p>
        </w:tc>
      </w:tr>
      <w:tr>
        <w:tc>
          <w:tcPr>
            <w:tcW w:type="dxa" w:w="2880"/>
          </w:tcPr>
          <w:p>
            <w:r>
              <w:t>**No comunicar cambios antes de que sean críticos**</w:t>
            </w:r>
          </w:p>
        </w:tc>
        <w:tc>
          <w:tcPr>
            <w:tcW w:type="dxa" w:w="2880"/>
          </w:tcPr>
          <w:p>
            <w:r>
              <w:t>No hay tiempo para reaccionar</w:t>
            </w:r>
          </w:p>
        </w:tc>
        <w:tc>
          <w:tcPr>
            <w:tcW w:type="dxa" w:w="2880"/>
          </w:tcPr>
          <w:p>
            <w:r>
              <w:t>Comunicar: "capnografía bajando lentamente" antes de que sea 0</w:t>
            </w:r>
          </w:p>
        </w:tc>
      </w:tr>
      <w:tr>
        <w:tc>
          <w:tcPr>
            <w:tcW w:type="dxa" w:w="2880"/>
          </w:tcPr>
          <w:p>
            <w:r>
              <w:t>**Ventilar si sospecha extubación esofágica**</w:t>
            </w:r>
          </w:p>
        </w:tc>
        <w:tc>
          <w:tcPr>
            <w:tcW w:type="dxa" w:w="2880"/>
          </w:tcPr>
          <w:p>
            <w:r>
              <w:t>Distensión gástrica, empeoramiento</w:t>
            </w:r>
          </w:p>
        </w:tc>
        <w:tc>
          <w:tcPr>
            <w:tcW w:type="dxa" w:w="2880"/>
          </w:tcPr>
          <w:p>
            <w:r>
              <w:t>NO ventilar si sospecha extubación esofágica, desconectar y oxigenar con BVM</w:t>
            </w:r>
          </w:p>
        </w:tc>
      </w:tr>
    </w:tbl>
    <w:p>
      <w:r>
        <w:t>────────────────────────────────────────────────────────────</w:t>
      </w:r>
    </w:p>
    <w:p>
      <w:pPr>
        <w:pStyle w:val="Heading2"/>
      </w:pPr>
      <w:r>
        <w:t>INDICADORES DE CALIDAD / SEGURIDAD</w:t>
      </w:r>
    </w:p>
    <w:p>
      <w:r>
        <w:t>**Métricas de Éxito Operativo:**</w:t>
      </w:r>
    </w:p>
    <w:p>
      <w:pPr>
        <w:pStyle w:val="ListBullet"/>
      </w:pPr>
      <w:r>
        <w:t>✅ Capnografía interpretada correctamente (valor + curva)</w:t>
      </w:r>
    </w:p>
    <w:p>
      <w:pPr>
        <w:pStyle w:val="ListBullet"/>
      </w:pPr>
      <w:r>
        <w:t>✅ Cambios en EtCO₂ detectados precozmente (&gt;10 mmHg en 5 min)</w:t>
      </w:r>
    </w:p>
    <w:p>
      <w:pPr>
        <w:pStyle w:val="ListBullet"/>
      </w:pPr>
      <w:r>
        <w:t>✅ Tríada integrada (EtCO₂ + SpO₂ + frecuencia)</w:t>
      </w:r>
    </w:p>
    <w:p>
      <w:pPr>
        <w:pStyle w:val="ListBullet"/>
      </w:pPr>
      <w:r>
        <w:t>✅ Auscultación realizada periódicamente (mínimo cada 5 min)</w:t>
      </w:r>
    </w:p>
    <w:p>
      <w:pPr>
        <w:pStyle w:val="ListBullet"/>
      </w:pPr>
      <w:r>
        <w:t>✅ Marca de fijación verificada</w:t>
      </w:r>
    </w:p>
    <w:p>
      <w:pPr>
        <w:pStyle w:val="ListBullet"/>
      </w:pPr>
      <w:r>
        <w:t>✅ Cambios comunicados antes de que sean críticos</w:t>
      </w:r>
    </w:p>
    <w:p>
      <w:pPr>
        <w:pStyle w:val="ListBullet"/>
      </w:pPr>
      <w:r>
        <w:t>✅ Registro obligatorio realizado (mínimo cada 5 min en crítico)</w:t>
      </w:r>
    </w:p>
    <w:p>
      <w:r>
        <w:t>**Señales de Alerta:**</w:t>
      </w:r>
    </w:p>
    <w:p>
      <w:pPr>
        <w:pStyle w:val="ListBullet"/>
      </w:pPr>
      <w:r>
        <w:t>❌ EtCO₂ = 0 mmHg → ALARMA MÁXIMA: revisar desconexión, extubación, PCR</w:t>
      </w:r>
    </w:p>
    <w:p>
      <w:pPr>
        <w:pStyle w:val="ListBullet"/>
      </w:pPr>
      <w:r>
        <w:t>❌ Cambio &gt;10 mmHg en 5 min → Buscar causa: desplazamiento, obstrucción, problema pulmonar</w:t>
      </w:r>
    </w:p>
    <w:p>
      <w:pPr>
        <w:pStyle w:val="ListBullet"/>
      </w:pPr>
      <w:r>
        <w:t>❌ SpO₂ ↓ + EtCO₂ ↓ → Sospechar hipoperfusión o embolia</w:t>
      </w:r>
    </w:p>
    <w:p>
      <w:pPr>
        <w:pStyle w:val="ListBullet"/>
      </w:pPr>
      <w:r>
        <w:t>❌ SpO₂ ↓ + EtCO₂ ↑ → Sospechar hipoventilación o problema pulmonar</w:t>
      </w:r>
    </w:p>
    <w:p>
      <w:pPr>
        <w:pStyle w:val="ListBullet"/>
      </w:pPr>
      <w:r>
        <w:t>❌ Auscultación cambiante → REAUSCULTAR, sospechar desplazamiento</w:t>
      </w:r>
    </w:p>
    <w:p>
      <w:r>
        <w:t>────────────────────────────────────────────────────────────</w:t>
      </w:r>
    </w:p>
    <w:p>
      <w:pPr>
        <w:pStyle w:val="Heading2"/>
      </w:pPr>
      <w:r>
        <w:t>RELACIÓN CON OTROS CAPÍTULOS</w:t>
      </w:r>
    </w:p>
    <w:p>
      <w:r>
        <w:t>**Capítulos Previos (Leer antes):**</w:t>
      </w:r>
    </w:p>
    <w:p>
      <w:pPr>
        <w:pStyle w:val="ListBullet"/>
      </w:pPr>
      <w:r>
        <w:t>3.19-3.20 (Vía Aérea Avanzada) - Establecimiento de vía aérea avanzada</w:t>
      </w:r>
    </w:p>
    <w:p>
      <w:pPr>
        <w:pStyle w:val="ListBullet"/>
      </w:pPr>
      <w:r>
        <w:t>1.1 (Constantes Vitales) - Monitorización básica</w:t>
      </w:r>
    </w:p>
    <w:p>
      <w:pPr>
        <w:pStyle w:val="ListBullet"/>
      </w:pPr>
      <w:r>
        <w:t>2.5-2.8 (Soporte Vital Básico) - Técnicas de ventilación</w:t>
      </w:r>
    </w:p>
    <w:p>
      <w:r>
        <w:t>**Capítulos Relacionados (Consultar junto):**</w:t>
      </w:r>
    </w:p>
    <w:p>
      <w:pPr>
        <w:pStyle w:val="ListBullet"/>
      </w:pPr>
      <w:r>
        <w:t>3.19-3.20 (Vía Aérea Avanzada) - Vía aérea que se está monitorizando</w:t>
      </w:r>
    </w:p>
    <w:p>
      <w:pPr>
        <w:pStyle w:val="ListBullet"/>
      </w:pPr>
      <w:r>
        <w:t>4.10 (PCR Avanzada) - Monitorización en contexto PCR</w:t>
      </w:r>
    </w:p>
    <w:p>
      <w:pPr>
        <w:pStyle w:val="ListBullet"/>
      </w:pPr>
      <w:r>
        <w:t>8.5 (Transferencia al Hospital) - Continuidad durante transferencia</w:t>
      </w:r>
    </w:p>
    <w:p>
      <w:r>
        <w:t>**Capítulos Siguientes (Leer después):**</w:t>
      </w:r>
    </w:p>
    <w:p>
      <w:pPr>
        <w:pStyle w:val="ListBullet"/>
      </w:pPr>
      <w:r>
        <w:t>8.0-8.4 (Transferencia y Continuidad) - Continuidad asistencial</w:t>
      </w:r>
    </w:p>
    <w:p>
      <w:r>
        <w:t>────────────────────────────────────────────────────────────</w:t>
      </w:r>
    </w:p>
    <w:p>
      <w:r>
        <w:t>**Versión:** 1.0</w:t>
      </w:r>
    </w:p>
    <w:p>
      <w:r>
        <w:t>**Fecha:** 2024</w:t>
      </w:r>
    </w:p>
    <w:p>
      <w:r>
        <w:t>**Bloque:** 3 - Vía Aérea (Expansión SVA)</w:t>
      </w:r>
    </w:p>
    <w:p>
      <w:r>
        <w:t>────────────────────────────────────────────────────────────</w:t>
      </w:r>
    </w:p>
    <w:p>
      <w:pPr>
        <w:pStyle w:val="Heading2"/>
      </w:pPr>
      <w:r>
        <w:t>🔗 Enlaces recomendados / Guía de referencia</w:t>
      </w:r>
    </w:p>
    <w:p>
      <w:pPr>
        <w:pStyle w:val="ListBullet"/>
      </w:pPr>
      <w:r>
        <w:t>ABCDE Operativo</w:t>
      </w:r>
    </w:p>
    <w:p/>
    <w:p>
      <w:r>
        <w:t>────────────────────────────────────────────────────────────</w:t>
      </w:r>
    </w:p>
    <w:p/>
    <w:p>
      <w:pPr>
        <w:pStyle w:val="Heading1"/>
      </w:pPr>
      <w:r>
        <w:t>3.22 – Dispositivos Supraglóticos: Técnica Operativa TES</w:t>
      </w:r>
    </w:p>
    <w:p>
      <w:pPr>
        <w:pStyle w:val="Heading1"/>
      </w:pPr>
      <w:r>
        <w:t>3.22 – Dispositivos Supraglóticos: Técnica Operativa TES</w:t>
      </w:r>
    </w:p>
    <w:p>
      <w:pPr>
        <w:pStyle w:val="Heading2"/>
      </w:pPr>
      <w:r>
        <w:t>Manual TES Digital – Vía Aérea Avanzada Básica</w:t>
      </w:r>
    </w:p>
    <w:p>
      <w:r>
        <w:t>**Versión:** 1.0</w:t>
      </w:r>
    </w:p>
    <w:p>
      <w:r>
        <w:t>**Fecha:** 2024-12-19</w:t>
      </w:r>
    </w:p>
    <w:p>
      <w:r>
        <w:t>**Tipo:** Bloque Operativo - Procedimiento TES</w:t>
      </w:r>
    </w:p>
    <w:p>
      <w:r>
        <w:t>**Estado:** ⭐ NUEVO - Contenido completo</w:t>
      </w:r>
    </w:p>
    <w:p>
      <w:r>
        <w:t>────────────────────────────────────────────────────────────</w:t>
      </w:r>
    </w:p>
    <w:p>
      <w:pPr>
        <w:pStyle w:val="Heading2"/>
      </w:pPr>
      <w:r>
        <w:t>OBJETIVO DEL CAPÍTULO</w:t>
      </w:r>
    </w:p>
    <w:p>
      <w:r>
        <w:t>Establecer vía aérea avanzada mediante dispositivos supraglóticos que se colocan en la hipofaringe, formando un sello sobre la entrada laríngea (glotis), permitiendo ventilación y ofreciendo mayor protección frente a la aspiración que la BVM, pero menor que la intubación endotraqueal.</w:t>
      </w:r>
    </w:p>
    <w:p>
      <w:r>
        <w:t>**Características:**</w:t>
      </w:r>
    </w:p>
    <w:p>
      <w:pPr>
        <w:pStyle w:val="ListBullet"/>
      </w:pPr>
      <w:r>
        <w:t>✅ Dispositivos supraglóticos (LMA, i-gel, LMA ProSeal/Supreme, LTD/King LT)</w:t>
      </w:r>
    </w:p>
    <w:p>
      <w:pPr>
        <w:pStyle w:val="ListBullet"/>
      </w:pPr>
      <w:r>
        <w:t>✅ Técnica de inserción (ejemplo con i-gel)</w:t>
      </w:r>
    </w:p>
    <w:p>
      <w:pPr>
        <w:pStyle w:val="ListBullet"/>
      </w:pPr>
      <w:r>
        <w:t>✅ Verificación y fijación</w:t>
      </w:r>
    </w:p>
    <w:p>
      <w:pPr>
        <w:pStyle w:val="ListBullet"/>
      </w:pPr>
      <w:r>
        <w:t>✅ Complicaciones y solución de problemas</w:t>
      </w:r>
    </w:p>
    <w:p>
      <w:pPr>
        <w:pStyle w:val="ListBullet"/>
      </w:pPr>
      <w:r>
        <w:t>❌ NO intubación endotraqueal (ver 3.19)</w:t>
      </w:r>
    </w:p>
    <w:p>
      <w:pPr>
        <w:pStyle w:val="ListBullet"/>
      </w:pPr>
      <w:r>
        <w:t>❌ NO decisiones terapéuticas (criterio médico)</w:t>
      </w:r>
    </w:p>
    <w:p>
      <w:r>
        <w:t>────────────────────────────────────────────────────────────</w:t>
      </w:r>
    </w:p>
    <w:p>
      <w:pPr>
        <w:pStyle w:val="Heading2"/>
      </w:pPr>
      <w:r>
        <w:t>CUÁNDO SE APLICA</w:t>
      </w:r>
    </w:p>
    <w:p>
      <w:r>
        <w:t>**Escenarios de uso:**</w:t>
      </w:r>
    </w:p>
    <w:p>
      <w:pPr>
        <w:pStyle w:val="ListBullet"/>
      </w:pPr>
      <w:r>
        <w:t>Alternativa a la intubación endotraqueal cuando ésta no es posible (vía aérea difícil anticipada o fallo en la intubación)</w:t>
      </w:r>
    </w:p>
    <w:p>
      <w:pPr>
        <w:pStyle w:val="ListBullet"/>
      </w:pPr>
      <w:r>
        <w:t>Vía aérea de rescate en escenario de "no puedo intubar, no puedo ventilar"</w:t>
      </w:r>
    </w:p>
    <w:p>
      <w:pPr>
        <w:pStyle w:val="ListBullet"/>
      </w:pPr>
      <w:r>
        <w:t>Situaciones donde la intubación es compleja (espacio reducido, posición del paciente)</w:t>
      </w:r>
    </w:p>
    <w:p>
      <w:pPr>
        <w:pStyle w:val="ListBullet"/>
      </w:pPr>
      <w:r>
        <w:t>Personal no médico entrenado en manejo de vía aérea avanzada (TES en ciertos protocolos)</w:t>
      </w:r>
    </w:p>
    <w:p>
      <w:r>
        <w:t>**Criterios de activación:**</w:t>
      </w:r>
    </w:p>
    <w:p>
      <w:pPr>
        <w:pStyle w:val="ListBullet"/>
      </w:pPr>
      <w:r>
        <w:t>Fracaso de ventilación con BVM</w:t>
      </w:r>
    </w:p>
    <w:p>
      <w:pPr>
        <w:pStyle w:val="ListBullet"/>
      </w:pPr>
      <w:r>
        <w:t>Fracaso de intubación</w:t>
      </w:r>
    </w:p>
    <w:p>
      <w:pPr>
        <w:pStyle w:val="ListBullet"/>
      </w:pPr>
      <w:r>
        <w:t>Vía aérea difícil anticipada</w:t>
      </w:r>
    </w:p>
    <w:p>
      <w:pPr>
        <w:pStyle w:val="ListBullet"/>
      </w:pPr>
      <w:r>
        <w:t>Autorización según protocolo del servicio</w:t>
      </w:r>
    </w:p>
    <w:p>
      <w:r>
        <w:t>────────────────────────────────────────────────────────────</w:t>
      </w:r>
    </w:p>
    <w:p>
      <w:pPr>
        <w:pStyle w:val="Heading2"/>
      </w:pPr>
      <w:r>
        <w:t>DEPENDENCIAS</w:t>
      </w:r>
    </w:p>
    <w:p>
      <w:r>
        <w:t>**Capítulos previos necesarios:**</w:t>
      </w:r>
    </w:p>
    <w:p>
      <w:pPr>
        <w:pStyle w:val="ListBullet"/>
      </w:pPr>
      <w:r>
        <w:t>2.5 (Ventilación BVM) - Fracaso de ventilación básica</w:t>
      </w:r>
    </w:p>
    <w:p>
      <w:pPr>
        <w:pStyle w:val="ListBullet"/>
      </w:pPr>
      <w:r>
        <w:t>2.6 (Cánulas OPA/NPA) - Manejo básico de vía aérea</w:t>
      </w:r>
    </w:p>
    <w:p>
      <w:pPr>
        <w:pStyle w:val="ListBullet"/>
      </w:pPr>
      <w:r>
        <w:t>3.19 (Vía Aérea Avanzada) - Contexto de técnicas avanzadas</w:t>
      </w:r>
    </w:p>
    <w:p>
      <w:r>
        <w:t>**Capítulos relacionados:**</w:t>
      </w:r>
    </w:p>
    <w:p>
      <w:pPr>
        <w:pStyle w:val="ListBullet"/>
      </w:pPr>
      <w:r>
        <w:t>2.5 (Ventilación BVM) - Pre-oxigenación antes de inserción</w:t>
      </w:r>
    </w:p>
    <w:p>
      <w:pPr>
        <w:pStyle w:val="ListBullet"/>
      </w:pPr>
      <w:r>
        <w:t>3.19 (Vía Aérea Avanzada) - Transición a intubación</w:t>
      </w:r>
    </w:p>
    <w:p>
      <w:pPr>
        <w:pStyle w:val="ListBullet"/>
      </w:pPr>
      <w:r>
        <w:t>3.21 (Monitorización Vía Aérea) - Verificación post-inserción</w:t>
      </w:r>
    </w:p>
    <w:p>
      <w:r>
        <w:t>**Capítulos siguientes:**</w:t>
      </w:r>
    </w:p>
    <w:p>
      <w:pPr>
        <w:pStyle w:val="ListBullet"/>
      </w:pPr>
      <w:r>
        <w:t>3.21 (Monitorización Vía Aérea) - Monitorización durante traslado</w:t>
      </w:r>
    </w:p>
    <w:p>
      <w:pPr>
        <w:pStyle w:val="ListBullet"/>
      </w:pPr>
      <w:r>
        <w:t>3.19 (Vía Aérea Avanzada) - Planificación de intubación definitiva</w:t>
      </w:r>
    </w:p>
    <w:p>
      <w:r>
        <w:t>────────────────────────────────────────────────────────────</w:t>
      </w:r>
    </w:p>
    <w:p>
      <w:pPr>
        <w:pStyle w:val="Heading2"/>
      </w:pPr>
      <w:r>
        <w:t>CONTENIDO PRINCIPAL</w:t>
      </w:r>
    </w:p>
    <w:p>
      <w:pPr>
        <w:pStyle w:val="ListNumber"/>
      </w:pPr>
      <w:r>
        <w:t>**Definición y Principio**</w:t>
      </w:r>
    </w:p>
    <w:p>
      <w:pPr>
        <w:pStyle w:val="ListBullet"/>
      </w:pPr>
      <w:r>
        <w:t>Dispositivos de vía aérea avanzada</w:t>
      </w:r>
    </w:p>
    <w:p>
      <w:pPr>
        <w:pStyle w:val="ListBullet"/>
      </w:pPr>
      <w:r>
        <w:t>Sello sobre glotis</w:t>
      </w:r>
    </w:p>
    <w:p>
      <w:pPr>
        <w:pStyle w:val="ListNumber"/>
      </w:pPr>
      <w:r>
        <w:t>**Tipos Principales y Características**</w:t>
      </w:r>
    </w:p>
    <w:p>
      <w:pPr>
        <w:pStyle w:val="ListBullet"/>
      </w:pPr>
      <w:r>
        <w:t>Mascarilla Laríngea (LMA Clásica)</w:t>
      </w:r>
    </w:p>
    <w:p>
      <w:pPr>
        <w:pStyle w:val="ListBullet"/>
      </w:pPr>
      <w:r>
        <w:t>i-gel</w:t>
      </w:r>
    </w:p>
    <w:p>
      <w:pPr>
        <w:pStyle w:val="ListBullet"/>
      </w:pPr>
      <w:r>
        <w:t>LMA ProSeal/Supreme</w:t>
      </w:r>
    </w:p>
    <w:p>
      <w:pPr>
        <w:pStyle w:val="ListBullet"/>
      </w:pPr>
      <w:r>
        <w:t>Laringotraqueal (LTD/King LT)</w:t>
      </w:r>
    </w:p>
    <w:p>
      <w:pPr>
        <w:pStyle w:val="ListNumber"/>
      </w:pPr>
      <w:r>
        <w:t>**Procedimiento de Inserción (Ejemplo con i-gel)**</w:t>
      </w:r>
    </w:p>
    <w:p>
      <w:pPr>
        <w:pStyle w:val="ListBullet"/>
      </w:pPr>
      <w:r>
        <w:t>Preparación</w:t>
      </w:r>
    </w:p>
    <w:p>
      <w:pPr>
        <w:pStyle w:val="ListBullet"/>
      </w:pPr>
      <w:r>
        <w:t>Posición</w:t>
      </w:r>
    </w:p>
    <w:p>
      <w:pPr>
        <w:pStyle w:val="ListBullet"/>
      </w:pPr>
      <w:r>
        <w:t>Inserción</w:t>
      </w:r>
    </w:p>
    <w:p>
      <w:pPr>
        <w:pStyle w:val="ListBullet"/>
      </w:pPr>
      <w:r>
        <w:t>Fijación y verificación</w:t>
      </w:r>
    </w:p>
    <w:p>
      <w:pPr>
        <w:pStyle w:val="ListNumber"/>
      </w:pPr>
      <w:r>
        <w:t>**Complicaciones y Solución de Problemas**</w:t>
      </w:r>
    </w:p>
    <w:p>
      <w:pPr>
        <w:pStyle w:val="ListBullet"/>
      </w:pPr>
      <w:r>
        <w:t>Fallo de sellado/ventilación inadecuada</w:t>
      </w:r>
    </w:p>
    <w:p>
      <w:pPr>
        <w:pStyle w:val="ListBullet"/>
      </w:pPr>
      <w:r>
        <w:t>Aspiración gástrica</w:t>
      </w:r>
    </w:p>
    <w:p>
      <w:pPr>
        <w:pStyle w:val="ListBullet"/>
      </w:pPr>
      <w:r>
        <w:t>Laringoespasmo</w:t>
      </w:r>
    </w:p>
    <w:p>
      <w:r>
        <w:t>────────────────────────────────────────────────────────────</w:t>
      </w:r>
    </w:p>
    <w:p>
      <w:pPr>
        <w:pStyle w:val="Heading2"/>
      </w:pPr>
      <w:r>
        <w:t>DECISIONES CLAVE DEL TES</w:t>
      </w:r>
    </w:p>
    <w:p>
      <w:pPr>
        <w:pStyle w:val="ListBullet"/>
      </w:pPr>
      <w:r>
        <w:t>**Selección de dispositivo:** ¿LMA? ¿i-gel? ¿LMA ProSeal? ¿Según protocolo del servicio?</w:t>
      </w:r>
    </w:p>
    <w:p>
      <w:pPr>
        <w:pStyle w:val="ListBullet"/>
      </w:pPr>
      <w:r>
        <w:t>**Talla correcta:** ¿Según peso del paciente? ¿Consultar tabla del fabricante?</w:t>
      </w:r>
    </w:p>
    <w:p>
      <w:pPr>
        <w:pStyle w:val="ListBullet"/>
      </w:pPr>
      <w:r>
        <w:t>**Pre-oxigenación:** ¿Realizada antes de inserción?</w:t>
      </w:r>
    </w:p>
    <w:p>
      <w:pPr>
        <w:pStyle w:val="ListBullet"/>
      </w:pPr>
      <w:r>
        <w:t>**Verificación:** ¿Tórax se eleva? ¿Auscultación? ¿Capnografía?</w:t>
      </w:r>
    </w:p>
    <w:p>
      <w:pPr>
        <w:pStyle w:val="ListBullet"/>
      </w:pPr>
      <w:r>
        <w:t>**Planificación:** ¿Dispositivo definitivo o puente a intubación?</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**No pre-oxigenar antes de inserción**</w:t>
            </w:r>
          </w:p>
        </w:tc>
        <w:tc>
          <w:tcPr>
            <w:tcW w:type="dxa" w:w="2880"/>
          </w:tcPr>
          <w:p>
            <w:r>
              <w:t>Desaturación durante inserción</w:t>
            </w:r>
          </w:p>
        </w:tc>
        <w:tc>
          <w:tcPr>
            <w:tcW w:type="dxa" w:w="2880"/>
          </w:tcPr>
          <w:p>
            <w:r>
              <w:t>Pre-oxigenar con BVM y O₂ al 100% durante 3-5 minutos</w:t>
            </w:r>
          </w:p>
        </w:tc>
      </w:tr>
      <w:tr>
        <w:tc>
          <w:tcPr>
            <w:tcW w:type="dxa" w:w="2880"/>
          </w:tcPr>
          <w:p>
            <w:r>
              <w:t>**Talla incorrecta**</w:t>
            </w:r>
          </w:p>
        </w:tc>
        <w:tc>
          <w:tcPr>
            <w:tcW w:type="dxa" w:w="2880"/>
          </w:tcPr>
          <w:p>
            <w:r>
              <w:t>Sellado inadecuado, ventilación ineficaz</w:t>
            </w:r>
          </w:p>
        </w:tc>
        <w:tc>
          <w:tcPr>
            <w:tcW w:type="dxa" w:w="2880"/>
          </w:tcPr>
          <w:p>
            <w:r>
              <w:t>Seleccionar talla según peso del paciente (consultar tabla del fabricante)</w:t>
            </w:r>
          </w:p>
        </w:tc>
      </w:tr>
      <w:tr>
        <w:tc>
          <w:tcPr>
            <w:tcW w:type="dxa" w:w="2880"/>
          </w:tcPr>
          <w:p>
            <w:r>
              <w:t>**Forzar inserción**</w:t>
            </w:r>
          </w:p>
        </w:tc>
        <w:tc>
          <w:tcPr>
            <w:tcW w:type="dxa" w:w="2880"/>
          </w:tcPr>
          <w:p>
            <w:r>
              <w:t>Lesión mucosa, colocación incorrecta</w:t>
            </w:r>
          </w:p>
        </w:tc>
        <w:tc>
          <w:tcPr>
            <w:tcW w:type="dxa" w:w="2880"/>
          </w:tcPr>
          <w:p>
            <w:r>
              <w:t>NO FORZAR. Si hay resistencia: retirar y reevaluar</w:t>
            </w:r>
          </w:p>
        </w:tc>
      </w:tr>
      <w:tr>
        <w:tc>
          <w:tcPr>
            <w:tcW w:type="dxa" w:w="2880"/>
          </w:tcPr>
          <w:p>
            <w:r>
              <w:t>**No verificar colocación con múltiples métodos**</w:t>
            </w:r>
          </w:p>
        </w:tc>
        <w:tc>
          <w:tcPr>
            <w:tcW w:type="dxa" w:w="2880"/>
          </w:tcPr>
          <w:p>
            <w:r>
              <w:t>Colocación incorrecta no detectada, ventilación ineficaz</w:t>
            </w:r>
          </w:p>
        </w:tc>
        <w:tc>
          <w:tcPr>
            <w:tcW w:type="dxa" w:w="2880"/>
          </w:tcPr>
          <w:p>
            <w:r>
              <w:t>Verificar: elevación torácica, auscultación, capnografía</w:t>
            </w:r>
          </w:p>
        </w:tc>
      </w:tr>
      <w:tr>
        <w:tc>
          <w:tcPr>
            <w:tcW w:type="dxa" w:w="2880"/>
          </w:tcPr>
          <w:p>
            <w:r>
              <w:t>**No fijar dispositivo**</w:t>
            </w:r>
          </w:p>
        </w:tc>
        <w:tc>
          <w:tcPr>
            <w:tcW w:type="dxa" w:w="2880"/>
          </w:tcPr>
          <w:p>
            <w:r>
              <w:t>Desplazamiento durante traslado</w:t>
            </w:r>
          </w:p>
        </w:tc>
        <w:tc>
          <w:tcPr>
            <w:tcW w:type="dxa" w:w="2880"/>
          </w:tcPr>
          <w:p>
            <w:r>
              <w:t>Fijar con esparadrapo o sistema comercial</w:t>
            </w:r>
          </w:p>
        </w:tc>
      </w:tr>
      <w:tr>
        <w:tc>
          <w:tcPr>
            <w:tcW w:type="dxa" w:w="2880"/>
          </w:tcPr>
          <w:p>
            <w:r>
              <w:t>**No usar canal gástrico si dispositivo lo tiene**</w:t>
            </w:r>
          </w:p>
        </w:tc>
        <w:tc>
          <w:tcPr>
            <w:tcW w:type="dxa" w:w="2880"/>
          </w:tcPr>
          <w:p>
            <w:r>
              <w:t>Distensión gástrica, riesgo de aspiración</w:t>
            </w:r>
          </w:p>
        </w:tc>
        <w:tc>
          <w:tcPr>
            <w:tcW w:type="dxa" w:w="2880"/>
          </w:tcPr>
          <w:p>
            <w:r>
              <w:t>Conectar sonda de aspiración al puerto gástrico para descomprimir</w:t>
            </w:r>
          </w:p>
        </w:tc>
      </w:tr>
      <w:tr>
        <w:tc>
          <w:tcPr>
            <w:tcW w:type="dxa" w:w="2880"/>
          </w:tcPr>
          <w:p>
            <w:r>
              <w:t>**Asumir que es definitivo**</w:t>
            </w:r>
          </w:p>
        </w:tc>
        <w:tc>
          <w:tcPr>
            <w:tcW w:type="dxa" w:w="2880"/>
          </w:tcPr>
          <w:p>
            <w:r>
              <w:t>No planificar intubación, retraso en atención</w:t>
            </w:r>
          </w:p>
        </w:tc>
        <w:tc>
          <w:tcPr>
            <w:tcW w:type="dxa" w:w="2880"/>
          </w:tcPr>
          <w:p>
            <w:r>
              <w:t>Planificar siempre intubación endotraqueal o traslado a entorno donde sea posible</w:t>
            </w:r>
          </w:p>
        </w:tc>
      </w:tr>
    </w:tbl>
    <w:p>
      <w:r>
        <w:t>────────────────────────────────────────────────────────────</w:t>
      </w:r>
    </w:p>
    <w:p>
      <w:pPr>
        <w:pStyle w:val="Heading2"/>
      </w:pPr>
      <w:r>
        <w:t>INDICADORES DE CALIDAD / SEGURIDAD</w:t>
      </w:r>
    </w:p>
    <w:p>
      <w:r>
        <w:t>**Métricas de Éxito Operativo:**</w:t>
      </w:r>
    </w:p>
    <w:p>
      <w:pPr>
        <w:pStyle w:val="ListBullet"/>
      </w:pPr>
      <w:r>
        <w:t>✅ Pre-oxigenación realizada antes de inserción (3-5 min)</w:t>
      </w:r>
    </w:p>
    <w:p>
      <w:pPr>
        <w:pStyle w:val="ListBullet"/>
      </w:pPr>
      <w:r>
        <w:t>✅ Talla correcta seleccionada según peso</w:t>
      </w:r>
    </w:p>
    <w:p>
      <w:pPr>
        <w:pStyle w:val="ListBullet"/>
      </w:pPr>
      <w:r>
        <w:t>✅ Inserción realizada sin forzar</w:t>
      </w:r>
    </w:p>
    <w:p>
      <w:pPr>
        <w:pStyle w:val="ListBullet"/>
      </w:pPr>
      <w:r>
        <w:t>✅ Verificación con múltiples métodos (elevación torácica, auscultación, capnografía)</w:t>
      </w:r>
    </w:p>
    <w:p>
      <w:pPr>
        <w:pStyle w:val="ListBullet"/>
      </w:pPr>
      <w:r>
        <w:t>✅ Fijación segura realizada</w:t>
      </w:r>
    </w:p>
    <w:p>
      <w:pPr>
        <w:pStyle w:val="ListBullet"/>
      </w:pPr>
      <w:r>
        <w:t>✅ Canal gástrico utilizado si dispositivo lo tiene</w:t>
      </w:r>
    </w:p>
    <w:p>
      <w:pPr>
        <w:pStyle w:val="ListBullet"/>
      </w:pPr>
      <w:r>
        <w:t>✅ Planificación de intubación definitiva realizada</w:t>
      </w:r>
    </w:p>
    <w:p>
      <w:r>
        <w:t>**Señales de Alerta:**</w:t>
      </w:r>
    </w:p>
    <w:p>
      <w:pPr>
        <w:pStyle w:val="ListBullet"/>
      </w:pPr>
      <w:r>
        <w:t>❌ Talla incorrecta → Sellado inadecuado, ventilación ineficaz</w:t>
      </w:r>
    </w:p>
    <w:p>
      <w:pPr>
        <w:pStyle w:val="ListBullet"/>
      </w:pPr>
      <w:r>
        <w:t>❌ Resistencia durante inserción → NO FORZAR, retirar y reevaluar</w:t>
      </w:r>
    </w:p>
    <w:p>
      <w:pPr>
        <w:pStyle w:val="ListBullet"/>
      </w:pPr>
      <w:r>
        <w:t>❌ No verificar colocación → Colocación incorrecta no detectada</w:t>
      </w:r>
    </w:p>
    <w:p>
      <w:pPr>
        <w:pStyle w:val="ListBullet"/>
      </w:pPr>
      <w:r>
        <w:t>❌ No fijar dispositivo → Desplazamiento durante traslado</w:t>
      </w:r>
    </w:p>
    <w:p>
      <w:r>
        <w:t>────────────────────────────────────────────────────────────</w:t>
      </w:r>
    </w:p>
    <w:p>
      <w:pPr>
        <w:pStyle w:val="Heading2"/>
      </w:pPr>
      <w:r>
        <w:t>RELACIÓN CON OTROS CAPÍTULOS</w:t>
      </w:r>
    </w:p>
    <w:p>
      <w:r>
        <w:t>**Capítulos Previos (Leer antes):**</w:t>
      </w:r>
    </w:p>
    <w:p>
      <w:pPr>
        <w:pStyle w:val="ListBullet"/>
      </w:pPr>
      <w:r>
        <w:t>2.5 (Ventilación BVM) - Fracaso de ventilación básica</w:t>
      </w:r>
    </w:p>
    <w:p>
      <w:pPr>
        <w:pStyle w:val="ListBullet"/>
      </w:pPr>
      <w:r>
        <w:t>2.6 (Cánulas OPA/NPA) - Manejo básico de vía aérea</w:t>
      </w:r>
    </w:p>
    <w:p>
      <w:pPr>
        <w:pStyle w:val="ListBullet"/>
      </w:pPr>
      <w:r>
        <w:t>3.19 (Vía Aérea Avanzada) - Contexto de técnicas avanzadas</w:t>
      </w:r>
    </w:p>
    <w:p>
      <w:r>
        <w:t>**Capítulos Relacionados (Consultar junto):**</w:t>
      </w:r>
    </w:p>
    <w:p>
      <w:pPr>
        <w:pStyle w:val="ListBullet"/>
      </w:pPr>
      <w:r>
        <w:t>2.5 (Ventilación BVM) - Pre-oxigenación antes de inserción</w:t>
      </w:r>
    </w:p>
    <w:p>
      <w:pPr>
        <w:pStyle w:val="ListBullet"/>
      </w:pPr>
      <w:r>
        <w:t>3.19 (Vía Aérea Avanzada) - Transición a intubación</w:t>
      </w:r>
    </w:p>
    <w:p>
      <w:pPr>
        <w:pStyle w:val="ListBullet"/>
      </w:pPr>
      <w:r>
        <w:t>3.21 (Monitorización Vía Aérea) - Verificación post-inserción</w:t>
      </w:r>
    </w:p>
    <w:p>
      <w:r>
        <w:t>**Capítulos Siguientes (Leer después):**</w:t>
      </w:r>
    </w:p>
    <w:p>
      <w:pPr>
        <w:pStyle w:val="ListBullet"/>
      </w:pPr>
      <w:r>
        <w:t>3.21 (Monitorización Vía Aérea) - Monitorización durante traslado</w:t>
      </w:r>
    </w:p>
    <w:p>
      <w:pPr>
        <w:pStyle w:val="ListBullet"/>
      </w:pPr>
      <w:r>
        <w:t>3.19 (Vía Aérea Avanzada) - Planificación de intubación definitiva</w:t>
      </w:r>
    </w:p>
    <w:p>
      <w:r>
        <w:t>────────────────────────────────────────────────────────────</w:t>
      </w:r>
    </w:p>
    <w:p>
      <w:pPr>
        <w:pStyle w:val="Heading2"/>
      </w:pPr>
      <w:r>
        <w:t>DEFINICIÓN Y PRINCIPIO</w:t>
      </w:r>
    </w:p>
    <w:p>
      <w:r>
        <w:t>Dispositivos de vía aérea avanzada que se colocan en la hipofaringe, formando un sello sobre la entrada laríngea (glotis). Permiten ventilación y ofrecen mayor protección frente a la aspiración que la BVM, pero menor que la intubación endotraqueal.</w:t>
      </w:r>
    </w:p>
    <w:p>
      <w:r>
        <w:t>────────────────────────────────────────────────────────────</w:t>
      </w:r>
    </w:p>
    <w:p>
      <w:pPr>
        <w:pStyle w:val="Heading2"/>
      </w:pPr>
      <w:r>
        <w:t>INDICACIONES</w:t>
      </w:r>
    </w:p>
    <w:p>
      <w:pPr>
        <w:pStyle w:val="ListBullet"/>
      </w:pPr>
      <w:r>
        <w:t>Alternativa a la intubación endotraqueal cuando ésta no es posible (vía aérea difícil anticipada o fallo en la intubación).</w:t>
      </w:r>
    </w:p>
    <w:p>
      <w:pPr>
        <w:pStyle w:val="ListBullet"/>
      </w:pPr>
      <w:r>
        <w:t>Vía aérea de rescate en escenario de "no puedo intubar, no puedo ventilar".</w:t>
      </w:r>
    </w:p>
    <w:p>
      <w:pPr>
        <w:pStyle w:val="ListBullet"/>
      </w:pPr>
      <w:r>
        <w:t>Situaciones donde la intubación es compleja (espacio reducido, posición del paciente).</w:t>
      </w:r>
    </w:p>
    <w:p>
      <w:pPr>
        <w:pStyle w:val="ListBullet"/>
      </w:pPr>
      <w:r>
        <w:t>Personal no médico entrenado en manejo de vía aérea avanzada (TES en ciertos protocolos).</w:t>
      </w:r>
    </w:p>
    <w:p>
      <w:r>
        <w:t>────────────────────────────────────────────────────────────</w:t>
      </w:r>
    </w:p>
    <w:p>
      <w:pPr>
        <w:pStyle w:val="Heading2"/>
      </w:pPr>
      <w:r>
        <w:t>TIPOS PRINCIPALES Y SUS CARACTERÍSTICAS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t>Dispositivo</w:t>
            </w:r>
          </w:p>
        </w:tc>
        <w:tc>
          <w:tcPr>
            <w:tcW w:type="dxa" w:w="2160"/>
          </w:tcPr>
          <w:p>
            <w:r>
              <w:t>Características Clave</w:t>
            </w:r>
          </w:p>
        </w:tc>
        <w:tc>
          <w:tcPr>
            <w:tcW w:type="dxa" w:w="2160"/>
          </w:tcPr>
          <w:p>
            <w:r>
              <w:t>Ventajas</w:t>
            </w:r>
          </w:p>
        </w:tc>
        <w:tc>
          <w:tcPr>
            <w:tcW w:type="dxa" w:w="2160"/>
          </w:tcPr>
          <w:p>
            <w:r>
              <w:t>Consideraciones</w:t>
            </w:r>
          </w:p>
        </w:tc>
      </w:tr>
      <w:tr>
        <w:tc>
          <w:tcPr>
            <w:tcW w:type="dxa" w:w="2160"/>
          </w:tcPr>
          <w:p>
            <w:r>
              <w:t>**Mascarilla Laríngea (LMA Clásica)**</w:t>
            </w:r>
          </w:p>
        </w:tc>
        <w:tc>
          <w:tcPr>
            <w:tcW w:type="dxa" w:w="2160"/>
          </w:tcPr>
          <w:p>
            <w:r>
              <w:t>Máscara de silicona que se sitúa sobre la glotis. Tubo de ventilación corto.</w:t>
            </w:r>
          </w:p>
        </w:tc>
        <w:tc>
          <w:tcPr>
            <w:tcW w:type="dxa" w:w="2160"/>
          </w:tcPr>
          <w:p>
            <w:r>
              <w:t>Inserción rápida, menor estimulación refleja.</w:t>
            </w:r>
          </w:p>
        </w:tc>
        <w:tc>
          <w:tcPr>
            <w:tcW w:type="dxa" w:w="2160"/>
          </w:tcPr>
          <w:p>
            <w:r>
              <w:t>Sello moderado, riesgo de aspiración, puede desplazarse.</w:t>
            </w:r>
          </w:p>
        </w:tc>
      </w:tr>
      <w:tr>
        <w:tc>
          <w:tcPr>
            <w:tcW w:type="dxa" w:w="2160"/>
          </w:tcPr>
          <w:p>
            <w:r>
              <w:t>**i-gel**</w:t>
            </w:r>
          </w:p>
        </w:tc>
        <w:tc>
          <w:tcPr>
            <w:tcW w:type="dxa" w:w="2160"/>
          </w:tcPr>
          <w:p>
            <w:r>
              <w:t>Máscara de gel termoplástico sin balón. Tubo integrado para aspiración gástrica.</w:t>
            </w:r>
          </w:p>
        </w:tc>
        <w:tc>
          <w:tcPr>
            <w:tcW w:type="dxa" w:w="2160"/>
          </w:tcPr>
          <w:p>
            <w:r>
              <w:t>Inserción muy rápida y sencilla. Sello anatómico excelente. Canal gástrico integrado.</w:t>
            </w:r>
          </w:p>
        </w:tc>
        <w:tc>
          <w:tcPr>
            <w:tcW w:type="dxa" w:w="2160"/>
          </w:tcPr>
          <w:p>
            <w:r>
              <w:t>Talla crítica. No reutilizable.</w:t>
            </w:r>
          </w:p>
        </w:tc>
      </w:tr>
      <w:tr>
        <w:tc>
          <w:tcPr>
            <w:tcW w:type="dxa" w:w="2160"/>
          </w:tcPr>
          <w:p>
            <w:r>
              <w:t>**LMA ProSeal / Supreme**</w:t>
            </w:r>
          </w:p>
        </w:tc>
        <w:tc>
          <w:tcPr>
            <w:tcW w:type="dxa" w:w="2160"/>
          </w:tcPr>
          <w:p>
            <w:r>
              <w:t>Similar a LMA clásica pero con: 1) Mayor sello, 2) Canal de drenaje gástrico.</w:t>
            </w:r>
          </w:p>
        </w:tc>
        <w:tc>
          <w:tcPr>
            <w:tcW w:type="dxa" w:w="2160"/>
          </w:tcPr>
          <w:p>
            <w:r>
              <w:t>Mejor protección frente a aspiración. Permite mayor presión de ventilación.</w:t>
            </w:r>
          </w:p>
        </w:tc>
        <w:tc>
          <w:tcPr>
            <w:tcW w:type="dxa" w:w="2160"/>
          </w:tcPr>
          <w:p>
            <w:r>
              <w:t>Inserción ligeramente más compleja.</w:t>
            </w:r>
          </w:p>
        </w:tc>
      </w:tr>
      <w:tr>
        <w:tc>
          <w:tcPr>
            <w:tcW w:type="dxa" w:w="2160"/>
          </w:tcPr>
          <w:p>
            <w:r>
              <w:t>**Laringotraqueal (LTD/King LT)**</w:t>
            </w:r>
          </w:p>
        </w:tc>
        <w:tc>
          <w:tcPr>
            <w:tcW w:type="dxa" w:w="2160"/>
          </w:tcPr>
          <w:p>
            <w:r>
              <w:t>Tubo con dos balones (orofaríngeo y esofágico) y ventilación por aperturas entre ellos.</w:t>
            </w:r>
          </w:p>
        </w:tc>
        <w:tc>
          <w:tcPr>
            <w:tcW w:type="dxa" w:w="2160"/>
          </w:tcPr>
          <w:p>
            <w:r>
              <w:t>Sello muy alto. Aísla vía aérea de esófago.</w:t>
            </w:r>
          </w:p>
        </w:tc>
        <w:tc>
          <w:tcPr>
            <w:tcW w:type="dxa" w:w="2160"/>
          </w:tcPr>
          <w:p>
            <w:r>
              <w:t>Riesgo de colocación traqueal (raro).</w:t>
            </w:r>
          </w:p>
        </w:tc>
      </w:tr>
    </w:tbl>
    <w:p>
      <w:r>
        <w:t>────────────────────────────────────────────────────────────</w:t>
      </w:r>
    </w:p>
    <w:p>
      <w:pPr>
        <w:pStyle w:val="Heading2"/>
      </w:pPr>
      <w:r>
        <w:t>PROCEDIMIENTO DE INSERCIÓN GENERAL (Ejemplo con i-gel)</w:t>
      </w:r>
    </w:p>
    <w:p>
      <w:pPr>
        <w:pStyle w:val="Heading3"/>
      </w:pPr>
      <w:r>
        <w:t>PREPARACIÓN</w:t>
      </w:r>
    </w:p>
    <w:p>
      <w:pPr>
        <w:pStyle w:val="ListNumber"/>
      </w:pPr>
      <w:r>
        <w:t>**Pre-oxigenar** con BVM y O₂ al 100%.</w:t>
      </w:r>
    </w:p>
    <w:p>
      <w:pPr>
        <w:pStyle w:val="ListNumber"/>
      </w:pPr>
      <w:r>
        <w:t>**Seleccionar talla** según peso del paciente (consultar tabla del fabricante).</w:t>
      </w:r>
    </w:p>
    <w:p>
      <w:pPr>
        <w:pStyle w:val="ListNumber"/>
      </w:pPr>
      <w:r>
        <w:t>**Verificar integridad**, lubricar la parte posterior de la máscara.</w:t>
      </w:r>
    </w:p>
    <w:p>
      <w:pPr>
        <w:pStyle w:val="Heading3"/>
      </w:pPr>
      <w:r>
        <w:t>POSICIÓN</w:t>
      </w:r>
    </w:p>
    <w:p>
      <w:pPr>
        <w:pStyle w:val="ListBullet"/>
      </w:pPr>
      <w:r>
        <w:t>Paciente en decúbito supino, cabeza en posición de "olfateo" (si no hay trauma cervical): extensión cervical moderada.</w:t>
      </w:r>
    </w:p>
    <w:p>
      <w:pPr>
        <w:pStyle w:val="Heading3"/>
      </w:pPr>
      <w:r>
        <w:t>INSERCIÓN</w:t>
      </w:r>
    </w:p>
    <w:p>
      <w:pPr>
        <w:pStyle w:val="ListNumber"/>
      </w:pPr>
      <w:r>
        <w:t>Sostener el dispositivo como un bolígrafo.</w:t>
      </w:r>
    </w:p>
    <w:p>
      <w:pPr>
        <w:pStyle w:val="ListNumber"/>
      </w:pPr>
      <w:r>
        <w:t>Introducir la máscara en la boca, guiando la punta a lo largo del paladar duro.</w:t>
      </w:r>
    </w:p>
    <w:p>
      <w:pPr>
        <w:pStyle w:val="ListNumber"/>
      </w:pPr>
      <w:r>
        <w:t>Avanzar con presión firme y constante hasta tope (sentir resistencia).</w:t>
      </w:r>
    </w:p>
    <w:p>
      <w:pPr>
        <w:pStyle w:val="ListNumber"/>
      </w:pPr>
      <w:r>
        <w:t>**NO FORZAR.** Si hay resistencia significativa, retirar y reevaluar.</w:t>
      </w:r>
    </w:p>
    <w:p>
      <w:pPr>
        <w:pStyle w:val="Heading3"/>
      </w:pPr>
      <w:r>
        <w:t>FIJACIÓN Y VERIFICACIÓN</w:t>
      </w:r>
    </w:p>
    <w:p>
      <w:pPr>
        <w:pStyle w:val="ListNumber"/>
      </w:pPr>
      <w:r>
        <w:t>Conectar la BVM o el circuito del respirador.</w:t>
      </w:r>
    </w:p>
    <w:p>
      <w:pPr>
        <w:pStyle w:val="ListNumber"/>
      </w:pPr>
      <w:r>
        <w:t>Ventilar observando elevación simétrica del tórax.</w:t>
      </w:r>
    </w:p>
    <w:p>
      <w:pPr>
        <w:pStyle w:val="ListNumber"/>
      </w:pPr>
      <w:r>
        <w:t>Auscultar en epigastrio (ruidos gástricos=esofágica) y axilas (aire bilateral=correcta).</w:t>
      </w:r>
    </w:p>
    <w:p>
      <w:pPr>
        <w:pStyle w:val="ListNumber"/>
      </w:pPr>
      <w:r>
        <w:t>Confirmar con capnografía (presencia de CO₂ esplírico).</w:t>
      </w:r>
    </w:p>
    <w:p>
      <w:pPr>
        <w:pStyle w:val="ListNumber"/>
      </w:pPr>
      <w:r>
        <w:t>Fijar con esparadrapo o sistema comercial.</w:t>
      </w:r>
    </w:p>
    <w:p>
      <w:pPr>
        <w:pStyle w:val="Heading3"/>
      </w:pPr>
      <w:r>
        <w:t>USO DEL CANAL GÁSTRICO (si el dispositivo lo tiene)</w:t>
      </w:r>
    </w:p>
    <w:p>
      <w:pPr>
        <w:pStyle w:val="ListBullet"/>
      </w:pPr>
      <w:r>
        <w:t>Conectar una sonda de aspiración al puerto gástrico para descomprimir el estómago.</w:t>
      </w:r>
    </w:p>
    <w:p>
      <w:r>
        <w:t>────────────────────────────────────────────────────────────</w:t>
      </w:r>
    </w:p>
    <w:p>
      <w:pPr>
        <w:pStyle w:val="Heading2"/>
      </w:pPr>
      <w:r>
        <w:t>COMPLICACIONES Y SOLUCIÓN DE PROBLEMAS</w:t>
      </w:r>
    </w:p>
    <w:p>
      <w:pPr>
        <w:pStyle w:val="Heading3"/>
      </w:pPr>
      <w:r>
        <w:t>FALLO DE SELLADO/VENTILACIÓN INADECUADA</w:t>
      </w:r>
    </w:p>
    <w:p>
      <w:r>
        <w:t>**Causa:** Talla incorrecta, posición defectuosa, inserción incompleta.</w:t>
      </w:r>
    </w:p>
    <w:p>
      <w:r>
        <w:t>**Solución:** Asegurar profundidad, ajustar posición cabeza/jaw thrust, cambiar talla.</w:t>
      </w:r>
    </w:p>
    <w:p>
      <w:r>
        <w:t>────────────────────────────────────────────────────────────</w:t>
      </w:r>
    </w:p>
    <w:p>
      <w:pPr>
        <w:pStyle w:val="Heading3"/>
      </w:pPr>
      <w:r>
        <w:t>ASPIRACIÓN GÁSTRICA</w:t>
      </w:r>
    </w:p>
    <w:p>
      <w:r>
        <w:t>**Prevención:** Uso de dispositivos con canal gástrico, aspiración gástrica previa si es posible, no ventilar con altas presiones.</w:t>
      </w:r>
    </w:p>
    <w:p>
      <w:r>
        <w:t>────────────────────────────────────────────────────────────</w:t>
      </w:r>
    </w:p>
    <w:p>
      <w:pPr>
        <w:pStyle w:val="Heading3"/>
      </w:pPr>
      <w:r>
        <w:t>LARINGOESPASMO (raro en paciente inconsciente)</w:t>
      </w:r>
    </w:p>
    <w:p>
      <w:r>
        <w:t>**Solución:** Profundizar sedación/relajación, retirar dispositivo si es grave.</w:t>
      </w:r>
    </w:p>
    <w:p>
      <w:r>
        <w:t>────────────────────────────────────────────────────────────</w:t>
      </w:r>
    </w:p>
    <w:p>
      <w:pPr>
        <w:pStyle w:val="Heading2"/>
      </w:pPr>
      <w:r>
        <w:t>PUNTOS CRÍTICOS TES</w:t>
      </w:r>
    </w:p>
    <w:p>
      <w:pPr>
        <w:pStyle w:val="ListBullet"/>
      </w:pPr>
      <w:r>
        <w:t>Los dispositivos supraglóticos **NO SON definitivos.** Planificar siempre la intubación endotraqueal o el traslado a un entorno donde sea posible.</w:t>
      </w:r>
    </w:p>
    <w:p>
      <w:pPr>
        <w:pStyle w:val="ListBullet"/>
      </w:pPr>
      <w:r>
        <w:t>La capnografía es obligatoria para confirmar la colocación correcta.</w:t>
      </w:r>
    </w:p>
    <w:p>
      <w:pPr>
        <w:pStyle w:val="ListBullet"/>
      </w:pPr>
      <w:r>
        <w:t>Conocer las limitaciones de cada dispositivo según el protocolo de tu servicio.</w:t>
      </w:r>
    </w:p>
    <w:p>
      <w:pPr>
        <w:pStyle w:val="ListBullet"/>
      </w:pPr>
      <w:r>
        <w:t>Entrenamiento regular es clave para mantener la habilidad en inserción.</w:t>
      </w:r>
    </w:p>
    <w:p>
      <w:r>
        <w:t>────────────────────────────────────────────────────────────</w:t>
      </w:r>
    </w:p>
    <w:p>
      <w:r>
        <w:t>**Versión:** 1.0</w:t>
      </w:r>
    </w:p>
    <w:p>
      <w:r>
        <w:t>**Última actualización:** 2024-12-19</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3.23 – Cánulas Oro/Nasofaríngeas: Versión Integrada Bloque 3</w:t>
      </w:r>
    </w:p>
    <w:p>
      <w:pPr>
        <w:pStyle w:val="Heading1"/>
      </w:pPr>
      <w:r>
        <w:t>3.23 – Cánulas Oro/Nasofaríngeas: Versión Integrada Bloque 3</w:t>
      </w:r>
    </w:p>
    <w:p>
      <w:pPr>
        <w:pStyle w:val="Heading2"/>
      </w:pPr>
      <w:r>
        <w:t>Manual TES Digital – Permeabilización Básica de Vía Aérea (Integrada)</w:t>
      </w:r>
    </w:p>
    <w:p>
      <w:r>
        <w:t>**Versión:** 1.0</w:t>
      </w:r>
    </w:p>
    <w:p>
      <w:r>
        <w:t>**Fecha:** 2024-12-19</w:t>
      </w:r>
    </w:p>
    <w:p>
      <w:r>
        <w:t>**Tipo:** Bloque Operativo - Procedimiento TES</w:t>
      </w:r>
    </w:p>
    <w:p>
      <w:r>
        <w:t>**Estado:** ⭐ NUEVO - Contenido completo</w:t>
      </w:r>
    </w:p>
    <w:p>
      <w:r>
        <w:t>────────────────────────────────────────────────────────────</w:t>
      </w:r>
    </w:p>
    <w:p>
      <w:pPr>
        <w:pStyle w:val="Heading2"/>
      </w:pPr>
      <w:r>
        <w:t>OBJETIVO DEL CAPÍTULO</w:t>
      </w:r>
    </w:p>
    <w:p>
      <w:r>
        <w:t>Versión resumida integrada en el contexto del Bloque 3 sobre cánulas orofaríngeas (OPA) y nasofaríngeas (NPA), complementando el capítulo 2.6 con enfoque en integración con manejo de vía aérea y algoritmo operativo.</w:t>
      </w:r>
    </w:p>
    <w:p>
      <w:r>
        <w:t>**Características:**</w:t>
      </w:r>
    </w:p>
    <w:p>
      <w:pPr>
        <w:pStyle w:val="ListBullet"/>
      </w:pPr>
      <w:r>
        <w:t>✅ Versión resumida e integrada</w:t>
      </w:r>
    </w:p>
    <w:p>
      <w:pPr>
        <w:pStyle w:val="ListBullet"/>
      </w:pPr>
      <w:r>
        <w:t>✅ Comparativa rápida OPA vs. NPA</w:t>
      </w:r>
    </w:p>
    <w:p>
      <w:pPr>
        <w:pStyle w:val="ListBullet"/>
      </w:pPr>
      <w:r>
        <w:t>✅ Algoritmo de uso integrado</w:t>
      </w:r>
    </w:p>
    <w:p>
      <w:pPr>
        <w:pStyle w:val="ListBullet"/>
      </w:pPr>
      <w:r>
        <w:t>✅ Integración con manejo de vía aérea</w:t>
      </w:r>
    </w:p>
    <w:p>
      <w:pPr>
        <w:pStyle w:val="ListBullet"/>
      </w:pPr>
      <w:r>
        <w:t>❌ NO contenido detallado (ver 2.6)</w:t>
      </w:r>
    </w:p>
    <w:p>
      <w:pPr>
        <w:pStyle w:val="ListBullet"/>
      </w:pPr>
      <w:r>
        <w:t>❌ NO decisiones terapéuticas (criterio médico)</w:t>
      </w:r>
    </w:p>
    <w:p>
      <w:r>
        <w:t>────────────────────────────────────────────────────────────</w:t>
      </w:r>
    </w:p>
    <w:p>
      <w:pPr>
        <w:pStyle w:val="Heading2"/>
      </w:pPr>
      <w:r>
        <w:t>CUÁNDO SE APLICA</w:t>
      </w:r>
    </w:p>
    <w:p>
      <w:r>
        <w:t>**Escenarios de uso:**</w:t>
      </w:r>
    </w:p>
    <w:p>
      <w:pPr>
        <w:pStyle w:val="ListBullet"/>
      </w:pPr>
      <w:r>
        <w:t>Paciente inconsciente con ruidos obstructivos (ronquidos, gorgoteo)</w:t>
      </w:r>
    </w:p>
    <w:p>
      <w:pPr>
        <w:pStyle w:val="ListBullet"/>
      </w:pPr>
      <w:r>
        <w:t>Parte del algoritmo de manejo de vía aérea básica</w:t>
      </w:r>
    </w:p>
    <w:p>
      <w:pPr>
        <w:pStyle w:val="ListBullet"/>
      </w:pPr>
      <w:r>
        <w:t>Integración con ventilación BVM</w:t>
      </w:r>
    </w:p>
    <w:p>
      <w:pPr>
        <w:pStyle w:val="ListBullet"/>
      </w:pPr>
      <w:r>
        <w:t>Crisis epilépticas post-ictales (NPA)</w:t>
      </w:r>
    </w:p>
    <w:p>
      <w:r>
        <w:t>**Criterios de activación:**</w:t>
      </w:r>
    </w:p>
    <w:p>
      <w:pPr>
        <w:pStyle w:val="ListBullet"/>
      </w:pPr>
      <w:r>
        <w:t>Paciente inconsciente con ruidos obstructivos</w:t>
      </w:r>
    </w:p>
    <w:p>
      <w:pPr>
        <w:pStyle w:val="ListBullet"/>
      </w:pPr>
      <w:r>
        <w:t>Evaluación de reflejo nauseoso realizada</w:t>
      </w:r>
    </w:p>
    <w:p>
      <w:pPr>
        <w:pStyle w:val="ListBullet"/>
      </w:pPr>
      <w:r>
        <w:t>Necesidad de mantener vía aérea permeable</w:t>
      </w:r>
    </w:p>
    <w:p>
      <w:r>
        <w:t>────────────────────────────────────────────────────────────</w:t>
      </w:r>
    </w:p>
    <w:p>
      <w:pPr>
        <w:pStyle w:val="Heading2"/>
      </w:pPr>
      <w:r>
        <w:t>DEPENDENCIAS</w:t>
      </w:r>
    </w:p>
    <w:p>
      <w:r>
        <w:t>**Capítulos previos necesarios:**</w:t>
      </w:r>
    </w:p>
    <w:p>
      <w:pPr>
        <w:pStyle w:val="ListBullet"/>
      </w:pPr>
      <w:r>
        <w:t>2.6 (Cánulas OPA/NPA) - Contenido detallado</w:t>
      </w:r>
    </w:p>
    <w:p>
      <w:pPr>
        <w:pStyle w:val="ListBullet"/>
      </w:pPr>
      <w:r>
        <w:t>2.5 (Ventilación BVM) - Integración con ventilación</w:t>
      </w:r>
    </w:p>
    <w:p>
      <w:pPr>
        <w:pStyle w:val="ListBullet"/>
      </w:pPr>
      <w:r>
        <w:t>1.2 (ABCDE Operativo) - Evaluación primaria</w:t>
      </w:r>
    </w:p>
    <w:p>
      <w:r>
        <w:t>**Capítulos relacionados:**</w:t>
      </w:r>
    </w:p>
    <w:p>
      <w:pPr>
        <w:pStyle w:val="ListBullet"/>
      </w:pPr>
      <w:r>
        <w:t>2.6 (Cánulas OPA/NPA) - Contenido detallado completo</w:t>
      </w:r>
    </w:p>
    <w:p>
      <w:pPr>
        <w:pStyle w:val="ListBullet"/>
      </w:pPr>
      <w:r>
        <w:t>2.5 (Ventilación BVM) - Integración con ventilación</w:t>
      </w:r>
    </w:p>
    <w:p>
      <w:pPr>
        <w:pStyle w:val="ListBullet"/>
      </w:pPr>
      <w:r>
        <w:t>2.7 (Aspiración) - Limpieza de secreciones</w:t>
      </w:r>
    </w:p>
    <w:p>
      <w:r>
        <w:t>**Capítulos siguientes:**</w:t>
      </w:r>
    </w:p>
    <w:p>
      <w:pPr>
        <w:pStyle w:val="ListBullet"/>
      </w:pPr>
      <w:r>
        <w:t>3.22 (Dispositivos Supraglóticos) - Siguiente escalón</w:t>
      </w:r>
    </w:p>
    <w:p>
      <w:pPr>
        <w:pStyle w:val="ListBullet"/>
      </w:pPr>
      <w:r>
        <w:t>3.19 (Vía Aérea Avanzada) - Técnicas avanzadas</w:t>
      </w:r>
    </w:p>
    <w:p>
      <w:r>
        <w:t>────────────────────────────────────────────────────────────</w:t>
      </w:r>
    </w:p>
    <w:p>
      <w:pPr>
        <w:pStyle w:val="Heading2"/>
      </w:pPr>
      <w:r>
        <w:t>CONTENIDO PRINCIPAL</w:t>
      </w:r>
    </w:p>
    <w:p>
      <w:pPr>
        <w:pStyle w:val="ListNumber"/>
      </w:pPr>
      <w:r>
        <w:t>**Función y Objetivo**</w:t>
      </w:r>
    </w:p>
    <w:p>
      <w:pPr>
        <w:pStyle w:val="ListBullet"/>
      </w:pPr>
      <w:r>
        <w:t>Dispositivos básicos de permeabilización</w:t>
      </w:r>
    </w:p>
    <w:p>
      <w:pPr>
        <w:pStyle w:val="ListBullet"/>
      </w:pPr>
      <w:r>
        <w:t>Evitar obstrucción por lengua o tejidos blandos</w:t>
      </w:r>
    </w:p>
    <w:p>
      <w:pPr>
        <w:pStyle w:val="ListNumber"/>
      </w:pPr>
      <w:r>
        <w:t>**Comparativa Rápida y Uso Integrado**</w:t>
      </w:r>
    </w:p>
    <w:p>
      <w:pPr>
        <w:pStyle w:val="ListBullet"/>
      </w:pPr>
      <w:r>
        <w:t>OPA vs. NPA</w:t>
      </w:r>
    </w:p>
    <w:p>
      <w:pPr>
        <w:pStyle w:val="ListBullet"/>
      </w:pPr>
      <w:r>
        <w:t>Cuándo usar cada una</w:t>
      </w:r>
    </w:p>
    <w:p>
      <w:pPr>
        <w:pStyle w:val="ListNumber"/>
      </w:pPr>
      <w:r>
        <w:t>**Integración en el Manejo de la Vía Aérea (Algoritmo)**</w:t>
      </w:r>
    </w:p>
    <w:p>
      <w:pPr>
        <w:pStyle w:val="ListBullet"/>
      </w:pPr>
      <w:r>
        <w:t>Algoritmo operativo paso a paso</w:t>
      </w:r>
    </w:p>
    <w:p>
      <w:pPr>
        <w:pStyle w:val="ListBullet"/>
      </w:pPr>
      <w:r>
        <w:t>Decisión OPA vs. NPA</w:t>
      </w:r>
    </w:p>
    <w:p>
      <w:r>
        <w:t>────────────────────────────────────────────────────────────</w:t>
      </w:r>
    </w:p>
    <w:p>
      <w:pPr>
        <w:pStyle w:val="Heading2"/>
      </w:pPr>
      <w:r>
        <w:t>DECISIONES CLAVE DEL TES</w:t>
      </w:r>
    </w:p>
    <w:p>
      <w:pPr>
        <w:pStyle w:val="ListBullet"/>
      </w:pPr>
      <w:r>
        <w:t>**Evaluación de reflejo nauseoso:** ¿Presente? → NPA. ¿Ausente? → OPA</w:t>
      </w:r>
    </w:p>
    <w:p>
      <w:pPr>
        <w:pStyle w:val="ListBullet"/>
      </w:pPr>
      <w:r>
        <w:t>**Talla correcta:** ¿Medición adecuada?</w:t>
      </w:r>
    </w:p>
    <w:p>
      <w:pPr>
        <w:pStyle w:val="ListBullet"/>
      </w:pPr>
      <w:r>
        <w:t>**Reevaluación:** ¿Paciente recupera reflejo? → Retirar OPA inmediatamente</w:t>
      </w:r>
    </w:p>
    <w:p>
      <w:pPr>
        <w:pStyle w:val="ListBullet"/>
      </w:pPr>
      <w:r>
        <w:t>**Integración:** ¿Con BVM? ¿Con aspiración?</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**Insertar OPA sin evaluar reflejo nauseoso**</w:t>
            </w:r>
          </w:p>
        </w:tc>
        <w:tc>
          <w:tcPr>
            <w:tcW w:type="dxa" w:w="2880"/>
          </w:tcPr>
          <w:p>
            <w:r>
              <w:t>Vómitos, aspiración, laringoespasmo</w:t>
            </w:r>
          </w:p>
        </w:tc>
        <w:tc>
          <w:tcPr>
            <w:tcW w:type="dxa" w:w="2880"/>
          </w:tcPr>
          <w:p>
            <w:r>
              <w:t>Evaluar reflejo nauseoso primero. Tocar con depresor o extremo de OPA en úvula</w:t>
            </w:r>
          </w:p>
        </w:tc>
      </w:tr>
      <w:tr>
        <w:tc>
          <w:tcPr>
            <w:tcW w:type="dxa" w:w="2880"/>
          </w:tcPr>
          <w:p>
            <w:r>
              <w:t>**No retirar OPA si paciente recupera reflejo**</w:t>
            </w:r>
          </w:p>
        </w:tc>
        <w:tc>
          <w:tcPr>
            <w:tcW w:type="dxa" w:w="2880"/>
          </w:tcPr>
          <w:p>
            <w:r>
              <w:t>Vómitos, aspiración</w:t>
            </w:r>
          </w:p>
        </w:tc>
        <w:tc>
          <w:tcPr>
            <w:tcW w:type="dxa" w:w="2880"/>
          </w:tcPr>
          <w:p>
            <w:r>
              <w:t>REEVALUAR CONSTANTEMENTE. Si recupera reflejo: RETIRAR INMEDIATAMENTE</w:t>
            </w:r>
          </w:p>
        </w:tc>
      </w:tr>
      <w:tr>
        <w:tc>
          <w:tcPr>
            <w:tcW w:type="dxa" w:w="2880"/>
          </w:tcPr>
          <w:p>
            <w:r>
              <w:t>**Asumir que protegen de aspiración**</w:t>
            </w:r>
          </w:p>
        </w:tc>
        <w:tc>
          <w:tcPr>
            <w:tcW w:type="dxa" w:w="2880"/>
          </w:tcPr>
          <w:p>
            <w:r>
              <w:t>Aspiración no prevenida</w:t>
            </w:r>
          </w:p>
        </w:tc>
        <w:tc>
          <w:tcPr>
            <w:tcW w:type="dxa" w:w="2880"/>
          </w:tcPr>
          <w:p>
            <w:r>
              <w:t>Ambas son ayudas mecánicas, NO protegen de aspiración. Considerar intubación si necesario</w:t>
            </w:r>
          </w:p>
        </w:tc>
      </w:tr>
      <w:tr>
        <w:tc>
          <w:tcPr>
            <w:tcW w:type="dxa" w:w="2880"/>
          </w:tcPr>
          <w:p>
            <w:r>
              <w:t>**No preparar siguiente escalón**</w:t>
            </w:r>
          </w:p>
        </w:tc>
        <w:tc>
          <w:tcPr>
            <w:tcW w:type="dxa" w:w="2880"/>
          </w:tcPr>
          <w:p>
            <w:r>
              <w:t>Retraso en atención</w:t>
            </w:r>
          </w:p>
        </w:tc>
        <w:tc>
          <w:tcPr>
            <w:tcW w:type="dxa" w:w="2880"/>
          </w:tcPr>
          <w:p>
            <w:r>
              <w:t>Preparar siempre siguiente escalón (BVM, dispositivo supraglótico, intubación)</w:t>
            </w:r>
          </w:p>
        </w:tc>
      </w:tr>
    </w:tbl>
    <w:p>
      <w:r>
        <w:t>────────────────────────────────────────────────────────────</w:t>
      </w:r>
    </w:p>
    <w:p>
      <w:pPr>
        <w:pStyle w:val="Heading2"/>
      </w:pPr>
      <w:r>
        <w:t>INDICADORES DE CALIDAD / SEGURIDAD</w:t>
      </w:r>
    </w:p>
    <w:p>
      <w:r>
        <w:t>**Métricas de Éxito Operativo:**</w:t>
      </w:r>
    </w:p>
    <w:p>
      <w:pPr>
        <w:pStyle w:val="ListBullet"/>
      </w:pPr>
      <w:r>
        <w:t>✅ Reflejo nauseoso evaluado correctamente</w:t>
      </w:r>
    </w:p>
    <w:p>
      <w:pPr>
        <w:pStyle w:val="ListBullet"/>
      </w:pPr>
      <w:r>
        <w:t>✅ Dispositivo correcto seleccionado (OPA sin reflejo, NPA con reflejo)</w:t>
      </w:r>
    </w:p>
    <w:p>
      <w:pPr>
        <w:pStyle w:val="ListBullet"/>
      </w:pPr>
      <w:r>
        <w:t>✅ Vía aérea mejorada (ruidos obstructivos disminuidos)</w:t>
      </w:r>
    </w:p>
    <w:p>
      <w:pPr>
        <w:pStyle w:val="ListBullet"/>
      </w:pPr>
      <w:r>
        <w:t>✅ Reevaluación constante realizada</w:t>
      </w:r>
    </w:p>
    <w:p>
      <w:pPr>
        <w:pStyle w:val="ListBullet"/>
      </w:pPr>
      <w:r>
        <w:t>✅ Retirada inmediata si paciente recupera reflejo (OPA)</w:t>
      </w:r>
    </w:p>
    <w:p>
      <w:pPr>
        <w:pStyle w:val="ListBullet"/>
      </w:pPr>
      <w:r>
        <w:t>✅ Siguiente escalón preparado</w:t>
      </w:r>
    </w:p>
    <w:p>
      <w:r>
        <w:t>**Señales de Alerta:**</w:t>
      </w:r>
    </w:p>
    <w:p>
      <w:pPr>
        <w:pStyle w:val="ListBullet"/>
      </w:pPr>
      <w:r>
        <w:t>❌ OPA insertada con reflejo nauseoso → Vómitos, aspiración, RETIRAR INMEDIATAMENTE</w:t>
      </w:r>
    </w:p>
    <w:p>
      <w:pPr>
        <w:pStyle w:val="ListBullet"/>
      </w:pPr>
      <w:r>
        <w:t>❌ Asumir protección de aspiración → Aspiración no prevenida</w:t>
      </w:r>
    </w:p>
    <w:p>
      <w:r>
        <w:t>────────────────────────────────────────────────────────────</w:t>
      </w:r>
    </w:p>
    <w:p>
      <w:pPr>
        <w:pStyle w:val="Heading2"/>
      </w:pPr>
      <w:r>
        <w:t>RELACIÓN CON OTROS CAPÍTULOS</w:t>
      </w:r>
    </w:p>
    <w:p>
      <w:r>
        <w:t>**Capítulos Previos (Leer antes):**</w:t>
      </w:r>
    </w:p>
    <w:p>
      <w:pPr>
        <w:pStyle w:val="ListBullet"/>
      </w:pPr>
      <w:r>
        <w:t>2.6 (Cánulas OPA/NPA) - Contenido detallado</w:t>
      </w:r>
    </w:p>
    <w:p>
      <w:pPr>
        <w:pStyle w:val="ListBullet"/>
      </w:pPr>
      <w:r>
        <w:t>2.5 (Ventilación BVM) - Integración con ventilación</w:t>
      </w:r>
    </w:p>
    <w:p>
      <w:pPr>
        <w:pStyle w:val="ListBullet"/>
      </w:pPr>
      <w:r>
        <w:t>1.2 (ABCDE Operativo) - Evaluación primaria</w:t>
      </w:r>
    </w:p>
    <w:p>
      <w:r>
        <w:t>**Capítulos Relacionados (Consultar junto):**</w:t>
      </w:r>
    </w:p>
    <w:p>
      <w:pPr>
        <w:pStyle w:val="ListBullet"/>
      </w:pPr>
      <w:r>
        <w:t>2.6 (Cánulas OPA/NPA) - Contenido detallado completo</w:t>
      </w:r>
    </w:p>
    <w:p>
      <w:pPr>
        <w:pStyle w:val="ListBullet"/>
      </w:pPr>
      <w:r>
        <w:t>2.5 (Ventilación BVM) - Integración con ventilación</w:t>
      </w:r>
    </w:p>
    <w:p>
      <w:pPr>
        <w:pStyle w:val="ListBullet"/>
      </w:pPr>
      <w:r>
        <w:t>2.7 (Aspiración) - Limpieza de secreciones</w:t>
      </w:r>
    </w:p>
    <w:p>
      <w:r>
        <w:t>**Capítulos Siguientes (Leer después):**</w:t>
      </w:r>
    </w:p>
    <w:p>
      <w:pPr>
        <w:pStyle w:val="ListBullet"/>
      </w:pPr>
      <w:r>
        <w:t>3.22 (Dispositivos Supraglóticos) - Siguiente escalón</w:t>
      </w:r>
    </w:p>
    <w:p>
      <w:pPr>
        <w:pStyle w:val="ListBullet"/>
      </w:pPr>
      <w:r>
        <w:t>3.19 (Vía Aérea Avanzada) - Técnicas avanzadas</w:t>
      </w:r>
    </w:p>
    <w:p>
      <w:r>
        <w:t>────────────────────────────────────────────────────────────</w:t>
      </w:r>
    </w:p>
    <w:p>
      <w:pPr>
        <w:pStyle w:val="Heading2"/>
      </w:pPr>
      <w:r>
        <w:t>FUNCIÓN Y OBJETIVO</w:t>
      </w:r>
    </w:p>
    <w:p>
      <w:r>
        <w:t>Dispositivos básicos de permeabilización de la vía aérea superior, que evitan la obstrucción por la lengua o tejidos blandos en pacientes con alteración del nivel de conciencia.</w:t>
      </w:r>
    </w:p>
    <w:p>
      <w:r>
        <w:t>────────────────────────────────────────────────────────────</w:t>
      </w:r>
    </w:p>
    <w:p>
      <w:pPr>
        <w:pStyle w:val="Heading2"/>
      </w:pPr>
      <w:r>
        <w:t>COMPARATIVA RÁPIDA Y USO INTEGRADO EN EL BLOQUE 3</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Aspecto</w:t>
            </w:r>
          </w:p>
        </w:tc>
        <w:tc>
          <w:tcPr>
            <w:tcW w:type="dxa" w:w="2880"/>
          </w:tcPr>
          <w:p>
            <w:r>
              <w:t>Cánula Orofaríngea (OPA / Guedel)</w:t>
            </w:r>
          </w:p>
        </w:tc>
        <w:tc>
          <w:tcPr>
            <w:tcW w:type="dxa" w:w="2880"/>
          </w:tcPr>
          <w:p>
            <w:r>
              <w:t>Cánula Nasofaríngea (NPA / Trompeta)</w:t>
            </w:r>
          </w:p>
        </w:tc>
      </w:tr>
      <w:tr>
        <w:tc>
          <w:tcPr>
            <w:tcW w:type="dxa" w:w="2880"/>
          </w:tcPr>
          <w:p>
            <w:r>
              <w:t>**Mecanismo**</w:t>
            </w:r>
          </w:p>
        </w:tc>
        <w:tc>
          <w:tcPr>
            <w:tcW w:type="dxa" w:w="2880"/>
          </w:tcPr>
          <w:p>
            <w:r>
              <w:t>Separa la lengua de la pared posterior de la faringe.</w:t>
            </w:r>
          </w:p>
        </w:tc>
        <w:tc>
          <w:tcPr>
            <w:tcW w:type="dxa" w:w="2880"/>
          </w:tcPr>
          <w:p>
            <w:r>
              <w:t>Permite el paso de aire a través de la nariz, evitando la obstrucción por el velo del paladar.</w:t>
            </w:r>
          </w:p>
        </w:tc>
      </w:tr>
      <w:tr>
        <w:tc>
          <w:tcPr>
            <w:tcW w:type="dxa" w:w="2880"/>
          </w:tcPr>
          <w:p>
            <w:r>
              <w:t>**Paciente Ideal**</w:t>
            </w:r>
          </w:p>
        </w:tc>
        <w:tc>
          <w:tcPr>
            <w:tcW w:type="dxa" w:w="2880"/>
          </w:tcPr>
          <w:p>
            <w:r>
              <w:t>Inconsciente profundo SIN reflejo nauseoso (AVPU: P o U).</w:t>
            </w:r>
          </w:p>
        </w:tc>
        <w:tc>
          <w:tcPr>
            <w:tcW w:type="dxa" w:w="2880"/>
          </w:tcPr>
          <w:p>
            <w:r>
              <w:t>Paciente con disminución de conciencia PERO CON reflejo nauseoso presente (AVPU: V o P). Crisis epiléptica post-ictal.</w:t>
            </w:r>
          </w:p>
        </w:tc>
      </w:tr>
      <w:tr>
        <w:tc>
          <w:tcPr>
            <w:tcW w:type="dxa" w:w="2880"/>
          </w:tcPr>
          <w:p>
            <w:r>
              <w:t>**Contraindicaciones**</w:t>
            </w:r>
          </w:p>
        </w:tc>
        <w:tc>
          <w:tcPr>
            <w:tcW w:type="dxa" w:w="2880"/>
          </w:tcPr>
          <w:p>
            <w:r>
              <w:t>Consciencia, reflejo nauseoso, trauma oral severo.</w:t>
            </w:r>
          </w:p>
        </w:tc>
        <w:tc>
          <w:tcPr>
            <w:tcW w:type="dxa" w:w="2880"/>
          </w:tcPr>
          <w:p>
            <w:r>
              <w:t>Trauma facial/sospecha fractura base cráneo, epistaxis activa.</w:t>
            </w:r>
          </w:p>
        </w:tc>
      </w:tr>
      <w:tr>
        <w:tc>
          <w:tcPr>
            <w:tcW w:type="dxa" w:w="2880"/>
          </w:tcPr>
          <w:p>
            <w:r>
              <w:t>**Técnica de Inserción**</w:t>
            </w:r>
          </w:p>
        </w:tc>
        <w:tc>
          <w:tcPr>
            <w:tcW w:type="dxa" w:w="2880"/>
          </w:tcPr>
          <w:p>
            <w:r>
              <w:t>Método rotación 180º o con depresor lingual. Medir de comisura labial a ángulo mandíbula.</w:t>
            </w:r>
          </w:p>
        </w:tc>
        <w:tc>
          <w:tcPr>
            <w:tcW w:type="dxa" w:w="2880"/>
          </w:tcPr>
          <w:p>
            <w:r>
              <w:t>Lubricación abundante. Introducir por nariz más patente, dirección hacia atrás y abajo (hacia la oreja). Medir de nariz a trago.</w:t>
            </w:r>
          </w:p>
        </w:tc>
      </w:tr>
      <w:tr>
        <w:tc>
          <w:tcPr>
            <w:tcW w:type="dxa" w:w="2880"/>
          </w:tcPr>
          <w:p>
            <w:r>
              <w:t>**Riesgo Principal**</w:t>
            </w:r>
          </w:p>
        </w:tc>
        <w:tc>
          <w:tcPr>
            <w:tcW w:type="dxa" w:w="2880"/>
          </w:tcPr>
          <w:p>
            <w:r>
              <w:t>Provocar vómito y aspiración si el paciente tiene reflejo.</w:t>
            </w:r>
          </w:p>
        </w:tc>
        <w:tc>
          <w:tcPr>
            <w:tcW w:type="dxa" w:w="2880"/>
          </w:tcPr>
          <w:p>
            <w:r>
              <w:t>Epistaxis, colocación intracraneal en fractura de base.</w:t>
            </w:r>
          </w:p>
        </w:tc>
      </w:tr>
    </w:tbl>
    <w:p>
      <w:r>
        <w:t>────────────────────────────────────────────────────────────</w:t>
      </w:r>
    </w:p>
    <w:p>
      <w:pPr>
        <w:pStyle w:val="Heading2"/>
      </w:pPr>
      <w:r>
        <w:t>INTEGRACIÓN EN EL MANEJO DE LA VÍA AÉREA (ALGORITMO)</w:t>
      </w:r>
    </w:p>
    <w:p>
      <w:r>
        <w:t>**Paciente inconsciente, no responde.**</w:t>
      </w:r>
    </w:p>
    <w:p>
      <w:pPr>
        <w:pStyle w:val="ListNumber"/>
      </w:pPr>
      <w:r>
        <w:t>Abrir vía aérea manualmente (frente-mentón o elevación mandibular).</w:t>
      </w:r>
    </w:p>
    <w:p>
      <w:pPr>
        <w:pStyle w:val="ListNumber"/>
      </w:pPr>
      <w:r>
        <w:t>¿Respira? Si no, iniciar RCP. Si sí, pero con ruidos obstructivos (ronquidos, gorgoteo):</w:t>
      </w:r>
    </w:p>
    <w:p>
      <w:r>
        <w:t>**Paso 1:** Aspirar secreciones si son visibles/audibles.</w:t>
      </w:r>
    </w:p>
    <w:p>
      <w:r>
        <w:t>**Paso 2:** Valorar reflejo nauseoso (tocar con el depresor o el extremo de la OPA en la úvula).</w:t>
      </w:r>
    </w:p>
    <w:p>
      <w:pPr>
        <w:pStyle w:val="ListBullet"/>
      </w:pPr>
      <w:r>
        <w:t>**SI hay reflejo (arcada)** → INSERTAR NPA.</w:t>
      </w:r>
    </w:p>
    <w:p>
      <w:pPr>
        <w:pStyle w:val="ListBullet"/>
      </w:pPr>
      <w:r>
        <w:t>**NO hay reflejo** → INSERTAR OPA.</w:t>
      </w:r>
    </w:p>
    <w:p>
      <w:pPr>
        <w:pStyle w:val="ListNumber"/>
      </w:pPr>
      <w:r>
        <w:t>Reevaluar la respiración. Si persiste inadecuada, proceder a ventilación con BVM y considerar vía aérea avanzada.</w:t>
      </w:r>
    </w:p>
    <w:p>
      <w:r>
        <w:t>────────────────────────────────────────────────────────────</w:t>
      </w:r>
    </w:p>
    <w:p>
      <w:pPr>
        <w:pStyle w:val="Heading2"/>
      </w:pPr>
      <w:r>
        <w:t>PUNTOS CRÍTICOS TES (Reiteración)</w:t>
      </w:r>
    </w:p>
    <w:p>
      <w:pPr>
        <w:pStyle w:val="ListBullet"/>
      </w:pPr>
      <w:r>
        <w:t>La OPA es un dispositivo de soporte, **NO de protección.** Un paciente con OPA profundamente inconsciente puede aspirar igualmente.</w:t>
      </w:r>
    </w:p>
    <w:p>
      <w:pPr>
        <w:pStyle w:val="ListBullet"/>
      </w:pPr>
      <w:r>
        <w:t>**NUNCA inmovilizar o fijar una OPA** con esparadrapo sobre la boca. Debe poder ser expulsada si el paciente recupera el reflejo.</w:t>
      </w:r>
    </w:p>
    <w:p>
      <w:pPr>
        <w:pStyle w:val="ListBullet"/>
      </w:pPr>
      <w:r>
        <w:t>La NPA es tu aliada en el paciente agitado o semiconsciente donde la OPA no es tolerada.</w:t>
      </w:r>
    </w:p>
    <w:p>
      <w:pPr>
        <w:pStyle w:val="ListBullet"/>
      </w:pPr>
      <w:r>
        <w:t>Ambas son temporales. Preparar siempre el siguiente escalón (BVM, dispositivo supraglótico, intubación).</w:t>
      </w:r>
    </w:p>
    <w:p>
      <w:r>
        <w:t>────────────────────────────────────────────────────────────</w:t>
      </w:r>
    </w:p>
    <w:p>
      <w:r>
        <w:t>**Versión:** 1.0</w:t>
      </w:r>
    </w:p>
    <w:p>
      <w:r>
        <w:t>**Última actualización:** 2024-12-19</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3.24 – Uso Correcto del BVM (Ambú): Versión Ampliada con Énfasis en Oxigenoterapia</w:t>
      </w:r>
    </w:p>
    <w:p>
      <w:pPr>
        <w:pStyle w:val="Heading1"/>
      </w:pPr>
      <w:r>
        <w:t>3.24 – Uso Correcto del BVM (Ambú): Versión Ampliada con Énfasis en Oxigenoterapia</w:t>
      </w:r>
    </w:p>
    <w:p>
      <w:pPr>
        <w:pStyle w:val="Heading2"/>
      </w:pPr>
      <w:r>
        <w:t>Manual TES Digital – Ventilación Asistida con Oxígeno de Alto Flujo</w:t>
      </w:r>
    </w:p>
    <w:p>
      <w:r>
        <w:t>**Versión:** 1.0</w:t>
      </w:r>
    </w:p>
    <w:p>
      <w:r>
        <w:t>**Fecha:** 2024-12-19</w:t>
      </w:r>
    </w:p>
    <w:p>
      <w:r>
        <w:t>**Tipo:** Bloque Operativo - Procedimiento TES</w:t>
      </w:r>
    </w:p>
    <w:p>
      <w:r>
        <w:t>**Estado:** ⭐ NUEVO - Contenido completo</w:t>
      </w:r>
    </w:p>
    <w:p>
      <w:r>
        <w:t>────────────────────────────────────────────────────────────</w:t>
      </w:r>
    </w:p>
    <w:p>
      <w:pPr>
        <w:pStyle w:val="Heading2"/>
      </w:pPr>
      <w:r>
        <w:t>OBJETIVO DEL CAPÍTULO</w:t>
      </w:r>
    </w:p>
    <w:p>
      <w:r>
        <w:t>Versión ampliada del capítulo 2.5 con énfasis en la oxigenoterapia integrada, estableciendo el BVM como sistema de ventilación con oxígeno de alto flujo, garantizando FiO₂ cercana al 100% mediante uso correcto del reservorio y conexión a oxígeno.</w:t>
      </w:r>
    </w:p>
    <w:p>
      <w:r>
        <w:t>**Características:**</w:t>
      </w:r>
    </w:p>
    <w:p>
      <w:pPr>
        <w:pStyle w:val="ListBullet"/>
      </w:pPr>
      <w:r>
        <w:t>✅ BVM como sistema de oxigenoterapia de alto flujo</w:t>
      </w:r>
    </w:p>
    <w:p>
      <w:pPr>
        <w:pStyle w:val="ListBullet"/>
      </w:pPr>
      <w:r>
        <w:t>✅ Técnica óptima de ventilación (enfoque en oxigenación)</w:t>
      </w:r>
    </w:p>
    <w:p>
      <w:pPr>
        <w:pStyle w:val="ListBullet"/>
      </w:pPr>
      <w:r>
        <w:t>✅ Solución de problemas comunes</w:t>
      </w:r>
    </w:p>
    <w:p>
      <w:pPr>
        <w:pStyle w:val="ListBullet"/>
      </w:pPr>
      <w:r>
        <w:t>✅ Integración con oxigenoterapia</w:t>
      </w:r>
    </w:p>
    <w:p>
      <w:pPr>
        <w:pStyle w:val="ListBullet"/>
      </w:pPr>
      <w:r>
        <w:t>❌ NO contenido básico detallado (ver 2.5)</w:t>
      </w:r>
    </w:p>
    <w:p>
      <w:pPr>
        <w:pStyle w:val="ListBullet"/>
      </w:pPr>
      <w:r>
        <w:t>❌ NO decisiones terapéuticas (criterio médico)</w:t>
      </w:r>
    </w:p>
    <w:p>
      <w:r>
        <w:t>────────────────────────────────────────────────────────────</w:t>
      </w:r>
    </w:p>
    <w:p>
      <w:pPr>
        <w:pStyle w:val="Heading2"/>
      </w:pPr>
      <w:r>
        <w:t>CUÁNDO SE APLICA</w:t>
      </w:r>
    </w:p>
    <w:p>
      <w:r>
        <w:t>**Escenarios de uso:**</w:t>
      </w:r>
    </w:p>
    <w:p>
      <w:pPr>
        <w:pStyle w:val="ListBullet"/>
      </w:pPr>
      <w:r>
        <w:t>Apnea o respiración ineficaz</w:t>
      </w:r>
    </w:p>
    <w:p>
      <w:pPr>
        <w:pStyle w:val="ListBullet"/>
      </w:pPr>
      <w:r>
        <w:t>Insuficiencia respiratoria grave</w:t>
      </w:r>
    </w:p>
    <w:p>
      <w:pPr>
        <w:pStyle w:val="ListBullet"/>
      </w:pPr>
      <w:r>
        <w:t>Pre-oxigenación para intubación</w:t>
      </w:r>
    </w:p>
    <w:p>
      <w:pPr>
        <w:pStyle w:val="ListBullet"/>
      </w:pPr>
      <w:r>
        <w:t>RCP en curso</w:t>
      </w:r>
    </w:p>
    <w:p>
      <w:pPr>
        <w:pStyle w:val="ListBullet"/>
      </w:pPr>
      <w:r>
        <w:t>Necesidad de FiO₂ cercana al 100%</w:t>
      </w:r>
    </w:p>
    <w:p>
      <w:r>
        <w:t>**Criterios de activación:**</w:t>
      </w:r>
    </w:p>
    <w:p>
      <w:pPr>
        <w:pStyle w:val="ListBullet"/>
      </w:pPr>
      <w:r>
        <w:t>Apnea o respiración ineficaz</w:t>
      </w:r>
    </w:p>
    <w:p>
      <w:pPr>
        <w:pStyle w:val="ListBullet"/>
      </w:pPr>
      <w:r>
        <w:t>Insuficiencia respiratoria grave</w:t>
      </w:r>
    </w:p>
    <w:p>
      <w:pPr>
        <w:pStyle w:val="ListBullet"/>
      </w:pPr>
      <w:r>
        <w:t>Necesidad de oxigenación de alto flujo</w:t>
      </w:r>
    </w:p>
    <w:p>
      <w:r>
        <w:t>────────────────────────────────────────────────────────────</w:t>
      </w:r>
    </w:p>
    <w:p>
      <w:pPr>
        <w:pStyle w:val="Heading2"/>
      </w:pPr>
      <w:r>
        <w:t>DEPENDENCIAS</w:t>
      </w:r>
    </w:p>
    <w:p>
      <w:r>
        <w:t>**Capítulos previos necesarios:**</w:t>
      </w:r>
    </w:p>
    <w:p>
      <w:pPr>
        <w:pStyle w:val="ListBullet"/>
      </w:pPr>
      <w:r>
        <w:t>2.5 (Ventilación BVM) - Contenido básico detallado</w:t>
      </w:r>
    </w:p>
    <w:p>
      <w:pPr>
        <w:pStyle w:val="ListBullet"/>
      </w:pPr>
      <w:r>
        <w:t>3.0-3.1 (Oxigenoterapia) - Fundamentos de oxigenoterapia</w:t>
      </w:r>
    </w:p>
    <w:p>
      <w:pPr>
        <w:pStyle w:val="ListBullet"/>
      </w:pPr>
      <w:r>
        <w:t>1.5 (Pulsioxímetro) - Monitorización de SpO₂</w:t>
      </w:r>
    </w:p>
    <w:p>
      <w:r>
        <w:t>**Capítulos relacionados:**</w:t>
      </w:r>
    </w:p>
    <w:p>
      <w:pPr>
        <w:pStyle w:val="ListBullet"/>
      </w:pPr>
      <w:r>
        <w:t>2.5 (Ventilación BVM) - Contenido básico completo</w:t>
      </w:r>
    </w:p>
    <w:p>
      <w:pPr>
        <w:pStyle w:val="ListBullet"/>
      </w:pPr>
      <w:r>
        <w:t>3.0-3.1 (Oxigenoterapia) - Fundamentos de oxigenoterapia</w:t>
      </w:r>
    </w:p>
    <w:p>
      <w:pPr>
        <w:pStyle w:val="ListBullet"/>
      </w:pPr>
      <w:r>
        <w:t>2.6-2.7 (Cánulas y Aspiración) - Integración con manejo de vía aérea</w:t>
      </w:r>
    </w:p>
    <w:p>
      <w:r>
        <w:t>**Capítulos siguientes:**</w:t>
      </w:r>
    </w:p>
    <w:p>
      <w:pPr>
        <w:pStyle w:val="ListBullet"/>
      </w:pPr>
      <w:r>
        <w:t>3.19 (Vía Aérea Avanzada) - Pre-oxigenación para intubación</w:t>
      </w:r>
    </w:p>
    <w:p>
      <w:pPr>
        <w:pStyle w:val="ListBullet"/>
      </w:pPr>
      <w:r>
        <w:t>3.22 (Dispositivos Supraglóticos) - Transición a dispositivos avanzados</w:t>
      </w:r>
    </w:p>
    <w:p>
      <w:r>
        <w:t>────────────────────────────────────────────────────────────</w:t>
      </w:r>
    </w:p>
    <w:p>
      <w:pPr>
        <w:pStyle w:val="Heading2"/>
      </w:pPr>
      <w:r>
        <w:t>CONTENIDO PRINCIPAL</w:t>
      </w:r>
    </w:p>
    <w:p>
      <w:pPr>
        <w:pStyle w:val="ListNumber"/>
      </w:pPr>
      <w:r>
        <w:t>**Concepto Integrado: El BVM como Sistema de Ventilación con Oxígeno de Alto Flujo**</w:t>
      </w:r>
    </w:p>
    <w:p>
      <w:pPr>
        <w:pStyle w:val="ListBullet"/>
      </w:pPr>
      <w:r>
        <w:t>Componentes del sistema</w:t>
      </w:r>
    </w:p>
    <w:p>
      <w:pPr>
        <w:pStyle w:val="ListBullet"/>
      </w:pPr>
      <w:r>
        <w:t>Reservorio como elemento crítico</w:t>
      </w:r>
    </w:p>
    <w:p>
      <w:pPr>
        <w:pStyle w:val="ListNumber"/>
      </w:pPr>
      <w:r>
        <w:t>**Técnica Óptima de Ventilación con BVM (Enfoque en Oxigenación)**</w:t>
      </w:r>
    </w:p>
    <w:p>
      <w:pPr>
        <w:pStyle w:val="ListBullet"/>
      </w:pPr>
      <w:r>
        <w:t>Preparación del sistema</w:t>
      </w:r>
    </w:p>
    <w:p>
      <w:pPr>
        <w:pStyle w:val="ListBullet"/>
      </w:pPr>
      <w:r>
        <w:t>Sellado y apertura de vía aérea</w:t>
      </w:r>
    </w:p>
    <w:p>
      <w:pPr>
        <w:pStyle w:val="ListBullet"/>
      </w:pPr>
      <w:r>
        <w:t>Parámetros de ventilación eficaz</w:t>
      </w:r>
    </w:p>
    <w:p>
      <w:pPr>
        <w:pStyle w:val="ListNumber"/>
      </w:pPr>
      <w:r>
        <w:t>**Solución de Problemas Comunes en la Práctica Real**</w:t>
      </w:r>
    </w:p>
    <w:p>
      <w:pPr>
        <w:pStyle w:val="ListBullet"/>
      </w:pPr>
      <w:r>
        <w:t>Reservorio no se infla</w:t>
      </w:r>
    </w:p>
    <w:p>
      <w:pPr>
        <w:pStyle w:val="ListBullet"/>
      </w:pPr>
      <w:r>
        <w:t>No entra aire</w:t>
      </w:r>
    </w:p>
    <w:p>
      <w:pPr>
        <w:pStyle w:val="ListBullet"/>
      </w:pPr>
      <w:r>
        <w:t>Entra aire al estómago</w:t>
      </w:r>
    </w:p>
    <w:p>
      <w:pPr>
        <w:pStyle w:val="ListBullet"/>
      </w:pPr>
      <w:r>
        <w:t>El paciente no se oxigena</w:t>
      </w:r>
    </w:p>
    <w:p>
      <w:r>
        <w:t>────────────────────────────────────────────────────────────</w:t>
      </w:r>
    </w:p>
    <w:p>
      <w:pPr>
        <w:pStyle w:val="Heading2"/>
      </w:pPr>
      <w:r>
        <w:t>DECISIONES CLAVE DEL TES</w:t>
      </w:r>
    </w:p>
    <w:p>
      <w:pPr>
        <w:pStyle w:val="ListBullet"/>
      </w:pPr>
      <w:r>
        <w:t>**Reservorio conectado:** ¿SIEMPRE conectado? ¿Se llena completamente?</w:t>
      </w:r>
    </w:p>
    <w:p>
      <w:pPr>
        <w:pStyle w:val="ListBullet"/>
      </w:pPr>
      <w:r>
        <w:t>**Oxígeno a flujo máximo:** ¿15 L/min? ¿Flujómetro abierto completamente?</w:t>
      </w:r>
    </w:p>
    <w:p>
      <w:pPr>
        <w:pStyle w:val="ListBullet"/>
      </w:pPr>
      <w:r>
        <w:t>**Técnica a dos manos:** ¿Gold standard aplicado?</w:t>
      </w:r>
    </w:p>
    <w:p>
      <w:pPr>
        <w:pStyle w:val="ListBullet"/>
      </w:pPr>
      <w:r>
        <w:t>**Parámetros de ventilación:** ¿Volumen? ¿Frecuencia? ¿Relación I:E?</w:t>
      </w:r>
    </w:p>
    <w:p>
      <w:pPr>
        <w:pStyle w:val="ListBullet"/>
      </w:pPr>
      <w:r>
        <w:t>**Monitorización:** ¿SpO₂ mejora? ¿EtCO₂ presente?</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**No conectar reservorio**</w:t>
            </w:r>
          </w:p>
        </w:tc>
        <w:tc>
          <w:tcPr>
            <w:tcW w:type="dxa" w:w="2880"/>
          </w:tcPr>
          <w:p>
            <w:r>
              <w:t>FiO₂ baja (21% aire ambiente), insuficiente para emergencia</w:t>
            </w:r>
          </w:p>
        </w:tc>
        <w:tc>
          <w:tcPr>
            <w:tcW w:type="dxa" w:w="2880"/>
          </w:tcPr>
          <w:p>
            <w:r>
              <w:t>Conectar SIEMPRE el reservorio. Verificar que se llena completamente</w:t>
            </w:r>
          </w:p>
        </w:tc>
      </w:tr>
      <w:tr>
        <w:tc>
          <w:tcPr>
            <w:tcW w:type="dxa" w:w="2880"/>
          </w:tcPr>
          <w:p>
            <w:r>
              <w:t>**Flujo de O₂ insuficiente**</w:t>
            </w:r>
          </w:p>
        </w:tc>
        <w:tc>
          <w:tcPr>
            <w:tcW w:type="dxa" w:w="2880"/>
          </w:tcPr>
          <w:p>
            <w:r>
              <w:t>Reservorio no se infla, FiO₂ baja</w:t>
            </w:r>
          </w:p>
        </w:tc>
        <w:tc>
          <w:tcPr>
            <w:tcW w:type="dxa" w:w="2880"/>
          </w:tcPr>
          <w:p>
            <w:r>
              <w:t>Abrir completamente el flujómetro a 15 L/min. Verificar conexión</w:t>
            </w:r>
          </w:p>
        </w:tc>
      </w:tr>
      <w:tr>
        <w:tc>
          <w:tcPr>
            <w:tcW w:type="dxa" w:w="2880"/>
          </w:tcPr>
          <w:p>
            <w:r>
              <w:t>**Sellado deficiente (fuga)**</w:t>
            </w:r>
          </w:p>
        </w:tc>
        <w:tc>
          <w:tcPr>
            <w:tcW w:type="dxa" w:w="2880"/>
          </w:tcPr>
          <w:p>
            <w:r>
              <w:t>Ventilación ineficaz, FiO₂ baja</w:t>
            </w:r>
          </w:p>
        </w:tc>
        <w:tc>
          <w:tcPr>
            <w:tcW w:type="dxa" w:w="2880"/>
          </w:tcPr>
          <w:p>
            <w:r>
              <w:t>Técnica a dos manos (Gold standard). Reanimador 1: sellado exclusivo</w:t>
            </w:r>
          </w:p>
        </w:tc>
      </w:tr>
      <w:tr>
        <w:tc>
          <w:tcPr>
            <w:tcW w:type="dxa" w:w="2880"/>
          </w:tcPr>
          <w:p>
            <w:r>
              <w:t>**Obstrucción vía aérea**</w:t>
            </w:r>
          </w:p>
        </w:tc>
        <w:tc>
          <w:tcPr>
            <w:tcW w:type="dxa" w:w="2880"/>
          </w:tcPr>
          <w:p>
            <w:r>
              <w:t>Tórax no se eleva, ventilación ineficaz</w:t>
            </w:r>
          </w:p>
        </w:tc>
        <w:tc>
          <w:tcPr>
            <w:tcW w:type="dxa" w:w="2880"/>
          </w:tcPr>
          <w:p>
            <w:r>
              <w:t>Aspirar secreciones, usar OPA/NPA, asegurar posición correcta</w:t>
            </w:r>
          </w:p>
        </w:tc>
      </w:tr>
      <w:tr>
        <w:tc>
          <w:tcPr>
            <w:tcW w:type="dxa" w:w="2880"/>
          </w:tcPr>
          <w:p>
            <w:r>
              <w:t>**Válvula POP-OFF activada**</w:t>
            </w:r>
          </w:p>
        </w:tc>
        <w:tc>
          <w:tcPr>
            <w:tcW w:type="dxa" w:w="2880"/>
          </w:tcPr>
          <w:p>
            <w:r>
              <w:t>No entra aire, ventilación ineficaz</w:t>
            </w:r>
          </w:p>
        </w:tc>
        <w:tc>
          <w:tcPr>
            <w:tcW w:type="dxa" w:w="2880"/>
          </w:tcPr>
          <w:p>
            <w:r>
              <w:t>Desactivar la válvula POP-OFF (si existe)</w:t>
            </w:r>
          </w:p>
        </w:tc>
      </w:tr>
      <w:tr>
        <w:tc>
          <w:tcPr>
            <w:tcW w:type="dxa" w:w="2880"/>
          </w:tcPr>
          <w:p>
            <w:r>
              <w:t>**Presión insuflación demasiado alta**</w:t>
            </w:r>
          </w:p>
        </w:tc>
        <w:tc>
          <w:tcPr>
            <w:tcW w:type="dxa" w:w="2880"/>
          </w:tcPr>
          <w:p>
            <w:r>
              <w:t>Entra aire al estómago, distensión gástrica</w:t>
            </w:r>
          </w:p>
        </w:tc>
        <w:tc>
          <w:tcPr>
            <w:tcW w:type="dxa" w:w="2880"/>
          </w:tcPr>
          <w:p>
            <w:r>
              <w:t>Asegurar apertura óptima de vía aérea. Ventilar suave y constante</w:t>
            </w:r>
          </w:p>
        </w:tc>
      </w:tr>
      <w:tr>
        <w:tc>
          <w:tcPr>
            <w:tcW w:type="dxa" w:w="2880"/>
          </w:tcPr>
          <w:p>
            <w:r>
              <w:t>**FiO₂ baja (sin O₂ o sin reservorio)**</w:t>
            </w:r>
          </w:p>
        </w:tc>
        <w:tc>
          <w:tcPr>
            <w:tcW w:type="dxa" w:w="2880"/>
          </w:tcPr>
          <w:p>
            <w:r>
              <w:t>SpO₂ no mejora, hipoxia mantenida</w:t>
            </w:r>
          </w:p>
        </w:tc>
        <w:tc>
          <w:tcPr>
            <w:tcW w:type="dxa" w:w="2880"/>
          </w:tcPr>
          <w:p>
            <w:r>
              <w:t>Conectar O₂ 15L/min con reservorio. Verificar que reservorio se llena</w:t>
            </w:r>
          </w:p>
        </w:tc>
      </w:tr>
      <w:tr>
        <w:tc>
          <w:tcPr>
            <w:tcW w:type="dxa" w:w="2880"/>
          </w:tcPr>
          <w:p>
            <w:r>
              <w:t>**Ventilación ineficaz**</w:t>
            </w:r>
          </w:p>
        </w:tc>
        <w:tc>
          <w:tcPr>
            <w:tcW w:type="dxa" w:w="2880"/>
          </w:tcPr>
          <w:p>
            <w:r>
              <w:t>SpO₂ no mejora</w:t>
            </w:r>
          </w:p>
        </w:tc>
        <w:tc>
          <w:tcPr>
            <w:tcW w:type="dxa" w:w="2880"/>
          </w:tcPr>
          <w:p>
            <w:r>
              <w:t>Mejorar técnica ventilación. Verificar sellado, vía aérea, posición</w:t>
            </w:r>
          </w:p>
        </w:tc>
      </w:tr>
    </w:tbl>
    <w:p>
      <w:r>
        <w:t>────────────────────────────────────────────────────────────</w:t>
      </w:r>
    </w:p>
    <w:p>
      <w:pPr>
        <w:pStyle w:val="Heading2"/>
      </w:pPr>
      <w:r>
        <w:t>INDICADORES DE CALIDAD / SEGURIDAD</w:t>
      </w:r>
    </w:p>
    <w:p>
      <w:r>
        <w:t>**Métricas de Éxito Operativo:**</w:t>
      </w:r>
    </w:p>
    <w:p>
      <w:pPr>
        <w:pStyle w:val="ListBullet"/>
      </w:pPr>
      <w:r>
        <w:t>✅ Reservorio conectado y llenándose completamente</w:t>
      </w:r>
    </w:p>
    <w:p>
      <w:pPr>
        <w:pStyle w:val="ListBullet"/>
      </w:pPr>
      <w:r>
        <w:t>✅ Oxígeno a 15 L/min conectado y fluyendo</w:t>
      </w:r>
    </w:p>
    <w:p>
      <w:pPr>
        <w:pStyle w:val="ListBullet"/>
      </w:pPr>
      <w:r>
        <w:t>✅ Técnica a dos manos aplicada (Gold standard)</w:t>
      </w:r>
    </w:p>
    <w:p>
      <w:pPr>
        <w:pStyle w:val="ListBullet"/>
      </w:pPr>
      <w:r>
        <w:t>✅ Sellado adecuado (sin fugas)</w:t>
      </w:r>
    </w:p>
    <w:p>
      <w:pPr>
        <w:pStyle w:val="ListBullet"/>
      </w:pPr>
      <w:r>
        <w:t>✅ Vía aérea permeable</w:t>
      </w:r>
    </w:p>
    <w:p>
      <w:pPr>
        <w:pStyle w:val="ListBullet"/>
      </w:pPr>
      <w:r>
        <w:t>✅ Elevación simétrica del tórax</w:t>
      </w:r>
    </w:p>
    <w:p>
      <w:pPr>
        <w:pStyle w:val="ListBullet"/>
      </w:pPr>
      <w:r>
        <w:t>✅ SpO₂ mejorando</w:t>
      </w:r>
    </w:p>
    <w:p>
      <w:pPr>
        <w:pStyle w:val="ListBullet"/>
      </w:pPr>
      <w:r>
        <w:t>✅ EtCO₂ presente (si se usa capnografía)</w:t>
      </w:r>
    </w:p>
    <w:p>
      <w:r>
        <w:t>**Señales de Alerta:**</w:t>
      </w:r>
    </w:p>
    <w:p>
      <w:pPr>
        <w:pStyle w:val="ListBullet"/>
      </w:pPr>
      <w:r>
        <w:t>❌ Reservorio no se infla → Flujo O₂ insuficiente o conexión errónea</w:t>
      </w:r>
    </w:p>
    <w:p>
      <w:pPr>
        <w:pStyle w:val="ListBullet"/>
      </w:pPr>
      <w:r>
        <w:t>❌ Tórax no se eleva → Sellado deficiente, obstrucción, válvula POP-OFF</w:t>
      </w:r>
    </w:p>
    <w:p>
      <w:pPr>
        <w:pStyle w:val="ListBullet"/>
      </w:pPr>
      <w:r>
        <w:t>❌ Entra aire al estómago → Presión excesiva, vía aérea no totalmente permeable</w:t>
      </w:r>
    </w:p>
    <w:p>
      <w:pPr>
        <w:pStyle w:val="ListBullet"/>
      </w:pPr>
      <w:r>
        <w:t>❌ SpO₂ no mejora → FiO₂ baja, ventilación ineficaz, problema pulmonar</w:t>
      </w:r>
    </w:p>
    <w:p>
      <w:r>
        <w:t>────────────────────────────────────────────────────────────</w:t>
      </w:r>
    </w:p>
    <w:p>
      <w:pPr>
        <w:pStyle w:val="Heading2"/>
      </w:pPr>
      <w:r>
        <w:t>RELACIÓN CON OTROS CAPÍTULOS</w:t>
      </w:r>
    </w:p>
    <w:p>
      <w:r>
        <w:t>**Capítulos Previos (Leer antes):**</w:t>
      </w:r>
    </w:p>
    <w:p>
      <w:pPr>
        <w:pStyle w:val="ListBullet"/>
      </w:pPr>
      <w:r>
        <w:t>2.5 (Ventilación BVM) - Contenido básico detallado</w:t>
      </w:r>
    </w:p>
    <w:p>
      <w:pPr>
        <w:pStyle w:val="ListBullet"/>
      </w:pPr>
      <w:r>
        <w:t>3.0-3.1 (Oxigenoterapia) - Fundamentos de oxigenoterapia</w:t>
      </w:r>
    </w:p>
    <w:p>
      <w:pPr>
        <w:pStyle w:val="ListBullet"/>
      </w:pPr>
      <w:r>
        <w:t>1.5 (Pulsioxímetro) - Monitorización de SpO₂</w:t>
      </w:r>
    </w:p>
    <w:p>
      <w:r>
        <w:t>**Capítulos Relacionados (Consultar junto):**</w:t>
      </w:r>
    </w:p>
    <w:p>
      <w:pPr>
        <w:pStyle w:val="ListBullet"/>
      </w:pPr>
      <w:r>
        <w:t>2.5 (Ventilación BVM) - Contenido básico completo</w:t>
      </w:r>
    </w:p>
    <w:p>
      <w:pPr>
        <w:pStyle w:val="ListBullet"/>
      </w:pPr>
      <w:r>
        <w:t>3.0-3.1 (Oxigenoterapia) - Fundamentos de oxigenoterapia</w:t>
      </w:r>
    </w:p>
    <w:p>
      <w:pPr>
        <w:pStyle w:val="ListBullet"/>
      </w:pPr>
      <w:r>
        <w:t>2.6-2.7 (Cánulas y Aspiración) - Integración con manejo de vía aérea</w:t>
      </w:r>
    </w:p>
    <w:p>
      <w:r>
        <w:t>**Capítulos Siguientes (Leer después):**</w:t>
      </w:r>
    </w:p>
    <w:p>
      <w:pPr>
        <w:pStyle w:val="ListBullet"/>
      </w:pPr>
      <w:r>
        <w:t>3.19 (Vía Aérea Avanzada) - Pre-oxigenación para intubación</w:t>
      </w:r>
    </w:p>
    <w:p>
      <w:pPr>
        <w:pStyle w:val="ListBullet"/>
      </w:pPr>
      <w:r>
        <w:t>3.22 (Dispositivos Supraglóticos) - Transición a dispositivos avanzados</w:t>
      </w:r>
    </w:p>
    <w:p>
      <w:r>
        <w:t>────────────────────────────────────────────────────────────</w:t>
      </w:r>
    </w:p>
    <w:p>
      <w:pPr>
        <w:pStyle w:val="Heading2"/>
      </w:pPr>
      <w:r>
        <w:t>CONCEPTO INTEGRADO: EL BVM COMO SISTEMA DE VENTILACIÓN CON OXÍGENO DE ALTO FLUJO</w:t>
      </w:r>
    </w:p>
    <w:p>
      <w:r>
        <w:t>El BVM no es solo una bolsa. Es un sistema compuesto por:</w:t>
      </w:r>
    </w:p>
    <w:p>
      <w:pPr>
        <w:pStyle w:val="ListNumber"/>
      </w:pPr>
      <w:r>
        <w:t>**Bolsa autoinflable** (volumen: 1.5-2L adulto).</w:t>
      </w:r>
    </w:p>
    <w:p>
      <w:pPr>
        <w:pStyle w:val="ListNumber"/>
      </w:pPr>
      <w:r>
        <w:t>**Válvula unidireccional** (impide reinhalación de CO₂).</w:t>
      </w:r>
    </w:p>
    <w:p>
      <w:pPr>
        <w:pStyle w:val="ListNumber"/>
      </w:pPr>
      <w:r>
        <w:t>**Mascarilla facial** (tamaño adecuado, transparente).</w:t>
      </w:r>
    </w:p>
    <w:p>
      <w:pPr>
        <w:pStyle w:val="ListNumber"/>
      </w:pPr>
      <w:r>
        <w:t>**Reservorio de oxígeno** (Elemento crítico).</w:t>
      </w:r>
    </w:p>
    <w:p>
      <w:pPr>
        <w:pStyle w:val="ListNumber"/>
      </w:pPr>
      <w:r>
        <w:t>**Conector a fuente de O₂ a 15 L/min.**</w:t>
      </w:r>
    </w:p>
    <w:p>
      <w:r>
        <w:t>────────────────────────────────────────────────────────────</w:t>
      </w:r>
    </w:p>
    <w:p>
      <w:pPr>
        <w:pStyle w:val="Heading2"/>
      </w:pPr>
      <w:r>
        <w:t>TÉCNICA ÓPTIMA DE VENTILACIÓN CON BVM (Enfoque en Oxigenación)</w:t>
      </w:r>
    </w:p>
    <w:p>
      <w:pPr>
        <w:pStyle w:val="Heading3"/>
      </w:pPr>
      <w:r>
        <w:t>PREPARACIÓN DEL SISTEMA (NO OLVIDAR)</w:t>
      </w:r>
    </w:p>
    <w:p>
      <w:pPr>
        <w:pStyle w:val="ListNumber"/>
      </w:pPr>
      <w:r>
        <w:t>Conectar **SIEMPRE el reservorio**.</w:t>
      </w:r>
    </w:p>
    <w:p>
      <w:pPr>
        <w:pStyle w:val="ListNumber"/>
      </w:pPr>
      <w:r>
        <w:t>Conectar a oxígeno a flujo máximo (15 L/min).</w:t>
      </w:r>
    </w:p>
    <w:p>
      <w:pPr>
        <w:pStyle w:val="ListNumber"/>
      </w:pPr>
      <w:r>
        <w:t>Comprobar que el reservorio se llena completamente antes de cada insuflación. Esto garantiza una **FiO₂ cercana al 100%**.</w:t>
      </w:r>
    </w:p>
    <w:p>
      <w:pPr>
        <w:pStyle w:val="Heading3"/>
      </w:pPr>
      <w:r>
        <w:t>SELLADO Y APERTURA DE VÍA AÉREA (Técnica a DOS MANOS es el GOLD STANDARD)</w:t>
      </w:r>
    </w:p>
    <w:p>
      <w:r>
        <w:t>**Reanimador 1 (en cabecera):** Usa ambas manos para sellar la mascarilla (técnica E-C doble) y realizar jaw thrust para abrir vía aérea. Esto es **IMPRESCINDIBLE** para un sellado óptimo.</w:t>
      </w:r>
    </w:p>
    <w:p>
      <w:r>
        <w:t>**Reanimador 2 (al lado):** Comprime la bolsa de forma lenta y constante (1 segundo de insuflación), observando la elevación del tórax.</w:t>
      </w:r>
    </w:p>
    <w:p>
      <w:pPr>
        <w:pStyle w:val="Heading3"/>
      </w:pPr>
      <w:r>
        <w:t>PARÁMETROS DE VENTILACIÓN EFICAZ</w:t>
      </w:r>
    </w:p>
    <w:p>
      <w:r>
        <w:t>**Volumen tidal:** El suficiente para ver elevación del tórax (aprox. 500-600 ml en adulto). Evitar hiperinsuflación.</w:t>
      </w:r>
    </w:p>
    <w:p>
      <w:r>
        <w:t>**Frecuencia:**</w:t>
      </w:r>
    </w:p>
    <w:p>
      <w:pPr>
        <w:pStyle w:val="ListBullet"/>
      </w:pPr>
      <w:r>
        <w:t>Paciente apneico (con pulsos): 10-12 respiraciones/min (cada 5-6 segundos).</w:t>
      </w:r>
    </w:p>
    <w:p>
      <w:pPr>
        <w:pStyle w:val="ListBullet"/>
      </w:pPr>
      <w:r>
        <w:t>Durante RCP: 2 ventilaciones cada 30 compresiones (ciclo 30:2) o ventilación asincrónica continua si hay vía aérea avanzada (10/min).</w:t>
      </w:r>
    </w:p>
    <w:p>
      <w:r>
        <w:t>**Relación I:E (Inspiración:Espiración):** Debe ser al menos 1:2. Más tiempo espiratorio previa auto-PEEP y barotrauma.</w:t>
      </w:r>
    </w:p>
    <w:p>
      <w:r>
        <w:t>────────────────────────────────────────────────────────────</w:t>
      </w:r>
    </w:p>
    <w:p>
      <w:pPr>
        <w:pStyle w:val="Heading2"/>
      </w:pPr>
      <w:r>
        <w:t>SOLUCIÓN DE PROBLEMAS COMUNES EN LA PRÁCTICA REAL</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Problema</w:t>
            </w:r>
          </w:p>
        </w:tc>
        <w:tc>
          <w:tcPr>
            <w:tcW w:type="dxa" w:w="2880"/>
          </w:tcPr>
          <w:p>
            <w:r>
              <w:t>Causa Probable</w:t>
            </w:r>
          </w:p>
        </w:tc>
        <w:tc>
          <w:tcPr>
            <w:tcW w:type="dxa" w:w="2880"/>
          </w:tcPr>
          <w:p>
            <w:r>
              <w:t>Solución</w:t>
            </w:r>
          </w:p>
        </w:tc>
      </w:tr>
      <w:tr>
        <w:tc>
          <w:tcPr>
            <w:tcW w:type="dxa" w:w="2880"/>
          </w:tcPr>
          <w:p>
            <w:r>
              <w:t>**El reservorio no se infla / colapsa al comprimir**</w:t>
            </w:r>
          </w:p>
        </w:tc>
        <w:tc>
          <w:tcPr>
            <w:tcW w:type="dxa" w:w="2880"/>
          </w:tcPr>
          <w:p>
            <w:r>
              <w:t>Flujo de O₂ insuficiente o conexión errónea.</w:t>
            </w:r>
          </w:p>
        </w:tc>
        <w:tc>
          <w:tcPr>
            <w:tcW w:type="dxa" w:w="2880"/>
          </w:tcPr>
          <w:p>
            <w:r>
              <w:t>Verificar conexión y abrir completamente el flujómetro a 15 L/min.</w:t>
            </w:r>
          </w:p>
        </w:tc>
      </w:tr>
      <w:tr>
        <w:tc>
          <w:tcPr>
            <w:tcW w:type="dxa" w:w="2880"/>
          </w:tcPr>
          <w:p>
            <w:r>
              <w:t>**No entra aire / tórax no se eleva**</w:t>
            </w:r>
          </w:p>
        </w:tc>
        <w:tc>
          <w:tcPr>
            <w:tcW w:type="dxa" w:w="2880"/>
          </w:tcPr>
          <w:p>
            <w:r>
              <w:t>1. Sellado deficiente (fuga).&lt;br&gt;2. Obstrucción vía aérea.&lt;br&gt;3. Válvula de presión positiva (POP-OFF) activada.</w:t>
            </w:r>
          </w:p>
        </w:tc>
        <w:tc>
          <w:tcPr>
            <w:tcW w:type="dxa" w:w="2880"/>
          </w:tcPr>
          <w:p>
            <w:r>
              <w:t>1. Técnica a dos manos.&lt;br&gt;2. Aspirar, OPA/NPA.&lt;br&gt;3. Desactivar la válvula POP-OFF (si existe).</w:t>
            </w:r>
          </w:p>
        </w:tc>
      </w:tr>
      <w:tr>
        <w:tc>
          <w:tcPr>
            <w:tcW w:type="dxa" w:w="2880"/>
          </w:tcPr>
          <w:p>
            <w:r>
              <w:t>**Entra aire al estómago (distensión abdominal)**</w:t>
            </w:r>
          </w:p>
        </w:tc>
        <w:tc>
          <w:tcPr>
            <w:tcW w:type="dxa" w:w="2880"/>
          </w:tcPr>
          <w:p>
            <w:r>
              <w:t>Presión insuflación demasiado alta o vía aérea no totalmente permeable.</w:t>
            </w:r>
          </w:p>
        </w:tc>
        <w:tc>
          <w:tcPr>
            <w:tcW w:type="dxa" w:w="2880"/>
          </w:tcPr>
          <w:p>
            <w:r>
              <w:t>Asegurar apertura óptima de vía aérea. Ventilar más suave. Considerar descompresión gástrica con sonda.</w:t>
            </w:r>
          </w:p>
        </w:tc>
      </w:tr>
      <w:tr>
        <w:tc>
          <w:tcPr>
            <w:tcW w:type="dxa" w:w="2880"/>
          </w:tcPr>
          <w:p>
            <w:r>
              <w:t>**El paciente no se oxigena (SpO₂ baja)**</w:t>
            </w:r>
          </w:p>
        </w:tc>
        <w:tc>
          <w:tcPr>
            <w:tcW w:type="dxa" w:w="2880"/>
          </w:tcPr>
          <w:p>
            <w:r>
              <w:t>1. FiO₂ baja (sin O₂ o sin reservorio).&lt;br&gt;2. Ventilación ineficaz.&lt;br&gt;3. Shunt intrapulmonar (neumotórax, edema).</w:t>
            </w:r>
          </w:p>
        </w:tc>
        <w:tc>
          <w:tcPr>
            <w:tcW w:type="dxa" w:w="2880"/>
          </w:tcPr>
          <w:p>
            <w:r>
              <w:t>1. Conectar O₂ 15L/min con reservorio.&lt;br&gt;2. Mejorar técnica ventilación.&lt;br&gt;3. Buscar y tratar causas (ej., punción descompresiva).</w:t>
            </w:r>
          </w:p>
        </w:tc>
      </w:tr>
    </w:tbl>
    <w:p>
      <w:r>
        <w:t>────────────────────────────────────────────────────────────</w:t>
      </w:r>
    </w:p>
    <w:p>
      <w:pPr>
        <w:pStyle w:val="Heading2"/>
      </w:pPr>
      <w:r>
        <w:t>PUNTOS CRÍTICOS TES</w:t>
      </w:r>
    </w:p>
    <w:p>
      <w:pPr>
        <w:pStyle w:val="ListBullet"/>
      </w:pPr>
      <w:r>
        <w:t>**Sin oxígeno conectado, un BVM solo ventila con aire ambiente (FiO₂ 21%).** Eso es **INSUFICIENTE** para una emergencia. **OXÍGENO + RESERVORIO = PRIORIDAD ABSOLUTA**.</w:t>
      </w:r>
    </w:p>
    <w:p>
      <w:pPr>
        <w:pStyle w:val="ListBullet"/>
      </w:pPr>
      <w:r>
        <w:t>La técnica a una mano suele dar un sellado deficiente. Insiste en la técnica a dos manos en equipo.</w:t>
      </w:r>
    </w:p>
    <w:p>
      <w:pPr>
        <w:pStyle w:val="ListBullet"/>
      </w:pPr>
      <w:r>
        <w:t>La capnografía es tu amiga. Conecta el sensor entre la BVM y la mascarilla. Te dirá si estás ventilando alveolos (presencia de CO₂) y con qué eficacia.</w:t>
      </w:r>
    </w:p>
    <w:p>
      <w:pPr>
        <w:pStyle w:val="ListBullet"/>
      </w:pPr>
      <w:r>
        <w:t>En niños y lactantes, usar BVM pediátrica y mascarilla adecuada. La compresión de la bolsa debe ser mucho más suave (volumen pulmonar menor).</w:t>
      </w:r>
    </w:p>
    <w:p>
      <w:r>
        <w:t>────────────────────────────────────────────────────────────</w:t>
      </w:r>
    </w:p>
    <w:p>
      <w:r>
        <w:t>**Versión:** 1.0</w:t>
      </w:r>
    </w:p>
    <w:p>
      <w:r>
        <w:t>**Última actualización:** 2024-12-19</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3.25 – Ventilación con Medios de Fortuna: Conocimiento para Situaciones Extremas</w:t>
      </w:r>
    </w:p>
    <w:p>
      <w:pPr>
        <w:pStyle w:val="Heading1"/>
      </w:pPr>
      <w:r>
        <w:t>3.25 – Ventilación con Medios de Fortuna: Conocimiento para Situaciones Extremas</w:t>
      </w:r>
    </w:p>
    <w:p>
      <w:pPr>
        <w:pStyle w:val="Heading2"/>
      </w:pPr>
      <w:r>
        <w:t>Manual TES Digital – Último Recurso en Situaciones Excepcionales</w:t>
      </w:r>
    </w:p>
    <w:p>
      <w:r>
        <w:t>**Versión:** 1.0</w:t>
      </w:r>
    </w:p>
    <w:p>
      <w:r>
        <w:t>**Fecha:** 2024-12-19</w:t>
      </w:r>
    </w:p>
    <w:p>
      <w:r>
        <w:t>**Tipo:** Bloque Operativo - Procedimiento TES</w:t>
      </w:r>
    </w:p>
    <w:p>
      <w:r>
        <w:t>**Estado:** ⭐ NUEVO - Contenido completo</w:t>
      </w:r>
    </w:p>
    <w:p>
      <w:r>
        <w:t>────────────────────────────────────────────────────────────</w:t>
      </w:r>
    </w:p>
    <w:p>
      <w:pPr>
        <w:pStyle w:val="Heading2"/>
      </w:pPr>
      <w:r>
        <w:t>OBJETIVO DEL CAPÍTULO</w:t>
      </w:r>
    </w:p>
    <w:p>
      <w:r>
        <w:t>Proporcionar conocimiento sobre técnicas de ventilación con medios de fortuna para situaciones extremadamente excepcionales de "no equipo disponible", estableciendo el principio ético: "Es mejor un intento con medios de fortuna que la certeza de la muerte por asfixia". Debe ser el último recurso.</w:t>
      </w:r>
    </w:p>
    <w:p>
      <w:r>
        <w:t>**Características:**</w:t>
      </w:r>
    </w:p>
    <w:p>
      <w:pPr>
        <w:pStyle w:val="ListBullet"/>
      </w:pPr>
      <w:r>
        <w:t>✅ Técnicas de conocimiento (rarísima aplicación práctica)</w:t>
      </w:r>
    </w:p>
    <w:p>
      <w:pPr>
        <w:pStyle w:val="ListBullet"/>
      </w:pPr>
      <w:r>
        <w:t>✅ Contexto y principio ético</w:t>
      </w:r>
    </w:p>
    <w:p>
      <w:pPr>
        <w:pStyle w:val="ListBullet"/>
      </w:pPr>
      <w:r>
        <w:t>✅ Consideraciones críticas y advertencias</w:t>
      </w:r>
    </w:p>
    <w:p>
      <w:pPr>
        <w:pStyle w:val="ListBullet"/>
      </w:pPr>
      <w:r>
        <w:t>✅ Algoritmo de decisión</w:t>
      </w:r>
    </w:p>
    <w:p>
      <w:pPr>
        <w:pStyle w:val="ListBullet"/>
      </w:pPr>
      <w:r>
        <w:t>❌ NO procedimiento operativo estándar</w:t>
      </w:r>
    </w:p>
    <w:p>
      <w:pPr>
        <w:pStyle w:val="ListBullet"/>
      </w:pPr>
      <w:r>
        <w:t>❌ NO decisiones terapéuticas (criterio médico)</w:t>
      </w:r>
    </w:p>
    <w:p>
      <w:r>
        <w:t>────────────────────────────────────────────────────────────</w:t>
      </w:r>
    </w:p>
    <w:p>
      <w:pPr>
        <w:pStyle w:val="Heading2"/>
      </w:pPr>
      <w:r>
        <w:t>CUÁNDO SE APLICA</w:t>
      </w:r>
    </w:p>
    <w:p>
      <w:r>
        <w:t>**Escenarios de uso (EXCEPCIONALES):**</w:t>
      </w:r>
    </w:p>
    <w:p>
      <w:pPr>
        <w:pStyle w:val="ListBullet"/>
      </w:pPr>
      <w:r>
        <w:t>Rescate en entorno agreste sin equipo</w:t>
      </w:r>
    </w:p>
    <w:p>
      <w:pPr>
        <w:pStyle w:val="ListBullet"/>
      </w:pPr>
      <w:r>
        <w:t>Catástrofe masiva con fallo total del equipo</w:t>
      </w:r>
    </w:p>
    <w:p>
      <w:pPr>
        <w:pStyle w:val="ListBullet"/>
      </w:pPr>
      <w:r>
        <w:t>Situaciones de supervivencia extrema</w:t>
      </w:r>
    </w:p>
    <w:p>
      <w:pPr>
        <w:pStyle w:val="ListBullet"/>
      </w:pPr>
      <w:r>
        <w:t>Último recurso cuando no hay equipo disponible</w:t>
      </w:r>
    </w:p>
    <w:p>
      <w:r>
        <w:t>**Criterios de activación:**</w:t>
      </w:r>
    </w:p>
    <w:p>
      <w:pPr>
        <w:pStyle w:val="ListBullet"/>
      </w:pPr>
      <w:r>
        <w:t>No hay equipo disponible (BVM, DESA, etc.)</w:t>
      </w:r>
    </w:p>
    <w:p>
      <w:pPr>
        <w:pStyle w:val="ListBullet"/>
      </w:pPr>
      <w:r>
        <w:t>No hay posibilidad de conseguir equipo en tiempo razonable</w:t>
      </w:r>
    </w:p>
    <w:p>
      <w:pPr>
        <w:pStyle w:val="ListBullet"/>
      </w:pPr>
      <w:r>
        <w:t>Parada de origen claramente asfíctico</w:t>
      </w:r>
    </w:p>
    <w:p>
      <w:pPr>
        <w:pStyle w:val="ListBullet"/>
      </w:pPr>
      <w:r>
        <w:t>Un solo reanimador que no puede hacer ambas cosas</w:t>
      </w:r>
    </w:p>
    <w:p>
      <w:r>
        <w:t>────────────────────────────────────────────────────────────</w:t>
      </w:r>
    </w:p>
    <w:p>
      <w:pPr>
        <w:pStyle w:val="Heading2"/>
      </w:pPr>
      <w:r>
        <w:t>DEPENDENCIAS</w:t>
      </w:r>
    </w:p>
    <w:p>
      <w:r>
        <w:t>**Capítulos previos necesarios:**</w:t>
      </w:r>
    </w:p>
    <w:p>
      <w:pPr>
        <w:pStyle w:val="ListBullet"/>
      </w:pPr>
      <w:r>
        <w:t>2.5 (Ventilación BVM) - Técnica estándar que se intenta sustituir</w:t>
      </w:r>
    </w:p>
    <w:p>
      <w:pPr>
        <w:pStyle w:val="ListBullet"/>
      </w:pPr>
      <w:r>
        <w:t>2.0-2.4 (RCP) - Contexto de aplicación en RCP</w:t>
      </w:r>
    </w:p>
    <w:p>
      <w:r>
        <w:t>**Capítulos relacionados:**</w:t>
      </w:r>
    </w:p>
    <w:p>
      <w:pPr>
        <w:pStyle w:val="ListBullet"/>
      </w:pPr>
      <w:r>
        <w:t>2.5 (Ventilación BVM) - Técnica estándar</w:t>
      </w:r>
    </w:p>
    <w:p>
      <w:pPr>
        <w:pStyle w:val="ListBullet"/>
      </w:pPr>
      <w:r>
        <w:t>5.0-5.8 (Protocolos Transtelefónicos) - Guía para alertantes</w:t>
      </w:r>
    </w:p>
    <w:p>
      <w:r>
        <w:t>**Capítulos siguientes:**</w:t>
      </w:r>
    </w:p>
    <w:p>
      <w:pPr>
        <w:pStyle w:val="ListBullet"/>
      </w:pPr>
      <w:r>
        <w:t>8.0-8.4 (Transferencia) - Continuidad asistencial</w:t>
      </w:r>
    </w:p>
    <w:p>
      <w:r>
        <w:t>────────────────────────────────────────────────────────────</w:t>
      </w:r>
    </w:p>
    <w:p>
      <w:pPr>
        <w:pStyle w:val="Heading2"/>
      </w:pPr>
      <w:r>
        <w:t>CONTENIDO PRINCIPAL</w:t>
      </w:r>
    </w:p>
    <w:p>
      <w:pPr>
        <w:pStyle w:val="ListNumber"/>
      </w:pPr>
      <w:r>
        <w:t>**Contexto y Principio Ético**</w:t>
      </w:r>
    </w:p>
    <w:p>
      <w:pPr>
        <w:pStyle w:val="ListBullet"/>
      </w:pPr>
      <w:r>
        <w:t>Situaciones excepcionales</w:t>
      </w:r>
    </w:p>
    <w:p>
      <w:pPr>
        <w:pStyle w:val="ListBullet"/>
      </w:pPr>
      <w:r>
        <w:t>Principio: "Es mejor un intento con medios de fortuna que la certeza de la muerte"</w:t>
      </w:r>
    </w:p>
    <w:p>
      <w:pPr>
        <w:pStyle w:val="ListNumber"/>
      </w:pPr>
      <w:r>
        <w:t>**Técnicas (Solo para Conocimiento)**</w:t>
      </w:r>
    </w:p>
    <w:p>
      <w:pPr>
        <w:pStyle w:val="ListBullet"/>
      </w:pPr>
      <w:r>
        <w:t>Ventilación Boca-Mascarilla</w:t>
      </w:r>
    </w:p>
    <w:p>
      <w:pPr>
        <w:pStyle w:val="ListBullet"/>
      </w:pPr>
      <w:r>
        <w:t>Ventilación Boca-Boca con Barrera</w:t>
      </w:r>
    </w:p>
    <w:p>
      <w:pPr>
        <w:pStyle w:val="ListBullet"/>
      </w:pPr>
      <w:r>
        <w:t>Uso de Bolsa Reutilizable como BVM de Fortuna</w:t>
      </w:r>
    </w:p>
    <w:p>
      <w:pPr>
        <w:pStyle w:val="ListNumber"/>
      </w:pPr>
      <w:r>
        <w:t>**Consideraciones CRÍTICAS y Advertencias**</w:t>
      </w:r>
    </w:p>
    <w:p>
      <w:pPr>
        <w:pStyle w:val="ListBullet"/>
      </w:pPr>
      <w:r>
        <w:t>Eficacia muy limitada</w:t>
      </w:r>
    </w:p>
    <w:p>
      <w:pPr>
        <w:pStyle w:val="ListBullet"/>
      </w:pPr>
      <w:r>
        <w:t>Riesgo de contaminación</w:t>
      </w:r>
    </w:p>
    <w:p>
      <w:pPr>
        <w:pStyle w:val="ListBullet"/>
      </w:pPr>
      <w:r>
        <w:t>Riesgo de barotrauma</w:t>
      </w:r>
    </w:p>
    <w:p>
      <w:pPr>
        <w:pStyle w:val="ListNumber"/>
      </w:pPr>
      <w:r>
        <w:t>**Algoritmo de Decisión**</w:t>
      </w:r>
    </w:p>
    <w:p>
      <w:pPr>
        <w:pStyle w:val="ListBullet"/>
      </w:pPr>
      <w:r>
        <w:t>¿Está disponible DESA/BVM en proximidades?</w:t>
      </w:r>
    </w:p>
    <w:p>
      <w:pPr>
        <w:pStyle w:val="ListBullet"/>
      </w:pPr>
      <w:r>
        <w:t>¿Se puede realizar RCP con compresiones solo?</w:t>
      </w:r>
    </w:p>
    <w:p>
      <w:pPr>
        <w:pStyle w:val="ListBullet"/>
      </w:pPr>
      <w:r>
        <w:t>Ventilación de fortuna solo si condiciones específicas</w:t>
      </w:r>
    </w:p>
    <w:p>
      <w:r>
        <w:t>────────────────────────────────────────────────────────────</w:t>
      </w:r>
    </w:p>
    <w:p>
      <w:pPr>
        <w:pStyle w:val="Heading2"/>
      </w:pPr>
      <w:r>
        <w:t>DECISIONES CLAVE DEL TES</w:t>
      </w:r>
    </w:p>
    <w:p>
      <w:pPr>
        <w:pStyle w:val="ListBullet"/>
      </w:pPr>
      <w:r>
        <w:t>**¿Hay equipo disponible cerca?** → Mandar a alguien a buscarlo INMEDIATAMENTE</w:t>
      </w:r>
    </w:p>
    <w:p>
      <w:pPr>
        <w:pStyle w:val="ListBullet"/>
      </w:pPr>
      <w:r>
        <w:t>**¿RCP con compresiones solo?** → En parada cardíaca de causa probablemente cardíaca, compresiones son PRIORITARIAS</w:t>
      </w:r>
    </w:p>
    <w:p>
      <w:pPr>
        <w:pStyle w:val="ListBullet"/>
      </w:pPr>
      <w:r>
        <w:t>**¿Ventilación de fortuna?** → Solo si parada es claramente asfíctica Y no hay equipo Y hay un solo reanimador</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**Usar ventilación de fortuna cuando hay equipo disponible cerca**</w:t>
            </w:r>
          </w:p>
        </w:tc>
        <w:tc>
          <w:tcPr>
            <w:tcW w:type="dxa" w:w="2880"/>
          </w:tcPr>
          <w:p>
            <w:r>
              <w:t>No usar equipo adecuado, eficacia limitada</w:t>
            </w:r>
          </w:p>
        </w:tc>
        <w:tc>
          <w:tcPr>
            <w:tcW w:type="dxa" w:w="2880"/>
          </w:tcPr>
          <w:p>
            <w:r>
              <w:t>Mandar a alguien a buscar equipo INMEDIATAMENTE. No usar fortuna si hay alternativa</w:t>
            </w:r>
          </w:p>
        </w:tc>
      </w:tr>
      <w:tr>
        <w:tc>
          <w:tcPr>
            <w:tcW w:type="dxa" w:w="2880"/>
          </w:tcPr>
          <w:p>
            <w:r>
              <w:t>**Priorizar ventilación de fortuna sobre compresiones en parada cardíaca**</w:t>
            </w:r>
          </w:p>
        </w:tc>
        <w:tc>
          <w:tcPr>
            <w:tcW w:type="dxa" w:w="2880"/>
          </w:tcPr>
          <w:p>
            <w:r>
              <w:t>Pérdida de prioridad, RCP ineficaz</w:t>
            </w:r>
          </w:p>
        </w:tc>
        <w:tc>
          <w:tcPr>
            <w:tcW w:type="dxa" w:w="2880"/>
          </w:tcPr>
          <w:p>
            <w:r>
              <w:t>En parada cardíaca: compresiones son PRIORITARIAS sobre ventilación de fortuna</w:t>
            </w:r>
          </w:p>
        </w:tc>
      </w:tr>
      <w:tr>
        <w:tc>
          <w:tcPr>
            <w:tcW w:type="dxa" w:w="2880"/>
          </w:tcPr>
          <w:p>
            <w:r>
              <w:t>**Asumir que es eficaz**</w:t>
            </w:r>
          </w:p>
        </w:tc>
        <w:tc>
          <w:tcPr>
            <w:tcW w:type="dxa" w:w="2880"/>
          </w:tcPr>
          <w:p>
            <w:r>
              <w:t>Eficacia muy limitada, no provee FiO₂ alta</w:t>
            </w:r>
          </w:p>
        </w:tc>
        <w:tc>
          <w:tcPr>
            <w:tcW w:type="dxa" w:w="2880"/>
          </w:tcPr>
          <w:p>
            <w:r>
              <w:t>Conocer limitaciones. Prioridad absoluta: conseguir equipo adecuado</w:t>
            </w:r>
          </w:p>
        </w:tc>
      </w:tr>
      <w:tr>
        <w:tc>
          <w:tcPr>
            <w:tcW w:type="dxa" w:w="2880"/>
          </w:tcPr>
          <w:p>
            <w:r>
              <w:t>**No considerar riesgo de contaminación**</w:t>
            </w:r>
          </w:p>
        </w:tc>
        <w:tc>
          <w:tcPr>
            <w:tcW w:type="dxa" w:w="2880"/>
          </w:tcPr>
          <w:p>
            <w:r>
              <w:t>Exposición a riesgo biológico</w:t>
            </w:r>
          </w:p>
        </w:tc>
        <w:tc>
          <w:tcPr>
            <w:tcW w:type="dxa" w:w="2880"/>
          </w:tcPr>
          <w:p>
            <w:r>
              <w:t>Alto riesgo para reanimador y paciente. Usar barrera si disponible</w:t>
            </w:r>
          </w:p>
        </w:tc>
      </w:tr>
    </w:tbl>
    <w:p>
      <w:r>
        <w:t>────────────────────────────────────────────────────────────</w:t>
      </w:r>
    </w:p>
    <w:p>
      <w:pPr>
        <w:pStyle w:val="Heading2"/>
      </w:pPr>
      <w:r>
        <w:t>INDICADORES DE CALIDAD / SEGURIDAD</w:t>
      </w:r>
    </w:p>
    <w:p>
      <w:r>
        <w:t>**Métricas de Éxito Operativo:**</w:t>
      </w:r>
    </w:p>
    <w:p>
      <w:pPr>
        <w:pStyle w:val="ListBullet"/>
      </w:pPr>
      <w:r>
        <w:t>✅ Equipo adecuado buscado/obtenido antes de usar fortuna</w:t>
      </w:r>
    </w:p>
    <w:p>
      <w:pPr>
        <w:pStyle w:val="ListBullet"/>
      </w:pPr>
      <w:r>
        <w:t>✅ Compresiones priorizadas en parada cardíaca</w:t>
      </w:r>
    </w:p>
    <w:p>
      <w:pPr>
        <w:pStyle w:val="ListBullet"/>
      </w:pPr>
      <w:r>
        <w:t>✅ Ventilación de fortuna solo si condiciones específicas cumplidas</w:t>
      </w:r>
    </w:p>
    <w:p>
      <w:pPr>
        <w:pStyle w:val="ListBullet"/>
      </w:pPr>
      <w:r>
        <w:t>✅ Barrera utilizada si disponible</w:t>
      </w:r>
    </w:p>
    <w:p>
      <w:pPr>
        <w:pStyle w:val="ListBullet"/>
      </w:pPr>
      <w:r>
        <w:t>✅ Radio utilizada para solicitar apoyo urgente</w:t>
      </w:r>
    </w:p>
    <w:p>
      <w:r>
        <w:t>**Señales de Alerta:**</w:t>
      </w:r>
    </w:p>
    <w:p>
      <w:pPr>
        <w:pStyle w:val="ListBullet"/>
      </w:pPr>
      <w:r>
        <w:t>❌ Usar fortuna cuando hay equipo disponible → No usar equipo adecuado</w:t>
      </w:r>
    </w:p>
    <w:p>
      <w:pPr>
        <w:pStyle w:val="ListBullet"/>
      </w:pPr>
      <w:r>
        <w:t>❌ Priorizar fortuna sobre compresiones → Pérdida de prioridad</w:t>
      </w:r>
    </w:p>
    <w:p>
      <w:r>
        <w:t>────────────────────────────────────────────────────────────</w:t>
      </w:r>
    </w:p>
    <w:p>
      <w:pPr>
        <w:pStyle w:val="Heading2"/>
      </w:pPr>
      <w:r>
        <w:t>RELACIÓN CON OTROS CAPÍTULOS</w:t>
      </w:r>
    </w:p>
    <w:p>
      <w:r>
        <w:t>**Capítulos Previos (Leer antes):**</w:t>
      </w:r>
    </w:p>
    <w:p>
      <w:pPr>
        <w:pStyle w:val="ListBullet"/>
      </w:pPr>
      <w:r>
        <w:t>2.5 (Ventilación BVM) - Técnica estándar que se intenta sustituir</w:t>
      </w:r>
    </w:p>
    <w:p>
      <w:pPr>
        <w:pStyle w:val="ListBullet"/>
      </w:pPr>
      <w:r>
        <w:t>2.0-2.4 (RCP) - Contexto de aplicación en RCP</w:t>
      </w:r>
    </w:p>
    <w:p>
      <w:r>
        <w:t>**Capítulos Relacionados (Consultar junto):**</w:t>
      </w:r>
    </w:p>
    <w:p>
      <w:pPr>
        <w:pStyle w:val="ListBullet"/>
      </w:pPr>
      <w:r>
        <w:t>2.5 (Ventilación BVM) - Técnica estándar</w:t>
      </w:r>
    </w:p>
    <w:p>
      <w:pPr>
        <w:pStyle w:val="ListBullet"/>
      </w:pPr>
      <w:r>
        <w:t>5.0-5.8 (Protocolos Transtelefónicos) - Guía para alertantes</w:t>
      </w:r>
    </w:p>
    <w:p>
      <w:r>
        <w:t>**Capítulos Siguientes (Leer después):**</w:t>
      </w:r>
    </w:p>
    <w:p>
      <w:pPr>
        <w:pStyle w:val="ListBullet"/>
      </w:pPr>
      <w:r>
        <w:t>8.0-8.4 (Transferencia) - Continuidad asistencial</w:t>
      </w:r>
    </w:p>
    <w:p>
      <w:r>
        <w:t>────────────────────────────────────────────────────────────</w:t>
      </w:r>
    </w:p>
    <w:p>
      <w:pPr>
        <w:pStyle w:val="Heading2"/>
      </w:pPr>
      <w:r>
        <w:t>CONTEXTO Y PRINCIPIO ÉTICO</w:t>
      </w:r>
    </w:p>
    <w:p>
      <w:r>
        <w:t>Situaciones extremadamente excepcionales de "no equipo disponible" (rescate en entorno agreste, catástrofe masiva, fallo total del equipo). El principio es: **"Es mejor un intento con medios de fortuna que la certeza de la muerte por asfixia"**. Debe ser el último recurso.</w:t>
      </w:r>
    </w:p>
    <w:p>
      <w:r>
        <w:t>────────────────────────────────────────────────────────────</w:t>
      </w:r>
    </w:p>
    <w:p>
      <w:pPr>
        <w:pStyle w:val="Heading2"/>
      </w:pPr>
      <w:r>
        <w:t>TÉCNICAS (Solo para Conocimiento, Rarísima Aplicación Práctica)</w:t>
      </w:r>
    </w:p>
    <w:p>
      <w:pPr>
        <w:pStyle w:val="Heading3"/>
      </w:pPr>
      <w:r>
        <w:t>1. VENTILACIÓN BOCA-MASCARILLA (con mascarilla de bolsillo)</w:t>
      </w:r>
    </w:p>
    <w:p>
      <w:r>
        <w:t>Si se dispone de una mascarilla de bolsillo (con o sin válvula unidireccional) pero sin bolsa.</w:t>
      </w:r>
    </w:p>
    <w:p>
      <w:pPr>
        <w:pStyle w:val="ListBullet"/>
      </w:pPr>
      <w:r>
        <w:t>El reanimador sella la mascarilla sobre la cara del paciente y insufla a través del puerto de conexión con su propia respiración.</w:t>
      </w:r>
    </w:p>
    <w:p>
      <w:pPr>
        <w:pStyle w:val="ListBullet"/>
      </w:pPr>
      <w:r>
        <w:t>**Riesgo:** Baja FiO₂ (la del aire espirado del reanimador, ≈16%), fatiga del reanimador.</w:t>
      </w:r>
    </w:p>
    <w:p>
      <w:pPr>
        <w:pStyle w:val="Heading3"/>
      </w:pPr>
      <w:r>
        <w:t>2. VENTILACIÓN BOCA-BOCA CON BARRERA</w:t>
      </w:r>
    </w:p>
    <w:p>
      <w:r>
        <w:t>Usando una mascarilla de bolsillo, un paño fino, o una mascarilla de RCP con filtro.</w:t>
      </w:r>
    </w:p>
    <w:p>
      <w:pPr>
        <w:pStyle w:val="ListBullet"/>
      </w:pPr>
      <w:r>
        <w:t>Menos efectivo que Boca-Mascarilla, mayor riesgo de contaminación.</w:t>
      </w:r>
    </w:p>
    <w:p>
      <w:pPr>
        <w:pStyle w:val="Heading3"/>
      </w:pPr>
      <w:r>
        <w:t>3. USO DE BOLSA REUTILIZABLE (Ej., Bolsa de Enfermería) COMO BVM DE FORTUNA</w:t>
      </w:r>
    </w:p>
    <w:p>
      <w:r>
        <w:t>Requiere una bolsa de plástico limpia, un tubo (ej., cánula de O₂ cortada) y cinta adhesiva.</w:t>
      </w:r>
    </w:p>
    <w:p>
      <w:pPr>
        <w:pStyle w:val="ListBullet"/>
      </w:pPr>
      <w:r>
        <w:t>Improvisación compleja, altamente ineficiente y riesgosa. Solo en contexto de supervivencia extrema.</w:t>
      </w:r>
    </w:p>
    <w:p>
      <w:r>
        <w:t>────────────────────────────────────────────────────────────</w:t>
      </w:r>
    </w:p>
    <w:p>
      <w:pPr>
        <w:pStyle w:val="Heading2"/>
      </w:pPr>
      <w:r>
        <w:t>CONSIDERACIONES CRÍTICAS Y ADVERTENCIAS</w:t>
      </w:r>
    </w:p>
    <w:p>
      <w:pPr>
        <w:pStyle w:val="Heading3"/>
      </w:pPr>
      <w:r>
        <w:t>EFICACIA MUY LIMITADA</w:t>
      </w:r>
    </w:p>
    <w:p>
      <w:r>
        <w:t>Ningún medio de fortuna provee una FiO₂ alta ni volúmenes tidal consistentes.</w:t>
      </w:r>
    </w:p>
    <w:p>
      <w:pPr>
        <w:pStyle w:val="Heading3"/>
      </w:pPr>
      <w:r>
        <w:t>RIESGO DE CONTAMINACIÓN</w:t>
      </w:r>
    </w:p>
    <w:p>
      <w:r>
        <w:t>Alto para el reanimador y el paciente.</w:t>
      </w:r>
    </w:p>
    <w:p>
      <w:pPr>
        <w:pStyle w:val="Heading3"/>
      </w:pPr>
      <w:r>
        <w:t>RIESGO DE BAROTRAUMA</w:t>
      </w:r>
    </w:p>
    <w:p>
      <w:r>
        <w:t>Dificultad para controlar la presión y volumen insuflados.</w:t>
      </w:r>
    </w:p>
    <w:p>
      <w:pPr>
        <w:pStyle w:val="Heading3"/>
      </w:pPr>
      <w:r>
        <w:t>NO ES UN SUSTITUTO</w:t>
      </w:r>
    </w:p>
    <w:p>
      <w:r>
        <w:t>La prioridad absoluta debe ser conseguir el equipo adecuado (otra ambulancia, otro BVM).</w:t>
      </w:r>
    </w:p>
    <w:p>
      <w:r>
        <w:t>────────────────────────────────────────────────────────────</w:t>
      </w:r>
    </w:p>
    <w:p>
      <w:pPr>
        <w:pStyle w:val="Heading2"/>
      </w:pPr>
      <w:r>
        <w:t>ALGORITMO DE DECISIÓN EN SITUACIÓN DE FALTA DE EQUIPO</w:t>
      </w:r>
    </w:p>
    <w:p>
      <w:pPr>
        <w:pStyle w:val="ListNumber"/>
      </w:pPr>
      <w:r>
        <w:t>**¿Está disponible un DESA/BVM en las proximidades?** (Ej., farmacia, centro comercial). Mandar a alguien a buscarlo **INMEDIATAMENTE**.</w:t>
      </w:r>
    </w:p>
    <w:p>
      <w:pPr>
        <w:pStyle w:val="ListNumber"/>
      </w:pPr>
      <w:r>
        <w:t>**¿Se puede realizar RCP con compresiones solo?** En parada cardíaca de causa probablemente cardíaca, las compresiones torácicas de alta calidad son **PRIORITARIAS** sobre la ventilación de fortuna.</w:t>
      </w:r>
    </w:p>
    <w:p>
      <w:pPr>
        <w:pStyle w:val="ListNumber"/>
      </w:pPr>
      <w:r>
        <w:t>**Ventilación de fortuna SOLO si:**</w:t>
      </w:r>
    </w:p>
    <w:p>
      <w:pPr>
        <w:pStyle w:val="ListBullet"/>
      </w:pPr>
      <w:r>
        <w:t>La parada es de origen claramente asfíctico (ahogamiento, atragantamiento, sobredosis opiácea).</w:t>
      </w:r>
    </w:p>
    <w:p>
      <w:pPr>
        <w:pStyle w:val="ListBullet"/>
      </w:pPr>
      <w:r>
        <w:t>Y no hay equipo disponible en un tiempo razonable.</w:t>
      </w:r>
    </w:p>
    <w:p>
      <w:pPr>
        <w:pStyle w:val="ListBullet"/>
      </w:pPr>
      <w:r>
        <w:t>Y hay un solo reanimador que no puede hacer ambas cosas.</w:t>
      </w:r>
    </w:p>
    <w:p>
      <w:r>
        <w:t>────────────────────────────────────────────────────────────</w:t>
      </w:r>
    </w:p>
    <w:p>
      <w:pPr>
        <w:pStyle w:val="Heading2"/>
      </w:pPr>
      <w:r>
        <w:t>PUNTOS CRÍTICOS TES (Mensaje Final)</w:t>
      </w:r>
    </w:p>
    <w:p>
      <w:pPr>
        <w:pStyle w:val="ListBullet"/>
      </w:pPr>
      <w:r>
        <w:t>**Tu preparación es evitar esta situación.** Verificación diaria del material, doble dotación de equipos críticos (BVM) en la ambulancia.</w:t>
      </w:r>
    </w:p>
    <w:p>
      <w:pPr>
        <w:pStyle w:val="ListBullet"/>
      </w:pPr>
      <w:r>
        <w:t>Conocer estas técnicas es un ejercicio académico de preparación para lo peor. **No es un procedimiento operativo estándar**.</w:t>
      </w:r>
    </w:p>
    <w:p>
      <w:pPr>
        <w:pStyle w:val="ListBullet"/>
      </w:pPr>
      <w:r>
        <w:t>En la práctica real TES, tu "medio de fortuna" es la radio. Llamar a coordinación para solicitar apoyo urgente con equipo o relevo por otra unidad.</w:t>
      </w:r>
    </w:p>
    <w:p>
      <w:r>
        <w:t>────────────────────────────────────────────────────────────</w:t>
      </w:r>
    </w:p>
    <w:p>
      <w:r>
        <w:t>**Versión:** 1.0</w:t>
      </w:r>
    </w:p>
    <w:p>
      <w:r>
        <w:t>**Última actualización:** 2024-12-19</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3.2 – Aspiración: material y uso seguro (operativo TES)</w:t>
      </w:r>
    </w:p>
    <w:p>
      <w:pPr>
        <w:pStyle w:val="Heading1"/>
      </w:pPr>
      <w:r>
        <w:t>3.2 – Aspiración: material y uso seguro (operativo TES)</w:t>
      </w:r>
    </w:p>
    <w:p>
      <w:pPr>
        <w:pStyle w:val="Heading2"/>
      </w:pPr>
      <w:r>
        <w:t>Manual TES Digital – Técnica de aspiración de secreciones</w:t>
      </w:r>
    </w:p>
    <w:p>
      <w:r>
        <w:t>**Versión:** 1.0</w:t>
      </w:r>
    </w:p>
    <w:p>
      <w:r>
        <w:t>**Fecha:** 2024-12-13</w:t>
      </w:r>
    </w:p>
    <w:p>
      <w:r>
        <w:t>**Tipo:** Bloque Operativo - Procedimiento TES</w:t>
      </w:r>
    </w:p>
    <w:p>
      <w:r>
        <w:t>────────────────────────────────────────────────────────────</w:t>
      </w:r>
    </w:p>
    <w:p>
      <w:pPr>
        <w:pStyle w:val="Heading2"/>
      </w:pPr>
      <w:r>
        <w:t>3.2.1 Objetivo operativo</w:t>
      </w:r>
    </w:p>
    <w:p>
      <w:r>
        <w:t>Mantener la vía aérea permeable retirando secreciones/vómito/sangre de forma **segura, eficaz y sin interrumpir** la operativa de traslado.</w:t>
      </w:r>
    </w:p>
    <w:p>
      <w:r>
        <w:t>Este capítulo se centra en **material, montaje, uso seguro, coordinación y errores**, no en algoritmos clínicos avanzados ni procedimientos invasivos fuera de competencia.</w:t>
      </w:r>
    </w:p>
    <w:p>
      <w:r>
        <w:t>────────────────────────────────────────────────────────────</w:t>
      </w:r>
    </w:p>
    <w:p>
      <w:pPr>
        <w:pStyle w:val="Heading2"/>
      </w:pPr>
      <w:r>
        <w:t>3.2.2 Alcance y límites</w:t>
      </w:r>
    </w:p>
    <w:p>
      <w:pPr>
        <w:pStyle w:val="Heading3"/>
      </w:pPr>
      <w:r>
        <w:t>Alcance del capítulo</w:t>
      </w:r>
    </w:p>
    <w:p>
      <w:r>
        <w:t>Este capítulo cubre:</w:t>
      </w:r>
    </w:p>
    <w:p>
      <w:pPr>
        <w:pStyle w:val="ListBullet"/>
      </w:pPr>
      <w:r>
        <w:t>**Material y componentes** del sistema de aspiración.</w:t>
      </w:r>
    </w:p>
    <w:p>
      <w:pPr>
        <w:pStyle w:val="ListBullet"/>
      </w:pPr>
      <w:r>
        <w:t>**Montaje y verificación** del sistema.</w:t>
      </w:r>
    </w:p>
    <w:p>
      <w:pPr>
        <w:pStyle w:val="ListBullet"/>
      </w:pPr>
      <w:r>
        <w:t>**Técnicas operativas** de aspiración.</w:t>
      </w:r>
    </w:p>
    <w:p>
      <w:pPr>
        <w:pStyle w:val="ListBullet"/>
      </w:pPr>
      <w:r>
        <w:t>**Uso seguro** y prevención de riesgos.</w:t>
      </w:r>
    </w:p>
    <w:p>
      <w:pPr>
        <w:pStyle w:val="ListBullet"/>
      </w:pPr>
      <w:r>
        <w:t>**Coordinación** durante ventilación y movilización.</w:t>
      </w:r>
    </w:p>
    <w:p>
      <w:pPr>
        <w:pStyle w:val="ListBullet"/>
      </w:pPr>
      <w:r>
        <w:t>**Gestión del material** tras el uso.</w:t>
      </w:r>
    </w:p>
    <w:p>
      <w:pPr>
        <w:pStyle w:val="Heading3"/>
      </w:pPr>
      <w:r>
        <w:t>Límites del capítulo</w:t>
      </w:r>
    </w:p>
    <w:p>
      <w:r>
        <w:t>**Este capítulo NO cubre:**</w:t>
      </w:r>
    </w:p>
    <w:p>
      <w:pPr>
        <w:pStyle w:val="ListBullet"/>
      </w:pPr>
      <w:r>
        <w:t>Algoritmos clínicos avanzados de manejo de vía aérea.</w:t>
      </w:r>
    </w:p>
    <w:p>
      <w:pPr>
        <w:pStyle w:val="ListBullet"/>
      </w:pPr>
      <w:r>
        <w:t>Procedimientos invasivos fuera de competencia TES.</w:t>
      </w:r>
    </w:p>
    <w:p>
      <w:pPr>
        <w:pStyle w:val="ListBullet"/>
      </w:pPr>
      <w:r>
        <w:t>Indicaciones clínicas avanzadas (criterio médico).</w:t>
      </w:r>
    </w:p>
    <w:p>
      <w:pPr>
        <w:pStyle w:val="ListBullet"/>
      </w:pPr>
      <w:r>
        <w:t>Técnicas de intubación o manejo avanzado de vía aérea.</w:t>
      </w:r>
    </w:p>
    <w:p>
      <w:r>
        <w:t>**Este capítulo SÍ cubre:**</w:t>
      </w:r>
    </w:p>
    <w:p>
      <w:pPr>
        <w:pStyle w:val="ListBullet"/>
      </w:pPr>
      <w:r>
        <w:t>Técnicas básicas de aspiración operativa.</w:t>
      </w:r>
    </w:p>
    <w:p>
      <w:pPr>
        <w:pStyle w:val="ListBullet"/>
      </w:pPr>
      <w:r>
        <w:t>Material y montaje del sistema.</w:t>
      </w:r>
    </w:p>
    <w:p>
      <w:pPr>
        <w:pStyle w:val="ListBullet"/>
      </w:pPr>
      <w:r>
        <w:t>Uso seguro y coordinación.</w:t>
      </w:r>
    </w:p>
    <w:p>
      <w:pPr>
        <w:pStyle w:val="ListBullet"/>
      </w:pPr>
      <w:r>
        <w:t>Integración con oxigenoterapia y movilización.</w:t>
      </w:r>
    </w:p>
    <w:p>
      <w:r>
        <w:t>**Integración:**</w:t>
      </w:r>
    </w:p>
    <w:p>
      <w:pPr>
        <w:pStyle w:val="ListBullet"/>
      </w:pPr>
      <w:r>
        <w:t>Se integra con oxigenoterapia (3.0–3.1).</w:t>
      </w:r>
    </w:p>
    <w:p>
      <w:pPr>
        <w:pStyle w:val="ListBullet"/>
      </w:pPr>
      <w:r>
        <w:t>Se integra con movilización/transferencias (Bloque 2, 2.8/2.13).</w:t>
      </w:r>
    </w:p>
    <w:p>
      <w:r>
        <w:t>────────────────────────────────────────────────────────────</w:t>
      </w:r>
    </w:p>
    <w:p>
      <w:pPr>
        <w:pStyle w:val="Heading2"/>
      </w:pPr>
      <w:r>
        <w:t>3.2.3 Seguridad e higiene (prioridad TES)</w:t>
      </w:r>
    </w:p>
    <w:p>
      <w:pPr>
        <w:pStyle w:val="Heading3"/>
      </w:pPr>
      <w:r>
        <w:t>EPI (Equipos de Protección Individual)</w:t>
      </w:r>
    </w:p>
    <w:p>
      <w:r>
        <w:t>**Guantes:**</w:t>
      </w:r>
    </w:p>
    <w:p>
      <w:pPr>
        <w:pStyle w:val="ListBullet"/>
      </w:pPr>
      <w:r>
        <w:t>Usar guantes siempre.</w:t>
      </w:r>
    </w:p>
    <w:p>
      <w:pPr>
        <w:pStyle w:val="ListBullet"/>
      </w:pPr>
      <w:r>
        <w:t>Cambiar guantes si se contaminan.</w:t>
      </w:r>
    </w:p>
    <w:p>
      <w:pPr>
        <w:pStyle w:val="ListBullet"/>
      </w:pPr>
      <w:r>
        <w:t>Retirar guantes correctamente después de uso.</w:t>
      </w:r>
    </w:p>
    <w:p>
      <w:r>
        <w:t>**Protección ocular/mascarilla:**</w:t>
      </w:r>
    </w:p>
    <w:p>
      <w:pPr>
        <w:pStyle w:val="ListBullet"/>
      </w:pPr>
      <w:r>
        <w:t>Usar protección ocular si hay riesgo de aerosoles o salpicaduras.</w:t>
      </w:r>
    </w:p>
    <w:p>
      <w:pPr>
        <w:pStyle w:val="ListBullet"/>
      </w:pPr>
      <w:r>
        <w:t>Usar mascarilla si hay riesgo de aerosoles.</w:t>
      </w:r>
    </w:p>
    <w:p>
      <w:pPr>
        <w:pStyle w:val="ListBullet"/>
      </w:pPr>
      <w:r>
        <w:t>Protección facial completa si riesgo es alto.</w:t>
      </w:r>
    </w:p>
    <w:p>
      <w:r>
        <w:t>**Consideraciones:**</w:t>
      </w:r>
    </w:p>
    <w:p>
      <w:pPr>
        <w:pStyle w:val="ListBullet"/>
      </w:pPr>
      <w:r>
        <w:t>Evaluar riesgo antes de aspirar.</w:t>
      </w:r>
    </w:p>
    <w:p>
      <w:pPr>
        <w:pStyle w:val="ListBullet"/>
      </w:pPr>
      <w:r>
        <w:t>Usar EPI adecuado según riesgo.</w:t>
      </w:r>
    </w:p>
    <w:p>
      <w:pPr>
        <w:pStyle w:val="ListBullet"/>
      </w:pPr>
      <w:r>
        <w:t>No omitir EPI por prisa.</w:t>
      </w:r>
    </w:p>
    <w:p>
      <w:r>
        <w:t>────────────────────────────────────────────────────────────</w:t>
      </w:r>
    </w:p>
    <w:p>
      <w:pPr>
        <w:pStyle w:val="Heading3"/>
      </w:pPr>
      <w:r>
        <w:t>Riesgo biológico</w:t>
      </w:r>
    </w:p>
    <w:p>
      <w:r>
        <w:t>**Contención:**</w:t>
      </w:r>
    </w:p>
    <w:p>
      <w:pPr>
        <w:pStyle w:val="ListBullet"/>
      </w:pPr>
      <w:r>
        <w:t>Contener secreciones/vómito/sangre en frasco recolector.</w:t>
      </w:r>
    </w:p>
    <w:p>
      <w:pPr>
        <w:pStyle w:val="ListBullet"/>
      </w:pPr>
      <w:r>
        <w:t>Evitar derrames o salpicaduras.</w:t>
      </w:r>
    </w:p>
    <w:p>
      <w:pPr>
        <w:pStyle w:val="ListBullet"/>
      </w:pPr>
      <w:r>
        <w:t>Usar material de contención si es necesario.</w:t>
      </w:r>
    </w:p>
    <w:p>
      <w:r>
        <w:t>**Bolsa de residuos:**</w:t>
      </w:r>
    </w:p>
    <w:p>
      <w:pPr>
        <w:pStyle w:val="ListBullet"/>
      </w:pPr>
      <w:r>
        <w:t>Usar bolsa de residuos para material contaminado.</w:t>
      </w:r>
    </w:p>
    <w:p>
      <w:pPr>
        <w:pStyle w:val="ListBullet"/>
      </w:pPr>
      <w:r>
        <w:t>Cerrar bolsa correctamente después de uso.</w:t>
      </w:r>
    </w:p>
    <w:p>
      <w:pPr>
        <w:pStyle w:val="ListBullet"/>
      </w:pPr>
      <w:r>
        <w:t>Gestionar residuos según protocolo.</w:t>
      </w:r>
    </w:p>
    <w:p>
      <w:r>
        <w:t>**Descontaminación:**</w:t>
      </w:r>
    </w:p>
    <w:p>
      <w:pPr>
        <w:pStyle w:val="ListBullet"/>
      </w:pPr>
      <w:r>
        <w:t>Descontaminar equipo según protocolo.</w:t>
      </w:r>
    </w:p>
    <w:p>
      <w:pPr>
        <w:pStyle w:val="ListBullet"/>
      </w:pPr>
      <w:r>
        <w:t>Descontaminar superficies si hay derrames.</w:t>
      </w:r>
    </w:p>
    <w:p>
      <w:pPr>
        <w:pStyle w:val="ListBullet"/>
      </w:pPr>
      <w:r>
        <w:t>Seguir protocolo de limpieza/desinfección.</w:t>
      </w:r>
    </w:p>
    <w:p>
      <w:r>
        <w:t>────────────────────────────────────────────────────────────</w:t>
      </w:r>
    </w:p>
    <w:p>
      <w:pPr>
        <w:pStyle w:val="Heading3"/>
      </w:pPr>
      <w:r>
        <w:t>Prevención de aspiración de líquidos en el equipo</w:t>
      </w:r>
    </w:p>
    <w:p>
      <w:r>
        <w:t>**Filtros:**</w:t>
      </w:r>
    </w:p>
    <w:p>
      <w:pPr>
        <w:pStyle w:val="ListBullet"/>
      </w:pPr>
      <w:r>
        <w:t>Usar filtros si el sistema los lleva.</w:t>
      </w:r>
    </w:p>
    <w:p>
      <w:pPr>
        <w:pStyle w:val="ListBullet"/>
      </w:pPr>
      <w:r>
        <w:t>Verificar que filtros están correctamente instalados.</w:t>
      </w:r>
    </w:p>
    <w:p>
      <w:pPr>
        <w:pStyle w:val="ListBullet"/>
      </w:pPr>
      <w:r>
        <w:t>Cambiar filtros si se obstruyen o según protocolo.</w:t>
      </w:r>
    </w:p>
    <w:p>
      <w:r>
        <w:t>**Frasco recolector:**</w:t>
      </w:r>
    </w:p>
    <w:p>
      <w:pPr>
        <w:pStyle w:val="ListBullet"/>
      </w:pPr>
      <w:r>
        <w:t>Verificar que frasco está correctamente instalado.</w:t>
      </w:r>
    </w:p>
    <w:p>
      <w:pPr>
        <w:pStyle w:val="ListBullet"/>
      </w:pPr>
      <w:r>
        <w:t>Verificar que frasco no está lleno (vaciar si es necesario).</w:t>
      </w:r>
    </w:p>
    <w:p>
      <w:pPr>
        <w:pStyle w:val="ListBullet"/>
      </w:pPr>
      <w:r>
        <w:t>Verificar que frasco está bien cerrado.</w:t>
      </w:r>
    </w:p>
    <w:p>
      <w:r>
        <w:t>**Prevención:**</w:t>
      </w:r>
    </w:p>
    <w:p>
      <w:pPr>
        <w:pStyle w:val="ListBullet"/>
      </w:pPr>
      <w:r>
        <w:t>Verificar que sistema está bien montado antes de usar.</w:t>
      </w:r>
    </w:p>
    <w:p>
      <w:pPr>
        <w:pStyle w:val="ListBullet"/>
      </w:pPr>
      <w:r>
        <w:t>No usar si hay riesgo de aspiración de líquidos al equipo.</w:t>
      </w:r>
    </w:p>
    <w:p>
      <w:pPr>
        <w:pStyle w:val="ListBullet"/>
      </w:pPr>
      <w:r>
        <w:t>Verificar que filtros y frasco protegen el equipo.</w:t>
      </w:r>
    </w:p>
    <w:p>
      <w:r>
        <w:t>────────────────────────────────────────────────────────────</w:t>
      </w:r>
    </w:p>
    <w:p>
      <w:pPr>
        <w:pStyle w:val="Heading3"/>
      </w:pPr>
      <w:r>
        <w:t>Prevención de contaminación cruzada</w:t>
      </w:r>
    </w:p>
    <w:p>
      <w:r>
        <w:t>**Principios:**</w:t>
      </w:r>
    </w:p>
    <w:p>
      <w:pPr>
        <w:pStyle w:val="ListBullet"/>
      </w:pPr>
      <w:r>
        <w:t>Usar material individual cuando sea posible.</w:t>
      </w:r>
    </w:p>
    <w:p>
      <w:pPr>
        <w:pStyle w:val="ListBullet"/>
      </w:pPr>
      <w:r>
        <w:t>No reutilizar material contaminado sin desinfección.</w:t>
      </w:r>
    </w:p>
    <w:p>
      <w:pPr>
        <w:pStyle w:val="ListBullet"/>
      </w:pPr>
      <w:r>
        <w:t>Limpiar/desinfectar según protocolo.</w:t>
      </w:r>
    </w:p>
    <w:p>
      <w:pPr>
        <w:pStyle w:val="ListBullet"/>
      </w:pPr>
      <w:r>
        <w:t>Gestionar residuos correctamente.</w:t>
      </w:r>
    </w:p>
    <w:p>
      <w:r>
        <w:t>**Consideraciones:**</w:t>
      </w:r>
    </w:p>
    <w:p>
      <w:pPr>
        <w:pStyle w:val="ListBullet"/>
      </w:pPr>
      <w:r>
        <w:t>Seguir protocolo de limpieza/desinfección del servicio.</w:t>
      </w:r>
    </w:p>
    <w:p>
      <w:pPr>
        <w:pStyle w:val="ListBullet"/>
      </w:pPr>
      <w:r>
        <w:t>No contaminar material limpio con material usado.</w:t>
      </w:r>
    </w:p>
    <w:p>
      <w:pPr>
        <w:pStyle w:val="ListBullet"/>
      </w:pPr>
      <w:r>
        <w:t>Separar material limpio de material usado.</w:t>
      </w:r>
    </w:p>
    <w:p>
      <w:r>
        <w:t>────────────────────────────────────────────────────────────</w:t>
      </w:r>
    </w:p>
    <w:p>
      <w:pPr>
        <w:pStyle w:val="Heading2"/>
      </w:pPr>
      <w:r>
        <w:t>3.2.4 Componentes del sistema de aspiración (visión práctica)</w:t>
      </w:r>
    </w:p>
    <w:p>
      <w:pPr>
        <w:pStyle w:val="Heading3"/>
      </w:pPr>
      <w:r>
        <w:t>Aspirador portátil eléctrico / aspiración integrada en ambulancia</w:t>
      </w:r>
    </w:p>
    <w:p>
      <w:r>
        <w:t>**Aspirador portátil eléctrico:**</w:t>
      </w:r>
    </w:p>
    <w:p>
      <w:pPr>
        <w:pStyle w:val="ListBullet"/>
      </w:pPr>
      <w:r>
        <w:t>Unidad portátil con batería.</w:t>
      </w:r>
    </w:p>
    <w:p>
      <w:pPr>
        <w:pStyle w:val="ListBullet"/>
      </w:pPr>
      <w:r>
        <w:t>Encendido/apagado.</w:t>
      </w:r>
    </w:p>
    <w:p>
      <w:pPr>
        <w:pStyle w:val="ListBullet"/>
      </w:pPr>
      <w:r>
        <w:t>Regulador de vacío.</w:t>
      </w:r>
    </w:p>
    <w:p>
      <w:pPr>
        <w:pStyle w:val="ListBullet"/>
      </w:pPr>
      <w:r>
        <w:t>Indicador de batería/carga.</w:t>
      </w:r>
    </w:p>
    <w:p>
      <w:r>
        <w:t>**Aspiración integrada en ambulancia:**</w:t>
      </w:r>
    </w:p>
    <w:p>
      <w:pPr>
        <w:pStyle w:val="ListBullet"/>
      </w:pPr>
      <w:r>
        <w:t>Sistema integrado en ambulancia.</w:t>
      </w:r>
    </w:p>
    <w:p>
      <w:pPr>
        <w:pStyle w:val="ListBullet"/>
      </w:pPr>
      <w:r>
        <w:t>Activación desde panel.</w:t>
      </w:r>
    </w:p>
    <w:p>
      <w:pPr>
        <w:pStyle w:val="ListBullet"/>
      </w:pPr>
      <w:r>
        <w:t>Regulador de vacío.</w:t>
      </w:r>
    </w:p>
    <w:p>
      <w:pPr>
        <w:pStyle w:val="ListBullet"/>
      </w:pPr>
      <w:r>
        <w:t>Indicador de funcionamiento.</w:t>
      </w:r>
    </w:p>
    <w:p>
      <w:r>
        <w:t>**Verificación:**</w:t>
      </w:r>
    </w:p>
    <w:p>
      <w:pPr>
        <w:pStyle w:val="ListBullet"/>
      </w:pPr>
      <w:r>
        <w:t>Verificar que aspirador funciona (encendido, batería, vacío).</w:t>
      </w:r>
    </w:p>
    <w:p>
      <w:pPr>
        <w:pStyle w:val="ListBullet"/>
      </w:pPr>
      <w:r>
        <w:t>Verificar que regulador funciona.</w:t>
      </w:r>
    </w:p>
    <w:p>
      <w:pPr>
        <w:pStyle w:val="ListBullet"/>
      </w:pPr>
      <w:r>
        <w:t>Verificar que indicadores funcionan.</w:t>
      </w:r>
    </w:p>
    <w:p>
      <w:r>
        <w:t>────────────────────────────────────────────────────────────</w:t>
      </w:r>
    </w:p>
    <w:p>
      <w:pPr>
        <w:pStyle w:val="Heading3"/>
      </w:pPr>
      <w:r>
        <w:t>Frasco recolector y tapas</w:t>
      </w:r>
    </w:p>
    <w:p>
      <w:r>
        <w:t>**Frasco recolector:**</w:t>
      </w:r>
    </w:p>
    <w:p>
      <w:pPr>
        <w:pStyle w:val="ListBullet"/>
      </w:pPr>
      <w:r>
        <w:t>Contiene secreciones/vómito/sangre.</w:t>
      </w:r>
    </w:p>
    <w:p>
      <w:pPr>
        <w:pStyle w:val="ListBullet"/>
      </w:pPr>
      <w:r>
        <w:t>Protege equipo de aspiración de líquidos.</w:t>
      </w:r>
    </w:p>
    <w:p>
      <w:pPr>
        <w:pStyle w:val="ListBullet"/>
      </w:pPr>
      <w:r>
        <w:t>Indicador de nivel (marcas de volumen).</w:t>
      </w:r>
    </w:p>
    <w:p>
      <w:r>
        <w:t>**Tapas:**</w:t>
      </w:r>
    </w:p>
    <w:p>
      <w:pPr>
        <w:pStyle w:val="ListBullet"/>
      </w:pPr>
      <w:r>
        <w:t>Cierran frasco correctamente.</w:t>
      </w:r>
    </w:p>
    <w:p>
      <w:pPr>
        <w:pStyle w:val="ListBullet"/>
      </w:pPr>
      <w:r>
        <w:t>Permiten conexión de tubuladuras.</w:t>
      </w:r>
    </w:p>
    <w:p>
      <w:pPr>
        <w:pStyle w:val="ListBullet"/>
      </w:pPr>
      <w:r>
        <w:t>Previenen derrames.</w:t>
      </w:r>
    </w:p>
    <w:p>
      <w:r>
        <w:t>**Verificación:**</w:t>
      </w:r>
    </w:p>
    <w:p>
      <w:pPr>
        <w:pStyle w:val="ListBullet"/>
      </w:pPr>
      <w:r>
        <w:t>Verificar que frasco está en buen estado.</w:t>
      </w:r>
    </w:p>
    <w:p>
      <w:pPr>
        <w:pStyle w:val="ListBullet"/>
      </w:pPr>
      <w:r>
        <w:t>Verificar que tapas cierran correctamente.</w:t>
      </w:r>
    </w:p>
    <w:p>
      <w:pPr>
        <w:pStyle w:val="ListBullet"/>
      </w:pPr>
      <w:r>
        <w:t>Verificar que frasco no está lleno.</w:t>
      </w:r>
    </w:p>
    <w:p>
      <w:pPr>
        <w:pStyle w:val="ListBullet"/>
      </w:pPr>
      <w:r>
        <w:t>Verificar que conexiones están seguras.</w:t>
      </w:r>
    </w:p>
    <w:p>
      <w:r>
        <w:t>────────────────────────────────────────────────────────────</w:t>
      </w:r>
    </w:p>
    <w:p>
      <w:pPr>
        <w:pStyle w:val="Heading3"/>
      </w:pPr>
      <w:r>
        <w:t>Tubuladuras</w:t>
      </w:r>
    </w:p>
    <w:p>
      <w:r>
        <w:t>**Función:**</w:t>
      </w:r>
    </w:p>
    <w:p>
      <w:pPr>
        <w:pStyle w:val="ListBullet"/>
      </w:pPr>
      <w:r>
        <w:t>Conectan cánula con aspirador.</w:t>
      </w:r>
    </w:p>
    <w:p>
      <w:pPr>
        <w:pStyle w:val="ListBullet"/>
      </w:pPr>
      <w:r>
        <w:t>Transportan secreciones al frasco.</w:t>
      </w:r>
    </w:p>
    <w:p>
      <w:r>
        <w:t>**Tipos:**</w:t>
      </w:r>
    </w:p>
    <w:p>
      <w:pPr>
        <w:pStyle w:val="ListBullet"/>
      </w:pPr>
      <w:r>
        <w:t>Tubuladura estándar (transparente).</w:t>
      </w:r>
    </w:p>
    <w:p>
      <w:pPr>
        <w:pStyle w:val="ListBullet"/>
      </w:pPr>
      <w:r>
        <w:t>Tubuladura de alta resistencia (según modelo).</w:t>
      </w:r>
    </w:p>
    <w:p>
      <w:r>
        <w:t>**Verificación:**</w:t>
      </w:r>
    </w:p>
    <w:p>
      <w:pPr>
        <w:pStyle w:val="ListBullet"/>
      </w:pPr>
      <w:r>
        <w:t>Verificar que tubuladura está en buen estado (sin daños).</w:t>
      </w:r>
    </w:p>
    <w:p>
      <w:pPr>
        <w:pStyle w:val="ListBullet"/>
      </w:pPr>
      <w:r>
        <w:t>Verificar que conexiones están seguras.</w:t>
      </w:r>
    </w:p>
    <w:p>
      <w:pPr>
        <w:pStyle w:val="ListBullet"/>
      </w:pPr>
      <w:r>
        <w:t>Verificar que tubuladura no está doblada u obstruida.</w:t>
      </w:r>
    </w:p>
    <w:p>
      <w:r>
        <w:t>────────────────────────────────────────────────────────────</w:t>
      </w:r>
    </w:p>
    <w:p>
      <w:pPr>
        <w:pStyle w:val="Heading3"/>
      </w:pPr>
      <w:r>
        <w:t>Regulador de vacío / manómetro (si lo lleva)</w:t>
      </w:r>
    </w:p>
    <w:p>
      <w:r>
        <w:t>**Regulador de vacío:**</w:t>
      </w:r>
    </w:p>
    <w:p>
      <w:pPr>
        <w:pStyle w:val="ListBullet"/>
      </w:pPr>
      <w:r>
        <w:t>Controla fuerza de succión.</w:t>
      </w:r>
    </w:p>
    <w:p>
      <w:pPr>
        <w:pStyle w:val="ListBullet"/>
      </w:pPr>
      <w:r>
        <w:t>Permite ajustar vacío según necesidad.</w:t>
      </w:r>
    </w:p>
    <w:p>
      <w:r>
        <w:t>**Manómetro:**</w:t>
      </w:r>
    </w:p>
    <w:p>
      <w:pPr>
        <w:pStyle w:val="ListBullet"/>
      </w:pPr>
      <w:r>
        <w:t>Muestra nivel de vacío.</w:t>
      </w:r>
    </w:p>
    <w:p>
      <w:pPr>
        <w:pStyle w:val="ListBullet"/>
      </w:pPr>
      <w:r>
        <w:t>Permite verificar que vacío es adecuado.</w:t>
      </w:r>
    </w:p>
    <w:p>
      <w:r>
        <w:t>**Verificación:**</w:t>
      </w:r>
    </w:p>
    <w:p>
      <w:pPr>
        <w:pStyle w:val="ListBullet"/>
      </w:pPr>
      <w:r>
        <w:t>Verificar que regulador funciona.</w:t>
      </w:r>
    </w:p>
    <w:p>
      <w:pPr>
        <w:pStyle w:val="ListBullet"/>
      </w:pPr>
      <w:r>
        <w:t>Verificar que manómetro muestra lectura correcta.</w:t>
      </w:r>
    </w:p>
    <w:p>
      <w:pPr>
        <w:pStyle w:val="ListBullet"/>
      </w:pPr>
      <w:r>
        <w:t>Ajustar vacío según necesidad.</w:t>
      </w:r>
    </w:p>
    <w:p>
      <w:r>
        <w:t>────────────────────────────────────────────────────────────</w:t>
      </w:r>
    </w:p>
    <w:p>
      <w:pPr>
        <w:pStyle w:val="Heading3"/>
      </w:pPr>
      <w:r>
        <w:t>Cánulas</w:t>
      </w:r>
    </w:p>
    <w:p>
      <w:r>
        <w:t>**Cánula rígida tipo Yankauer:**</w:t>
      </w:r>
    </w:p>
    <w:p>
      <w:pPr>
        <w:pStyle w:val="ListBullet"/>
      </w:pPr>
      <w:r>
        <w:t>Cánula rígida para aspiración oral/faríngea.</w:t>
      </w:r>
    </w:p>
    <w:p>
      <w:pPr>
        <w:pStyle w:val="ListBullet"/>
      </w:pPr>
      <w:r>
        <w:t>Uso en secreciones/vómito visibles en cavidad oral.</w:t>
      </w:r>
    </w:p>
    <w:p>
      <w:pPr>
        <w:pStyle w:val="ListBullet"/>
      </w:pPr>
      <w:r>
        <w:t>Tamaño estándar (puede variar según modelo).</w:t>
      </w:r>
    </w:p>
    <w:p>
      <w:r>
        <w:t>**Sondas flexibles:**</w:t>
      </w:r>
    </w:p>
    <w:p>
      <w:pPr>
        <w:pStyle w:val="ListBullet"/>
      </w:pPr>
      <w:r>
        <w:t>Sondas flexibles para aspiración más profunda.</w:t>
      </w:r>
    </w:p>
    <w:p>
      <w:pPr>
        <w:pStyle w:val="ListBullet"/>
      </w:pPr>
      <w:r>
        <w:t>Tamaños variables (según necesidad).</w:t>
      </w:r>
    </w:p>
    <w:p>
      <w:pPr>
        <w:pStyle w:val="ListBullet"/>
      </w:pPr>
      <w:r>
        <w:t>Uso en secreciones más profundas o acceso limitado.</w:t>
      </w:r>
    </w:p>
    <w:p>
      <w:r>
        <w:t>**Catéteres/sondas específicas:**</w:t>
      </w:r>
    </w:p>
    <w:p>
      <w:pPr>
        <w:pStyle w:val="ListBullet"/>
      </w:pPr>
      <w:r>
        <w:t>Sondas específicas según necesidad (si existen en dotación).</w:t>
      </w:r>
    </w:p>
    <w:p>
      <w:pPr>
        <w:pStyle w:val="ListBullet"/>
      </w:pPr>
      <w:r>
        <w:t>Tamaños y tipos según modelo.</w:t>
      </w:r>
    </w:p>
    <w:p>
      <w:r>
        <w:t>**Selección:**</w:t>
      </w:r>
    </w:p>
    <w:p>
      <w:pPr>
        <w:pStyle w:val="ListBullet"/>
      </w:pPr>
      <w:r>
        <w:t>Seleccionar cánula según necesidad.</w:t>
      </w:r>
    </w:p>
    <w:p>
      <w:pPr>
        <w:pStyle w:val="ListBullet"/>
      </w:pPr>
      <w:r>
        <w:t>Yankauer: secreciones/vómito visibles en cavidad oral.</w:t>
      </w:r>
    </w:p>
    <w:p>
      <w:pPr>
        <w:pStyle w:val="ListBullet"/>
      </w:pPr>
      <w:r>
        <w:t>Sonda flexible: secreciones más profundas o acceso limitado.</w:t>
      </w:r>
    </w:p>
    <w:p>
      <w:r>
        <w:t>────────────────────────────────────────────────────────────</w:t>
      </w:r>
    </w:p>
    <w:p>
      <w:pPr>
        <w:pStyle w:val="Heading3"/>
      </w:pPr>
      <w:r>
        <w:t>Conexiones y filtros (si aplica)</w:t>
      </w:r>
    </w:p>
    <w:p>
      <w:r>
        <w:t>**Conexiones:**</w:t>
      </w:r>
    </w:p>
    <w:p>
      <w:pPr>
        <w:pStyle w:val="ListBullet"/>
      </w:pPr>
      <w:r>
        <w:t>Conectan componentes del sistema.</w:t>
      </w:r>
    </w:p>
    <w:p>
      <w:pPr>
        <w:pStyle w:val="ListBullet"/>
      </w:pPr>
      <w:r>
        <w:t>Verificar que conexiones están seguras.</w:t>
      </w:r>
    </w:p>
    <w:p>
      <w:r>
        <w:t>**Filtros:**</w:t>
      </w:r>
    </w:p>
    <w:p>
      <w:pPr>
        <w:pStyle w:val="ListBullet"/>
      </w:pPr>
      <w:r>
        <w:t>Protegen equipo de aspiración de líquidos.</w:t>
      </w:r>
    </w:p>
    <w:p>
      <w:pPr>
        <w:pStyle w:val="ListBullet"/>
      </w:pPr>
      <w:r>
        <w:t>Previenen contaminación del equipo.</w:t>
      </w:r>
    </w:p>
    <w:p>
      <w:pPr>
        <w:pStyle w:val="ListBullet"/>
      </w:pPr>
      <w:r>
        <w:t>Cambiar si se obstruyen o según protocolo.</w:t>
      </w:r>
    </w:p>
    <w:p>
      <w:r>
        <w:t>**Verificación:**</w:t>
      </w:r>
    </w:p>
    <w:p>
      <w:pPr>
        <w:pStyle w:val="ListBullet"/>
      </w:pPr>
      <w:r>
        <w:t>Verificar que conexiones están bien ajustadas.</w:t>
      </w:r>
    </w:p>
    <w:p>
      <w:pPr>
        <w:pStyle w:val="ListBullet"/>
      </w:pPr>
      <w:r>
        <w:t>Verificar que filtros están correctamente instalados.</w:t>
      </w:r>
    </w:p>
    <w:p>
      <w:pPr>
        <w:pStyle w:val="ListBullet"/>
      </w:pPr>
      <w:r>
        <w:t>Verificar que filtros no están obstruidos.</w:t>
      </w:r>
    </w:p>
    <w:p>
      <w:r>
        <w:t>────────────────────────────────────────────────────────────</w:t>
      </w:r>
    </w:p>
    <w:p>
      <w:pPr>
        <w:pStyle w:val="Heading3"/>
      </w:pPr>
      <w:r>
        <w:t>Batería/carga, soporte y fijación</w:t>
      </w:r>
    </w:p>
    <w:p>
      <w:r>
        <w:t>**Batería/carga:**</w:t>
      </w:r>
    </w:p>
    <w:p>
      <w:pPr>
        <w:pStyle w:val="ListBullet"/>
      </w:pPr>
      <w:r>
        <w:t>Verificar que batería está cargada (aspirator portátil).</w:t>
      </w:r>
    </w:p>
    <w:p>
      <w:pPr>
        <w:pStyle w:val="ListBullet"/>
      </w:pPr>
      <w:r>
        <w:t>Verificar que indicador de carga funciona.</w:t>
      </w:r>
    </w:p>
    <w:p>
      <w:pPr>
        <w:pStyle w:val="ListBullet"/>
      </w:pPr>
      <w:r>
        <w:t>Cargar si es necesario.</w:t>
      </w:r>
    </w:p>
    <w:p>
      <w:r>
        <w:t>**Soporte y fijación:**</w:t>
      </w:r>
    </w:p>
    <w:p>
      <w:pPr>
        <w:pStyle w:val="ListBullet"/>
      </w:pPr>
      <w:r>
        <w:t>Fijar aspirador en soporte o carro.</w:t>
      </w:r>
    </w:p>
    <w:p>
      <w:pPr>
        <w:pStyle w:val="ListBullet"/>
      </w:pPr>
      <w:r>
        <w:t>Verificar que aspirador está estable.</w:t>
      </w:r>
    </w:p>
    <w:p>
      <w:pPr>
        <w:pStyle w:val="ListBullet"/>
      </w:pPr>
      <w:r>
        <w:t>Fijar en ambulancia si aplica.</w:t>
      </w:r>
    </w:p>
    <w:p>
      <w:r>
        <w:t>────────────────────────────────────────────────────────────</w:t>
      </w:r>
    </w:p>
    <w:p>
      <w:pPr>
        <w:pStyle w:val="Heading2"/>
      </w:pPr>
      <w:r>
        <w:t>3.2.5 Preparación estándar y verificación (paso a paso)</w:t>
      </w:r>
    </w:p>
    <w:p>
      <w:pPr>
        <w:pStyle w:val="Heading3"/>
      </w:pPr>
      <w:r>
        <w:t>Procedimiento de preparación</w:t>
      </w:r>
    </w:p>
    <w:p>
      <w:r>
        <w:t>**Paso 1: Comprobar equipo**</w:t>
      </w:r>
    </w:p>
    <w:p>
      <w:pPr>
        <w:pStyle w:val="ListBullet"/>
      </w:pPr>
      <w:r>
        <w:t>Verificar que aspirador está disponible.</w:t>
      </w:r>
    </w:p>
    <w:p>
      <w:pPr>
        <w:pStyle w:val="ListBullet"/>
      </w:pPr>
      <w:r>
        <w:t>Verificar que batería está cargada (si aplica).</w:t>
      </w:r>
    </w:p>
    <w:p>
      <w:pPr>
        <w:pStyle w:val="ListBullet"/>
      </w:pPr>
      <w:r>
        <w:t>Verificar que aspirador enciende.</w:t>
      </w:r>
    </w:p>
    <w:p>
      <w:pPr>
        <w:pStyle w:val="ListBullet"/>
      </w:pPr>
      <w:r>
        <w:t>Verificar que mangueras/tubuladuras están en buen estado.</w:t>
      </w:r>
    </w:p>
    <w:p>
      <w:pPr>
        <w:pStyle w:val="ListBullet"/>
      </w:pPr>
      <w:r>
        <w:t>Verificar que frasco está en buen estado y bien cerrado.</w:t>
      </w:r>
    </w:p>
    <w:p>
      <w:r>
        <w:t>**Paso 2: Conectar tubuladuras correctas**</w:t>
      </w:r>
    </w:p>
    <w:p>
      <w:pPr>
        <w:pStyle w:val="ListBullet"/>
      </w:pPr>
      <w:r>
        <w:t>Conectar tubuladura a aspirador.</w:t>
      </w:r>
    </w:p>
    <w:p>
      <w:pPr>
        <w:pStyle w:val="ListBullet"/>
      </w:pPr>
      <w:r>
        <w:t>Conectar tubuladura a frasco.</w:t>
      </w:r>
    </w:p>
    <w:p>
      <w:pPr>
        <w:pStyle w:val="ListBullet"/>
      </w:pPr>
      <w:r>
        <w:t>Verificar que conexiones están seguras.</w:t>
      </w:r>
    </w:p>
    <w:p>
      <w:pPr>
        <w:pStyle w:val="ListBullet"/>
      </w:pPr>
      <w:r>
        <w:t>Verificar que no hay fugas.</w:t>
      </w:r>
    </w:p>
    <w:p>
      <w:r>
        <w:t>**Paso 3: Comprobar vacío/succión funcional (prueba breve)**</w:t>
      </w:r>
    </w:p>
    <w:p>
      <w:pPr>
        <w:pStyle w:val="ListBullet"/>
      </w:pPr>
      <w:r>
        <w:t>Encender aspirador.</w:t>
      </w:r>
    </w:p>
    <w:p>
      <w:pPr>
        <w:pStyle w:val="ListBullet"/>
      </w:pPr>
      <w:r>
        <w:t>Ajustar vacío según necesidad.</w:t>
      </w:r>
    </w:p>
    <w:p>
      <w:pPr>
        <w:pStyle w:val="ListBullet"/>
      </w:pPr>
      <w:r>
        <w:t>Ocluir extremo de tubuladura brevemente.</w:t>
      </w:r>
    </w:p>
    <w:p>
      <w:pPr>
        <w:pStyle w:val="ListBullet"/>
      </w:pPr>
      <w:r>
        <w:t>Verificar que se genera vacío (se siente succión).</w:t>
      </w:r>
    </w:p>
    <w:p>
      <w:pPr>
        <w:pStyle w:val="ListBullet"/>
      </w:pPr>
      <w:r>
        <w:t>Verificar que manómetro muestra vacío (si aplica).</w:t>
      </w:r>
    </w:p>
    <w:p>
      <w:pPr>
        <w:pStyle w:val="ListBullet"/>
      </w:pPr>
      <w:r>
        <w:t>Liberar oclusión.</w:t>
      </w:r>
    </w:p>
    <w:p>
      <w:r>
        <w:t>**Paso 4: Preparar cánula adecuada**</w:t>
      </w:r>
    </w:p>
    <w:p>
      <w:pPr>
        <w:pStyle w:val="ListBullet"/>
      </w:pPr>
      <w:r>
        <w:t>Seleccionar cánula según necesidad (Yankauer vs sonda).</w:t>
      </w:r>
    </w:p>
    <w:p>
      <w:pPr>
        <w:pStyle w:val="ListBullet"/>
      </w:pPr>
      <w:r>
        <w:t>Conectar cánula a tubuladura.</w:t>
      </w:r>
    </w:p>
    <w:p>
      <w:pPr>
        <w:pStyle w:val="ListBullet"/>
      </w:pPr>
      <w:r>
        <w:t>Verificar que conexión está segura.</w:t>
      </w:r>
    </w:p>
    <w:p>
      <w:pPr>
        <w:pStyle w:val="ListBullet"/>
      </w:pPr>
      <w:r>
        <w:t>Verificar que cánula está en buen estado.</w:t>
      </w:r>
    </w:p>
    <w:p>
      <w:r>
        <w:t>**Paso 5: Tener material de apoyo**</w:t>
      </w:r>
    </w:p>
    <w:p>
      <w:pPr>
        <w:pStyle w:val="ListBullet"/>
      </w:pPr>
      <w:r>
        <w:t>Preparar gasas (limpieza, secado).</w:t>
      </w:r>
    </w:p>
    <w:p>
      <w:pPr>
        <w:pStyle w:val="ListBullet"/>
      </w:pPr>
      <w:r>
        <w:t>Preparar bolsa de residuos.</w:t>
      </w:r>
    </w:p>
    <w:p>
      <w:pPr>
        <w:pStyle w:val="ListBullet"/>
      </w:pPr>
      <w:r>
        <w:t>Preparar fuente de O₂ lista si se combina con oxigenoterapia.</w:t>
      </w:r>
    </w:p>
    <w:p>
      <w:pPr>
        <w:pStyle w:val="ListBullet"/>
      </w:pPr>
      <w:r>
        <w:t>Tener material adicional disponible si es necesario.</w:t>
      </w:r>
    </w:p>
    <w:p>
      <w:r>
        <w:t>**Paso 6: Verificación final**</w:t>
      </w:r>
    </w:p>
    <w:p>
      <w:pPr>
        <w:pStyle w:val="ListBullet"/>
      </w:pPr>
      <w:r>
        <w:t>Verificar que todo el sistema está montado correctamente.</w:t>
      </w:r>
    </w:p>
    <w:p>
      <w:pPr>
        <w:pStyle w:val="ListBullet"/>
      </w:pPr>
      <w:r>
        <w:t>Verificar que vacío funciona.</w:t>
      </w:r>
    </w:p>
    <w:p>
      <w:pPr>
        <w:pStyle w:val="ListBullet"/>
      </w:pPr>
      <w:r>
        <w:t>Verificar que no hay fugas.</w:t>
      </w:r>
    </w:p>
    <w:p>
      <w:pPr>
        <w:pStyle w:val="ListBullet"/>
      </w:pPr>
      <w:r>
        <w:t>Verificar que material de apoyo está disponible.</w:t>
      </w:r>
    </w:p>
    <w:p>
      <w:pPr>
        <w:pStyle w:val="ListBullet"/>
      </w:pPr>
      <w:r>
        <w:t>Verificar que sistema está listo para usar.</w:t>
      </w:r>
    </w:p>
    <w:p>
      <w:r>
        <w:t>────────────────────────────────────────────────────────────</w:t>
      </w:r>
    </w:p>
    <w:p>
      <w:pPr>
        <w:pStyle w:val="Heading2"/>
      </w:pPr>
      <w:r>
        <w:t>3.2.6 Técnicas operativas de aspiración</w:t>
      </w:r>
    </w:p>
    <w:p>
      <w:pPr>
        <w:pStyle w:val="Heading3"/>
      </w:pPr>
      <w:r>
        <w:t>A) Aspiración con cánula rígida tipo Yankauer</w:t>
      </w:r>
    </w:p>
    <w:p>
      <w:r>
        <w:t>**Indicación operativa típica:**</w:t>
      </w:r>
    </w:p>
    <w:p>
      <w:pPr>
        <w:pStyle w:val="ListBullet"/>
      </w:pPr>
      <w:r>
        <w:t>Secreciones/vómito visibles en cavidad oral.</w:t>
      </w:r>
    </w:p>
    <w:p>
      <w:pPr>
        <w:pStyle w:val="ListBullet"/>
      </w:pPr>
      <w:r>
        <w:t>Necesidad de limpiar cavidad oral antes de otras maniobras.</w:t>
      </w:r>
    </w:p>
    <w:p>
      <w:pPr>
        <w:pStyle w:val="ListBullet"/>
      </w:pPr>
      <w:r>
        <w:t>Acceso directo a cavidad oral.</w:t>
      </w:r>
    </w:p>
    <w:p>
      <w:r>
        <w:t>**Procedimiento paso a paso:**</w:t>
      </w:r>
    </w:p>
    <w:p>
      <w:pPr>
        <w:pStyle w:val="ListNumber"/>
      </w:pPr>
      <w:r>
        <w:t>**Preparación**</w:t>
      </w:r>
    </w:p>
    <w:p>
      <w:pPr>
        <w:pStyle w:val="ListBullet"/>
      </w:pPr>
      <w:r>
        <w:t>Montar sistema de aspiración (ver 3.2.5).</w:t>
      </w:r>
    </w:p>
    <w:p>
      <w:pPr>
        <w:pStyle w:val="ListBullet"/>
      </w:pPr>
      <w:r>
        <w:t>Seleccionar cánula Yankauer.</w:t>
      </w:r>
    </w:p>
    <w:p>
      <w:pPr>
        <w:pStyle w:val="ListBullet"/>
      </w:pPr>
      <w:r>
        <w:t>Conectar cánula a tubuladura.</w:t>
      </w:r>
    </w:p>
    <w:p>
      <w:pPr>
        <w:pStyle w:val="ListBullet"/>
      </w:pPr>
      <w:r>
        <w:t>Verificar que vacío funciona.</w:t>
      </w:r>
    </w:p>
    <w:p>
      <w:pPr>
        <w:pStyle w:val="ListNumber"/>
      </w:pPr>
      <w:r>
        <w:t>**Posicionamiento del paciente (si el contexto lo permite)**</w:t>
      </w:r>
    </w:p>
    <w:p>
      <w:pPr>
        <w:pStyle w:val="ListBullet"/>
      </w:pPr>
      <w:r>
        <w:t>Posicionar paciente para facilitar acceso.</w:t>
      </w:r>
    </w:p>
    <w:p>
      <w:pPr>
        <w:pStyle w:val="ListBullet"/>
      </w:pPr>
      <w:r>
        <w:t>Controlar entorno (espacio, iluminación).</w:t>
      </w:r>
    </w:p>
    <w:p>
      <w:pPr>
        <w:pStyle w:val="ListBullet"/>
      </w:pPr>
      <w:r>
        <w:t>Si paciente está consciente: explicar brevemente.</w:t>
      </w:r>
    </w:p>
    <w:p>
      <w:pPr>
        <w:pStyle w:val="ListNumber"/>
      </w:pPr>
      <w:r>
        <w:t>**Control del entorno**</w:t>
      </w:r>
    </w:p>
    <w:p>
      <w:pPr>
        <w:pStyle w:val="ListBullet"/>
      </w:pPr>
      <w:r>
        <w:t>Verificar que hay espacio suficiente.</w:t>
      </w:r>
    </w:p>
    <w:p>
      <w:pPr>
        <w:pStyle w:val="ListBullet"/>
      </w:pPr>
      <w:r>
        <w:t>Verificar que iluminación es adecuada.</w:t>
      </w:r>
    </w:p>
    <w:p>
      <w:pPr>
        <w:pStyle w:val="ListBullet"/>
      </w:pPr>
      <w:r>
        <w:t>Gestionar tubuladuras para evitar enganches.</w:t>
      </w:r>
    </w:p>
    <w:p>
      <w:pPr>
        <w:pStyle w:val="ListBullet"/>
      </w:pPr>
      <w:r>
        <w:t>Preparar material de apoyo.</w:t>
      </w:r>
    </w:p>
    <w:p>
      <w:pPr>
        <w:pStyle w:val="ListNumber"/>
      </w:pPr>
      <w:r>
        <w:t>**Aspiración**</w:t>
      </w:r>
    </w:p>
    <w:p>
      <w:pPr>
        <w:pStyle w:val="ListBullet"/>
      </w:pPr>
      <w:r>
        <w:t>Introducir cánula en cavidad oral.</w:t>
      </w:r>
    </w:p>
    <w:p>
      <w:pPr>
        <w:pStyle w:val="ListBullet"/>
      </w:pPr>
      <w:r>
        <w:t>Aspirar secreciones/vómito de forma controlada.</w:t>
      </w:r>
    </w:p>
    <w:p>
      <w:pPr>
        <w:pStyle w:val="ListBullet"/>
      </w:pPr>
      <w:r>
        <w:t>Mover cánula suavemente para aspirar diferentes zonas.</w:t>
      </w:r>
    </w:p>
    <w:p>
      <w:pPr>
        <w:pStyle w:val="ListBullet"/>
      </w:pPr>
      <w:r>
        <w:t>No forzar ni ser agresivo.</w:t>
      </w:r>
    </w:p>
    <w:p>
      <w:pPr>
        <w:pStyle w:val="ListNumber"/>
      </w:pPr>
      <w:r>
        <w:t>**Verificación**</w:t>
      </w:r>
    </w:p>
    <w:p>
      <w:pPr>
        <w:pStyle w:val="ListBullet"/>
      </w:pPr>
      <w:r>
        <w:t>Verificar que secreciones se aspiran.</w:t>
      </w:r>
    </w:p>
    <w:p>
      <w:pPr>
        <w:pStyle w:val="ListBullet"/>
      </w:pPr>
      <w:r>
        <w:t>Verificar que vía aérea está más limpia.</w:t>
      </w:r>
    </w:p>
    <w:p>
      <w:pPr>
        <w:pStyle w:val="ListBullet"/>
      </w:pPr>
      <w:r>
        <w:t>Verificar que no hay obstrucciones.</w:t>
      </w:r>
    </w:p>
    <w:p>
      <w:pPr>
        <w:pStyle w:val="ListBullet"/>
      </w:pPr>
      <w:r>
        <w:t>Continuar si es necesario.</w:t>
      </w:r>
    </w:p>
    <w:p>
      <w:pPr>
        <w:pStyle w:val="ListNumber"/>
      </w:pPr>
      <w:r>
        <w:t>**Finalización**</w:t>
      </w:r>
    </w:p>
    <w:p>
      <w:pPr>
        <w:pStyle w:val="ListBullet"/>
      </w:pPr>
      <w:r>
        <w:t>Retirar cánula de forma controlada.</w:t>
      </w:r>
    </w:p>
    <w:p>
      <w:pPr>
        <w:pStyle w:val="ListBullet"/>
      </w:pPr>
      <w:r>
        <w:t>Verificar que vía aérea está permeable.</w:t>
      </w:r>
    </w:p>
    <w:p>
      <w:pPr>
        <w:pStyle w:val="ListBullet"/>
      </w:pPr>
      <w:r>
        <w:t>Gestionar material usado.</w:t>
      </w:r>
    </w:p>
    <w:p>
      <w:pPr>
        <w:pStyle w:val="ListBullet"/>
      </w:pPr>
      <w:r>
        <w:t>Re-conectar oxigenoterapia si se había desconectado.</w:t>
      </w:r>
    </w:p>
    <w:p>
      <w:r>
        <w:t>**Errores frecuentes:**</w:t>
      </w:r>
    </w:p>
    <w:p>
      <w:pPr>
        <w:pStyle w:val="ListBullet"/>
      </w:pPr>
      <w:r>
        <w:t>Caudal sin flujo real (no verificar que vacío funciona antes de usar).</w:t>
      </w:r>
    </w:p>
    <w:p>
      <w:pPr>
        <w:pStyle w:val="ListBullet"/>
      </w:pPr>
      <w:r>
        <w:t>Puntas mal orientadas (cánula no en posición correcta para aspirar).</w:t>
      </w:r>
    </w:p>
    <w:p>
      <w:pPr>
        <w:pStyle w:val="ListBullet"/>
      </w:pPr>
      <w:r>
        <w:t>Fugas en conexiones (no verificar conexiones antes de usar).</w:t>
      </w:r>
    </w:p>
    <w:p>
      <w:pPr>
        <w:pStyle w:val="ListBullet"/>
      </w:pPr>
      <w:r>
        <w:t>Desconexión en traslado (no fijar conexiones, no re-verificar después de movimientos).</w:t>
      </w:r>
    </w:p>
    <w:p>
      <w:pPr>
        <w:pStyle w:val="ListBullet"/>
      </w:pPr>
      <w:r>
        <w:t>Ser agresivo (forzar, movimientos bruscos, riesgo de lesión).</w:t>
      </w:r>
    </w:p>
    <w:p>
      <w:r>
        <w:t>────────────────────────────────────────────────────────────</w:t>
      </w:r>
    </w:p>
    <w:p>
      <w:pPr>
        <w:pStyle w:val="Heading3"/>
      </w:pPr>
      <w:r>
        <w:t>B) Aspiración con sonda flexible</w:t>
      </w:r>
    </w:p>
    <w:p>
      <w:r>
        <w:t>**Cuándo se usa a nivel operativo:**</w:t>
      </w:r>
    </w:p>
    <w:p>
      <w:pPr>
        <w:pStyle w:val="ListBullet"/>
      </w:pPr>
      <w:r>
        <w:t>Secreciones más profundas (no accesibles con Yankauer).</w:t>
      </w:r>
    </w:p>
    <w:p>
      <w:pPr>
        <w:pStyle w:val="ListBullet"/>
      </w:pPr>
      <w:r>
        <w:t>Acceso limitado (no se puede usar Yankauer).</w:t>
      </w:r>
    </w:p>
    <w:p>
      <w:pPr>
        <w:pStyle w:val="ListBullet"/>
      </w:pPr>
      <w:r>
        <w:t>Necesidad de aspiración más profunda.</w:t>
      </w:r>
    </w:p>
    <w:p>
      <w:r>
        <w:t>**Selección de tamaño:**</w:t>
      </w:r>
    </w:p>
    <w:p>
      <w:pPr>
        <w:pStyle w:val="ListBullet"/>
      </w:pPr>
      <w:r>
        <w:t>Seleccionar tamaño según necesidad.</w:t>
      </w:r>
    </w:p>
    <w:p>
      <w:pPr>
        <w:pStyle w:val="ListBullet"/>
      </w:pPr>
      <w:r>
        <w:t>Tamaño adecuado para acceso disponible.</w:t>
      </w:r>
    </w:p>
    <w:p>
      <w:pPr>
        <w:pStyle w:val="ListBullet"/>
      </w:pPr>
      <w:r>
        <w:t>No usar tamaño excesivo (riesgo de lesión).</w:t>
      </w:r>
    </w:p>
    <w:p>
      <w:r>
        <w:t>**Preparación:**</w:t>
      </w:r>
    </w:p>
    <w:p>
      <w:pPr>
        <w:pStyle w:val="ListBullet"/>
      </w:pPr>
      <w:r>
        <w:t>Montar sistema de aspiración (ver 3.2.5).</w:t>
      </w:r>
    </w:p>
    <w:p>
      <w:pPr>
        <w:pStyle w:val="ListBullet"/>
      </w:pPr>
      <w:r>
        <w:t>Seleccionar sonda flexible de tamaño adecuado.</w:t>
      </w:r>
    </w:p>
    <w:p>
      <w:pPr>
        <w:pStyle w:val="ListBullet"/>
      </w:pPr>
      <w:r>
        <w:t>Conectar sonda a tubuladura.</w:t>
      </w:r>
    </w:p>
    <w:p>
      <w:pPr>
        <w:pStyle w:val="ListBullet"/>
      </w:pPr>
      <w:r>
        <w:t>Verificar que vacío funciona.</w:t>
      </w:r>
    </w:p>
    <w:p>
      <w:r>
        <w:t>**Procedimiento paso a paso:**</w:t>
      </w:r>
    </w:p>
    <w:p>
      <w:pPr>
        <w:pStyle w:val="ListNumber"/>
      </w:pPr>
      <w:r>
        <w:t>**Preparación**</w:t>
      </w:r>
    </w:p>
    <w:p>
      <w:pPr>
        <w:pStyle w:val="ListBullet"/>
      </w:pPr>
      <w:r>
        <w:t>Montar sistema de aspiración.</w:t>
      </w:r>
    </w:p>
    <w:p>
      <w:pPr>
        <w:pStyle w:val="ListBullet"/>
      </w:pPr>
      <w:r>
        <w:t>Seleccionar sonda de tamaño adecuado.</w:t>
      </w:r>
    </w:p>
    <w:p>
      <w:pPr>
        <w:pStyle w:val="ListBullet"/>
      </w:pPr>
      <w:r>
        <w:t>Conectar sonda a tubuladura.</w:t>
      </w:r>
    </w:p>
    <w:p>
      <w:pPr>
        <w:pStyle w:val="ListBullet"/>
      </w:pPr>
      <w:r>
        <w:t>Verificar que vacío funciona.</w:t>
      </w:r>
    </w:p>
    <w:p>
      <w:pPr>
        <w:pStyle w:val="ListNumber"/>
      </w:pPr>
      <w:r>
        <w:t>**Posicionamiento**</w:t>
      </w:r>
    </w:p>
    <w:p>
      <w:pPr>
        <w:pStyle w:val="ListBullet"/>
      </w:pPr>
      <w:r>
        <w:t>Posicionar paciente si es posible.</w:t>
      </w:r>
    </w:p>
    <w:p>
      <w:pPr>
        <w:pStyle w:val="ListBullet"/>
      </w:pPr>
      <w:r>
        <w:t>Controlar entorno.</w:t>
      </w:r>
    </w:p>
    <w:p>
      <w:pPr>
        <w:pStyle w:val="ListBullet"/>
      </w:pPr>
      <w:r>
        <w:t>Si paciente está consciente: explicar brevemente.</w:t>
      </w:r>
    </w:p>
    <w:p>
      <w:pPr>
        <w:pStyle w:val="ListNumber"/>
      </w:pPr>
      <w:r>
        <w:t>**Aspiración con control**</w:t>
      </w:r>
    </w:p>
    <w:p>
      <w:pPr>
        <w:pStyle w:val="ListBullet"/>
      </w:pPr>
      <w:r>
        <w:t>Introducir sonda de forma controlada.</w:t>
      </w:r>
    </w:p>
    <w:p>
      <w:pPr>
        <w:pStyle w:val="ListBullet"/>
      </w:pPr>
      <w:r>
        <w:t>Aspirar secreciones de forma suave.</w:t>
      </w:r>
    </w:p>
    <w:p>
      <w:pPr>
        <w:pStyle w:val="ListBullet"/>
      </w:pPr>
      <w:r>
        <w:t>No avanzar sonda más allá de lo necesario.</w:t>
      </w:r>
    </w:p>
    <w:p>
      <w:pPr>
        <w:pStyle w:val="ListBullet"/>
      </w:pPr>
      <w:r>
        <w:t>No forzar ni ser agresivo.</w:t>
      </w:r>
    </w:p>
    <w:p>
      <w:pPr>
        <w:pStyle w:val="ListNumber"/>
      </w:pPr>
      <w:r>
        <w:t>**Control durante aspiración**</w:t>
      </w:r>
    </w:p>
    <w:p>
      <w:pPr>
        <w:pStyle w:val="ListBullet"/>
      </w:pPr>
      <w:r>
        <w:t>Observar respuesta del paciente.</w:t>
      </w:r>
    </w:p>
    <w:p>
      <w:pPr>
        <w:pStyle w:val="ListBullet"/>
      </w:pPr>
      <w:r>
        <w:t>Detener si hay resistencia o problemas.</w:t>
      </w:r>
    </w:p>
    <w:p>
      <w:pPr>
        <w:pStyle w:val="ListBullet"/>
      </w:pPr>
      <w:r>
        <w:t>No forzar si hay resistencia.</w:t>
      </w:r>
    </w:p>
    <w:p>
      <w:pPr>
        <w:pStyle w:val="ListBullet"/>
      </w:pPr>
      <w:r>
        <w:t>Retirar sonda si es necesario.</w:t>
      </w:r>
    </w:p>
    <w:p>
      <w:pPr>
        <w:pStyle w:val="ListNumber"/>
      </w:pPr>
      <w:r>
        <w:t>**Verificación**</w:t>
      </w:r>
    </w:p>
    <w:p>
      <w:pPr>
        <w:pStyle w:val="ListBullet"/>
      </w:pPr>
      <w:r>
        <w:t>Verificar que secreciones se aspiran.</w:t>
      </w:r>
    </w:p>
    <w:p>
      <w:pPr>
        <w:pStyle w:val="ListBullet"/>
      </w:pPr>
      <w:r>
        <w:t>Verificar que vía aérea está más limpia.</w:t>
      </w:r>
    </w:p>
    <w:p>
      <w:pPr>
        <w:pStyle w:val="ListBullet"/>
      </w:pPr>
      <w:r>
        <w:t>Verificar que no hay obstrucciones.</w:t>
      </w:r>
    </w:p>
    <w:p>
      <w:pPr>
        <w:pStyle w:val="ListBullet"/>
      </w:pPr>
      <w:r>
        <w:t>Continuar si es necesario.</w:t>
      </w:r>
    </w:p>
    <w:p>
      <w:pPr>
        <w:pStyle w:val="ListNumber"/>
      </w:pPr>
      <w:r>
        <w:t>**Finalización**</w:t>
      </w:r>
    </w:p>
    <w:p>
      <w:pPr>
        <w:pStyle w:val="ListBullet"/>
      </w:pPr>
      <w:r>
        <w:t>Retirar sonda de forma controlada.</w:t>
      </w:r>
    </w:p>
    <w:p>
      <w:pPr>
        <w:pStyle w:val="ListBullet"/>
      </w:pPr>
      <w:r>
        <w:t>Verificar que vía aérea está permeable.</w:t>
      </w:r>
    </w:p>
    <w:p>
      <w:pPr>
        <w:pStyle w:val="ListBullet"/>
      </w:pPr>
      <w:r>
        <w:t>Gestionar material usado.</w:t>
      </w:r>
    </w:p>
    <w:p>
      <w:pPr>
        <w:pStyle w:val="ListBullet"/>
      </w:pPr>
      <w:r>
        <w:t>Re-conectar oxigenoterapia si se había desconectado.</w:t>
      </w:r>
    </w:p>
    <w:p>
      <w:r>
        <w:t>**Errores frecuentes:**</w:t>
      </w:r>
    </w:p>
    <w:p>
      <w:pPr>
        <w:pStyle w:val="ListBullet"/>
      </w:pPr>
      <w:r>
        <w:t>Tamaño incorrecto (demasiado grande o pequeño, no se adapta).</w:t>
      </w:r>
    </w:p>
    <w:p>
      <w:pPr>
        <w:pStyle w:val="ListBullet"/>
      </w:pPr>
      <w:r>
        <w:t>Avanzar sonda demasiado (riesgo de lesión, no es necesario).</w:t>
      </w:r>
    </w:p>
    <w:p>
      <w:pPr>
        <w:pStyle w:val="ListBullet"/>
      </w:pPr>
      <w:r>
        <w:t>Ser agresivo (forzar, movimientos bruscos, riesgo de lesión).</w:t>
      </w:r>
    </w:p>
    <w:p>
      <w:pPr>
        <w:pStyle w:val="ListBullet"/>
      </w:pPr>
      <w:r>
        <w:t>No controlar durante aspiración (no observar respuesta del paciente).</w:t>
      </w:r>
    </w:p>
    <w:p>
      <w:pPr>
        <w:pStyle w:val="ListBullet"/>
      </w:pPr>
      <w:r>
        <w:t>No verificar que vacío funciona (aspiración inefectiva).</w:t>
      </w:r>
    </w:p>
    <w:p>
      <w:r>
        <w:t>────────────────────────────────────────────────────────────</w:t>
      </w:r>
    </w:p>
    <w:p>
      <w:pPr>
        <w:pStyle w:val="Heading3"/>
      </w:pPr>
      <w:r>
        <w:t>C) Aspiración durante ventilación con BVM (enfoque coordinado)</w:t>
      </w:r>
    </w:p>
    <w:p>
      <w:r>
        <w:t>**Principios:**</w:t>
      </w:r>
    </w:p>
    <w:p>
      <w:pPr>
        <w:pStyle w:val="ListBullet"/>
      </w:pPr>
      <w:r>
        <w:t>Coordinación entre TES que ventila y TES que aspira.</w:t>
      </w:r>
    </w:p>
    <w:p>
      <w:pPr>
        <w:pStyle w:val="ListBullet"/>
      </w:pPr>
      <w:r>
        <w:t>No perder control del paciente durante aspiración.</w:t>
      </w:r>
    </w:p>
    <w:p>
      <w:pPr>
        <w:pStyle w:val="ListBullet"/>
      </w:pPr>
      <w:r>
        <w:t>Minimizar interrupción de ventilación.</w:t>
      </w:r>
    </w:p>
    <w:p>
      <w:r>
        <w:t>**Coordinación de roles:**</w:t>
      </w:r>
    </w:p>
    <w:p>
      <w:pPr>
        <w:pStyle w:val="ListBullet"/>
      </w:pPr>
      <w:r>
        <w:t>**TES 1:** Ventila/sella (mantiene BVM, hace sello con mascarilla).</w:t>
      </w:r>
    </w:p>
    <w:p>
      <w:pPr>
        <w:pStyle w:val="ListBullet"/>
      </w:pPr>
      <w:r>
        <w:t>**TES 2:** Aspira (prepara y ejecuta aspiración).</w:t>
      </w:r>
    </w:p>
    <w:p>
      <w:r>
        <w:t>**Procedimiento paso a paso:**</w:t>
      </w:r>
    </w:p>
    <w:p>
      <w:pPr>
        <w:pStyle w:val="ListNumber"/>
      </w:pPr>
      <w:r>
        <w:t>**Preparación**</w:t>
      </w:r>
    </w:p>
    <w:p>
      <w:pPr>
        <w:pStyle w:val="ListBullet"/>
      </w:pPr>
      <w:r>
        <w:t>TES 1: Mantener ventilación con BVM.</w:t>
      </w:r>
    </w:p>
    <w:p>
      <w:pPr>
        <w:pStyle w:val="ListBullet"/>
      </w:pPr>
      <w:r>
        <w:t>TES 2: Montar sistema de aspiración.</w:t>
      </w:r>
    </w:p>
    <w:p>
      <w:pPr>
        <w:pStyle w:val="ListBullet"/>
      </w:pPr>
      <w:r>
        <w:t>Coordinar momento de aspiración.</w:t>
      </w:r>
    </w:p>
    <w:p>
      <w:pPr>
        <w:pStyle w:val="ListBullet"/>
      </w:pPr>
      <w:r>
        <w:t>Comunicar claramente.</w:t>
      </w:r>
    </w:p>
    <w:p>
      <w:pPr>
        <w:pStyle w:val="ListNumber"/>
      </w:pPr>
      <w:r>
        <w:t>**Secuencia para no perder control**</w:t>
      </w:r>
    </w:p>
    <w:p>
      <w:pPr>
        <w:pStyle w:val="ListBullet"/>
      </w:pPr>
      <w:r>
        <w:t>TES 1: Mantener sello con mascarilla.</w:t>
      </w:r>
    </w:p>
    <w:p>
      <w:pPr>
        <w:pStyle w:val="ListBullet"/>
      </w:pPr>
      <w:r>
        <w:t>TES 1: Continuar ventilación si es posible.</w:t>
      </w:r>
    </w:p>
    <w:p>
      <w:pPr>
        <w:pStyle w:val="ListBullet"/>
      </w:pPr>
      <w:r>
        <w:t>TES 2: Preparar aspiración.</w:t>
      </w:r>
    </w:p>
    <w:p>
      <w:pPr>
        <w:pStyle w:val="ListBullet"/>
      </w:pPr>
      <w:r>
        <w:t>TES 2: Comunicar cuando está listo.</w:t>
      </w:r>
    </w:p>
    <w:p>
      <w:pPr>
        <w:pStyle w:val="ListNumber"/>
      </w:pPr>
      <w:r>
        <w:t>**Aspiración coordinada**</w:t>
      </w:r>
    </w:p>
    <w:p>
      <w:pPr>
        <w:pStyle w:val="ListBullet"/>
      </w:pPr>
      <w:r>
        <w:t>TES 1: Mantener sello (puede levantar ligeramente mascarilla si es necesario).</w:t>
      </w:r>
    </w:p>
    <w:p>
      <w:pPr>
        <w:pStyle w:val="ListBullet"/>
      </w:pPr>
      <w:r>
        <w:t>TES 2: Introducir cánula y aspirar brevemente.</w:t>
      </w:r>
    </w:p>
    <w:p>
      <w:pPr>
        <w:pStyle w:val="ListBullet"/>
      </w:pPr>
      <w:r>
        <w:t>TES 2: Retirar cánula rápidamente.</w:t>
      </w:r>
    </w:p>
    <w:p>
      <w:pPr>
        <w:pStyle w:val="ListBullet"/>
      </w:pPr>
      <w:r>
        <w:t>TES 1: Re-establecer sello completo inmediatamente.</w:t>
      </w:r>
    </w:p>
    <w:p>
      <w:pPr>
        <w:pStyle w:val="ListBullet"/>
      </w:pPr>
      <w:r>
        <w:t>TES 1: Continuar ventilación.</w:t>
      </w:r>
    </w:p>
    <w:p>
      <w:pPr>
        <w:pStyle w:val="ListNumber"/>
      </w:pPr>
      <w:r>
        <w:t>**Gestión de consumo de O₂**</w:t>
      </w:r>
    </w:p>
    <w:p>
      <w:pPr>
        <w:pStyle w:val="ListBullet"/>
      </w:pPr>
      <w:r>
        <w:t>Verificar que O₂ está conectado a BVM.</w:t>
      </w:r>
    </w:p>
    <w:p>
      <w:pPr>
        <w:pStyle w:val="ListBullet"/>
      </w:pPr>
      <w:r>
        <w:t>Verificar que flujo es adecuado (10-15 L/min).</w:t>
      </w:r>
    </w:p>
    <w:p>
      <w:pPr>
        <w:pStyle w:val="ListBullet"/>
      </w:pPr>
      <w:r>
        <w:t>Monitorear consumo durante ventilación.</w:t>
      </w:r>
    </w:p>
    <w:p>
      <w:pPr>
        <w:pStyle w:val="ListBullet"/>
      </w:pPr>
      <w:r>
        <w:t>Re-calcular duración si es necesario.</w:t>
      </w:r>
    </w:p>
    <w:p>
      <w:pPr>
        <w:pStyle w:val="ListNumber"/>
      </w:pPr>
      <w:r>
        <w:t>**Gestión de tubuladuras**</w:t>
      </w:r>
    </w:p>
    <w:p>
      <w:pPr>
        <w:pStyle w:val="ListBullet"/>
      </w:pPr>
      <w:r>
        <w:t>Organizar tubuladuras para no engancharse.</w:t>
      </w:r>
    </w:p>
    <w:p>
      <w:pPr>
        <w:pStyle w:val="ListBullet"/>
      </w:pPr>
      <w:r>
        <w:t>Verificar que no interfieren con ventilación.</w:t>
      </w:r>
    </w:p>
    <w:p>
      <w:pPr>
        <w:pStyle w:val="ListBullet"/>
      </w:pPr>
      <w:r>
        <w:t>Gestionar durante movilización si es necesario.</w:t>
      </w:r>
    </w:p>
    <w:p>
      <w:pPr>
        <w:pStyle w:val="ListNumber"/>
      </w:pPr>
      <w:r>
        <w:t>**Verificación**</w:t>
      </w:r>
    </w:p>
    <w:p>
      <w:pPr>
        <w:pStyle w:val="ListBullet"/>
      </w:pPr>
      <w:r>
        <w:t>Verificar que aspiración fue efectiva.</w:t>
      </w:r>
    </w:p>
    <w:p>
      <w:pPr>
        <w:pStyle w:val="ListBullet"/>
      </w:pPr>
      <w:r>
        <w:t>Verificar que ventilación continúa efectiva.</w:t>
      </w:r>
    </w:p>
    <w:p>
      <w:pPr>
        <w:pStyle w:val="ListBullet"/>
      </w:pPr>
      <w:r>
        <w:t>Verificar que sello se mantiene.</w:t>
      </w:r>
    </w:p>
    <w:p>
      <w:pPr>
        <w:pStyle w:val="ListBullet"/>
      </w:pPr>
      <w:r>
        <w:t>Continuar si es necesario.</w:t>
      </w:r>
    </w:p>
    <w:p>
      <w:r>
        <w:t>**Errores frecuentes:**</w:t>
      </w:r>
    </w:p>
    <w:p>
      <w:pPr>
        <w:pStyle w:val="ListBullet"/>
      </w:pPr>
      <w:r>
        <w:t>Falta de coordinación (ambos TES actúan simultáneamente, pérdida de control).</w:t>
      </w:r>
    </w:p>
    <w:p>
      <w:pPr>
        <w:pStyle w:val="ListBullet"/>
      </w:pPr>
      <w:r>
        <w:t>Perder sello durante aspiración (interrupción de ventilación).</w:t>
      </w:r>
    </w:p>
    <w:p>
      <w:pPr>
        <w:pStyle w:val="ListBullet"/>
      </w:pPr>
      <w:r>
        <w:t>Interrupción prolongada de ventilación (aspiración demasiado larga).</w:t>
      </w:r>
    </w:p>
    <w:p>
      <w:pPr>
        <w:pStyle w:val="ListBullet"/>
      </w:pPr>
      <w:r>
        <w:t>Tubuladuras enganchadas (no gestionar correctamente).</w:t>
      </w:r>
    </w:p>
    <w:p>
      <w:r>
        <w:t>────────────────────────────────────────────────────────────</w:t>
      </w:r>
    </w:p>
    <w:p>
      <w:pPr>
        <w:pStyle w:val="Heading3"/>
      </w:pPr>
      <w:r>
        <w:t>D) Aspiración durante movilización/traslado</w:t>
      </w:r>
    </w:p>
    <w:p>
      <w:r>
        <w:t>**Principios:**</w:t>
      </w:r>
    </w:p>
    <w:p>
      <w:pPr>
        <w:pStyle w:val="ListBullet"/>
      </w:pPr>
      <w:r>
        <w:t>Evitar enganches de tubuladuras.</w:t>
      </w:r>
    </w:p>
    <w:p>
      <w:pPr>
        <w:pStyle w:val="ListBullet"/>
      </w:pPr>
      <w:r>
        <w:t>Paradas seguras para aspirar cuando es necesario.</w:t>
      </w:r>
    </w:p>
    <w:p>
      <w:pPr>
        <w:pStyle w:val="ListBullet"/>
      </w:pPr>
      <w:r>
        <w:t>Revisión tras transferencias.</w:t>
      </w:r>
    </w:p>
    <w:p>
      <w:r>
        <w:t>**Cómo llevar el aspirador y tubuladuras:**</w:t>
      </w:r>
    </w:p>
    <w:p>
      <w:pPr>
        <w:pStyle w:val="ListNumber"/>
      </w:pPr>
      <w:r>
        <w:t>**Fijación del aspirador**</w:t>
      </w:r>
    </w:p>
    <w:p>
      <w:pPr>
        <w:pStyle w:val="ListBullet"/>
      </w:pPr>
      <w:r>
        <w:t>Fijar aspirador en carro o soporte.</w:t>
      </w:r>
    </w:p>
    <w:p>
      <w:pPr>
        <w:pStyle w:val="ListBullet"/>
      </w:pPr>
      <w:r>
        <w:t>Verificar que aspirador está estable.</w:t>
      </w:r>
    </w:p>
    <w:p>
      <w:pPr>
        <w:pStyle w:val="ListBullet"/>
      </w:pPr>
      <w:r>
        <w:t>Fijar en ambulancia si aplica.</w:t>
      </w:r>
    </w:p>
    <w:p>
      <w:pPr>
        <w:pStyle w:val="ListNumber"/>
      </w:pPr>
      <w:r>
        <w:t>**Gestión de tubuladuras**</w:t>
      </w:r>
    </w:p>
    <w:p>
      <w:pPr>
        <w:pStyle w:val="ListBullet"/>
      </w:pPr>
      <w:r>
        <w:t>Organizar tubuladuras para no engancharse.</w:t>
      </w:r>
    </w:p>
    <w:p>
      <w:pPr>
        <w:pStyle w:val="ListBullet"/>
      </w:pPr>
      <w:r>
        <w:t>Fijar tubuladuras si es necesario.</w:t>
      </w:r>
    </w:p>
    <w:p>
      <w:pPr>
        <w:pStyle w:val="ListBullet"/>
      </w:pPr>
      <w:r>
        <w:t>Verificar que no se enganchan en puertas, escaleras, etc.</w:t>
      </w:r>
    </w:p>
    <w:p>
      <w:pPr>
        <w:pStyle w:val="ListBullet"/>
      </w:pPr>
      <w:r>
        <w:t>Re-verificar después de movimientos.</w:t>
      </w:r>
    </w:p>
    <w:p>
      <w:pPr>
        <w:pStyle w:val="ListNumber"/>
      </w:pPr>
      <w:r>
        <w:t>**Prevención de enganches**</w:t>
      </w:r>
    </w:p>
    <w:p>
      <w:pPr>
        <w:pStyle w:val="ListBullet"/>
      </w:pPr>
      <w:r>
        <w:t>Gestionar tubuladuras durante paso por puertas.</w:t>
      </w:r>
    </w:p>
    <w:p>
      <w:pPr>
        <w:pStyle w:val="ListBullet"/>
      </w:pPr>
      <w:r>
        <w:t>Gestionar tubuladuras durante escaleras.</w:t>
      </w:r>
    </w:p>
    <w:p>
      <w:pPr>
        <w:pStyle w:val="ListBullet"/>
      </w:pPr>
      <w:r>
        <w:t>Gestionar tubuladuras durante transferencias.</w:t>
      </w:r>
    </w:p>
    <w:p>
      <w:pPr>
        <w:pStyle w:val="ListBullet"/>
      </w:pPr>
      <w:r>
        <w:t>Verificar continuamente que no se enganchan.</w:t>
      </w:r>
    </w:p>
    <w:p>
      <w:r>
        <w:t>**Paradas seguras: cuándo detener la camilla para aspirar**</w:t>
      </w:r>
    </w:p>
    <w:p>
      <w:r>
        <w:t>**Detener camilla para aspirar cuando:**</w:t>
      </w:r>
    </w:p>
    <w:p>
      <w:pPr>
        <w:pStyle w:val="ListBullet"/>
      </w:pPr>
      <w:r>
        <w:t>Hay secreciones/vómito que obstruyen vía aérea.</w:t>
      </w:r>
    </w:p>
    <w:p>
      <w:pPr>
        <w:pStyle w:val="ListBullet"/>
      </w:pPr>
      <w:r>
        <w:t>Es necesario aspirar antes de continuar.</w:t>
      </w:r>
    </w:p>
    <w:p>
      <w:pPr>
        <w:pStyle w:val="ListBullet"/>
      </w:pPr>
      <w:r>
        <w:t>Hay riesgo si no se aspira.</w:t>
      </w:r>
    </w:p>
    <w:p>
      <w:pPr>
        <w:pStyle w:val="ListBullet"/>
      </w:pPr>
      <w:r>
        <w:t>El contexto permite parada segura.</w:t>
      </w:r>
    </w:p>
    <w:p>
      <w:r>
        <w:t>**No detener si:**</w:t>
      </w:r>
    </w:p>
    <w:p>
      <w:pPr>
        <w:pStyle w:val="ListBullet"/>
      </w:pPr>
      <w:r>
        <w:t>Extricación rápida (amenaza vital, escena insegura).</w:t>
      </w:r>
    </w:p>
    <w:p>
      <w:pPr>
        <w:pStyle w:val="ListBullet"/>
      </w:pPr>
      <w:r>
        <w:t>No hay secreciones que obstruyan vía aérea.</w:t>
      </w:r>
    </w:p>
    <w:p>
      <w:pPr>
        <w:pStyle w:val="ListBullet"/>
      </w:pPr>
      <w:r>
        <w:t>El contexto no permite parada segura.</w:t>
      </w:r>
    </w:p>
    <w:p>
      <w:r>
        <w:t>**Procedimiento de parada segura:**</w:t>
      </w:r>
    </w:p>
    <w:p>
      <w:pPr>
        <w:pStyle w:val="ListNumber"/>
      </w:pPr>
      <w:r>
        <w:t>Activar frenos de camilla.</w:t>
      </w:r>
    </w:p>
    <w:p>
      <w:pPr>
        <w:pStyle w:val="ListNumber"/>
      </w:pPr>
      <w:r>
        <w:t>Verificar que camilla está estable.</w:t>
      </w:r>
    </w:p>
    <w:p>
      <w:pPr>
        <w:pStyle w:val="ListNumber"/>
      </w:pPr>
      <w:r>
        <w:t>Ejecutar aspiración.</w:t>
      </w:r>
    </w:p>
    <w:p>
      <w:pPr>
        <w:pStyle w:val="ListNumber"/>
      </w:pPr>
      <w:r>
        <w:t>Verificar que vía aérea está permeable.</w:t>
      </w:r>
    </w:p>
    <w:p>
      <w:pPr>
        <w:pStyle w:val="ListNumber"/>
      </w:pPr>
      <w:r>
        <w:t>Desactivar frenos y continuar.</w:t>
      </w:r>
    </w:p>
    <w:p>
      <w:r>
        <w:t>**Revisión tras transferencias (2.8/2.13):**</w:t>
      </w:r>
    </w:p>
    <w:p>
      <w:pPr>
        <w:pStyle w:val="ListBullet"/>
      </w:pPr>
      <w:r>
        <w:t>Re-verificar que aspirador está bien fijado.</w:t>
      </w:r>
    </w:p>
    <w:p>
      <w:pPr>
        <w:pStyle w:val="ListBullet"/>
      </w:pPr>
      <w:r>
        <w:t>Re-verificar que tubuladuras no se engancharon.</w:t>
      </w:r>
    </w:p>
    <w:p>
      <w:pPr>
        <w:pStyle w:val="ListBullet"/>
      </w:pPr>
      <w:r>
        <w:t>Re-verificar que conexiones están seguras.</w:t>
      </w:r>
    </w:p>
    <w:p>
      <w:pPr>
        <w:pStyle w:val="ListBullet"/>
      </w:pPr>
      <w:r>
        <w:t>Re-verificar que sistema funciona correctamente.</w:t>
      </w:r>
    </w:p>
    <w:p>
      <w:pPr>
        <w:pStyle w:val="ListBullet"/>
      </w:pPr>
      <w:r>
        <w:t>Ajustar si es necesario.</w:t>
      </w:r>
    </w:p>
    <w:p>
      <w:r>
        <w:t>────────────────────────────────────────────────────────────</w:t>
      </w:r>
    </w:p>
    <w:p>
      <w:pPr>
        <w:pStyle w:val="Heading2"/>
      </w:pPr>
      <w:r>
        <w:t>3.2.7 Gestión del material tras el uso</w:t>
      </w:r>
    </w:p>
    <w:p>
      <w:pPr>
        <w:pStyle w:val="Heading3"/>
      </w:pPr>
      <w:r>
        <w:t>Cierre y retirada segura</w:t>
      </w:r>
    </w:p>
    <w:p>
      <w:r>
        <w:t>**Cierre:**</w:t>
      </w:r>
    </w:p>
    <w:p>
      <w:pPr>
        <w:pStyle w:val="ListBullet"/>
      </w:pPr>
      <w:r>
        <w:t>Apagar aspirador.</w:t>
      </w:r>
    </w:p>
    <w:p>
      <w:pPr>
        <w:pStyle w:val="ListBullet"/>
      </w:pPr>
      <w:r>
        <w:t>Desconectar cánula de tubuladura.</w:t>
      </w:r>
    </w:p>
    <w:p>
      <w:pPr>
        <w:pStyle w:val="ListBullet"/>
      </w:pPr>
      <w:r>
        <w:t>Cerrar frasco correctamente.</w:t>
      </w:r>
    </w:p>
    <w:p>
      <w:pPr>
        <w:pStyle w:val="ListBullet"/>
      </w:pPr>
      <w:r>
        <w:t>Verificar que frasco está bien cerrado.</w:t>
      </w:r>
    </w:p>
    <w:p>
      <w:r>
        <w:t>**Retirada segura de frasco/sondas:**</w:t>
      </w:r>
    </w:p>
    <w:p>
      <w:pPr>
        <w:pStyle w:val="ListBullet"/>
      </w:pPr>
      <w:r>
        <w:t>Retirar frasco con cuidado (puede contener secreciones).</w:t>
      </w:r>
    </w:p>
    <w:p>
      <w:pPr>
        <w:pStyle w:val="ListBullet"/>
      </w:pPr>
      <w:r>
        <w:t>Retirar sondas/cánulas con cuidado.</w:t>
      </w:r>
    </w:p>
    <w:p>
      <w:pPr>
        <w:pStyle w:val="ListBullet"/>
      </w:pPr>
      <w:r>
        <w:t>Colocar en bolsa de residuos.</w:t>
      </w:r>
    </w:p>
    <w:p>
      <w:pPr>
        <w:pStyle w:val="ListBullet"/>
      </w:pPr>
      <w:r>
        <w:t>Cerrar bolsa correctamente.</w:t>
      </w:r>
    </w:p>
    <w:p>
      <w:r>
        <w:t>**Consideraciones:**</w:t>
      </w:r>
    </w:p>
    <w:p>
      <w:pPr>
        <w:pStyle w:val="ListBullet"/>
      </w:pPr>
      <w:r>
        <w:t>No derramar contenido del frasco.</w:t>
      </w:r>
    </w:p>
    <w:p>
      <w:pPr>
        <w:pStyle w:val="ListBullet"/>
      </w:pPr>
      <w:r>
        <w:t>Gestionar material contaminado correctamente.</w:t>
      </w:r>
    </w:p>
    <w:p>
      <w:pPr>
        <w:pStyle w:val="ListBullet"/>
      </w:pPr>
      <w:r>
        <w:t>Seguir protocolo de gestión de residuos.</w:t>
      </w:r>
    </w:p>
    <w:p>
      <w:r>
        <w:t>────────────────────────────────────────────────────────────</w:t>
      </w:r>
    </w:p>
    <w:p>
      <w:pPr>
        <w:pStyle w:val="Heading3"/>
      </w:pPr>
      <w:r>
        <w:t>Bolsa de residuos</w:t>
      </w:r>
    </w:p>
    <w:p>
      <w:r>
        <w:t>**Uso:**</w:t>
      </w:r>
    </w:p>
    <w:p>
      <w:pPr>
        <w:pStyle w:val="ListBullet"/>
      </w:pPr>
      <w:r>
        <w:t>Usar bolsa de residuos para material contaminado.</w:t>
      </w:r>
    </w:p>
    <w:p>
      <w:pPr>
        <w:pStyle w:val="ListBullet"/>
      </w:pPr>
      <w:r>
        <w:t>Colocar frasco, sondas, material usado en bolsa.</w:t>
      </w:r>
    </w:p>
    <w:p>
      <w:pPr>
        <w:pStyle w:val="ListBullet"/>
      </w:pPr>
      <w:r>
        <w:t>Cerrar bolsa correctamente.</w:t>
      </w:r>
    </w:p>
    <w:p>
      <w:pPr>
        <w:pStyle w:val="ListBullet"/>
      </w:pPr>
      <w:r>
        <w:t>Gestionar según protocolo.</w:t>
      </w:r>
    </w:p>
    <w:p>
      <w:r>
        <w:t>**Consideraciones:**</w:t>
      </w:r>
    </w:p>
    <w:p>
      <w:pPr>
        <w:pStyle w:val="ListBullet"/>
      </w:pPr>
      <w:r>
        <w:t>Seguir protocolo de gestión de residuos del servicio.</w:t>
      </w:r>
    </w:p>
    <w:p>
      <w:pPr>
        <w:pStyle w:val="ListBullet"/>
      </w:pPr>
      <w:r>
        <w:t>No mezclar material limpio con material usado.</w:t>
      </w:r>
    </w:p>
    <w:p>
      <w:pPr>
        <w:pStyle w:val="ListBullet"/>
      </w:pPr>
      <w:r>
        <w:t>Gestionar residuos según normativa.</w:t>
      </w:r>
    </w:p>
    <w:p>
      <w:r>
        <w:t>────────────────────────────────────────────────────────────</w:t>
      </w:r>
    </w:p>
    <w:p>
      <w:pPr>
        <w:pStyle w:val="Heading3"/>
      </w:pPr>
      <w:r>
        <w:t>Limpieza/desinfección según protocolo local</w:t>
      </w:r>
    </w:p>
    <w:p>
      <w:r>
        <w:t>**Principios:**</w:t>
      </w:r>
    </w:p>
    <w:p>
      <w:pPr>
        <w:pStyle w:val="ListBullet"/>
      </w:pPr>
      <w:r>
        <w:t>Seguir protocolo de limpieza/desinfección del servicio.</w:t>
      </w:r>
    </w:p>
    <w:p>
      <w:pPr>
        <w:pStyle w:val="ListBullet"/>
      </w:pPr>
      <w:r>
        <w:t>Limpiar componentes según protocolo.</w:t>
      </w:r>
    </w:p>
    <w:p>
      <w:pPr>
        <w:pStyle w:val="ListBullet"/>
      </w:pPr>
      <w:r>
        <w:t>Desinfectar según protocolo.</w:t>
      </w:r>
    </w:p>
    <w:p>
      <w:pPr>
        <w:pStyle w:val="ListBullet"/>
      </w:pPr>
      <w:r>
        <w:t>Verificar que limpieza/desinfección es adecuada.</w:t>
      </w:r>
    </w:p>
    <w:p>
      <w:r>
        <w:t>**Consideraciones:**</w:t>
      </w:r>
    </w:p>
    <w:p>
      <w:pPr>
        <w:pStyle w:val="ListBullet"/>
      </w:pPr>
      <w:r>
        <w:t>No citar marcas específicas de productos.</w:t>
      </w:r>
    </w:p>
    <w:p>
      <w:pPr>
        <w:pStyle w:val="ListBullet"/>
      </w:pPr>
      <w:r>
        <w:t>Seguir protocolo del servicio.</w:t>
      </w:r>
    </w:p>
    <w:p>
      <w:pPr>
        <w:pStyle w:val="ListBullet"/>
      </w:pPr>
      <w:r>
        <w:t>Verificar que material está limpio antes de reutilizar.</w:t>
      </w:r>
    </w:p>
    <w:p>
      <w:r>
        <w:t>────────────────────────────────────────────────────────────</w:t>
      </w:r>
    </w:p>
    <w:p>
      <w:pPr>
        <w:pStyle w:val="Heading3"/>
      </w:pPr>
      <w:r>
        <w:t>Reposición y control de stock</w:t>
      </w:r>
    </w:p>
    <w:p>
      <w:r>
        <w:t>**Reposición:**</w:t>
      </w:r>
    </w:p>
    <w:p>
      <w:pPr>
        <w:pStyle w:val="ListBullet"/>
      </w:pPr>
      <w:r>
        <w:t>Reponer material usado.</w:t>
      </w:r>
    </w:p>
    <w:p>
      <w:pPr>
        <w:pStyle w:val="ListBullet"/>
      </w:pPr>
      <w:r>
        <w:t>Verificar que hay material disponible.</w:t>
      </w:r>
    </w:p>
    <w:p>
      <w:pPr>
        <w:pStyle w:val="ListBullet"/>
      </w:pPr>
      <w:r>
        <w:t>Comunicar si falta material.</w:t>
      </w:r>
    </w:p>
    <w:p>
      <w:r>
        <w:t>**Control de stock:**</w:t>
      </w:r>
    </w:p>
    <w:p>
      <w:pPr>
        <w:pStyle w:val="ListBullet"/>
      </w:pPr>
      <w:r>
        <w:t>Verificar stock de material.</w:t>
      </w:r>
    </w:p>
    <w:p>
      <w:pPr>
        <w:pStyle w:val="ListBullet"/>
      </w:pPr>
      <w:r>
        <w:t>Identificar material que falta.</w:t>
      </w:r>
    </w:p>
    <w:p>
      <w:pPr>
        <w:pStyle w:val="ListBullet"/>
      </w:pPr>
      <w:r>
        <w:t>Comunicar necesidades.</w:t>
      </w:r>
    </w:p>
    <w:p>
      <w:r>
        <w:t>────────────────────────────────────────────────────────────</w:t>
      </w:r>
    </w:p>
    <w:p>
      <w:pPr>
        <w:pStyle w:val="Heading2"/>
      </w:pPr>
      <w:r>
        <w:t>3.2.8 Problemas frecuentes y resolución rápida</w:t>
      </w:r>
    </w:p>
    <w:p>
      <w:pPr>
        <w:pStyle w:val="Heading3"/>
      </w:pPr>
      <w:r>
        <w:t>No aspira</w:t>
      </w:r>
    </w:p>
    <w:p>
      <w:r>
        <w:t>**Causas posibles:**</w:t>
      </w:r>
    </w:p>
    <w:p>
      <w:pPr>
        <w:pStyle w:val="ListBullet"/>
      </w:pPr>
      <w:r>
        <w:t>Válvula cerrada o aspirador apagado.</w:t>
      </w:r>
    </w:p>
    <w:p>
      <w:pPr>
        <w:pStyle w:val="ListBullet"/>
      </w:pPr>
      <w:r>
        <w:t>Regulador mal o no funciona.</w:t>
      </w:r>
    </w:p>
    <w:p>
      <w:pPr>
        <w:pStyle w:val="ListBullet"/>
      </w:pPr>
      <w:r>
        <w:t>Frasco mal cerrado.</w:t>
      </w:r>
    </w:p>
    <w:p>
      <w:pPr>
        <w:pStyle w:val="ListBullet"/>
      </w:pPr>
      <w:r>
        <w:t>Tubuladura doblada u obstruida.</w:t>
      </w:r>
    </w:p>
    <w:p>
      <w:pPr>
        <w:pStyle w:val="ListBullet"/>
      </w:pPr>
      <w:r>
        <w:t>Batería descargada (aspirator portátil).</w:t>
      </w:r>
    </w:p>
    <w:p>
      <w:pPr>
        <w:pStyle w:val="ListBullet"/>
      </w:pPr>
      <w:r>
        <w:t>Filtro obstruido.</w:t>
      </w:r>
    </w:p>
    <w:p>
      <w:r>
        <w:t>**Resolución rápida:**</w:t>
      </w:r>
    </w:p>
    <w:p>
      <w:pPr>
        <w:pStyle w:val="ListNumber"/>
      </w:pPr>
      <w:r>
        <w:t>Verificar que aspirador está encendido.</w:t>
      </w:r>
    </w:p>
    <w:p>
      <w:pPr>
        <w:pStyle w:val="ListNumber"/>
      </w:pPr>
      <w:r>
        <w:t>Verificar que válvula está abierta (si aplica).</w:t>
      </w:r>
    </w:p>
    <w:p>
      <w:pPr>
        <w:pStyle w:val="ListNumber"/>
      </w:pPr>
      <w:r>
        <w:t>Verificar que frasco está bien cerrado.</w:t>
      </w:r>
    </w:p>
    <w:p>
      <w:pPr>
        <w:pStyle w:val="ListNumber"/>
      </w:pPr>
      <w:r>
        <w:t>Verificar que tubuladura no está doblada u obstruida.</w:t>
      </w:r>
    </w:p>
    <w:p>
      <w:pPr>
        <w:pStyle w:val="ListNumber"/>
      </w:pPr>
      <w:r>
        <w:t>Verificar que batería está cargada (si aplica).</w:t>
      </w:r>
    </w:p>
    <w:p>
      <w:pPr>
        <w:pStyle w:val="ListNumber"/>
      </w:pPr>
      <w:r>
        <w:t>Verificar que filtro no está obstruido.</w:t>
      </w:r>
    </w:p>
    <w:p>
      <w:pPr>
        <w:pStyle w:val="ListNumber"/>
      </w:pPr>
      <w:r>
        <w:t>Si persiste: cambiar componente o verificar sistema.</w:t>
      </w:r>
    </w:p>
    <w:p>
      <w:r>
        <w:t>────────────────────────────────────────────────────────────</w:t>
      </w:r>
    </w:p>
    <w:p>
      <w:pPr>
        <w:pStyle w:val="Heading3"/>
      </w:pPr>
      <w:r>
        <w:t>Pérdida de vacío</w:t>
      </w:r>
    </w:p>
    <w:p>
      <w:r>
        <w:t>**Causas posibles:**</w:t>
      </w:r>
    </w:p>
    <w:p>
      <w:pPr>
        <w:pStyle w:val="ListBullet"/>
      </w:pPr>
      <w:r>
        <w:t>Fuga en conexiones.</w:t>
      </w:r>
    </w:p>
    <w:p>
      <w:pPr>
        <w:pStyle w:val="ListBullet"/>
      </w:pPr>
      <w:r>
        <w:t>Frasco mal cerrado.</w:t>
      </w:r>
    </w:p>
    <w:p>
      <w:pPr>
        <w:pStyle w:val="ListBullet"/>
      </w:pPr>
      <w:r>
        <w:t>Tubuladura dañada.</w:t>
      </w:r>
    </w:p>
    <w:p>
      <w:pPr>
        <w:pStyle w:val="ListBullet"/>
      </w:pPr>
      <w:r>
        <w:t>Filtro obstruido.</w:t>
      </w:r>
    </w:p>
    <w:p>
      <w:pPr>
        <w:pStyle w:val="ListBullet"/>
      </w:pPr>
      <w:r>
        <w:t>Batería descargada (aspirator portátil).</w:t>
      </w:r>
    </w:p>
    <w:p>
      <w:r>
        <w:t>**Resolución rápida:**</w:t>
      </w:r>
    </w:p>
    <w:p>
      <w:pPr>
        <w:pStyle w:val="ListNumber"/>
      </w:pPr>
      <w:r>
        <w:t>Verificar que no hay fugas en conexiones.</w:t>
      </w:r>
    </w:p>
    <w:p>
      <w:pPr>
        <w:pStyle w:val="ListNumber"/>
      </w:pPr>
      <w:r>
        <w:t>Verificar que frasco está bien cerrado.</w:t>
      </w:r>
    </w:p>
    <w:p>
      <w:pPr>
        <w:pStyle w:val="ListNumber"/>
      </w:pPr>
      <w:r>
        <w:t>Verificar que tubuladura no está dañada.</w:t>
      </w:r>
    </w:p>
    <w:p>
      <w:pPr>
        <w:pStyle w:val="ListNumber"/>
      </w:pPr>
      <w:r>
        <w:t>Verificar que filtro no está obstruido.</w:t>
      </w:r>
    </w:p>
    <w:p>
      <w:pPr>
        <w:pStyle w:val="ListNumber"/>
      </w:pPr>
      <w:r>
        <w:t>Verificar que batería está cargada (si aplica).</w:t>
      </w:r>
    </w:p>
    <w:p>
      <w:pPr>
        <w:pStyle w:val="ListNumber"/>
      </w:pPr>
      <w:r>
        <w:t>Si persiste: cambiar componente o verificar sistema.</w:t>
      </w:r>
    </w:p>
    <w:p>
      <w:r>
        <w:t>────────────────────────────────────────────────────────────</w:t>
      </w:r>
    </w:p>
    <w:p>
      <w:pPr>
        <w:pStyle w:val="Heading3"/>
      </w:pPr>
      <w:r>
        <w:t>Fugas / derrames del frasco</w:t>
      </w:r>
    </w:p>
    <w:p>
      <w:r>
        <w:t>**Causas posibles:**</w:t>
      </w:r>
    </w:p>
    <w:p>
      <w:pPr>
        <w:pStyle w:val="ListBullet"/>
      </w:pPr>
      <w:r>
        <w:t>Frasco mal cerrado.</w:t>
      </w:r>
    </w:p>
    <w:p>
      <w:pPr>
        <w:pStyle w:val="ListBullet"/>
      </w:pPr>
      <w:r>
        <w:t>Frasco lleno (rebosa).</w:t>
      </w:r>
    </w:p>
    <w:p>
      <w:pPr>
        <w:pStyle w:val="ListBullet"/>
      </w:pPr>
      <w:r>
        <w:t>Conexiones sueltas.</w:t>
      </w:r>
    </w:p>
    <w:p>
      <w:pPr>
        <w:pStyle w:val="ListBullet"/>
      </w:pPr>
      <w:r>
        <w:t>Frasco dañado.</w:t>
      </w:r>
    </w:p>
    <w:p>
      <w:r>
        <w:t>**Resolución rápida:**</w:t>
      </w:r>
    </w:p>
    <w:p>
      <w:pPr>
        <w:pStyle w:val="ListNumber"/>
      </w:pPr>
      <w:r>
        <w:t>Cerrar aspirador inmediatamente.</w:t>
      </w:r>
    </w:p>
    <w:p>
      <w:pPr>
        <w:pStyle w:val="ListNumber"/>
      </w:pPr>
      <w:r>
        <w:t>Verificar que frasco está bien cerrado.</w:t>
      </w:r>
    </w:p>
    <w:p>
      <w:pPr>
        <w:pStyle w:val="ListNumber"/>
      </w:pPr>
      <w:r>
        <w:t>Verificar que frasco no está lleno (vaciar si es necesario).</w:t>
      </w:r>
    </w:p>
    <w:p>
      <w:pPr>
        <w:pStyle w:val="ListNumber"/>
      </w:pPr>
      <w:r>
        <w:t>Verificar que conexiones están seguras.</w:t>
      </w:r>
    </w:p>
    <w:p>
      <w:pPr>
        <w:pStyle w:val="ListNumber"/>
      </w:pPr>
      <w:r>
        <w:t>Verificar que frasco no está dañado.</w:t>
      </w:r>
    </w:p>
    <w:p>
      <w:pPr>
        <w:pStyle w:val="ListNumber"/>
      </w:pPr>
      <w:r>
        <w:t>Si persiste: cambiar frasco.</w:t>
      </w:r>
    </w:p>
    <w:p>
      <w:r>
        <w:t>────────────────────────────────────────────────────────────</w:t>
      </w:r>
    </w:p>
    <w:p>
      <w:pPr>
        <w:pStyle w:val="Heading3"/>
      </w:pPr>
      <w:r>
        <w:t>Cánula obstruida</w:t>
      </w:r>
    </w:p>
    <w:p>
      <w:r>
        <w:t>**Causas posibles:**</w:t>
      </w:r>
    </w:p>
    <w:p>
      <w:pPr>
        <w:pStyle w:val="ListBullet"/>
      </w:pPr>
      <w:r>
        <w:t>Secreciones espesas obstruyen cánula.</w:t>
      </w:r>
    </w:p>
    <w:p>
      <w:pPr>
        <w:pStyle w:val="ListBullet"/>
      </w:pPr>
      <w:r>
        <w:t>Cánula dañada.</w:t>
      </w:r>
    </w:p>
    <w:p>
      <w:pPr>
        <w:pStyle w:val="ListBullet"/>
      </w:pPr>
      <w:r>
        <w:t>Tamaño inadecuado.</w:t>
      </w:r>
    </w:p>
    <w:p>
      <w:r>
        <w:t>**Resolución rápida:**</w:t>
      </w:r>
    </w:p>
    <w:p>
      <w:pPr>
        <w:pStyle w:val="ListNumber"/>
      </w:pPr>
      <w:r>
        <w:t>Retirar cánula.</w:t>
      </w:r>
    </w:p>
    <w:p>
      <w:pPr>
        <w:pStyle w:val="ListNumber"/>
      </w:pPr>
      <w:r>
        <w:t>Limpiar cánula si es posible (según protocolo).</w:t>
      </w:r>
    </w:p>
    <w:p>
      <w:pPr>
        <w:pStyle w:val="ListNumber"/>
      </w:pPr>
      <w:r>
        <w:t>Cambiar cánula si está obstruida o dañada.</w:t>
      </w:r>
    </w:p>
    <w:p>
      <w:pPr>
        <w:pStyle w:val="ListNumber"/>
      </w:pPr>
      <w:r>
        <w:t>Seleccionar tamaño adecuado.</w:t>
      </w:r>
    </w:p>
    <w:p>
      <w:pPr>
        <w:pStyle w:val="ListNumber"/>
      </w:pPr>
      <w:r>
        <w:t>Continuar aspiración con cánula nueva.</w:t>
      </w:r>
    </w:p>
    <w:p>
      <w:r>
        <w:t>────────────────────────────────────────────────────────────</w:t>
      </w:r>
    </w:p>
    <w:p>
      <w:pPr>
        <w:pStyle w:val="Heading2"/>
      </w:pPr>
      <w:r>
        <w:t>3.2.9 Errores críticos y señales de alarma</w:t>
      </w:r>
    </w:p>
    <w:p>
      <w:pPr>
        <w:pStyle w:val="Heading3"/>
      </w:pPr>
      <w:r>
        <w:t>Errores críticos</w:t>
      </w:r>
    </w:p>
    <w:p>
      <w:r>
        <w:t>**Error 1: Aspirar sin EPI en escenario de alto riesgo**</w:t>
      </w:r>
    </w:p>
    <w:p>
      <w:pPr>
        <w:pStyle w:val="ListBullet"/>
      </w:pPr>
      <w:r>
        <w:t>❌ No usar EPI cuando hay riesgo de aerosoles o salpicaduras.</w:t>
      </w:r>
    </w:p>
    <w:p>
      <w:pPr>
        <w:pStyle w:val="ListBullet"/>
      </w:pPr>
      <w:r>
        <w:t>**Consecuencia:** Exposición a riesgo biológico, contaminación.</w:t>
      </w:r>
    </w:p>
    <w:p>
      <w:pPr>
        <w:pStyle w:val="ListBullet"/>
      </w:pPr>
      <w:r>
        <w:t>**Prevención:** Siempre usar EPI adecuado según riesgo.</w:t>
      </w:r>
    </w:p>
    <w:p>
      <w:r>
        <w:t>**Error 2: Equipo sin frasco/filtro correctamente instalado**</w:t>
      </w:r>
    </w:p>
    <w:p>
      <w:pPr>
        <w:pStyle w:val="ListBullet"/>
      </w:pPr>
      <w:r>
        <w:t>❌ Usar aspirador sin frasco o con frasco mal instalado.</w:t>
      </w:r>
    </w:p>
    <w:p>
      <w:pPr>
        <w:pStyle w:val="ListBullet"/>
      </w:pPr>
      <w:r>
        <w:t>**Consecuencia:** Derrames, aspiración de líquidos al equipo, contaminación.</w:t>
      </w:r>
    </w:p>
    <w:p>
      <w:pPr>
        <w:pStyle w:val="ListBullet"/>
      </w:pPr>
      <w:r>
        <w:t>**Prevención:** Siempre verificar que frasco está correctamente instalado antes de usar.</w:t>
      </w:r>
    </w:p>
    <w:p>
      <w:r>
        <w:t>**Error 3: No verificar funcionamiento antes de necesitarlo**</w:t>
      </w:r>
    </w:p>
    <w:p>
      <w:pPr>
        <w:pStyle w:val="ListBullet"/>
      </w:pPr>
      <w:r>
        <w:t>❌ No verificar que aspirador funciona hasta que se necesita.</w:t>
      </w:r>
    </w:p>
    <w:p>
      <w:pPr>
        <w:pStyle w:val="ListBullet"/>
      </w:pPr>
      <w:r>
        <w:t>**Consecuencia:** Aspirador no funciona cuando se necesita, retraso en atención.</w:t>
      </w:r>
    </w:p>
    <w:p>
      <w:pPr>
        <w:pStyle w:val="ListBullet"/>
      </w:pPr>
      <w:r>
        <w:t>**Prevención:** Verificar que aspirador funciona durante preparación, antes de usar.</w:t>
      </w:r>
    </w:p>
    <w:p>
      <w:r>
        <w:t>**Error 4: Aspirar durante movimiento sin control**</w:t>
      </w:r>
    </w:p>
    <w:p>
      <w:pPr>
        <w:pStyle w:val="ListBullet"/>
      </w:pPr>
      <w:r>
        <w:t>❌ Aspirar mientras se mueve camilla sin control.</w:t>
      </w:r>
    </w:p>
    <w:p>
      <w:pPr>
        <w:pStyle w:val="ListBullet"/>
      </w:pPr>
      <w:r>
        <w:t>**Consecuencia:** Caídas, enganches, lesiones, pérdida de control.</w:t>
      </w:r>
    </w:p>
    <w:p>
      <w:pPr>
        <w:pStyle w:val="ListBullet"/>
      </w:pPr>
      <w:r>
        <w:t>**Prevención:** Detener camilla para aspirar cuando es necesario, gestionar tubuladuras.</w:t>
      </w:r>
    </w:p>
    <w:p>
      <w:r>
        <w:t>**Error 5: Contaminación cruzada por mala gestión de material usado**</w:t>
      </w:r>
    </w:p>
    <w:p>
      <w:pPr>
        <w:pStyle w:val="ListBullet"/>
      </w:pPr>
      <w:r>
        <w:t>❌ No gestionar correctamente material contaminado.</w:t>
      </w:r>
    </w:p>
    <w:p>
      <w:pPr>
        <w:pStyle w:val="ListBullet"/>
      </w:pPr>
      <w:r>
        <w:t>**Consecuencia:** Contaminación cruzada, riesgo biológico.</w:t>
      </w:r>
    </w:p>
    <w:p>
      <w:pPr>
        <w:pStyle w:val="ListBullet"/>
      </w:pPr>
      <w:r>
        <w:t>**Prevención:** Gestionar material usado correctamente, seguir protocolo de limpieza/desinfección.</w:t>
      </w:r>
    </w:p>
    <w:p>
      <w:r>
        <w:t>────────────────────────────────────────────────────────────</w:t>
      </w:r>
    </w:p>
    <w:p>
      <w:pPr>
        <w:pStyle w:val="Heading3"/>
      </w:pPr>
      <w:r>
        <w:t>Señales de alarma (cuándo parar y reevaluar)</w:t>
      </w:r>
    </w:p>
    <w:p>
      <w:r>
        <w:t>**Señal de alarma 1: Derrame de contenido del frasco**</w:t>
      </w:r>
    </w:p>
    <w:p>
      <w:pPr>
        <w:pStyle w:val="ListBullet"/>
      </w:pPr>
      <w:r>
        <w:t>**Acción:** Parar, cerrar aspirador, contener derrame, descontaminar.</w:t>
      </w:r>
    </w:p>
    <w:p>
      <w:pPr>
        <w:pStyle w:val="ListBullet"/>
      </w:pPr>
      <w:r>
        <w:t>**Si persiste:** Cambiar frasco, verificar sistema.</w:t>
      </w:r>
    </w:p>
    <w:p>
      <w:r>
        <w:t>**Señal de alarma 2: Aspirador no funciona cuando se necesita**</w:t>
      </w:r>
    </w:p>
    <w:p>
      <w:pPr>
        <w:pStyle w:val="ListBullet"/>
      </w:pPr>
      <w:r>
        <w:t>**Acción:** Parar, verificar sistema, usar alternativa si es necesario.</w:t>
      </w:r>
    </w:p>
    <w:p>
      <w:pPr>
        <w:pStyle w:val="ListBullet"/>
      </w:pPr>
      <w:r>
        <w:t>**Prevención:** Verificar que aspirador funciona durante preparación.</w:t>
      </w:r>
    </w:p>
    <w:p>
      <w:r>
        <w:t>**Señal de alarma 3: Tubuladuras enganchadas durante movilización**</w:t>
      </w:r>
    </w:p>
    <w:p>
      <w:pPr>
        <w:pStyle w:val="ListBullet"/>
      </w:pPr>
      <w:r>
        <w:t>**Acción:** Parar, desenganchar, re-organizar, re-verificar.</w:t>
      </w:r>
    </w:p>
    <w:p>
      <w:pPr>
        <w:pStyle w:val="ListBullet"/>
      </w:pPr>
      <w:r>
        <w:t>**Si persiste:** Gestionar tubuladuras correctamente, considerar alternativa.</w:t>
      </w:r>
    </w:p>
    <w:p>
      <w:r>
        <w:t>**Señal de alarma 4: Contaminación durante uso**</w:t>
      </w:r>
    </w:p>
    <w:p>
      <w:pPr>
        <w:pStyle w:val="ListBullet"/>
      </w:pPr>
      <w:r>
        <w:t>**Acción:** Parar, cambiar EPI si es necesario, descontaminar, continuar con precaución.</w:t>
      </w:r>
    </w:p>
    <w:p>
      <w:pPr>
        <w:pStyle w:val="ListBullet"/>
      </w:pPr>
      <w:r>
        <w:t>**Si persiste:** Evaluar riesgo, considerar alternativas.</w:t>
      </w:r>
    </w:p>
    <w:p>
      <w:r>
        <w:t>**Principio:**</w:t>
      </w:r>
    </w:p>
    <w:p>
      <w:pPr>
        <w:pStyle w:val="ListBullet"/>
      </w:pPr>
      <w:r>
        <w:t>**Si hay señal de alarma: PARAR, RE-EVALUAR, CORREGIR, COMUNICAR.**</w:t>
      </w:r>
    </w:p>
    <w:p>
      <w:pPr>
        <w:pStyle w:val="ListBullet"/>
      </w:pPr>
      <w:r>
        <w:t>**No continuar si hay riesgo para paciente o equipo.**</w:t>
      </w:r>
    </w:p>
    <w:p>
      <w:r>
        <w:t>────────────────────────────────────────────────────────────</w:t>
      </w:r>
    </w:p>
    <w:p>
      <w:pPr>
        <w:pStyle w:val="Heading2"/>
      </w:pPr>
      <w:r>
        <w:t>3.2.10 Puntos clave TES</w:t>
      </w:r>
    </w:p>
    <w:p>
      <w:pPr>
        <w:pStyle w:val="ListBullet"/>
      </w:pPr>
      <w:r>
        <w:t>**Siempre usar EPI** adecuado según riesgo (guantes, protección ocular/mascarilla si hay riesgo de aerosoles).</w:t>
      </w:r>
    </w:p>
    <w:p>
      <w:pPr>
        <w:pStyle w:val="ListBullet"/>
      </w:pPr>
      <w:r>
        <w:t>**Verificar que frasco está correctamente instalado** antes de usar (previene derrames y aspiración de líquidos al equipo).</w:t>
      </w:r>
    </w:p>
    <w:p>
      <w:pPr>
        <w:pStyle w:val="ListBullet"/>
      </w:pPr>
      <w:r>
        <w:t>**Verificar que aspirador funciona** durante preparación, antes de necesitarlo (prueba breve de succión).</w:t>
      </w:r>
    </w:p>
    <w:p>
      <w:pPr>
        <w:pStyle w:val="ListBullet"/>
      </w:pPr>
      <w:r>
        <w:t>**Seleccionar cánula adecuada** (Yankauer para secreciones visibles, sonda flexible para secreciones más profundas).</w:t>
      </w:r>
    </w:p>
    <w:p>
      <w:pPr>
        <w:pStyle w:val="ListBullet"/>
      </w:pPr>
      <w:r>
        <w:t>**Aspirar con control** (no forzar, no ser agresivo, observar respuesta del paciente).</w:t>
      </w:r>
    </w:p>
    <w:p>
      <w:pPr>
        <w:pStyle w:val="ListBullet"/>
      </w:pPr>
      <w:r>
        <w:t>**Coordinar durante ventilación con BVM** (TES 1 ventila/sella, TES 2 aspira, no perder control del paciente).</w:t>
      </w:r>
    </w:p>
    <w:p>
      <w:pPr>
        <w:pStyle w:val="ListBullet"/>
      </w:pPr>
      <w:r>
        <w:t>**Gestionar tubuladuras** durante movilización/traslado (evitar enganches, fijar si es necesario, re-verificar después de movimientos).</w:t>
      </w:r>
    </w:p>
    <w:p>
      <w:pPr>
        <w:pStyle w:val="ListBullet"/>
      </w:pPr>
      <w:r>
        <w:t>**Detener camilla para aspirar** cuando es necesario (no aspirar durante movimiento sin control, paradas seguras).</w:t>
      </w:r>
    </w:p>
    <w:p>
      <w:pPr>
        <w:pStyle w:val="ListBullet"/>
      </w:pPr>
      <w:r>
        <w:t>**Re-verificar después de transferencias** (aspirador fijado, tubuladuras no enganchadas, conexiones seguras, sistema funciona).</w:t>
      </w:r>
    </w:p>
    <w:p>
      <w:pPr>
        <w:pStyle w:val="ListBullet"/>
      </w:pPr>
      <w:r>
        <w:t>**Gestionar material usado correctamente** (bolsa de residuos, limpieza/desinfección según protocolo, prevenir contaminación cruzada).</w:t>
      </w:r>
    </w:p>
    <w:p>
      <w:pPr>
        <w:pStyle w:val="ListBullet"/>
      </w:pPr>
      <w:r>
        <w:t>**Si hay derrame o fuga: parar, contener, descontaminar** (no continuar si hay riesgo).</w:t>
      </w:r>
    </w:p>
    <w:p>
      <w:pPr>
        <w:pStyle w:val="ListBullet"/>
      </w:pPr>
      <w:r>
        <w:t>**Un TES lesionado detiene la asistencia:** aplicar ergonomía al manipular aspirador (fijar correctamente, pedir ayuda si es necesario).</w:t>
      </w:r>
    </w:p>
    <w:p>
      <w:r>
        <w:t>────────────────────────────────────────────────────────────</w:t>
      </w:r>
    </w:p>
    <w:p>
      <w:pPr>
        <w:pStyle w:val="Heading2"/>
      </w:pPr>
      <w:r>
        <w:t>3.2.11 Cierre del capítulo</w:t>
      </w:r>
    </w:p>
    <w:p>
      <w:r>
        <w:t>Este capítulo se integra con:</w:t>
      </w:r>
    </w:p>
    <w:p>
      <w:pPr>
        <w:pStyle w:val="ListBullet"/>
      </w:pPr>
      <w:r>
        <w:t>**3.0 – Oxigenoterapia: Fundamentos Operativos y Seguridad TES** (integración con oxigenoterapia)</w:t>
      </w:r>
    </w:p>
    <w:p>
      <w:pPr>
        <w:pStyle w:val="ListBullet"/>
      </w:pPr>
      <w:r>
        <w:t>**3.1 – Dispositivos de Oxigenoterapia: Uso Operativo por Dispositivo** (integración con dispositivos de oxígeno)</w:t>
      </w:r>
    </w:p>
    <w:p>
      <w:pPr>
        <w:pStyle w:val="ListBullet"/>
      </w:pPr>
      <w:r>
        <w:t>**2.8 – Transferencias y Movilización del Paciente** (integración con transferencias)</w:t>
      </w:r>
    </w:p>
    <w:p>
      <w:pPr>
        <w:pStyle w:val="ListBullet"/>
      </w:pPr>
      <w:r>
        <w:t>**2.13 – Camillas y Sillas de Evacuación** (integración con evacuación)</w:t>
      </w:r>
    </w:p>
    <w:p>
      <w:r>
        <w:t>**Próximos capítulos del Bloque 3:**</w:t>
      </w:r>
    </w:p>
    <w:p>
      <w:pPr>
        <w:pStyle w:val="ListBullet"/>
      </w:pPr>
      <w:r>
        <w:t>**3.3 – Bolsa-Válvula-Mascarilla (BVM): Material y Uso Seguro** (integración con BVM durante ventilación)</w:t>
      </w:r>
    </w:p>
    <w:p>
      <w:pPr>
        <w:pStyle w:val="ListBullet"/>
      </w:pPr>
      <w:r>
        <w:t>**3.4 – Cánulas (OPA/NPA): Uso Seguro Operativo** (integración con cánulas)</w:t>
      </w:r>
    </w:p>
    <w:p>
      <w:pPr>
        <w:pStyle w:val="ListBullet"/>
      </w:pPr>
      <w:r>
        <w:t>**3.5 – Maletín de Vía Aérea y Oxigenoterapia: Organización y Chequeo Operativo** (verificación de aspiración)</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**seguridad e higiene son prioritarias** (EPI, riesgo biológico, prevención de contaminación).</w:t>
      </w:r>
    </w:p>
    <w:p>
      <w:pPr>
        <w:pStyle w:val="ListBullet"/>
      </w:pPr>
      <w:r>
        <w:t>**Verificar que sistema funciona** antes de necesitarlo (no esperar a que se necesite).</w:t>
      </w:r>
    </w:p>
    <w:p>
      <w:pPr>
        <w:pStyle w:val="ListBullet"/>
      </w:pPr>
      <w:r>
        <w:t>**Gestionar tubuladuras** durante movilización para evitar enganches.</w:t>
      </w:r>
    </w:p>
    <w:p>
      <w:pPr>
        <w:pStyle w:val="ListBullet"/>
      </w:pPr>
      <w:r>
        <w:t>**Detener camilla para aspirar** cuando es necesario (no aspirar durante movimiento sin control).</w:t>
      </w:r>
    </w:p>
    <w:p>
      <w:pPr>
        <w:pStyle w:val="ListBullet"/>
      </w:pPr>
      <w:r>
        <w:t>**Gestionar material usado correctamente** (prevenir contaminación cruzada).</w:t>
      </w:r>
    </w:p>
    <w:p>
      <w:r>
        <w:t>**Principios No Negociables:**</w:t>
      </w:r>
    </w:p>
    <w:p>
      <w:pPr>
        <w:pStyle w:val="ListBullet"/>
      </w:pPr>
      <w:r>
        <w:t>**NUNCA usar** aspirador sin frasco correctamente instalado</w:t>
      </w:r>
    </w:p>
    <w:p>
      <w:pPr>
        <w:pStyle w:val="ListBullet"/>
      </w:pPr>
      <w:r>
        <w:t>**NUNCA aspirar** sin EPI en escenario de alto riesgo</w:t>
      </w:r>
    </w:p>
    <w:p>
      <w:pPr>
        <w:pStyle w:val="ListBullet"/>
      </w:pPr>
      <w:r>
        <w:t>**NUNCA aspirar** durante movimiento sin control</w:t>
      </w:r>
    </w:p>
    <w:p>
      <w:pPr>
        <w:pStyle w:val="ListBullet"/>
      </w:pPr>
      <w:r>
        <w:t>**NUNCA usar** material contaminado sin desinfección</w:t>
      </w:r>
    </w:p>
    <w:p>
      <w:pPr>
        <w:pStyle w:val="ListBullet"/>
      </w:pPr>
      <w:r>
        <w:t>**SIEMPRE verificar** que aspirador funciona durante preparación</w:t>
      </w:r>
    </w:p>
    <w:p>
      <w:pPr>
        <w:pStyle w:val="ListBullet"/>
      </w:pPr>
      <w:r>
        <w:t>**SIEMPRE gestionar** material usado correctamente</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3.3 – Bolsa-válvula-mascarilla (BVM): material y uso seguro (operativo TES)</w:t>
      </w:r>
    </w:p>
    <w:p>
      <w:pPr>
        <w:pStyle w:val="Heading1"/>
      </w:pPr>
      <w:r>
        <w:t>3.3 – Bolsa-válvula-mascarilla (BVM): material y uso seguro (operativo TES)</w:t>
      </w:r>
    </w:p>
    <w:p>
      <w:pPr>
        <w:pStyle w:val="Heading2"/>
      </w:pPr>
      <w:r>
        <w:t>Manual TES Digital – Ventilación asistida básica</w:t>
      </w:r>
    </w:p>
    <w:p>
      <w:r>
        <w:t>**Versión:** 1.0</w:t>
      </w:r>
    </w:p>
    <w:p>
      <w:r>
        <w:t>**Fecha:** 2024-12-13</w:t>
      </w:r>
    </w:p>
    <w:p>
      <w:r>
        <w:t>**Tipo:** Bloque Operativo - Procedimiento TES</w:t>
      </w:r>
    </w:p>
    <w:p>
      <w:r>
        <w:t>────────────────────────────────────────────────────────────</w:t>
      </w:r>
    </w:p>
    <w:p>
      <w:pPr>
        <w:pStyle w:val="Heading2"/>
      </w:pPr>
      <w:r>
        <w:t>3.3.1 Objetivo operativo</w:t>
      </w:r>
    </w:p>
    <w:p>
      <w:r>
        <w:t>Usar la BVM de forma **segura y eficaz** para ventilación asistida básica, integrándola con **oxigenoterapia (3.0–3.1), aspiración (3.2) y traslado**, minimizando **fugas, insuflación gástrica y pérdida de control**.</w:t>
      </w:r>
    </w:p>
    <w:p>
      <w:r>
        <w:t>Este capítulo se centra en **material, montaje, técnica de sellado y coordinación**, no en ventilación avanzada, fármacos o decisiones clínicas complejas.</w:t>
      </w:r>
    </w:p>
    <w:p>
      <w:r>
        <w:t>────────────────────────────────────────────────────────────</w:t>
      </w:r>
    </w:p>
    <w:p>
      <w:pPr>
        <w:pStyle w:val="Heading2"/>
      </w:pPr>
      <w:r>
        <w:t>3.3.2 Alcance y límites</w:t>
      </w:r>
    </w:p>
    <w:p>
      <w:pPr>
        <w:pStyle w:val="Heading3"/>
      </w:pPr>
      <w:r>
        <w:t>Alcance del capítulo</w:t>
      </w:r>
    </w:p>
    <w:p>
      <w:r>
        <w:t>Este capítulo cubre:</w:t>
      </w:r>
    </w:p>
    <w:p>
      <w:pPr>
        <w:pStyle w:val="ListBullet"/>
      </w:pPr>
      <w:r>
        <w:t>**Material y componentes** del sistema BVM.</w:t>
      </w:r>
    </w:p>
    <w:p>
      <w:pPr>
        <w:pStyle w:val="ListBullet"/>
      </w:pPr>
      <w:r>
        <w:t>**Montaje y verificación** del sistema.</w:t>
      </w:r>
    </w:p>
    <w:p>
      <w:pPr>
        <w:pStyle w:val="ListBullet"/>
      </w:pPr>
      <w:r>
        <w:t>**Técnica de sellado** y coordinación.</w:t>
      </w:r>
    </w:p>
    <w:p>
      <w:pPr>
        <w:pStyle w:val="ListBullet"/>
      </w:pPr>
      <w:r>
        <w:t>**Uso seguro** y prevención de errores.</w:t>
      </w:r>
    </w:p>
    <w:p>
      <w:pPr>
        <w:pStyle w:val="ListBullet"/>
      </w:pPr>
      <w:r>
        <w:t>**Integración** con oxigenoterapia, aspiración y traslado.</w:t>
      </w:r>
    </w:p>
    <w:p>
      <w:pPr>
        <w:pStyle w:val="ListBullet"/>
      </w:pPr>
      <w:r>
        <w:t>**Adaptación pediátrica** operativa.</w:t>
      </w:r>
    </w:p>
    <w:p>
      <w:pPr>
        <w:pStyle w:val="Heading3"/>
      </w:pPr>
      <w:r>
        <w:t>Límites del capítulo</w:t>
      </w:r>
    </w:p>
    <w:p>
      <w:r>
        <w:t>**Este capítulo NO cubre:**</w:t>
      </w:r>
    </w:p>
    <w:p>
      <w:pPr>
        <w:pStyle w:val="ListBullet"/>
      </w:pPr>
      <w:r>
        <w:t>Ventilación avanzada o técnicas complejas.</w:t>
      </w:r>
    </w:p>
    <w:p>
      <w:pPr>
        <w:pStyle w:val="ListBullet"/>
      </w:pPr>
      <w:r>
        <w:t>Fármacos o decisiones clínicas complejas.</w:t>
      </w:r>
    </w:p>
    <w:p>
      <w:pPr>
        <w:pStyle w:val="ListBullet"/>
      </w:pPr>
      <w:r>
        <w:t>Indicaciones clínicas avanzadas (criterio médico).</w:t>
      </w:r>
    </w:p>
    <w:p>
      <w:pPr>
        <w:pStyle w:val="ListBullet"/>
      </w:pPr>
      <w:r>
        <w:t>Técnicas de intubación o manejo avanzado de vía aérea.</w:t>
      </w:r>
    </w:p>
    <w:p>
      <w:r>
        <w:t>**Este capítulo SÍ cubre:**</w:t>
      </w:r>
    </w:p>
    <w:p>
      <w:pPr>
        <w:pStyle w:val="ListBullet"/>
      </w:pPr>
      <w:r>
        <w:t>Técnica básica de ventilación con BVM.</w:t>
      </w:r>
    </w:p>
    <w:p>
      <w:pPr>
        <w:pStyle w:val="ListBullet"/>
      </w:pPr>
      <w:r>
        <w:t>Material, montaje y verificación.</w:t>
      </w:r>
    </w:p>
    <w:p>
      <w:pPr>
        <w:pStyle w:val="ListBullet"/>
      </w:pPr>
      <w:r>
        <w:t>Coordinación y uso seguro.</w:t>
      </w:r>
    </w:p>
    <w:p>
      <w:pPr>
        <w:pStyle w:val="ListBullet"/>
      </w:pPr>
      <w:r>
        <w:t>Integración con otras técnicas.</w:t>
      </w:r>
    </w:p>
    <w:p>
      <w:r>
        <w:t>**Incluye:**</w:t>
      </w:r>
    </w:p>
    <w:p>
      <w:pPr>
        <w:pStyle w:val="ListBullet"/>
      </w:pPr>
      <w:r>
        <w:t>Adulto y pediatría por principios (tamaños/ajustes).</w:t>
      </w:r>
    </w:p>
    <w:p>
      <w:r>
        <w:t>────────────────────────────────────────────────────────────</w:t>
      </w:r>
    </w:p>
    <w:p>
      <w:pPr>
        <w:pStyle w:val="Heading2"/>
      </w:pPr>
      <w:r>
        <w:t>3.3.3 Componentes del sistema BVM (visión práctica)</w:t>
      </w:r>
    </w:p>
    <w:p>
      <w:pPr>
        <w:pStyle w:val="Heading3"/>
      </w:pPr>
      <w:r>
        <w:t>Bolsa autoinflable</w:t>
      </w:r>
    </w:p>
    <w:p>
      <w:r>
        <w:t>**Características:**</w:t>
      </w:r>
    </w:p>
    <w:p>
      <w:pPr>
        <w:pStyle w:val="ListBullet"/>
      </w:pPr>
      <w:r>
        <w:t>Bolsa que se infla automáticamente después de comprimir.</w:t>
      </w:r>
    </w:p>
    <w:p>
      <w:pPr>
        <w:pStyle w:val="ListBullet"/>
      </w:pPr>
      <w:r>
        <w:t>Volumen según talla (adulto, pediátrico, neonatal).</w:t>
      </w:r>
    </w:p>
    <w:p>
      <w:pPr>
        <w:pStyle w:val="ListBullet"/>
      </w:pPr>
      <w:r>
        <w:t>Material flexible y resistente.</w:t>
      </w:r>
    </w:p>
    <w:p>
      <w:r>
        <w:t>**Verificación:**</w:t>
      </w:r>
    </w:p>
    <w:p>
      <w:pPr>
        <w:pStyle w:val="ListBullet"/>
      </w:pPr>
      <w:r>
        <w:t>Verificar que bolsa está en buen estado (sin daños).</w:t>
      </w:r>
    </w:p>
    <w:p>
      <w:pPr>
        <w:pStyle w:val="ListBullet"/>
      </w:pPr>
      <w:r>
        <w:t>Verificar que bolsa se infla correctamente.</w:t>
      </w:r>
    </w:p>
    <w:p>
      <w:pPr>
        <w:pStyle w:val="ListBullet"/>
      </w:pPr>
      <w:r>
        <w:t>Verificar que bolsa retorna a forma original después de comprimir.</w:t>
      </w:r>
    </w:p>
    <w:p>
      <w:r>
        <w:t>────────────────────────────────────────────────────────────</w:t>
      </w:r>
    </w:p>
    <w:p>
      <w:pPr>
        <w:pStyle w:val="Heading3"/>
      </w:pPr>
      <w:r>
        <w:t>Mascarillas (tallas, forma y sello)</w:t>
      </w:r>
    </w:p>
    <w:p>
      <w:r>
        <w:t>**Tallas:**</w:t>
      </w:r>
    </w:p>
    <w:p>
      <w:pPr>
        <w:pStyle w:val="ListBullet"/>
      </w:pPr>
      <w:r>
        <w:t>Adulto (talla grande).</w:t>
      </w:r>
    </w:p>
    <w:p>
      <w:pPr>
        <w:pStyle w:val="ListBullet"/>
      </w:pPr>
      <w:r>
        <w:t>Pediátrico (tallas mediana, pequeña).</w:t>
      </w:r>
    </w:p>
    <w:p>
      <w:pPr>
        <w:pStyle w:val="ListBullet"/>
      </w:pPr>
      <w:r>
        <w:t>Neonatal (talla muy pequeña).</w:t>
      </w:r>
    </w:p>
    <w:p>
      <w:r>
        <w:t>**Forma:**</w:t>
      </w:r>
    </w:p>
    <w:p>
      <w:pPr>
        <w:pStyle w:val="ListBullet"/>
      </w:pPr>
      <w:r>
        <w:t>Forma anatómica para adaptarse a cara.</w:t>
      </w:r>
    </w:p>
    <w:p>
      <w:pPr>
        <w:pStyle w:val="ListBullet"/>
      </w:pPr>
      <w:r>
        <w:t>Borde de sellado (cojín inflable o material de sellado).</w:t>
      </w:r>
    </w:p>
    <w:p>
      <w:r>
        <w:t>**Sello:**</w:t>
      </w:r>
    </w:p>
    <w:p>
      <w:pPr>
        <w:pStyle w:val="ListBullet"/>
      </w:pPr>
      <w:r>
        <w:t>Mascarilla debe hacer sello adecuado con cara.</w:t>
      </w:r>
    </w:p>
    <w:p>
      <w:pPr>
        <w:pStyle w:val="ListBullet"/>
      </w:pPr>
      <w:r>
        <w:t>Sello previene fugas y permite ventilación efectiva.</w:t>
      </w:r>
    </w:p>
    <w:p>
      <w:pPr>
        <w:pStyle w:val="ListBullet"/>
      </w:pPr>
      <w:r>
        <w:t>Talla correcta es esencial para sello adecuado.</w:t>
      </w:r>
    </w:p>
    <w:p>
      <w:r>
        <w:t>**Selección:**</w:t>
      </w:r>
    </w:p>
    <w:p>
      <w:pPr>
        <w:pStyle w:val="ListBullet"/>
      </w:pPr>
      <w:r>
        <w:t>Seleccionar talla según tamaño del paciente.</w:t>
      </w:r>
    </w:p>
    <w:p>
      <w:pPr>
        <w:pStyle w:val="ListBullet"/>
      </w:pPr>
      <w:r>
        <w:t>Verificar que mascarilla se adapta a cara.</w:t>
      </w:r>
    </w:p>
    <w:p>
      <w:pPr>
        <w:pStyle w:val="ListBullet"/>
      </w:pPr>
      <w:r>
        <w:t>Verificar que sello es adecuado.</w:t>
      </w:r>
    </w:p>
    <w:p>
      <w:r>
        <w:t>────────────────────────────────────────────────────────────</w:t>
      </w:r>
    </w:p>
    <w:p>
      <w:pPr>
        <w:pStyle w:val="Heading3"/>
      </w:pPr>
      <w:r>
        <w:t>Válvula unidireccional</w:t>
      </w:r>
    </w:p>
    <w:p>
      <w:r>
        <w:t>**Función:**</w:t>
      </w:r>
    </w:p>
    <w:p>
      <w:pPr>
        <w:pStyle w:val="ListBullet"/>
      </w:pPr>
      <w:r>
        <w:t>Permite flujo unidireccional (aire entra al paciente, no sale por válvula).</w:t>
      </w:r>
    </w:p>
    <w:p>
      <w:pPr>
        <w:pStyle w:val="ListBullet"/>
      </w:pPr>
      <w:r>
        <w:t>Previene re-inhalación de aire espirado.</w:t>
      </w:r>
    </w:p>
    <w:p>
      <w:pPr>
        <w:pStyle w:val="ListBullet"/>
      </w:pPr>
      <w:r>
        <w:t>Permite ventilación efectiva.</w:t>
      </w:r>
    </w:p>
    <w:p>
      <w:r>
        <w:t>**Verificación:**</w:t>
      </w:r>
    </w:p>
    <w:p>
      <w:pPr>
        <w:pStyle w:val="ListBullet"/>
      </w:pPr>
      <w:r>
        <w:t>Verificar que válvula funciona correctamente.</w:t>
      </w:r>
    </w:p>
    <w:p>
      <w:pPr>
        <w:pStyle w:val="ListBullet"/>
      </w:pPr>
      <w:r>
        <w:t>Verificar que válvula no está obstruida.</w:t>
      </w:r>
    </w:p>
    <w:p>
      <w:pPr>
        <w:pStyle w:val="ListBullet"/>
      </w:pPr>
      <w:r>
        <w:t>Verificar que flujo es unidireccional.</w:t>
      </w:r>
    </w:p>
    <w:p>
      <w:r>
        <w:t>────────────────────────────────────────────────────────────</w:t>
      </w:r>
    </w:p>
    <w:p>
      <w:pPr>
        <w:pStyle w:val="Heading3"/>
      </w:pPr>
      <w:r>
        <w:t>Reservorio (si existe) y su importancia operativa</w:t>
      </w:r>
    </w:p>
    <w:p>
      <w:r>
        <w:t>**Función:**</w:t>
      </w:r>
    </w:p>
    <w:p>
      <w:pPr>
        <w:pStyle w:val="ListBullet"/>
      </w:pPr>
      <w:r>
        <w:t>Aumenta concentración de oxígeno (FiO2).</w:t>
      </w:r>
    </w:p>
    <w:p>
      <w:pPr>
        <w:pStyle w:val="ListBullet"/>
      </w:pPr>
      <w:r>
        <w:t>Permite ventilación con alta concentración de oxígeno.</w:t>
      </w:r>
    </w:p>
    <w:p>
      <w:pPr>
        <w:pStyle w:val="ListBullet"/>
      </w:pPr>
      <w:r>
        <w:t>Requiere flujo mínimo de oxígeno (10-15 L/min) para llenarse.</w:t>
      </w:r>
    </w:p>
    <w:p>
      <w:r>
        <w:t>**Importancia operativa:**</w:t>
      </w:r>
    </w:p>
    <w:p>
      <w:pPr>
        <w:pStyle w:val="ListBullet"/>
      </w:pPr>
      <w:r>
        <w:t>Con reservorio: FiO2 alta (60-90% aproximadamente).</w:t>
      </w:r>
    </w:p>
    <w:p>
      <w:pPr>
        <w:pStyle w:val="ListBullet"/>
      </w:pPr>
      <w:r>
        <w:t>Sin reservorio: FiO2 menor (21-40% aproximadamente, según flujo).</w:t>
      </w:r>
    </w:p>
    <w:p>
      <w:pPr>
        <w:pStyle w:val="ListBullet"/>
      </w:pPr>
      <w:r>
        <w:t>Reservorio debe llenarse antes de usar.</w:t>
      </w:r>
    </w:p>
    <w:p>
      <w:pPr>
        <w:pStyle w:val="ListBullet"/>
      </w:pPr>
      <w:r>
        <w:t>Reservorio no debe colapsarse durante uso.</w:t>
      </w:r>
    </w:p>
    <w:p>
      <w:r>
        <w:t>**Verificación:**</w:t>
      </w:r>
    </w:p>
    <w:p>
      <w:pPr>
        <w:pStyle w:val="ListBullet"/>
      </w:pPr>
      <w:r>
        <w:t>Verificar que reservorio está conectado (si BVM lo lleva).</w:t>
      </w:r>
    </w:p>
    <w:p>
      <w:pPr>
        <w:pStyle w:val="ListBullet"/>
      </w:pPr>
      <w:r>
        <w:t>Verificar que reservorio se llena con oxígeno.</w:t>
      </w:r>
    </w:p>
    <w:p>
      <w:pPr>
        <w:pStyle w:val="ListBullet"/>
      </w:pPr>
      <w:r>
        <w:t>Verificar que reservorio no se colapsa durante uso.</w:t>
      </w:r>
    </w:p>
    <w:p>
      <w:r>
        <w:t>────────────────────────────────────────────────────────────</w:t>
      </w:r>
    </w:p>
    <w:p>
      <w:pPr>
        <w:pStyle w:val="Heading3"/>
      </w:pPr>
      <w:r>
        <w:t>Puerto de conexión a O₂ y tubuladuras</w:t>
      </w:r>
    </w:p>
    <w:p>
      <w:r>
        <w:t>**Puerto de conexión:**</w:t>
      </w:r>
    </w:p>
    <w:p>
      <w:pPr>
        <w:pStyle w:val="ListBullet"/>
      </w:pPr>
      <w:r>
        <w:t>Puerto para conectar oxígeno.</w:t>
      </w:r>
    </w:p>
    <w:p>
      <w:pPr>
        <w:pStyle w:val="ListBullet"/>
      </w:pPr>
      <w:r>
        <w:t>Permite conectar BVM a fuente de oxígeno.</w:t>
      </w:r>
    </w:p>
    <w:p>
      <w:r>
        <w:t>**Tubuladuras:**</w:t>
      </w:r>
    </w:p>
    <w:p>
      <w:pPr>
        <w:pStyle w:val="ListBullet"/>
      </w:pPr>
      <w:r>
        <w:t>Conectan BVM a fuente de oxígeno.</w:t>
      </w:r>
    </w:p>
    <w:p>
      <w:pPr>
        <w:pStyle w:val="ListBullet"/>
      </w:pPr>
      <w:r>
        <w:t>Transportan oxígeno a BVM.</w:t>
      </w:r>
    </w:p>
    <w:p>
      <w:r>
        <w:t>**Verificación:**</w:t>
      </w:r>
    </w:p>
    <w:p>
      <w:pPr>
        <w:pStyle w:val="ListBullet"/>
      </w:pPr>
      <w:r>
        <w:t>Verificar que puerto funciona correctamente.</w:t>
      </w:r>
    </w:p>
    <w:p>
      <w:pPr>
        <w:pStyle w:val="ListBullet"/>
      </w:pPr>
      <w:r>
        <w:t>Verificar que tubuladuras están en buen estado.</w:t>
      </w:r>
    </w:p>
    <w:p>
      <w:pPr>
        <w:pStyle w:val="ListBullet"/>
      </w:pPr>
      <w:r>
        <w:t>Verificar que conexión a oxígeno está segura.</w:t>
      </w:r>
    </w:p>
    <w:p>
      <w:r>
        <w:t>────────────────────────────────────────────────────────────</w:t>
      </w:r>
    </w:p>
    <w:p>
      <w:pPr>
        <w:pStyle w:val="Heading3"/>
      </w:pPr>
      <w:r>
        <w:t>Válvula PEEP (si se dispone)</w:t>
      </w:r>
    </w:p>
    <w:p>
      <w:r>
        <w:t>**Función:**</w:t>
      </w:r>
    </w:p>
    <w:p>
      <w:pPr>
        <w:pStyle w:val="ListBullet"/>
      </w:pPr>
      <w:r>
        <w:t>Mantiene presión positiva al final de la espiración.</w:t>
      </w:r>
    </w:p>
    <w:p>
      <w:pPr>
        <w:pStyle w:val="ListBullet"/>
      </w:pPr>
      <w:r>
        <w:t>Puede mejorar oxigenación en algunos casos.</w:t>
      </w:r>
    </w:p>
    <w:p>
      <w:r>
        <w:t>**Uso/seguridad básica:**</w:t>
      </w:r>
    </w:p>
    <w:p>
      <w:pPr>
        <w:pStyle w:val="ListBullet"/>
      </w:pPr>
      <w:r>
        <w:t>Conectar si BVM lo lleva y está indicado.</w:t>
      </w:r>
    </w:p>
    <w:p>
      <w:pPr>
        <w:pStyle w:val="ListBullet"/>
      </w:pPr>
      <w:r>
        <w:t>Ajustar según necesidad (si aplica).</w:t>
      </w:r>
    </w:p>
    <w:p>
      <w:pPr>
        <w:pStyle w:val="ListBullet"/>
      </w:pPr>
      <w:r>
        <w:t>Verificar que válvula funciona correctamente.</w:t>
      </w:r>
    </w:p>
    <w:p>
      <w:r>
        <w:t>**Nota:** Este capítulo no entra en clínica avanzada de PEEP, solo uso/seguridad básica.</w:t>
      </w:r>
    </w:p>
    <w:p>
      <w:r>
        <w:t>────────────────────────────────────────────────────────────</w:t>
      </w:r>
    </w:p>
    <w:p>
      <w:pPr>
        <w:pStyle w:val="Heading3"/>
      </w:pPr>
      <w:r>
        <w:t>Filtros (si aplica) y consideraciones de higiene</w:t>
      </w:r>
    </w:p>
    <w:p>
      <w:r>
        <w:t>**Filtros:**</w:t>
      </w:r>
    </w:p>
    <w:p>
      <w:pPr>
        <w:pStyle w:val="ListBullet"/>
      </w:pPr>
      <w:r>
        <w:t>Protegen BVM de contaminación.</w:t>
      </w:r>
    </w:p>
    <w:p>
      <w:pPr>
        <w:pStyle w:val="ListBullet"/>
      </w:pPr>
      <w:r>
        <w:t>Previenen paso de partículas.</w:t>
      </w:r>
    </w:p>
    <w:p>
      <w:pPr>
        <w:pStyle w:val="ListBullet"/>
      </w:pPr>
      <w:r>
        <w:t>Cambiar si se obstruyen o según protocolo.</w:t>
      </w:r>
    </w:p>
    <w:p>
      <w:r>
        <w:t>**Consideraciones de higiene:**</w:t>
      </w:r>
    </w:p>
    <w:p>
      <w:pPr>
        <w:pStyle w:val="ListBullet"/>
      </w:pPr>
      <w:r>
        <w:t>Usar material individual cuando sea posible.</w:t>
      </w:r>
    </w:p>
    <w:p>
      <w:pPr>
        <w:pStyle w:val="ListBullet"/>
      </w:pPr>
      <w:r>
        <w:t>Limpiar/desinfectar según protocolo.</w:t>
      </w:r>
    </w:p>
    <w:p>
      <w:pPr>
        <w:pStyle w:val="ListBullet"/>
      </w:pPr>
      <w:r>
        <w:t>Gestionar material usado correctamente.</w:t>
      </w:r>
    </w:p>
    <w:p>
      <w:r>
        <w:t>────────────────────────────────────────────────────────────</w:t>
      </w:r>
    </w:p>
    <w:p>
      <w:pPr>
        <w:pStyle w:val="Heading3"/>
      </w:pPr>
      <w:r>
        <w:t>Dispositivos auxiliares: cánula orofaríngea/nasofaríngea</w:t>
      </w:r>
    </w:p>
    <w:p>
      <w:r>
        <w:t>**Cánula orofaríngea:**</w:t>
      </w:r>
    </w:p>
    <w:p>
      <w:pPr>
        <w:pStyle w:val="ListBullet"/>
      </w:pPr>
      <w:r>
        <w:t>Mantiene vía aérea permeable.</w:t>
      </w:r>
    </w:p>
    <w:p>
      <w:pPr>
        <w:pStyle w:val="ListBullet"/>
      </w:pPr>
      <w:r>
        <w:t>Puede facilitar ventilación con BVM.</w:t>
      </w:r>
    </w:p>
    <w:p>
      <w:pPr>
        <w:pStyle w:val="ListBullet"/>
      </w:pPr>
      <w:r>
        <w:t>Uso según indicación y competencia.</w:t>
      </w:r>
    </w:p>
    <w:p>
      <w:r>
        <w:t>**Cánula nasofaríngea:**</w:t>
      </w:r>
    </w:p>
    <w:p>
      <w:pPr>
        <w:pStyle w:val="ListBullet"/>
      </w:pPr>
      <w:r>
        <w:t>Mantiene vía aérea permeable.</w:t>
      </w:r>
    </w:p>
    <w:p>
      <w:pPr>
        <w:pStyle w:val="ListBullet"/>
      </w:pPr>
      <w:r>
        <w:t>Puede facilitar ventilación con BVM.</w:t>
      </w:r>
    </w:p>
    <w:p>
      <w:pPr>
        <w:pStyle w:val="ListBullet"/>
      </w:pPr>
      <w:r>
        <w:t>Uso según indicación y competencia.</w:t>
      </w:r>
    </w:p>
    <w:p>
      <w:r>
        <w:t>**Nota:** Mención como material asociado si el manual lo contempla. Uso según competencia y protocolo del servicio.</w:t>
      </w:r>
    </w:p>
    <w:p>
      <w:r>
        <w:t>────────────────────────────────────────────────────────────</w:t>
      </w:r>
    </w:p>
    <w:p>
      <w:pPr>
        <w:pStyle w:val="Heading2"/>
      </w:pPr>
      <w:r>
        <w:t>3.3.4 Preparación y verificación (paso a paso)</w:t>
      </w:r>
    </w:p>
    <w:p>
      <w:pPr>
        <w:pStyle w:val="Heading3"/>
      </w:pPr>
      <w:r>
        <w:t>Procedimiento de preparación</w:t>
      </w:r>
    </w:p>
    <w:p>
      <w:r>
        <w:t>**Paso 1: Seleccionar talla de mascarilla adecuada**</w:t>
      </w:r>
    </w:p>
    <w:p>
      <w:pPr>
        <w:pStyle w:val="ListBullet"/>
      </w:pPr>
      <w:r>
        <w:t>Seleccionar talla según tamaño del paciente.</w:t>
      </w:r>
    </w:p>
    <w:p>
      <w:pPr>
        <w:pStyle w:val="ListBullet"/>
      </w:pPr>
      <w:r>
        <w:t>Verificar que mascarilla se adapta a cara.</w:t>
      </w:r>
    </w:p>
    <w:p>
      <w:pPr>
        <w:pStyle w:val="ListBullet"/>
      </w:pPr>
      <w:r>
        <w:t>Verificar que talla es correcta.</w:t>
      </w:r>
    </w:p>
    <w:p>
      <w:r>
        <w:t>**Paso 2: Montar reservorio y tubuladura a O₂ (si se usa)**</w:t>
      </w:r>
    </w:p>
    <w:p>
      <w:pPr>
        <w:pStyle w:val="ListBullet"/>
      </w:pPr>
      <w:r>
        <w:t>Conectar reservorio si BVM lo lleva.</w:t>
      </w:r>
    </w:p>
    <w:p>
      <w:pPr>
        <w:pStyle w:val="ListBullet"/>
      </w:pPr>
      <w:r>
        <w:t>Conectar tubuladura a puerto de conexión de BVM.</w:t>
      </w:r>
    </w:p>
    <w:p>
      <w:pPr>
        <w:pStyle w:val="ListBullet"/>
      </w:pPr>
      <w:r>
        <w:t>Conectar tubuladura a fuente de oxígeno.</w:t>
      </w:r>
    </w:p>
    <w:p>
      <w:pPr>
        <w:pStyle w:val="ListBullet"/>
      </w:pPr>
      <w:r>
        <w:t>Verificar que conexiones están seguras.</w:t>
      </w:r>
    </w:p>
    <w:p>
      <w:r>
        <w:t>**Paso 3: Comprobar integridad: válvula, fugas, expansión y retorno**</w:t>
      </w:r>
    </w:p>
    <w:p>
      <w:pPr>
        <w:pStyle w:val="ListBullet"/>
      </w:pPr>
      <w:r>
        <w:t>Verificar que válvula funciona correctamente.</w:t>
      </w:r>
    </w:p>
    <w:p>
      <w:pPr>
        <w:pStyle w:val="ListBullet"/>
      </w:pPr>
      <w:r>
        <w:t>Comprimir bolsa y verificar que se expande.</w:t>
      </w:r>
    </w:p>
    <w:p>
      <w:pPr>
        <w:pStyle w:val="ListBullet"/>
      </w:pPr>
      <w:r>
        <w:t>Verificar que bolsa retorna a forma original.</w:t>
      </w:r>
    </w:p>
    <w:p>
      <w:pPr>
        <w:pStyle w:val="ListBullet"/>
      </w:pPr>
      <w:r>
        <w:t>Aplicar detector de fugas si es necesario.</w:t>
      </w:r>
    </w:p>
    <w:p>
      <w:pPr>
        <w:pStyle w:val="ListBullet"/>
      </w:pPr>
      <w:r>
        <w:t>Verificar que no hay fugas.</w:t>
      </w:r>
    </w:p>
    <w:p>
      <w:r>
        <w:t>**Paso 4: Ajustar caudal y verificar que hay aporte de O₂**</w:t>
      </w:r>
    </w:p>
    <w:p>
      <w:pPr>
        <w:pStyle w:val="ListBullet"/>
      </w:pPr>
      <w:r>
        <w:t>Conectar a fuente de oxígeno.</w:t>
      </w:r>
    </w:p>
    <w:p>
      <w:pPr>
        <w:pStyle w:val="ListBullet"/>
      </w:pPr>
      <w:r>
        <w:t>Ajustar caudal (10-15 L/min si hay reservorio, según necesidad si no hay).</w:t>
      </w:r>
    </w:p>
    <w:p>
      <w:pPr>
        <w:pStyle w:val="ListBullet"/>
      </w:pPr>
      <w:r>
        <w:t>Verificar que oxígeno llega a BVM.</w:t>
      </w:r>
    </w:p>
    <w:p>
      <w:pPr>
        <w:pStyle w:val="ListBullet"/>
      </w:pPr>
      <w:r>
        <w:t>Verificar que reservorio se llena (si aplica).</w:t>
      </w:r>
    </w:p>
    <w:p>
      <w:pPr>
        <w:pStyle w:val="ListBullet"/>
      </w:pPr>
      <w:r>
        <w:t>Verificar que flujo es adecuado.</w:t>
      </w:r>
    </w:p>
    <w:p>
      <w:r>
        <w:t>**Paso 5: Preparar aspiración lista (3.2) en paralelo**</w:t>
      </w:r>
    </w:p>
    <w:p>
      <w:pPr>
        <w:pStyle w:val="ListBullet"/>
      </w:pPr>
      <w:r>
        <w:t>Montar sistema de aspiración (ver 3.2).</w:t>
      </w:r>
    </w:p>
    <w:p>
      <w:pPr>
        <w:pStyle w:val="ListBullet"/>
      </w:pPr>
      <w:r>
        <w:t>Verificar que aspirador funciona.</w:t>
      </w:r>
    </w:p>
    <w:p>
      <w:pPr>
        <w:pStyle w:val="ListBullet"/>
      </w:pPr>
      <w:r>
        <w:t>Tener aspiración lista para usar si es necesario.</w:t>
      </w:r>
    </w:p>
    <w:p>
      <w:pPr>
        <w:pStyle w:val="ListBullet"/>
      </w:pPr>
      <w:r>
        <w:t>Coordinar con equipo si hay múltiples intervinientes.</w:t>
      </w:r>
    </w:p>
    <w:p>
      <w:r>
        <w:t>**Paso 6: Verificación final**</w:t>
      </w:r>
    </w:p>
    <w:p>
      <w:pPr>
        <w:pStyle w:val="ListBullet"/>
      </w:pPr>
      <w:r>
        <w:t>Verificar que todo el sistema está montado correctamente.</w:t>
      </w:r>
    </w:p>
    <w:p>
      <w:pPr>
        <w:pStyle w:val="ListBullet"/>
      </w:pPr>
      <w:r>
        <w:t>Verificar que válvula funciona.</w:t>
      </w:r>
    </w:p>
    <w:p>
      <w:pPr>
        <w:pStyle w:val="ListBullet"/>
      </w:pPr>
      <w:r>
        <w:t>Verificar que no hay fugas.</w:t>
      </w:r>
    </w:p>
    <w:p>
      <w:pPr>
        <w:pStyle w:val="ListBullet"/>
      </w:pPr>
      <w:r>
        <w:t>Verificar que oxígeno llega correctamente.</w:t>
      </w:r>
    </w:p>
    <w:p>
      <w:pPr>
        <w:pStyle w:val="ListBullet"/>
      </w:pPr>
      <w:r>
        <w:t>Verificar que sistema está listo para usar.</w:t>
      </w:r>
    </w:p>
    <w:p>
      <w:r>
        <w:t>────────────────────────────────────────────────────────────</w:t>
      </w:r>
    </w:p>
    <w:p>
      <w:pPr>
        <w:pStyle w:val="Heading2"/>
      </w:pPr>
      <w:r>
        <w:t>3.3.5 Principios TES de técnica con BVM</w:t>
      </w:r>
    </w:p>
    <w:p>
      <w:pPr>
        <w:pStyle w:val="Heading3"/>
      </w:pPr>
      <w:r>
        <w:t>Principios fundamentales</w:t>
      </w:r>
    </w:p>
    <w:p>
      <w:r>
        <w:t>**1. Prioridad: sello + posición + coordinación**</w:t>
      </w:r>
    </w:p>
    <w:p>
      <w:pPr>
        <w:pStyle w:val="ListBullet"/>
      </w:pPr>
      <w:r>
        <w:t>**Sello:** Mascarilla debe hacer sello adecuado (prioridad absoluta).</w:t>
      </w:r>
    </w:p>
    <w:p>
      <w:pPr>
        <w:pStyle w:val="ListBullet"/>
      </w:pPr>
      <w:r>
        <w:t>**Posición:** Paciente y TES en posición adecuada.</w:t>
      </w:r>
    </w:p>
    <w:p>
      <w:pPr>
        <w:pStyle w:val="ListBullet"/>
      </w:pPr>
      <w:r>
        <w:t>**Coordinación:** Coordinación entre intervinientes si hay dos TES.</w:t>
      </w:r>
    </w:p>
    <w:p>
      <w:r>
        <w:t>**2. Mejor práctica operativa: dos intervinientes**</w:t>
      </w:r>
    </w:p>
    <w:p>
      <w:pPr>
        <w:pStyle w:val="ListBullet"/>
      </w:pPr>
      <w:r>
        <w:t>**Siempre que sea posible:** Usar dos TES (uno sella, otro ventila).</w:t>
      </w:r>
    </w:p>
    <w:p>
      <w:pPr>
        <w:pStyle w:val="ListBullet"/>
      </w:pPr>
      <w:r>
        <w:t>**Ventajas:** Mejor sello, mejor control, menos fatiga.</w:t>
      </w:r>
    </w:p>
    <w:p>
      <w:pPr>
        <w:pStyle w:val="ListBullet"/>
      </w:pPr>
      <w:r>
        <w:t>**Si solo hay un TES:** Aplicar técnica de contingencia con limitaciones.</w:t>
      </w:r>
    </w:p>
    <w:p>
      <w:r>
        <w:t>**3. Ventilaciones controladas**</w:t>
      </w:r>
    </w:p>
    <w:p>
      <w:pPr>
        <w:pStyle w:val="ListBullet"/>
      </w:pPr>
      <w:r>
        <w:t>**Evitar exceso de volumen/velocidad:** Ventilaciones suaves y controladas.</w:t>
      </w:r>
    </w:p>
    <w:p>
      <w:pPr>
        <w:pStyle w:val="ListBullet"/>
      </w:pPr>
      <w:r>
        <w:t>**Observar expansión torácica:** Verificar que hay expansión visible pero no excesiva.</w:t>
      </w:r>
    </w:p>
    <w:p>
      <w:pPr>
        <w:pStyle w:val="ListBullet"/>
      </w:pPr>
      <w:r>
        <w:t>**No forzar:** Si hay resistencia, evaluar y ajustar.</w:t>
      </w:r>
    </w:p>
    <w:p>
      <w:r>
        <w:t>**4. Reevaluación continua**</w:t>
      </w:r>
    </w:p>
    <w:p>
      <w:pPr>
        <w:pStyle w:val="ListBullet"/>
      </w:pPr>
      <w:r>
        <w:t>**Expansión torácica visible:** Verificar que hay expansión con cada ventilación.</w:t>
      </w:r>
    </w:p>
    <w:p>
      <w:pPr>
        <w:pStyle w:val="ListBullet"/>
      </w:pPr>
      <w:r>
        <w:t>**Fugas:** Verificar que no hay fugas alrededor de mascarilla.</w:t>
      </w:r>
    </w:p>
    <w:p>
      <w:pPr>
        <w:pStyle w:val="ListBullet"/>
      </w:pPr>
      <w:r>
        <w:t>**Tolerancia:** Observar respuesta del paciente (si está consciente o parcialmente consciente).</w:t>
      </w:r>
    </w:p>
    <w:p>
      <w:r>
        <w:t>**5. Integración con otras técnicas**</w:t>
      </w:r>
    </w:p>
    <w:p>
      <w:pPr>
        <w:pStyle w:val="ListBullet"/>
      </w:pPr>
      <w:r>
        <w:t>**Oxigenoterapia:** Conectar a oxígeno, verificar flujo.</w:t>
      </w:r>
    </w:p>
    <w:p>
      <w:pPr>
        <w:pStyle w:val="ListBullet"/>
      </w:pPr>
      <w:r>
        <w:t>**Aspiración:** Tener aspiración lista, coordinar si es necesario.</w:t>
      </w:r>
    </w:p>
    <w:p>
      <w:pPr>
        <w:pStyle w:val="ListBullet"/>
      </w:pPr>
      <w:r>
        <w:t>**Traslado:** Gestionar tubuladuras, re-verificar después de movimientos.</w:t>
      </w:r>
    </w:p>
    <w:p>
      <w:r>
        <w:t>────────────────────────────────────────────────────────────</w:t>
      </w:r>
    </w:p>
    <w:p>
      <w:pPr>
        <w:pStyle w:val="Heading2"/>
      </w:pPr>
      <w:r>
        <w:t>3.3.6 Procedimientos paso a paso</w:t>
      </w:r>
    </w:p>
    <w:p>
      <w:pPr>
        <w:pStyle w:val="Heading3"/>
      </w:pPr>
      <w:r>
        <w:t>A) Técnica a dos TES (recomendada)</w:t>
      </w:r>
    </w:p>
    <w:p>
      <w:r>
        <w:t>**Principios:**</w:t>
      </w:r>
    </w:p>
    <w:p>
      <w:pPr>
        <w:pStyle w:val="ListBullet"/>
      </w:pPr>
      <w:r>
        <w:t>Dos TES trabajan juntos.</w:t>
      </w:r>
    </w:p>
    <w:p>
      <w:pPr>
        <w:pStyle w:val="ListBullet"/>
      </w:pPr>
      <w:r>
        <w:t>TES 1: Sujeta mascarilla y hace sello (posición en cabecera).</w:t>
      </w:r>
    </w:p>
    <w:p>
      <w:pPr>
        <w:pStyle w:val="ListBullet"/>
      </w:pPr>
      <w:r>
        <w:t>TES 2: Comprime bolsa para ventilación (posición lateral).</w:t>
      </w:r>
    </w:p>
    <w:p>
      <w:r>
        <w:t>**Procedimiento paso a paso:**</w:t>
      </w:r>
    </w:p>
    <w:p>
      <w:pPr>
        <w:pStyle w:val="ListNumber"/>
      </w:pPr>
      <w:r>
        <w:t>**Posicionamiento del paciente**</w:t>
      </w:r>
    </w:p>
    <w:p>
      <w:pPr>
        <w:pStyle w:val="ListBullet"/>
      </w:pPr>
      <w:r>
        <w:t>Posicionar paciente en decúbito supino si es posible.</w:t>
      </w:r>
    </w:p>
    <w:p>
      <w:pPr>
        <w:pStyle w:val="ListBullet"/>
      </w:pPr>
      <w:r>
        <w:t>Alinear cabeza-cuello-tronco si hay sospecha de lesión cervical.</w:t>
      </w:r>
    </w:p>
    <w:p>
      <w:pPr>
        <w:pStyle w:val="ListBullet"/>
      </w:pPr>
      <w:r>
        <w:t>Controlar entorno (espacio, iluminación).</w:t>
      </w:r>
    </w:p>
    <w:p>
      <w:pPr>
        <w:pStyle w:val="ListNumber"/>
      </w:pPr>
      <w:r>
        <w:t>**Maniobra de apertura de vía aérea (enunciado operativo)**</w:t>
      </w:r>
    </w:p>
    <w:p>
      <w:pPr>
        <w:pStyle w:val="ListBullet"/>
      </w:pPr>
      <w:r>
        <w:t>Realizar maniobra de apertura de vía aérea según protocolo.</w:t>
      </w:r>
    </w:p>
    <w:p>
      <w:pPr>
        <w:pStyle w:val="ListBullet"/>
      </w:pPr>
      <w:r>
        <w:t>Elevar mentón, inclinar cabeza (si no hay contraindicación cervical).</w:t>
      </w:r>
    </w:p>
    <w:p>
      <w:pPr>
        <w:pStyle w:val="ListBullet"/>
      </w:pPr>
      <w:r>
        <w:t>Verificar que vía aérea está permeable.</w:t>
      </w:r>
    </w:p>
    <w:p>
      <w:pPr>
        <w:pStyle w:val="ListNumber"/>
      </w:pPr>
      <w:r>
        <w:t>**Sujeción de mascarilla (técnica de agarre y sello)**</w:t>
      </w:r>
    </w:p>
    <w:p>
      <w:pPr>
        <w:pStyle w:val="ListBullet"/>
      </w:pPr>
      <w:r>
        <w:t>**TES 1:** Colocar mascarilla sobre nariz y boca.</w:t>
      </w:r>
    </w:p>
    <w:p>
      <w:pPr>
        <w:pStyle w:val="ListBullet"/>
      </w:pPr>
      <w:r>
        <w:t>**TES 1:** Aplicar técnica de agarre (ej: técnica C-E, pulgar e índice forman "C" en mascarilla, otros dedos forman "E" en mandíbula).</w:t>
      </w:r>
    </w:p>
    <w:p>
      <w:pPr>
        <w:pStyle w:val="ListBullet"/>
      </w:pPr>
      <w:r>
        <w:t>**TES 1:** Hacer sello adecuado (sin fugas alrededor de mascarilla).</w:t>
      </w:r>
    </w:p>
    <w:p>
      <w:pPr>
        <w:pStyle w:val="ListBullet"/>
      </w:pPr>
      <w:r>
        <w:t>**TES 1:** Mantener sello durante toda la ventilación.</w:t>
      </w:r>
    </w:p>
    <w:p>
      <w:pPr>
        <w:pStyle w:val="ListNumber"/>
      </w:pPr>
      <w:r>
        <w:t>**Ventilación por el segundo TES (ritmo y control)**</w:t>
      </w:r>
    </w:p>
    <w:p>
      <w:pPr>
        <w:pStyle w:val="ListBullet"/>
      </w:pPr>
      <w:r>
        <w:t>**TES 2:** Comprimir bolsa de forma suave y controlada.</w:t>
      </w:r>
    </w:p>
    <w:p>
      <w:pPr>
        <w:pStyle w:val="ListBullet"/>
      </w:pPr>
      <w:r>
        <w:t>**TES 2:** Observar expansión torácica.</w:t>
      </w:r>
    </w:p>
    <w:p>
      <w:pPr>
        <w:pStyle w:val="ListBullet"/>
      </w:pPr>
      <w:r>
        <w:t>**TES 2:** Liberar bolsa para que se reinfle.</w:t>
      </w:r>
    </w:p>
    <w:p>
      <w:pPr>
        <w:pStyle w:val="ListBullet"/>
      </w:pPr>
      <w:r>
        <w:t>**TES 2:** Repetir con ritmo adecuado (sin exceso de velocidad).</w:t>
      </w:r>
    </w:p>
    <w:p>
      <w:pPr>
        <w:pStyle w:val="ListBullet"/>
      </w:pPr>
      <w:r>
        <w:t>**TES 2:** Coordinar con TES 1 (comunicar si hay problemas).</w:t>
      </w:r>
    </w:p>
    <w:p>
      <w:pPr>
        <w:pStyle w:val="ListNumber"/>
      </w:pPr>
      <w:r>
        <w:t>**Verificación: expansión, fugas, resistencia**</w:t>
      </w:r>
    </w:p>
    <w:p>
      <w:pPr>
        <w:pStyle w:val="ListBullet"/>
      </w:pPr>
      <w:r>
        <w:t>**Expansión torácica:** Verificar que hay expansión visible con cada ventilación.</w:t>
      </w:r>
    </w:p>
    <w:p>
      <w:pPr>
        <w:pStyle w:val="ListBullet"/>
      </w:pPr>
      <w:r>
        <w:t>**Fugas:** Verificar que no hay fugas alrededor de mascarilla.</w:t>
      </w:r>
    </w:p>
    <w:p>
      <w:pPr>
        <w:pStyle w:val="ListBullet"/>
      </w:pPr>
      <w:r>
        <w:t>**Resistencia:** Observar si hay resistencia (puede indicar problema).</w:t>
      </w:r>
    </w:p>
    <w:p>
      <w:pPr>
        <w:pStyle w:val="ListBullet"/>
      </w:pPr>
      <w:r>
        <w:t>**Ajustar si es necesario:** Mejorar sello, ajustar posición, evaluar vía aérea.</w:t>
      </w:r>
    </w:p>
    <w:p>
      <w:pPr>
        <w:pStyle w:val="ListNumber"/>
      </w:pPr>
      <w:r>
        <w:t>**Coordinación continua**</w:t>
      </w:r>
    </w:p>
    <w:p>
      <w:pPr>
        <w:pStyle w:val="ListBullet"/>
      </w:pPr>
      <w:r>
        <w:t>Comunicar continuamente entre TES 1 y TES 2.</w:t>
      </w:r>
    </w:p>
    <w:p>
      <w:pPr>
        <w:pStyle w:val="ListBullet"/>
      </w:pPr>
      <w:r>
        <w:t>TES 1 comunica si sello se mantiene o hay problemas.</w:t>
      </w:r>
    </w:p>
    <w:p>
      <w:pPr>
        <w:pStyle w:val="ListBullet"/>
      </w:pPr>
      <w:r>
        <w:t>TES 2 comunica si ventilación es efectiva o hay problemas.</w:t>
      </w:r>
    </w:p>
    <w:p>
      <w:pPr>
        <w:pStyle w:val="ListBullet"/>
      </w:pPr>
      <w:r>
        <w:t>Ajustar según necesidad.</w:t>
      </w:r>
    </w:p>
    <w:p>
      <w:r>
        <w:t>**Errores frecuentes:**</w:t>
      </w:r>
    </w:p>
    <w:p>
      <w:pPr>
        <w:pStyle w:val="ListBullet"/>
      </w:pPr>
      <w:r>
        <w:t>Falta de coordinación (ambos TES actúan independientemente).</w:t>
      </w:r>
    </w:p>
    <w:p>
      <w:pPr>
        <w:pStyle w:val="ListBullet"/>
      </w:pPr>
      <w:r>
        <w:t>Sello inadecuado (fugas, ventilación inefectiva).</w:t>
      </w:r>
    </w:p>
    <w:p>
      <w:pPr>
        <w:pStyle w:val="ListBullet"/>
      </w:pPr>
      <w:r>
        <w:t>Ventilación demasiado fuerte/rápida (riesgo de insuflación gástrica).</w:t>
      </w:r>
    </w:p>
    <w:p>
      <w:pPr>
        <w:pStyle w:val="ListBullet"/>
      </w:pPr>
      <w:r>
        <w:t>No verificar expansión torácica (no saber si ventilación es efectiva).</w:t>
      </w:r>
    </w:p>
    <w:p>
      <w:r>
        <w:t>────────────────────────────────────────────────────────────</w:t>
      </w:r>
    </w:p>
    <w:p>
      <w:pPr>
        <w:pStyle w:val="Heading3"/>
      </w:pPr>
      <w:r>
        <w:t>B) Técnica a un solo TES (contingencia)</w:t>
      </w:r>
    </w:p>
    <w:p>
      <w:r>
        <w:t>**Principios:**</w:t>
      </w:r>
    </w:p>
    <w:p>
      <w:pPr>
        <w:pStyle w:val="ListBullet"/>
      </w:pPr>
      <w:r>
        <w:t>Solo un TES disponible.</w:t>
      </w:r>
    </w:p>
    <w:p>
      <w:pPr>
        <w:pStyle w:val="ListBullet"/>
      </w:pPr>
      <w:r>
        <w:t>Priorizar sello y control.</w:t>
      </w:r>
    </w:p>
    <w:p>
      <w:pPr>
        <w:pStyle w:val="ListBullet"/>
      </w:pPr>
      <w:r>
        <w:t>Reconocer limitaciones y riesgos.</w:t>
      </w:r>
    </w:p>
    <w:p>
      <w:r>
        <w:t>**Cómo priorizar sello y control:**</w:t>
      </w:r>
    </w:p>
    <w:p>
      <w:pPr>
        <w:pStyle w:val="ListNumber"/>
      </w:pPr>
      <w:r>
        <w:t>**Posicionamiento**</w:t>
      </w:r>
    </w:p>
    <w:p>
      <w:pPr>
        <w:pStyle w:val="ListBullet"/>
      </w:pPr>
      <w:r>
        <w:t>Posicionar paciente adecuadamente.</w:t>
      </w:r>
    </w:p>
    <w:p>
      <w:pPr>
        <w:pStyle w:val="ListBullet"/>
      </w:pPr>
      <w:r>
        <w:t>Posicionarse en cabecera del paciente.</w:t>
      </w:r>
    </w:p>
    <w:p>
      <w:pPr>
        <w:pStyle w:val="ListBullet"/>
      </w:pPr>
      <w:r>
        <w:t>Tener espacio suficiente.</w:t>
      </w:r>
    </w:p>
    <w:p>
      <w:pPr>
        <w:pStyle w:val="ListNumber"/>
      </w:pPr>
      <w:r>
        <w:t>**Sujeción de mascarilla**</w:t>
      </w:r>
    </w:p>
    <w:p>
      <w:pPr>
        <w:pStyle w:val="ListBullet"/>
      </w:pPr>
      <w:r>
        <w:t>Colocar mascarilla sobre nariz y boca.</w:t>
      </w:r>
    </w:p>
    <w:p>
      <w:pPr>
        <w:pStyle w:val="ListBullet"/>
      </w:pPr>
      <w:r>
        <w:t>Aplicar técnica de agarre con una mano.</w:t>
      </w:r>
    </w:p>
    <w:p>
      <w:pPr>
        <w:pStyle w:val="ListBullet"/>
      </w:pPr>
      <w:r>
        <w:t>Hacer sello adecuado (prioridad absoluta).</w:t>
      </w:r>
    </w:p>
    <w:p>
      <w:pPr>
        <w:pStyle w:val="ListNumber"/>
      </w:pPr>
      <w:r>
        <w:t>**Ventilación con la otra mano**</w:t>
      </w:r>
    </w:p>
    <w:p>
      <w:pPr>
        <w:pStyle w:val="ListBullet"/>
      </w:pPr>
      <w:r>
        <w:t>Comprimir bolsa con la otra mano.</w:t>
      </w:r>
    </w:p>
    <w:p>
      <w:pPr>
        <w:pStyle w:val="ListBullet"/>
      </w:pPr>
      <w:r>
        <w:t>Mantener sello mientras se comprime.</w:t>
      </w:r>
    </w:p>
    <w:p>
      <w:pPr>
        <w:pStyle w:val="ListBullet"/>
      </w:pPr>
      <w:r>
        <w:t>Observar expansión torácica.</w:t>
      </w:r>
    </w:p>
    <w:p>
      <w:pPr>
        <w:pStyle w:val="ListNumber"/>
      </w:pPr>
      <w:r>
        <w:t>**Control y verificación**</w:t>
      </w:r>
    </w:p>
    <w:p>
      <w:pPr>
        <w:pStyle w:val="ListBullet"/>
      </w:pPr>
      <w:r>
        <w:t>Verificar que sello se mantiene.</w:t>
      </w:r>
    </w:p>
    <w:p>
      <w:pPr>
        <w:pStyle w:val="ListBullet"/>
      </w:pPr>
      <w:r>
        <w:t>Verificar que hay expansión torácica.</w:t>
      </w:r>
    </w:p>
    <w:p>
      <w:pPr>
        <w:pStyle w:val="ListBullet"/>
      </w:pPr>
      <w:r>
        <w:t>Ajustar si es necesario.</w:t>
      </w:r>
    </w:p>
    <w:p>
      <w:r>
        <w:t>**Limitaciones:**</w:t>
      </w:r>
    </w:p>
    <w:p>
      <w:pPr>
        <w:pStyle w:val="ListBullet"/>
      </w:pPr>
      <w:r>
        <w:t>Más difícil mantener sello adecuado.</w:t>
      </w:r>
    </w:p>
    <w:p>
      <w:pPr>
        <w:pStyle w:val="ListBullet"/>
      </w:pPr>
      <w:r>
        <w:t>Más fatiga para el TES.</w:t>
      </w:r>
    </w:p>
    <w:p>
      <w:pPr>
        <w:pStyle w:val="ListBullet"/>
      </w:pPr>
      <w:r>
        <w:t>Menos control que con dos TES.</w:t>
      </w:r>
    </w:p>
    <w:p>
      <w:pPr>
        <w:pStyle w:val="ListBullet"/>
      </w:pPr>
      <w:r>
        <w:t>Mayor riesgo de fugas.</w:t>
      </w:r>
    </w:p>
    <w:p>
      <w:r>
        <w:t>**Riesgos:**</w:t>
      </w:r>
    </w:p>
    <w:p>
      <w:pPr>
        <w:pStyle w:val="ListBullet"/>
      </w:pPr>
      <w:r>
        <w:t>Sello inadecuado (fugas, ventilación inefectiva).</w:t>
      </w:r>
    </w:p>
    <w:p>
      <w:pPr>
        <w:pStyle w:val="ListBullet"/>
      </w:pPr>
      <w:r>
        <w:t>Fatiga del TES (pérdida de control).</w:t>
      </w:r>
    </w:p>
    <w:p>
      <w:pPr>
        <w:pStyle w:val="ListBullet"/>
      </w:pPr>
      <w:r>
        <w:t>Ventilación inadecuada (volumen o ritmo incorrecto).</w:t>
      </w:r>
    </w:p>
    <w:p>
      <w:r>
        <w:t>**Consideraciones:**</w:t>
      </w:r>
    </w:p>
    <w:p>
      <w:pPr>
        <w:pStyle w:val="ListBullet"/>
      </w:pPr>
      <w:r>
        <w:t>Usar solo si no hay alternativa (dos TES no disponibles).</w:t>
      </w:r>
    </w:p>
    <w:p>
      <w:pPr>
        <w:pStyle w:val="ListBullet"/>
      </w:pPr>
      <w:r>
        <w:t>Pedir ayuda si es posible.</w:t>
      </w:r>
    </w:p>
    <w:p>
      <w:pPr>
        <w:pStyle w:val="ListBullet"/>
      </w:pPr>
      <w:r>
        <w:t>Reconocer limitaciones y ajustar técnica.</w:t>
      </w:r>
    </w:p>
    <w:p>
      <w:pPr>
        <w:pStyle w:val="ListBullet"/>
      </w:pPr>
      <w:r>
        <w:t>Re-evaluar continuamente.</w:t>
      </w:r>
    </w:p>
    <w:p>
      <w:r>
        <w:t>────────────────────────────────────────────────────────────</w:t>
      </w:r>
    </w:p>
    <w:p>
      <w:pPr>
        <w:pStyle w:val="Heading3"/>
      </w:pPr>
      <w:r>
        <w:t>C) Integración con aspiración</w:t>
      </w:r>
    </w:p>
    <w:p>
      <w:r>
        <w:t>**Principios:**</w:t>
      </w:r>
    </w:p>
    <w:p>
      <w:pPr>
        <w:pStyle w:val="ListBullet"/>
      </w:pPr>
      <w:r>
        <w:t>Coordinar aspiración sin perder sello.</w:t>
      </w:r>
    </w:p>
    <w:p>
      <w:pPr>
        <w:pStyle w:val="ListBullet"/>
      </w:pPr>
      <w:r>
        <w:t>Roles claros: aspirar sin perder control del paciente.</w:t>
      </w:r>
    </w:p>
    <w:p>
      <w:pPr>
        <w:pStyle w:val="ListBullet"/>
      </w:pPr>
      <w:r>
        <w:t>Secuencia operativa cuando hay secreciones.</w:t>
      </w:r>
    </w:p>
    <w:p>
      <w:r>
        <w:t>**Secuencia operativa cuando hay secreciones:**</w:t>
      </w:r>
    </w:p>
    <w:p>
      <w:pPr>
        <w:pStyle w:val="ListNumber"/>
      </w:pPr>
      <w:r>
        <w:t>**Preparación**</w:t>
      </w:r>
    </w:p>
    <w:p>
      <w:pPr>
        <w:pStyle w:val="ListBullet"/>
      </w:pPr>
      <w:r>
        <w:t>TES 1: Mantener ventilación con BVM.</w:t>
      </w:r>
    </w:p>
    <w:p>
      <w:pPr>
        <w:pStyle w:val="ListBullet"/>
      </w:pPr>
      <w:r>
        <w:t>TES 2: Montar sistema de aspiración (ver 3.2).</w:t>
      </w:r>
    </w:p>
    <w:p>
      <w:pPr>
        <w:pStyle w:val="ListBullet"/>
      </w:pPr>
      <w:r>
        <w:t>Coordinar momento de aspiración.</w:t>
      </w:r>
    </w:p>
    <w:p>
      <w:pPr>
        <w:pStyle w:val="ListBullet"/>
      </w:pPr>
      <w:r>
        <w:t>Comunicar claramente.</w:t>
      </w:r>
    </w:p>
    <w:p>
      <w:pPr>
        <w:pStyle w:val="ListNumber"/>
      </w:pPr>
      <w:r>
        <w:t>**Roles claros: aspirar sin perder sello**</w:t>
      </w:r>
    </w:p>
    <w:p>
      <w:pPr>
        <w:pStyle w:val="ListBullet"/>
      </w:pPr>
      <w:r>
        <w:t>**TES 1:** Mantener sello con mascarilla (puede levantar ligeramente si es necesario).</w:t>
      </w:r>
    </w:p>
    <w:p>
      <w:pPr>
        <w:pStyle w:val="ListBullet"/>
      </w:pPr>
      <w:r>
        <w:t>**TES 2:** Preparar aspiración.</w:t>
      </w:r>
    </w:p>
    <w:p>
      <w:pPr>
        <w:pStyle w:val="ListBullet"/>
      </w:pPr>
      <w:r>
        <w:t>**TES 2:** Comunicar cuando está listo.</w:t>
      </w:r>
    </w:p>
    <w:p>
      <w:pPr>
        <w:pStyle w:val="ListNumber"/>
      </w:pPr>
      <w:r>
        <w:t>**Aspiración coordinada**</w:t>
      </w:r>
    </w:p>
    <w:p>
      <w:pPr>
        <w:pStyle w:val="ListBullet"/>
      </w:pPr>
      <w:r>
        <w:t>**TES 1:** Mantener sello (puede levantar ligeramente mascarilla si es necesario).</w:t>
      </w:r>
    </w:p>
    <w:p>
      <w:pPr>
        <w:pStyle w:val="ListBullet"/>
      </w:pPr>
      <w:r>
        <w:t>**TES 2:** Introducir cánula y aspirar brevemente.</w:t>
      </w:r>
    </w:p>
    <w:p>
      <w:pPr>
        <w:pStyle w:val="ListBullet"/>
      </w:pPr>
      <w:r>
        <w:t>**TES 2:** Retirar cánula rápidamente.</w:t>
      </w:r>
    </w:p>
    <w:p>
      <w:pPr>
        <w:pStyle w:val="ListBullet"/>
      </w:pPr>
      <w:r>
        <w:t>**TES 1:** Re-establecer sello completo inmediatamente.</w:t>
      </w:r>
    </w:p>
    <w:p>
      <w:pPr>
        <w:pStyle w:val="ListBullet"/>
      </w:pPr>
      <w:r>
        <w:t>**TES 1:** Continuar ventilación.</w:t>
      </w:r>
    </w:p>
    <w:p>
      <w:pPr>
        <w:pStyle w:val="ListNumber"/>
      </w:pPr>
      <w:r>
        <w:t>**Verificación**</w:t>
      </w:r>
    </w:p>
    <w:p>
      <w:pPr>
        <w:pStyle w:val="ListBullet"/>
      </w:pPr>
      <w:r>
        <w:t>Verificar que aspiración fue efectiva.</w:t>
      </w:r>
    </w:p>
    <w:p>
      <w:pPr>
        <w:pStyle w:val="ListBullet"/>
      </w:pPr>
      <w:r>
        <w:t>Verificar que ventilación continúa efectiva.</w:t>
      </w:r>
    </w:p>
    <w:p>
      <w:pPr>
        <w:pStyle w:val="ListBullet"/>
      </w:pPr>
      <w:r>
        <w:t>Verificar que sello se mantiene.</w:t>
      </w:r>
    </w:p>
    <w:p>
      <w:pPr>
        <w:pStyle w:val="ListBullet"/>
      </w:pPr>
      <w:r>
        <w:t>Continuar si es necesario.</w:t>
      </w:r>
    </w:p>
    <w:p>
      <w:r>
        <w:t>**Errores frecuentes:**</w:t>
      </w:r>
    </w:p>
    <w:p>
      <w:pPr>
        <w:pStyle w:val="ListBullet"/>
      </w:pPr>
      <w:r>
        <w:t>Perder sello durante aspiración (interrupción de ventilación).</w:t>
      </w:r>
    </w:p>
    <w:p>
      <w:pPr>
        <w:pStyle w:val="ListBullet"/>
      </w:pPr>
      <w:r>
        <w:t>Aspiración demasiado larga (interrupción prolongada).</w:t>
      </w:r>
    </w:p>
    <w:p>
      <w:pPr>
        <w:pStyle w:val="ListBullet"/>
      </w:pPr>
      <w:r>
        <w:t>Falta de coordinación (ambos TES actúan simultáneamente).</w:t>
      </w:r>
    </w:p>
    <w:p>
      <w:r>
        <w:t>**Enlace con 3.2:**</w:t>
      </w:r>
    </w:p>
    <w:p>
      <w:pPr>
        <w:pStyle w:val="ListBullet"/>
      </w:pPr>
      <w:r>
        <w:t>Ver 3.2 – Aspiración: Material y Uso Seguro para procedimiento de aspiración.</w:t>
      </w:r>
    </w:p>
    <w:p>
      <w:r>
        <w:t>────────────────────────────────────────────────────────────</w:t>
      </w:r>
    </w:p>
    <w:p>
      <w:pPr>
        <w:pStyle w:val="Heading3"/>
      </w:pPr>
      <w:r>
        <w:t>D) Uso con oxígeno: modos de conexión</w:t>
      </w:r>
    </w:p>
    <w:p>
      <w:r>
        <w:t>**Con reservorio:**</w:t>
      </w:r>
    </w:p>
    <w:p>
      <w:r>
        <w:t>**Montaje:**</w:t>
      </w:r>
    </w:p>
    <w:p>
      <w:pPr>
        <w:pStyle w:val="ListBullet"/>
      </w:pPr>
      <w:r>
        <w:t>Conectar reservorio a BVM.</w:t>
      </w:r>
    </w:p>
    <w:p>
      <w:pPr>
        <w:pStyle w:val="ListBullet"/>
      </w:pPr>
      <w:r>
        <w:t>Conectar tubuladura a puerto de conexión.</w:t>
      </w:r>
    </w:p>
    <w:p>
      <w:pPr>
        <w:pStyle w:val="ListBullet"/>
      </w:pPr>
      <w:r>
        <w:t>Conectar tubuladura a fuente de oxígeno.</w:t>
      </w:r>
    </w:p>
    <w:p>
      <w:pPr>
        <w:pStyle w:val="ListBullet"/>
      </w:pPr>
      <w:r>
        <w:t>Ajustar flujo (10-15 L/min).</w:t>
      </w:r>
    </w:p>
    <w:p>
      <w:r>
        <w:t>**Impacto operativo:**</w:t>
      </w:r>
    </w:p>
    <w:p>
      <w:pPr>
        <w:pStyle w:val="ListBullet"/>
      </w:pPr>
      <w:r>
        <w:t>**Consumo:** Alto (10-15 L/min).</w:t>
      </w:r>
    </w:p>
    <w:p>
      <w:pPr>
        <w:pStyle w:val="ListBullet"/>
      </w:pPr>
      <w:r>
        <w:t>**Eficacia:** FiO2 alta (60-90% aproximadamente).</w:t>
      </w:r>
    </w:p>
    <w:p>
      <w:pPr>
        <w:pStyle w:val="ListBullet"/>
      </w:pPr>
      <w:r>
        <w:t>**Verificación:** Reservorio debe llenarse y mantenerse inflado.</w:t>
      </w:r>
    </w:p>
    <w:p>
      <w:r>
        <w:t>**Gestión de tubuladuras:**</w:t>
      </w:r>
    </w:p>
    <w:p>
      <w:pPr>
        <w:pStyle w:val="ListBullet"/>
      </w:pPr>
      <w:r>
        <w:t>Organizar tubuladuras para no engancharse.</w:t>
      </w:r>
    </w:p>
    <w:p>
      <w:pPr>
        <w:pStyle w:val="ListBullet"/>
      </w:pPr>
      <w:r>
        <w:t>Fijar tubuladuras si es necesario.</w:t>
      </w:r>
    </w:p>
    <w:p>
      <w:pPr>
        <w:pStyle w:val="ListBullet"/>
      </w:pPr>
      <w:r>
        <w:t>Verificar que no se enganchan durante movilización.</w:t>
      </w:r>
    </w:p>
    <w:p>
      <w:pPr>
        <w:pStyle w:val="ListBullet"/>
      </w:pPr>
      <w:r>
        <w:t>Re-verificar después de movimientos.</w:t>
      </w:r>
    </w:p>
    <w:p>
      <w:r>
        <w:t>**Sin reservorio:**</w:t>
      </w:r>
    </w:p>
    <w:p>
      <w:r>
        <w:t>**Montaje:**</w:t>
      </w:r>
    </w:p>
    <w:p>
      <w:pPr>
        <w:pStyle w:val="ListBullet"/>
      </w:pPr>
      <w:r>
        <w:t>Conectar tubuladura directamente a puerto de conexión.</w:t>
      </w:r>
    </w:p>
    <w:p>
      <w:pPr>
        <w:pStyle w:val="ListBullet"/>
      </w:pPr>
      <w:r>
        <w:t>Conectar tubuladura a fuente de oxígeno.</w:t>
      </w:r>
    </w:p>
    <w:p>
      <w:pPr>
        <w:pStyle w:val="ListBullet"/>
      </w:pPr>
      <w:r>
        <w:t>Ajustar flujo según necesidad.</w:t>
      </w:r>
    </w:p>
    <w:p>
      <w:r>
        <w:t>**Impacto operativo:**</w:t>
      </w:r>
    </w:p>
    <w:p>
      <w:pPr>
        <w:pStyle w:val="ListBullet"/>
      </w:pPr>
      <w:r>
        <w:t>**Consumo:** Menor (según flujo ajustado).</w:t>
      </w:r>
    </w:p>
    <w:p>
      <w:pPr>
        <w:pStyle w:val="ListBullet"/>
      </w:pPr>
      <w:r>
        <w:t>**Eficacia:** FiO2 menor (21-40% aproximadamente, según flujo).</w:t>
      </w:r>
    </w:p>
    <w:p>
      <w:pPr>
        <w:pStyle w:val="ListBullet"/>
      </w:pPr>
      <w:r>
        <w:t>**Verificación:** Verificar que oxígeno llega a BVM.</w:t>
      </w:r>
    </w:p>
    <w:p>
      <w:r>
        <w:t>**Gestión de tubuladuras:**</w:t>
      </w:r>
    </w:p>
    <w:p>
      <w:pPr>
        <w:pStyle w:val="ListBullet"/>
      </w:pPr>
      <w:r>
        <w:t>Organizar tubuladuras para no engancharse.</w:t>
      </w:r>
    </w:p>
    <w:p>
      <w:pPr>
        <w:pStyle w:val="ListBullet"/>
      </w:pPr>
      <w:r>
        <w:t>Fijar tubuladuras si es necesario.</w:t>
      </w:r>
    </w:p>
    <w:p>
      <w:pPr>
        <w:pStyle w:val="ListBullet"/>
      </w:pPr>
      <w:r>
        <w:t>Verificar que no se enganchan durante movilización.</w:t>
      </w:r>
    </w:p>
    <w:p>
      <w:pPr>
        <w:pStyle w:val="ListBullet"/>
      </w:pPr>
      <w:r>
        <w:t>Re-verificar después de movimientos.</w:t>
      </w:r>
    </w:p>
    <w:p>
      <w:r>
        <w:t>**Consideraciones:**</w:t>
      </w:r>
    </w:p>
    <w:p>
      <w:pPr>
        <w:pStyle w:val="ListBullet"/>
      </w:pPr>
      <w:r>
        <w:t>**Con reservorio:** Mayor consumo pero mayor FiO2.</w:t>
      </w:r>
    </w:p>
    <w:p>
      <w:pPr>
        <w:pStyle w:val="ListBullet"/>
      </w:pPr>
      <w:r>
        <w:t>**Sin reservorio:** Menor consumo pero menor FiO2.</w:t>
      </w:r>
    </w:p>
    <w:p>
      <w:pPr>
        <w:pStyle w:val="ListBullet"/>
      </w:pPr>
      <w:r>
        <w:t>**Selección:** Según necesidad y disponibilidad de oxígeno.</w:t>
      </w:r>
    </w:p>
    <w:p>
      <w:r>
        <w:t>────────────────────────────────────────────────────────────</w:t>
      </w:r>
    </w:p>
    <w:p>
      <w:pPr>
        <w:pStyle w:val="Heading3"/>
      </w:pPr>
      <w:r>
        <w:t>E) Pediatría: adaptación operativa</w:t>
      </w:r>
    </w:p>
    <w:p>
      <w:r>
        <w:t>**Tallas:**</w:t>
      </w:r>
    </w:p>
    <w:p>
      <w:pPr>
        <w:pStyle w:val="ListBullet"/>
      </w:pPr>
      <w:r>
        <w:t>Seleccionar talla de mascarilla adecuada (pediátrica o neonatal según tamaño).</w:t>
      </w:r>
    </w:p>
    <w:p>
      <w:pPr>
        <w:pStyle w:val="ListBullet"/>
      </w:pPr>
      <w:r>
        <w:t>Verificar que mascarilla se adapta a cara del paciente.</w:t>
      </w:r>
    </w:p>
    <w:p>
      <w:pPr>
        <w:pStyle w:val="ListBullet"/>
      </w:pPr>
      <w:r>
        <w:t>Verificar que talla es correcta.</w:t>
      </w:r>
    </w:p>
    <w:p>
      <w:r>
        <w:t>**Sello más delicado:**</w:t>
      </w:r>
    </w:p>
    <w:p>
      <w:pPr>
        <w:pStyle w:val="ListBullet"/>
      </w:pPr>
      <w:r>
        <w:t>Sello requiere más cuidado (cara más pequeña).</w:t>
      </w:r>
    </w:p>
    <w:p>
      <w:pPr>
        <w:pStyle w:val="ListBullet"/>
      </w:pPr>
      <w:r>
        <w:t>Ajustar técnica de agarre según tamaño.</w:t>
      </w:r>
    </w:p>
    <w:p>
      <w:pPr>
        <w:pStyle w:val="ListBullet"/>
      </w:pPr>
      <w:r>
        <w:t>Verificar que sello es adecuado pero no comprime estructuras.</w:t>
      </w:r>
    </w:p>
    <w:p>
      <w:r>
        <w:t>**Control de fuerza:**</w:t>
      </w:r>
    </w:p>
    <w:p>
      <w:pPr>
        <w:pStyle w:val="ListBullet"/>
      </w:pPr>
      <w:r>
        <w:t>Ventilación más suave (volumen menor).</w:t>
      </w:r>
    </w:p>
    <w:p>
      <w:pPr>
        <w:pStyle w:val="ListBullet"/>
      </w:pPr>
      <w:r>
        <w:t>No forzar (riesgo de lesión).</w:t>
      </w:r>
    </w:p>
    <w:p>
      <w:pPr>
        <w:pStyle w:val="ListBullet"/>
      </w:pPr>
      <w:r>
        <w:t>Observar expansión torácica (más sutil en pediatría).</w:t>
      </w:r>
    </w:p>
    <w:p>
      <w:r>
        <w:t>**Errores típicos por "exceso":**</w:t>
      </w:r>
    </w:p>
    <w:p>
      <w:pPr>
        <w:pStyle w:val="ListBullet"/>
      </w:pPr>
      <w:r>
        <w:t>Talla demasiado grande (no hace sello, fugas).</w:t>
      </w:r>
    </w:p>
    <w:p>
      <w:pPr>
        <w:pStyle w:val="ListBullet"/>
      </w:pPr>
      <w:r>
        <w:t>Ventilación demasiado fuerte (riesgo de lesión, insuflación gástrica).</w:t>
      </w:r>
    </w:p>
    <w:p>
      <w:pPr>
        <w:pStyle w:val="ListBullet"/>
      </w:pPr>
      <w:r>
        <w:t>Sello demasiado apretado (compresión de estructuras).</w:t>
      </w:r>
    </w:p>
    <w:p>
      <w:pPr>
        <w:pStyle w:val="ListBullet"/>
      </w:pPr>
      <w:r>
        <w:t>No adaptar técnica a tamaño del paciente.</w:t>
      </w:r>
    </w:p>
    <w:p>
      <w:r>
        <w:t>**Consideraciones:**</w:t>
      </w:r>
    </w:p>
    <w:p>
      <w:pPr>
        <w:pStyle w:val="ListBullet"/>
      </w:pPr>
      <w:r>
        <w:t>Adaptar técnica a tamaño del paciente.</w:t>
      </w:r>
    </w:p>
    <w:p>
      <w:pPr>
        <w:pStyle w:val="ListBullet"/>
      </w:pPr>
      <w:r>
        <w:t>Verificar que mascarilla es adecuada.</w:t>
      </w:r>
    </w:p>
    <w:p>
      <w:pPr>
        <w:pStyle w:val="ListBullet"/>
      </w:pPr>
      <w:r>
        <w:t>Ventilación más suave y controlada.</w:t>
      </w:r>
    </w:p>
    <w:p>
      <w:pPr>
        <w:pStyle w:val="ListBullet"/>
      </w:pPr>
      <w:r>
        <w:t>Observar respuesta del paciente.</w:t>
      </w:r>
    </w:p>
    <w:p>
      <w:r>
        <w:t>────────────────────────────────────────────────────────────</w:t>
      </w:r>
    </w:p>
    <w:p>
      <w:pPr>
        <w:pStyle w:val="Heading2"/>
      </w:pPr>
      <w:r>
        <w:t>3.3.7 Problemas frecuentes y resolución rápida</w:t>
      </w:r>
    </w:p>
    <w:p>
      <w:pPr>
        <w:pStyle w:val="Heading3"/>
      </w:pPr>
      <w:r>
        <w:t>No hay expansión</w:t>
      </w:r>
    </w:p>
    <w:p>
      <w:r>
        <w:t>**Causas posibles:**</w:t>
      </w:r>
    </w:p>
    <w:p>
      <w:pPr>
        <w:pStyle w:val="ListBullet"/>
      </w:pPr>
      <w:r>
        <w:t>Mal sello (fugas alrededor de mascarilla).</w:t>
      </w:r>
    </w:p>
    <w:p>
      <w:pPr>
        <w:pStyle w:val="ListBullet"/>
      </w:pPr>
      <w:r>
        <w:t>Mala posición (vía aérea no permeable).</w:t>
      </w:r>
    </w:p>
    <w:p>
      <w:pPr>
        <w:pStyle w:val="ListBullet"/>
      </w:pPr>
      <w:r>
        <w:t>Válvula mal montada (no funciona correctamente).</w:t>
      </w:r>
    </w:p>
    <w:p>
      <w:pPr>
        <w:pStyle w:val="ListBullet"/>
      </w:pPr>
      <w:r>
        <w:t>Fuga grande (fuga en conexiones o válvula).</w:t>
      </w:r>
    </w:p>
    <w:p>
      <w:pPr>
        <w:pStyle w:val="ListBullet"/>
      </w:pPr>
      <w:r>
        <w:t>Caudal/O₂ desconectado (no llega oxígeno).</w:t>
      </w:r>
    </w:p>
    <w:p>
      <w:r>
        <w:t>**Resolución rápida:**</w:t>
      </w:r>
    </w:p>
    <w:p>
      <w:pPr>
        <w:pStyle w:val="ListNumber"/>
      </w:pPr>
      <w:r>
        <w:t>Verificar que sello es adecuado (mejorar agarre de mascarilla).</w:t>
      </w:r>
    </w:p>
    <w:p>
      <w:pPr>
        <w:pStyle w:val="ListNumber"/>
      </w:pPr>
      <w:r>
        <w:t>Verificar que vía aérea está permeable (re-posicionar si es necesario).</w:t>
      </w:r>
    </w:p>
    <w:p>
      <w:pPr>
        <w:pStyle w:val="ListNumber"/>
      </w:pPr>
      <w:r>
        <w:t>Verificar que válvula está bien montada y funciona.</w:t>
      </w:r>
    </w:p>
    <w:p>
      <w:pPr>
        <w:pStyle w:val="ListNumber"/>
      </w:pPr>
      <w:r>
        <w:t>Verificar que no hay fugas grandes (aplicar detector de fugas si es necesario).</w:t>
      </w:r>
    </w:p>
    <w:p>
      <w:pPr>
        <w:pStyle w:val="ListNumber"/>
      </w:pPr>
      <w:r>
        <w:t>Verificar que oxígeno está conectado y llega (verificar conexión, flujo).</w:t>
      </w:r>
    </w:p>
    <w:p>
      <w:pPr>
        <w:pStyle w:val="ListNumber"/>
      </w:pPr>
      <w:r>
        <w:t>Si persiste: cambiar componente o re-evaluar sistema.</w:t>
      </w:r>
    </w:p>
    <w:p>
      <w:r>
        <w:t>────────────────────────────────────────────────────────────</w:t>
      </w:r>
    </w:p>
    <w:p>
      <w:pPr>
        <w:pStyle w:val="Heading3"/>
      </w:pPr>
      <w:r>
        <w:t>Se hincha el estómago / resistencia</w:t>
      </w:r>
    </w:p>
    <w:p>
      <w:r>
        <w:t>**Causas posibles:**</w:t>
      </w:r>
    </w:p>
    <w:p>
      <w:pPr>
        <w:pStyle w:val="ListBullet"/>
      </w:pPr>
      <w:r>
        <w:t>Ventilación demasiado fuerte (volumen excesivo).</w:t>
      </w:r>
    </w:p>
    <w:p>
      <w:pPr>
        <w:pStyle w:val="ListBullet"/>
      </w:pPr>
      <w:r>
        <w:t>Ventilación demasiado rápida (ritmo excesivo).</w:t>
      </w:r>
    </w:p>
    <w:p>
      <w:pPr>
        <w:pStyle w:val="ListBullet"/>
      </w:pPr>
      <w:r>
        <w:t>Vía aérea obstruida (secreciones, posición).</w:t>
      </w:r>
    </w:p>
    <w:p>
      <w:r>
        <w:t>**Resolución rápida (enfoque operativo):**</w:t>
      </w:r>
    </w:p>
    <w:p>
      <w:pPr>
        <w:pStyle w:val="ListNumber"/>
      </w:pPr>
      <w:r>
        <w:t>Reducir fuerza de ventilación (comprimir bolsa más suavemente).</w:t>
      </w:r>
    </w:p>
    <w:p>
      <w:pPr>
        <w:pStyle w:val="ListNumber"/>
      </w:pPr>
      <w:r>
        <w:t>Reducir velocidad de ventilación (ritmo más lento).</w:t>
      </w:r>
    </w:p>
    <w:p>
      <w:pPr>
        <w:pStyle w:val="ListNumber"/>
      </w:pPr>
      <w:r>
        <w:t>Verificar que vía aérea está permeable (aspirar si es necesario, re-posicionar).</w:t>
      </w:r>
    </w:p>
    <w:p>
      <w:pPr>
        <w:pStyle w:val="ListNumber"/>
      </w:pPr>
      <w:r>
        <w:t>Observar expansión torácica (verificar que hay expansión pero no excesiva).</w:t>
      </w:r>
    </w:p>
    <w:p>
      <w:pPr>
        <w:pStyle w:val="ListNumber"/>
      </w:pPr>
      <w:r>
        <w:t>Si persiste: evaluar vía aérea, considerar aspiración, comunicar al médico.</w:t>
      </w:r>
    </w:p>
    <w:p>
      <w:r>
        <w:t>────────────────────────────────────────────────────────────</w:t>
      </w:r>
    </w:p>
    <w:p>
      <w:pPr>
        <w:pStyle w:val="Heading3"/>
      </w:pPr>
      <w:r>
        <w:t>Mascarilla talla incorrecta</w:t>
      </w:r>
    </w:p>
    <w:p>
      <w:r>
        <w:t>**Causas posibles:**</w:t>
      </w:r>
    </w:p>
    <w:p>
      <w:pPr>
        <w:pStyle w:val="ListBullet"/>
      </w:pPr>
      <w:r>
        <w:t>Talla demasiado grande (no hace sello, fugas).</w:t>
      </w:r>
    </w:p>
    <w:p>
      <w:pPr>
        <w:pStyle w:val="ListBullet"/>
      </w:pPr>
      <w:r>
        <w:t>Talla demasiado pequeña (no cubre nariz y boca completamente).</w:t>
      </w:r>
    </w:p>
    <w:p>
      <w:r>
        <w:t>**Resolución rápida:**</w:t>
      </w:r>
    </w:p>
    <w:p>
      <w:pPr>
        <w:pStyle w:val="ListNumber"/>
      </w:pPr>
      <w:r>
        <w:t>Identificar que talla es incorrecta (fugas o no cubre completamente).</w:t>
      </w:r>
    </w:p>
    <w:p>
      <w:pPr>
        <w:pStyle w:val="ListNumber"/>
      </w:pPr>
      <w:r>
        <w:t>Cambiar por talla correcta.</w:t>
      </w:r>
    </w:p>
    <w:p>
      <w:pPr>
        <w:pStyle w:val="ListNumber"/>
      </w:pPr>
      <w:r>
        <w:t>Verificar que nueva talla hace sello adecuado.</w:t>
      </w:r>
    </w:p>
    <w:p>
      <w:pPr>
        <w:pStyle w:val="ListNumber"/>
      </w:pPr>
      <w:r>
        <w:t>Continuar ventilación con talla correcta.</w:t>
      </w:r>
    </w:p>
    <w:p>
      <w:r>
        <w:t>────────────────────────────────────────────────────────────</w:t>
      </w:r>
    </w:p>
    <w:p>
      <w:pPr>
        <w:pStyle w:val="Heading3"/>
      </w:pPr>
      <w:r>
        <w:t>Reservorio no se infla</w:t>
      </w:r>
    </w:p>
    <w:p>
      <w:r>
        <w:t>**Causas posibles:**</w:t>
      </w:r>
    </w:p>
    <w:p>
      <w:pPr>
        <w:pStyle w:val="ListBullet"/>
      </w:pPr>
      <w:r>
        <w:t>Caudal insuficiente (menos de 10 L/min).</w:t>
      </w:r>
    </w:p>
    <w:p>
      <w:pPr>
        <w:pStyle w:val="ListBullet"/>
      </w:pPr>
      <w:r>
        <w:t>Fuga en reservorio o conexiones.</w:t>
      </w:r>
    </w:p>
    <w:p>
      <w:pPr>
        <w:pStyle w:val="ListBullet"/>
      </w:pPr>
      <w:r>
        <w:t>Reservorio no conectado correctamente.</w:t>
      </w:r>
    </w:p>
    <w:p>
      <w:r>
        <w:t>**Resolución rápida:**</w:t>
      </w:r>
    </w:p>
    <w:p>
      <w:pPr>
        <w:pStyle w:val="ListNumber"/>
      </w:pPr>
      <w:r>
        <w:t>Verificar que flujo es adecuado (mínimo 10 L/min si hay reservorio).</w:t>
      </w:r>
    </w:p>
    <w:p>
      <w:pPr>
        <w:pStyle w:val="ListNumber"/>
      </w:pPr>
      <w:r>
        <w:t>Verificar que no hay fugas (aplicar detector de fugas si es necesario).</w:t>
      </w:r>
    </w:p>
    <w:p>
      <w:pPr>
        <w:pStyle w:val="ListNumber"/>
      </w:pPr>
      <w:r>
        <w:t>Verificar que reservorio está conectado correctamente.</w:t>
      </w:r>
    </w:p>
    <w:p>
      <w:pPr>
        <w:pStyle w:val="ListNumber"/>
      </w:pPr>
      <w:r>
        <w:t>Si persiste: cambiar componente o verificar sistema.</w:t>
      </w:r>
    </w:p>
    <w:p>
      <w:r>
        <w:t>────────────────────────────────────────────────────────────</w:t>
      </w:r>
    </w:p>
    <w:p>
      <w:pPr>
        <w:pStyle w:val="Heading3"/>
      </w:pPr>
      <w:r>
        <w:t>Desconexiones durante traslado</w:t>
      </w:r>
    </w:p>
    <w:p>
      <w:r>
        <w:t>**Causas posibles:**</w:t>
      </w:r>
    </w:p>
    <w:p>
      <w:pPr>
        <w:pStyle w:val="ListBullet"/>
      </w:pPr>
      <w:r>
        <w:t>Conexiones no suficientemente firmes.</w:t>
      </w:r>
    </w:p>
    <w:p>
      <w:pPr>
        <w:pStyle w:val="ListBullet"/>
      </w:pPr>
      <w:r>
        <w:t>Tubuladuras enganchadas.</w:t>
      </w:r>
    </w:p>
    <w:p>
      <w:pPr>
        <w:pStyle w:val="ListBullet"/>
      </w:pPr>
      <w:r>
        <w:t>Movimientos bruscos.</w:t>
      </w:r>
    </w:p>
    <w:p>
      <w:r>
        <w:t>**Resolución rápida:**</w:t>
      </w:r>
    </w:p>
    <w:p>
      <w:pPr>
        <w:pStyle w:val="ListNumber"/>
      </w:pPr>
      <w:r>
        <w:t>Re-conectar inmediatamente.</w:t>
      </w:r>
    </w:p>
    <w:p>
      <w:pPr>
        <w:pStyle w:val="ListNumber"/>
      </w:pPr>
      <w:r>
        <w:t>Verificar que conexiones están firmes.</w:t>
      </w:r>
    </w:p>
    <w:p>
      <w:pPr>
        <w:pStyle w:val="ListNumber"/>
      </w:pPr>
      <w:r>
        <w:t>Gestionar tubuladuras para evitar enganches.</w:t>
      </w:r>
    </w:p>
    <w:p>
      <w:pPr>
        <w:pStyle w:val="ListNumber"/>
      </w:pPr>
      <w:r>
        <w:t>Re-verificar después de movimientos.</w:t>
      </w:r>
    </w:p>
    <w:p>
      <w:pPr>
        <w:pStyle w:val="ListNumber"/>
      </w:pPr>
      <w:r>
        <w:t>Fijar conexiones si es necesario.</w:t>
      </w:r>
    </w:p>
    <w:p>
      <w:r>
        <w:t>────────────────────────────────────────────────────────────</w:t>
      </w:r>
    </w:p>
    <w:p>
      <w:pPr>
        <w:pStyle w:val="Heading2"/>
      </w:pPr>
      <w:r>
        <w:t>3.3.8 Seguridad e higiene</w:t>
      </w:r>
    </w:p>
    <w:p>
      <w:pPr>
        <w:pStyle w:val="Heading3"/>
      </w:pPr>
      <w:r>
        <w:t>EPI y riesgo de aerosoles</w:t>
      </w:r>
    </w:p>
    <w:p>
      <w:r>
        <w:t>**EPI necesario:**</w:t>
      </w:r>
    </w:p>
    <w:p>
      <w:pPr>
        <w:pStyle w:val="ListBullet"/>
      </w:pPr>
      <w:r>
        <w:t>Guantes siempre.</w:t>
      </w:r>
    </w:p>
    <w:p>
      <w:pPr>
        <w:pStyle w:val="ListBullet"/>
      </w:pPr>
      <w:r>
        <w:t>Protección ocular si hay riesgo de aerosoles o salpicaduras.</w:t>
      </w:r>
    </w:p>
    <w:p>
      <w:pPr>
        <w:pStyle w:val="ListBullet"/>
      </w:pPr>
      <w:r>
        <w:t>Mascarilla si hay riesgo de aerosoles.</w:t>
      </w:r>
    </w:p>
    <w:p>
      <w:pPr>
        <w:pStyle w:val="ListBullet"/>
      </w:pPr>
      <w:r>
        <w:t>Protección facial completa si riesgo es alto.</w:t>
      </w:r>
    </w:p>
    <w:p>
      <w:r>
        <w:t>**Consideraciones:**</w:t>
      </w:r>
    </w:p>
    <w:p>
      <w:pPr>
        <w:pStyle w:val="ListBullet"/>
      </w:pPr>
      <w:r>
        <w:t>Evaluar riesgo antes de ventilar.</w:t>
      </w:r>
    </w:p>
    <w:p>
      <w:pPr>
        <w:pStyle w:val="ListBullet"/>
      </w:pPr>
      <w:r>
        <w:t>Usar EPI adecuado según riesgo.</w:t>
      </w:r>
    </w:p>
    <w:p>
      <w:pPr>
        <w:pStyle w:val="ListBullet"/>
      </w:pPr>
      <w:r>
        <w:t>No omitir EPI por prisa.</w:t>
      </w:r>
    </w:p>
    <w:p>
      <w:r>
        <w:t>────────────────────────────────────────────────────────────</w:t>
      </w:r>
    </w:p>
    <w:p>
      <w:pPr>
        <w:pStyle w:val="Heading3"/>
      </w:pPr>
      <w:r>
        <w:t>Filtros si procede</w:t>
      </w:r>
    </w:p>
    <w:p>
      <w:r>
        <w:t>**Filtros:**</w:t>
      </w:r>
    </w:p>
    <w:p>
      <w:pPr>
        <w:pStyle w:val="ListBullet"/>
      </w:pPr>
      <w:r>
        <w:t>Usar filtros si BVM los lleva.</w:t>
      </w:r>
    </w:p>
    <w:p>
      <w:pPr>
        <w:pStyle w:val="ListBullet"/>
      </w:pPr>
      <w:r>
        <w:t>Protegen BVM de contaminación.</w:t>
      </w:r>
    </w:p>
    <w:p>
      <w:pPr>
        <w:pStyle w:val="ListBullet"/>
      </w:pPr>
      <w:r>
        <w:t>Previenen paso de partículas.</w:t>
      </w:r>
    </w:p>
    <w:p>
      <w:pPr>
        <w:pStyle w:val="ListBullet"/>
      </w:pPr>
      <w:r>
        <w:t>Cambiar si se obstruyen o según protocolo.</w:t>
      </w:r>
    </w:p>
    <w:p>
      <w:r>
        <w:t>**Verificación:**</w:t>
      </w:r>
    </w:p>
    <w:p>
      <w:pPr>
        <w:pStyle w:val="ListBullet"/>
      </w:pPr>
      <w:r>
        <w:t>Verificar que filtros están correctamente instalados.</w:t>
      </w:r>
    </w:p>
    <w:p>
      <w:pPr>
        <w:pStyle w:val="ListBullet"/>
      </w:pPr>
      <w:r>
        <w:t>Verificar que filtros no están obstruidos.</w:t>
      </w:r>
    </w:p>
    <w:p>
      <w:pPr>
        <w:pStyle w:val="ListBullet"/>
      </w:pPr>
      <w:r>
        <w:t>Cambiar si es necesario.</w:t>
      </w:r>
    </w:p>
    <w:p>
      <w:r>
        <w:t>────────────────────────────────────────────────────────────</w:t>
      </w:r>
    </w:p>
    <w:p>
      <w:pPr>
        <w:pStyle w:val="Heading3"/>
      </w:pPr>
      <w:r>
        <w:t>Descontaminación y gestión de material</w:t>
      </w:r>
    </w:p>
    <w:p>
      <w:r>
        <w:t>**Material reutilizable:**</w:t>
      </w:r>
    </w:p>
    <w:p>
      <w:pPr>
        <w:pStyle w:val="ListBullet"/>
      </w:pPr>
      <w:r>
        <w:t>Limpiar/desinfectar según protocolo del servicio.</w:t>
      </w:r>
    </w:p>
    <w:p>
      <w:pPr>
        <w:pStyle w:val="ListBullet"/>
      </w:pPr>
      <w:r>
        <w:t>Verificar que limpieza/desinfección es adecuada.</w:t>
      </w:r>
    </w:p>
    <w:p>
      <w:pPr>
        <w:pStyle w:val="ListBullet"/>
      </w:pPr>
      <w:r>
        <w:t>Almacenar correctamente después de limpieza.</w:t>
      </w:r>
    </w:p>
    <w:p>
      <w:r>
        <w:t>**Material monouso:**</w:t>
      </w:r>
    </w:p>
    <w:p>
      <w:pPr>
        <w:pStyle w:val="ListBullet"/>
      </w:pPr>
      <w:r>
        <w:t>Usar una vez y desechar.</w:t>
      </w:r>
    </w:p>
    <w:p>
      <w:pPr>
        <w:pStyle w:val="ListBullet"/>
      </w:pPr>
      <w:r>
        <w:t>Gestionar según protocolo de residuos.</w:t>
      </w:r>
    </w:p>
    <w:p>
      <w:pPr>
        <w:pStyle w:val="ListBullet"/>
      </w:pPr>
      <w:r>
        <w:t>No reutilizar material monouso.</w:t>
      </w:r>
    </w:p>
    <w:p>
      <w:r>
        <w:t>**Consideraciones:**</w:t>
      </w:r>
    </w:p>
    <w:p>
      <w:pPr>
        <w:pStyle w:val="ListBullet"/>
      </w:pPr>
      <w:r>
        <w:t>Seguir protocolo del servicio.</w:t>
      </w:r>
    </w:p>
    <w:p>
      <w:pPr>
        <w:pStyle w:val="ListBullet"/>
      </w:pPr>
      <w:r>
        <w:t>No citar marcas específicas de productos.</w:t>
      </w:r>
    </w:p>
    <w:p>
      <w:pPr>
        <w:pStyle w:val="ListBullet"/>
      </w:pPr>
      <w:r>
        <w:t>Verificar que material está limpio antes de usar.</w:t>
      </w:r>
    </w:p>
    <w:p>
      <w:r>
        <w:t>────────────────────────────────────────────────────────────</w:t>
      </w:r>
    </w:p>
    <w:p>
      <w:pPr>
        <w:pStyle w:val="Heading2"/>
      </w:pPr>
      <w:r>
        <w:t>3.3.9 Errores críticos y señales de alarma</w:t>
      </w:r>
    </w:p>
    <w:p>
      <w:pPr>
        <w:pStyle w:val="Heading3"/>
      </w:pPr>
      <w:r>
        <w:t>Errores críticos</w:t>
      </w:r>
    </w:p>
    <w:p>
      <w:r>
        <w:t>**Error 1: Ventilar sin sello**</w:t>
      </w:r>
    </w:p>
    <w:p>
      <w:pPr>
        <w:pStyle w:val="ListBullet"/>
      </w:pPr>
      <w:r>
        <w:t>❌ Ventilar sin hacer sello adecuado con mascarilla.</w:t>
      </w:r>
    </w:p>
    <w:p>
      <w:pPr>
        <w:pStyle w:val="ListBullet"/>
      </w:pPr>
      <w:r>
        <w:t>**Consecuencia:** Ventilación inefectiva, desperdicio de oxígeno, empeora control del paciente.</w:t>
      </w:r>
    </w:p>
    <w:p>
      <w:pPr>
        <w:pStyle w:val="ListBullet"/>
      </w:pPr>
      <w:r>
        <w:t>**Prevención:** Priorizar sello, verificar que no hay fugas, mejorar técnica de agarre.</w:t>
      </w:r>
    </w:p>
    <w:p>
      <w:r>
        <w:t>**Error 2: Ventilar demasiado fuerte/rápido**</w:t>
      </w:r>
    </w:p>
    <w:p>
      <w:pPr>
        <w:pStyle w:val="ListBullet"/>
      </w:pPr>
      <w:r>
        <w:t>❌ Ventilar con volumen excesivo o ritmo excesivo.</w:t>
      </w:r>
    </w:p>
    <w:p>
      <w:pPr>
        <w:pStyle w:val="ListBullet"/>
      </w:pPr>
      <w:r>
        <w:t>**Consecuencia:** Insuflación gástrica, riesgo de lesión, ventilación inadecuada.</w:t>
      </w:r>
    </w:p>
    <w:p>
      <w:pPr>
        <w:pStyle w:val="ListBullet"/>
      </w:pPr>
      <w:r>
        <w:t>**Prevención:** Ventilación suave y controlada, observar expansión torácica, no forzar.</w:t>
      </w:r>
    </w:p>
    <w:p>
      <w:r>
        <w:t>**Error 3: No tener aspiración lista en paciente con secreciones**</w:t>
      </w:r>
    </w:p>
    <w:p>
      <w:pPr>
        <w:pStyle w:val="ListBullet"/>
      </w:pPr>
      <w:r>
        <w:t>❌ Ventilar sin tener aspiración preparada cuando hay secreciones.</w:t>
      </w:r>
    </w:p>
    <w:p>
      <w:pPr>
        <w:pStyle w:val="ListBullet"/>
      </w:pPr>
      <w:r>
        <w:t>**Consecuencia:** No poder aspirar cuando es necesario, obstrucción de vía aérea.</w:t>
      </w:r>
    </w:p>
    <w:p>
      <w:pPr>
        <w:pStyle w:val="ListBullet"/>
      </w:pPr>
      <w:r>
        <w:t>**Prevención:** Preparar aspiración en paralelo, tener lista para usar.</w:t>
      </w:r>
    </w:p>
    <w:p>
      <w:r>
        <w:t>**Error 4: Desconexiones durante traslado**</w:t>
      </w:r>
    </w:p>
    <w:p>
      <w:pPr>
        <w:pStyle w:val="ListBullet"/>
      </w:pPr>
      <w:r>
        <w:t>❌ No fijar conexiones, no gestionar tubuladuras.</w:t>
      </w:r>
    </w:p>
    <w:p>
      <w:pPr>
        <w:pStyle w:val="ListBullet"/>
      </w:pPr>
      <w:r>
        <w:t>**Consecuencia:** Desconexión durante traslado, interrupción de ventilación.</w:t>
      </w:r>
    </w:p>
    <w:p>
      <w:pPr>
        <w:pStyle w:val="ListBullet"/>
      </w:pPr>
      <w:r>
        <w:t>**Prevención:** Fijar conexiones, gestionar tubuladuras, re-verificar después de movimientos.</w:t>
      </w:r>
    </w:p>
    <w:p>
      <w:r>
        <w:t>**Error 5: No reevaluar tras transferencias**</w:t>
      </w:r>
    </w:p>
    <w:p>
      <w:pPr>
        <w:pStyle w:val="ListBullet"/>
      </w:pPr>
      <w:r>
        <w:t>❌ No re-verificar que BVM funciona después de transferencias.</w:t>
      </w:r>
    </w:p>
    <w:p>
      <w:pPr>
        <w:pStyle w:val="ListBullet"/>
      </w:pPr>
      <w:r>
        <w:t>**Consecuencia:** Problemas no detectados, ventilación inadecuada.</w:t>
      </w:r>
    </w:p>
    <w:p>
      <w:pPr>
        <w:pStyle w:val="ListBullet"/>
      </w:pPr>
      <w:r>
        <w:t>**Prevención:** Re-verificar después de cada transferencia, ajustar si es necesario.</w:t>
      </w:r>
    </w:p>
    <w:p>
      <w:r>
        <w:t>────────────────────────────────────────────────────────────</w:t>
      </w:r>
    </w:p>
    <w:p>
      <w:pPr>
        <w:pStyle w:val="Heading3"/>
      </w:pPr>
      <w:r>
        <w:t>Señales de alarma (cuándo parar y reevaluar)</w:t>
      </w:r>
    </w:p>
    <w:p>
      <w:r>
        <w:t>**Señal de alarma 1: No hay expansión torácica**</w:t>
      </w:r>
    </w:p>
    <w:p>
      <w:pPr>
        <w:pStyle w:val="ListBullet"/>
      </w:pPr>
      <w:r>
        <w:t>**Acción:** Parar, verificar sello, verificar vía aérea, verificar válvula, ajustar.</w:t>
      </w:r>
    </w:p>
    <w:p>
      <w:pPr>
        <w:pStyle w:val="ListBullet"/>
      </w:pPr>
      <w:r>
        <w:t>**Si persiste:** Re-evaluar sistema, considerar alternativas, comunicar al médico.</w:t>
      </w:r>
    </w:p>
    <w:p>
      <w:r>
        <w:t>**Señal de alarma 2: Fugas importantes**</w:t>
      </w:r>
    </w:p>
    <w:p>
      <w:pPr>
        <w:pStyle w:val="ListBullet"/>
      </w:pPr>
      <w:r>
        <w:t>**Acción:** Parar, mejorar sello, verificar conexiones, ajustar.</w:t>
      </w:r>
    </w:p>
    <w:p>
      <w:pPr>
        <w:pStyle w:val="ListBullet"/>
      </w:pPr>
      <w:r>
        <w:t>**Si persiste:** Cambiar componente o re-evaluar técnica.</w:t>
      </w:r>
    </w:p>
    <w:p>
      <w:r>
        <w:t>**Señal de alarma 3: Insuflación gástrica visible**</w:t>
      </w:r>
    </w:p>
    <w:p>
      <w:pPr>
        <w:pStyle w:val="ListBullet"/>
      </w:pPr>
      <w:r>
        <w:t>**Acción:** Parar, reducir fuerza/velocidad de ventilación, evaluar vía aérea.</w:t>
      </w:r>
    </w:p>
    <w:p>
      <w:pPr>
        <w:pStyle w:val="ListBullet"/>
      </w:pPr>
      <w:r>
        <w:t>**Si persiste:** Comunicar al médico, considerar alternativas.</w:t>
      </w:r>
    </w:p>
    <w:p>
      <w:r>
        <w:t>**Señal de alarma 4: Resistencia a la ventilación**</w:t>
      </w:r>
    </w:p>
    <w:p>
      <w:pPr>
        <w:pStyle w:val="ListBullet"/>
      </w:pPr>
      <w:r>
        <w:t>**Acción:** Parar, evaluar vía aérea, aspirar si es necesario, re-posicionar.</w:t>
      </w:r>
    </w:p>
    <w:p>
      <w:pPr>
        <w:pStyle w:val="ListBullet"/>
      </w:pPr>
      <w:r>
        <w:t>**Si persiste:** Comunicar al médico, considerar alternativas.</w:t>
      </w:r>
    </w:p>
    <w:p>
      <w:r>
        <w:t>**Señal de alarma 5: Desconexión durante traslado**</w:t>
      </w:r>
    </w:p>
    <w:p>
      <w:pPr>
        <w:pStyle w:val="ListBullet"/>
      </w:pPr>
      <w:r>
        <w:t>**Acción:** Parar, re-conectar inmediatamente, verificar que funciona, fijar conexiones.</w:t>
      </w:r>
    </w:p>
    <w:p>
      <w:pPr>
        <w:pStyle w:val="ListBullet"/>
      </w:pPr>
      <w:r>
        <w:t>**Prevención:** Fijar conexiones, gestionar tubuladuras, re-verificar después de movimientos.</w:t>
      </w:r>
    </w:p>
    <w:p>
      <w:r>
        <w:t>**Principio:**</w:t>
      </w:r>
    </w:p>
    <w:p>
      <w:pPr>
        <w:pStyle w:val="ListBullet"/>
      </w:pPr>
      <w:r>
        <w:t>**Si hay señal de alarma: PARAR, RE-EVALUAR, AJUSTAR, COMUNICAR.**</w:t>
      </w:r>
    </w:p>
    <w:p>
      <w:pPr>
        <w:pStyle w:val="ListBullet"/>
      </w:pPr>
      <w:r>
        <w:t>**No continuar si hay riesgo para paciente o ventilación es inefectiva.**</w:t>
      </w:r>
    </w:p>
    <w:p>
      <w:r>
        <w:t>────────────────────────────────────────────────────────────</w:t>
      </w:r>
    </w:p>
    <w:p>
      <w:pPr>
        <w:pStyle w:val="Heading2"/>
      </w:pPr>
      <w:r>
        <w:t>3.3.10 Puntos clave TES</w:t>
      </w:r>
    </w:p>
    <w:p>
      <w:pPr>
        <w:pStyle w:val="ListBullet"/>
      </w:pPr>
      <w:r>
        <w:t>**Prioridad absoluta: sello adecuado** (mascarilla debe hacer sello sin fugas, verificar continuamente).</w:t>
      </w:r>
    </w:p>
    <w:p>
      <w:pPr>
        <w:pStyle w:val="ListBullet"/>
      </w:pPr>
      <w:r>
        <w:t>**Mejor práctica: dos TES** (uno sella, otro ventila) siempre que sea posible.</w:t>
      </w:r>
    </w:p>
    <w:p>
      <w:pPr>
        <w:pStyle w:val="ListBullet"/>
      </w:pPr>
      <w:r>
        <w:t>**Ventilación controlada** (suave y controlada, evitar exceso de volumen/velocidad, observar expansión torácica).</w:t>
      </w:r>
    </w:p>
    <w:p>
      <w:pPr>
        <w:pStyle w:val="ListBullet"/>
      </w:pPr>
      <w:r>
        <w:t>**Reevaluación continua** (expansión torácica visible, fugas, tolerancia, ajustar si es necesario).</w:t>
      </w:r>
    </w:p>
    <w:p>
      <w:pPr>
        <w:pStyle w:val="ListBullet"/>
      </w:pPr>
      <w:r>
        <w:t>**Preparar aspiración en paralelo** (tener aspiración lista cuando hay secreciones, coordinar si es necesario).</w:t>
      </w:r>
    </w:p>
    <w:p>
      <w:pPr>
        <w:pStyle w:val="ListBullet"/>
      </w:pPr>
      <w:r>
        <w:t>**Con reservorio: flujo mínimo 10-15 L/min** (reservorio debe llenarse y mantenerse inflado, alto consumo).</w:t>
      </w:r>
    </w:p>
    <w:p>
      <w:pPr>
        <w:pStyle w:val="ListBullet"/>
      </w:pPr>
      <w:r>
        <w:t>**Sin reservorio: menor consumo pero menor FiO2** (seleccionar según necesidad y disponibilidad de oxígeno).</w:t>
      </w:r>
    </w:p>
    <w:p>
      <w:pPr>
        <w:pStyle w:val="ListBullet"/>
      </w:pPr>
      <w:r>
        <w:t>**Gestionar tubuladuras durante traslado** (organizar para no engancharse, fijar si es necesario, re-verificar después de movimientos).</w:t>
      </w:r>
    </w:p>
    <w:p>
      <w:pPr>
        <w:pStyle w:val="ListBullet"/>
      </w:pPr>
      <w:r>
        <w:t>**Pediatría: adaptar técnica** (talla adecuada, sello más delicado, ventilación más suave, control de fuerza).</w:t>
      </w:r>
    </w:p>
    <w:p>
      <w:pPr>
        <w:pStyle w:val="ListBullet"/>
      </w:pPr>
      <w:r>
        <w:t>**Re-verificar después de transferencias** (BVM funciona, conexiones seguras, sello adecuado, ajustar si es necesario).</w:t>
      </w:r>
    </w:p>
    <w:p>
      <w:pPr>
        <w:pStyle w:val="ListBullet"/>
      </w:pPr>
      <w:r>
        <w:t>**NUNCA ventilar sin sello** (ventilación inefectiva, desperdicio de oxígeno, empeora control).</w:t>
      </w:r>
    </w:p>
    <w:p>
      <w:pPr>
        <w:pStyle w:val="ListBullet"/>
      </w:pPr>
      <w:r>
        <w:t>**Un TES lesionado detiene la asistencia:** aplicar ergonomía (postura correcta, pedir ayuda si es necesario, evitar fatiga).</w:t>
      </w:r>
    </w:p>
    <w:p>
      <w:r>
        <w:t>────────────────────────────────────────────────────────────</w:t>
      </w:r>
    </w:p>
    <w:p>
      <w:pPr>
        <w:pStyle w:val="Heading2"/>
      </w:pPr>
      <w:r>
        <w:t>3.3.11 Cierre del capítulo</w:t>
      </w:r>
    </w:p>
    <w:p>
      <w:r>
        <w:t>Este capítulo se integra con:</w:t>
      </w:r>
    </w:p>
    <w:p>
      <w:pPr>
        <w:pStyle w:val="ListBullet"/>
      </w:pPr>
      <w:r>
        <w:t>**3.0 – Oxigenoterapia: Fundamentos Operativos y Seguridad TES** (conexión a oxígeno, cálculo de consumo)</w:t>
      </w:r>
    </w:p>
    <w:p>
      <w:pPr>
        <w:pStyle w:val="ListBullet"/>
      </w:pPr>
      <w:r>
        <w:t>**3.1 – Dispositivos de Oxigenoterapia: Uso Operativo por Dispositivo** (integración con dispositivos de oxígeno)</w:t>
      </w:r>
    </w:p>
    <w:p>
      <w:pPr>
        <w:pStyle w:val="ListBullet"/>
      </w:pPr>
      <w:r>
        <w:t>**3.2 – Aspiración: Material y Uso Seguro** (integración con aspiración durante ventilación)</w:t>
      </w:r>
    </w:p>
    <w:p>
      <w:r>
        <w:t>**Próximos capítulos del Bloque 3:**</w:t>
      </w:r>
    </w:p>
    <w:p>
      <w:pPr>
        <w:pStyle w:val="ListBullet"/>
      </w:pPr>
      <w:r>
        <w:t>**3.4 – Cánulas (OPA/NPA): Uso Seguro Operativo** (integración con cánulas para mantener vía aérea)</w:t>
      </w:r>
    </w:p>
    <w:p>
      <w:pPr>
        <w:pStyle w:val="ListBullet"/>
      </w:pPr>
      <w:r>
        <w:t>**3.5 – Maletín de Vía Aérea y Oxigenoterapia: Organización y Chequeo Operativo** (verificación de BVM)</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El **sello adecuado es prioridad absoluta** (sin sello no hay ventilación efectiva)</w:t>
      </w:r>
    </w:p>
    <w:p>
      <w:pPr>
        <w:pStyle w:val="ListBullet"/>
      </w:pPr>
      <w:r>
        <w:t>**Mejor práctica: dos TES** (uno sella, otro ventila) siempre que sea posible</w:t>
      </w:r>
    </w:p>
    <w:p>
      <w:pPr>
        <w:pStyle w:val="ListBullet"/>
      </w:pPr>
      <w:r>
        <w:t>**Ventilación controlada** (suave y controlada, observar expansión torácica)</w:t>
      </w:r>
    </w:p>
    <w:p>
      <w:pPr>
        <w:pStyle w:val="ListBullet"/>
      </w:pPr>
      <w:r>
        <w:t>**Preparar aspiración en paralelo** cuando hay secreciones</w:t>
      </w:r>
    </w:p>
    <w:p>
      <w:pPr>
        <w:pStyle w:val="ListBullet"/>
      </w:pPr>
      <w:r>
        <w:t>**Re-verificar después de transferencias** (BVM funciona, conexiones seguras)</w:t>
      </w:r>
    </w:p>
    <w:p>
      <w:r>
        <w:t>**Principios No Negociables:**</w:t>
      </w:r>
    </w:p>
    <w:p>
      <w:pPr>
        <w:pStyle w:val="ListBullet"/>
      </w:pPr>
      <w:r>
        <w:t>**NUNCA ventilar** sin sello adecuado</w:t>
      </w:r>
    </w:p>
    <w:p>
      <w:pPr>
        <w:pStyle w:val="ListBullet"/>
      </w:pPr>
      <w:r>
        <w:t>**NUNCA ventilar** demasiado fuerte/rápido</w:t>
      </w:r>
    </w:p>
    <w:p>
      <w:pPr>
        <w:pStyle w:val="ListBullet"/>
      </w:pPr>
      <w:r>
        <w:t>**NUNCA usar** BVM sin verificar que funciona</w:t>
      </w:r>
    </w:p>
    <w:p>
      <w:pPr>
        <w:pStyle w:val="ListBullet"/>
      </w:pPr>
      <w:r>
        <w:t>**SIEMPRE priorizar** sello sobre velocidad</w:t>
      </w:r>
    </w:p>
    <w:p>
      <w:pPr>
        <w:pStyle w:val="ListBullet"/>
      </w:pPr>
      <w:r>
        <w:t>**SIEMPRE re-verificar** después de transferencias</w:t>
      </w:r>
    </w:p>
    <w:p>
      <w:pPr>
        <w:pStyle w:val="ListBullet"/>
      </w:pPr>
      <w:r>
        <w:t>**SIEMPRE preparar** aspiración cuando hay secreciones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3.4 – Cánulas (OPA/NPA): uso seguro operativo (TES)</w:t>
      </w:r>
    </w:p>
    <w:p>
      <w:pPr>
        <w:pStyle w:val="Heading1"/>
      </w:pPr>
      <w:r>
        <w:t>3.4 – Cánulas (OPA/NPA): uso seguro operativo (TES)</w:t>
      </w:r>
    </w:p>
    <w:p>
      <w:pPr>
        <w:pStyle w:val="Heading2"/>
      </w:pPr>
      <w:r>
        <w:t>Manual TES Digital – Mantenimiento de vía aérea básica</w:t>
      </w:r>
    </w:p>
    <w:p>
      <w:r>
        <w:t>**Versión:** 1.0</w:t>
      </w:r>
    </w:p>
    <w:p>
      <w:r>
        <w:t>**Fecha:** 2024-12-13</w:t>
      </w:r>
    </w:p>
    <w:p>
      <w:r>
        <w:t>**Tipo:** Bloque Operativo - Procedimiento TES</w:t>
      </w:r>
    </w:p>
    <w:p>
      <w:r>
        <w:t>────────────────────────────────────────────────────────────</w:t>
      </w:r>
    </w:p>
    <w:p>
      <w:pPr>
        <w:pStyle w:val="Heading2"/>
      </w:pPr>
      <w:r>
        <w:t>3.4.1 Objetivo operativo</w:t>
      </w:r>
    </w:p>
    <w:p>
      <w:r>
        <w:t>Mantener la vía aérea permeable en el entorno prehospitalario usando cánulas básicas de forma **segura, rápida y con técnica correcta**, integrándolas con **BVM (3.3), aspiración (3.2) y oxígeno (3.0–3.1)**.</w:t>
      </w:r>
    </w:p>
    <w:p>
      <w:r>
        <w:t>Este capítulo se centra en **selección de talla, colocación, verificación, tolerancia y errores**, no en técnicas avanzadas de vía aérea.</w:t>
      </w:r>
    </w:p>
    <w:p>
      <w:r>
        <w:t>────────────────────────────────────────────────────────────</w:t>
      </w:r>
    </w:p>
    <w:p>
      <w:pPr>
        <w:pStyle w:val="Heading2"/>
      </w:pPr>
      <w:r>
        <w:t>3.4.2 Alcance y límites</w:t>
      </w:r>
    </w:p>
    <w:p>
      <w:pPr>
        <w:pStyle w:val="Heading3"/>
      </w:pPr>
      <w:r>
        <w:t>Alcance del capítulo</w:t>
      </w:r>
    </w:p>
    <w:p>
      <w:r>
        <w:t>Este capítulo cubre:</w:t>
      </w:r>
    </w:p>
    <w:p>
      <w:pPr>
        <w:pStyle w:val="ListBullet"/>
      </w:pPr>
      <w:r>
        <w:t>**Cánula orofaríngea (OPA/Guedel):** selección, colocación, verificación, retirada.</w:t>
      </w:r>
    </w:p>
    <w:p>
      <w:pPr>
        <w:pStyle w:val="ListBullet"/>
      </w:pPr>
      <w:r>
        <w:t>**Cánula nasofaríngea (NPA):** selección, lubricación, colocación, verificación, retirada.</w:t>
      </w:r>
    </w:p>
    <w:p>
      <w:pPr>
        <w:pStyle w:val="ListBullet"/>
      </w:pPr>
      <w:r>
        <w:t>**Integración** con otras técnicas (BVM, aspiración, oxígeno).</w:t>
      </w:r>
    </w:p>
    <w:p>
      <w:pPr>
        <w:pStyle w:val="ListBullet"/>
      </w:pPr>
      <w:r>
        <w:t>**Errores frecuentes** y resolución.</w:t>
      </w:r>
    </w:p>
    <w:p>
      <w:pPr>
        <w:pStyle w:val="Heading3"/>
      </w:pPr>
      <w:r>
        <w:t>Límites del capítulo</w:t>
      </w:r>
    </w:p>
    <w:p>
      <w:r>
        <w:t>**Este capítulo NO cubre:**</w:t>
      </w:r>
    </w:p>
    <w:p>
      <w:pPr>
        <w:pStyle w:val="ListBullet"/>
      </w:pPr>
      <w:r>
        <w:t>Técnicas avanzadas de vía aérea.</w:t>
      </w:r>
    </w:p>
    <w:p>
      <w:pPr>
        <w:pStyle w:val="ListBullet"/>
      </w:pPr>
      <w:r>
        <w:t>Intubación endotraqueal.</w:t>
      </w:r>
    </w:p>
    <w:p>
      <w:pPr>
        <w:pStyle w:val="ListBullet"/>
      </w:pPr>
      <w:r>
        <w:t>Técnicas quirúrgicas de vía aérea.</w:t>
      </w:r>
    </w:p>
    <w:p>
      <w:pPr>
        <w:pStyle w:val="ListBullet"/>
      </w:pPr>
      <w:r>
        <w:t>Indicaciones clínicas avanzadas (criterio médico).</w:t>
      </w:r>
    </w:p>
    <w:p>
      <w:r>
        <w:t>**Este capítulo SÍ cubre:**</w:t>
      </w:r>
    </w:p>
    <w:p>
      <w:pPr>
        <w:pStyle w:val="ListBullet"/>
      </w:pPr>
      <w:r>
        <w:t>Técnica básica de colocación de cánulas.</w:t>
      </w:r>
    </w:p>
    <w:p>
      <w:pPr>
        <w:pStyle w:val="ListBullet"/>
      </w:pPr>
      <w:r>
        <w:t>Selección de talla y verificación.</w:t>
      </w:r>
    </w:p>
    <w:p>
      <w:pPr>
        <w:pStyle w:val="ListBullet"/>
      </w:pPr>
      <w:r>
        <w:t>Integración con otras técnicas operativas.</w:t>
      </w:r>
    </w:p>
    <w:p>
      <w:r>
        <w:t>────────────────────────────────────────────────────────────</w:t>
      </w:r>
    </w:p>
    <w:p>
      <w:pPr>
        <w:pStyle w:val="Heading2"/>
      </w:pPr>
      <w:r>
        <w:t>3.4.3 Principios TES antes de colocar</w:t>
      </w:r>
    </w:p>
    <w:p>
      <w:pPr>
        <w:pStyle w:val="Heading3"/>
      </w:pPr>
      <w:r>
        <w:t>Principios fundamentales</w:t>
      </w:r>
    </w:p>
    <w:p>
      <w:r>
        <w:t>**1. Preparar material antes de necesitarlo**</w:t>
      </w:r>
    </w:p>
    <w:p>
      <w:pPr>
        <w:pStyle w:val="ListBullet"/>
      </w:pPr>
      <w:r>
        <w:t>Tener tallas disponibles a mano.</w:t>
      </w:r>
    </w:p>
    <w:p>
      <w:pPr>
        <w:pStyle w:val="ListBullet"/>
      </w:pPr>
      <w:r>
        <w:t>Verificar que cánulas están en buen estado.</w:t>
      </w:r>
    </w:p>
    <w:p>
      <w:pPr>
        <w:pStyle w:val="ListBullet"/>
      </w:pPr>
      <w:r>
        <w:t>Preparar material adicional si es necesario (lubricante para NPA).</w:t>
      </w:r>
    </w:p>
    <w:p>
      <w:r>
        <w:t>**2. Priorizar aspiración si hay secreciones**</w:t>
      </w:r>
    </w:p>
    <w:p>
      <w:pPr>
        <w:pStyle w:val="ListBullet"/>
      </w:pPr>
      <w:r>
        <w:t>Si hay secreciones: aspirar primero (ver 3.2).</w:t>
      </w:r>
    </w:p>
    <w:p>
      <w:pPr>
        <w:pStyle w:val="ListBullet"/>
      </w:pPr>
      <w:r>
        <w:t>Luego colocar cánula si es necesario.</w:t>
      </w:r>
    </w:p>
    <w:p>
      <w:pPr>
        <w:pStyle w:val="ListBullet"/>
      </w:pPr>
      <w:r>
        <w:t>No colocar cánula sobre secreciones sin aspirar.</w:t>
      </w:r>
    </w:p>
    <w:p>
      <w:r>
        <w:t>**3. Mantener control del paciente y coordinación del equipo**</w:t>
      </w:r>
    </w:p>
    <w:p>
      <w:pPr>
        <w:pStyle w:val="ListBullet"/>
      </w:pPr>
      <w:r>
        <w:t>Controlar paciente durante colocación.</w:t>
      </w:r>
    </w:p>
    <w:p>
      <w:pPr>
        <w:pStyle w:val="ListBullet"/>
      </w:pPr>
      <w:r>
        <w:t>Coordinar con el equipo si hay múltiples intervinientes.</w:t>
      </w:r>
    </w:p>
    <w:p>
      <w:pPr>
        <w:pStyle w:val="ListBullet"/>
      </w:pPr>
      <w:r>
        <w:t>Comunicar claramente.</w:t>
      </w:r>
    </w:p>
    <w:p>
      <w:r>
        <w:t>**4. Higiene/EPI si riesgo de secreciones**</w:t>
      </w:r>
    </w:p>
    <w:p>
      <w:pPr>
        <w:pStyle w:val="ListBullet"/>
      </w:pPr>
      <w:r>
        <w:t>Usar EPI adecuado (guantes, protección ocular si hay riesgo de salpicaduras).</w:t>
      </w:r>
    </w:p>
    <w:p>
      <w:pPr>
        <w:pStyle w:val="ListBullet"/>
      </w:pPr>
      <w:r>
        <w:t>Gestionar material usado correctamente.</w:t>
      </w:r>
    </w:p>
    <w:p>
      <w:pPr>
        <w:pStyle w:val="ListBullet"/>
      </w:pPr>
      <w:r>
        <w:t>Prevenir contaminación cruzada.</w:t>
      </w:r>
    </w:p>
    <w:p>
      <w:r>
        <w:t>────────────────────────────────────────────────────────────</w:t>
      </w:r>
    </w:p>
    <w:p>
      <w:pPr>
        <w:pStyle w:val="Heading2"/>
      </w:pPr>
      <w:r>
        <w:t>3.4.4 Cánula orofaríngea (OPA/Guedel)</w:t>
      </w:r>
    </w:p>
    <w:p>
      <w:pPr>
        <w:pStyle w:val="Heading3"/>
      </w:pPr>
      <w:r>
        <w:t>3.4.4.1 Indicaciones operativas</w:t>
      </w:r>
    </w:p>
    <w:p>
      <w:r>
        <w:t>**Paciente con disminución de consciencia que no protege bien la vía aérea:**</w:t>
      </w:r>
    </w:p>
    <w:p>
      <w:pPr>
        <w:pStyle w:val="ListBullet"/>
      </w:pPr>
      <w:r>
        <w:t>Paciente inconsciente o con disminución del nivel de consciencia.</w:t>
      </w:r>
    </w:p>
    <w:p>
      <w:pPr>
        <w:pStyle w:val="ListBullet"/>
      </w:pPr>
      <w:r>
        <w:t>Obstrucción de vía aérea por lengua.</w:t>
      </w:r>
    </w:p>
    <w:p>
      <w:pPr>
        <w:pStyle w:val="ListBullet"/>
      </w:pPr>
      <w:r>
        <w:t>Necesidad de facilitar ventilación con BVM.</w:t>
      </w:r>
    </w:p>
    <w:p>
      <w:pPr>
        <w:pStyle w:val="ListBullet"/>
      </w:pPr>
      <w:r>
        <w:t>Reducir obstrucción por lengua durante ventilación.</w:t>
      </w:r>
    </w:p>
    <w:p>
      <w:r>
        <w:t>**En términos operativos:**</w:t>
      </w:r>
    </w:p>
    <w:p>
      <w:pPr>
        <w:pStyle w:val="ListBullet"/>
      </w:pPr>
      <w:r>
        <w:t>Paciente que no mantiene vía aérea permeable espontáneamente.</w:t>
      </w:r>
    </w:p>
    <w:p>
      <w:pPr>
        <w:pStyle w:val="ListBullet"/>
      </w:pPr>
      <w:r>
        <w:t>Necesidad de mantener vía aérea para ventilación con BVM.</w:t>
      </w:r>
    </w:p>
    <w:p>
      <w:pPr>
        <w:pStyle w:val="ListBullet"/>
      </w:pPr>
      <w:r>
        <w:t>Facilitar ventilación cuando hay obstrucción por lengua.</w:t>
      </w:r>
    </w:p>
    <w:p>
      <w:r>
        <w:t>────────────────────────────────────────────────────────────</w:t>
      </w:r>
    </w:p>
    <w:p>
      <w:pPr>
        <w:pStyle w:val="Heading3"/>
      </w:pPr>
      <w:r>
        <w:t>3.4.4.2 Contraindicaciones/limitaciones</w:t>
      </w:r>
    </w:p>
    <w:p>
      <w:r>
        <w:t>**Paciente consciente o con reflejo nauseoso activo/intolerancia:**</w:t>
      </w:r>
    </w:p>
    <w:p>
      <w:pPr>
        <w:pStyle w:val="ListBullet"/>
      </w:pPr>
      <w:r>
        <w:t>Paciente consciente puede no tolerar cánula.</w:t>
      </w:r>
    </w:p>
    <w:p>
      <w:pPr>
        <w:pStyle w:val="ListBullet"/>
      </w:pPr>
      <w:r>
        <w:t>Reflejo nauseoso activo puede causar vómito.</w:t>
      </w:r>
    </w:p>
    <w:p>
      <w:pPr>
        <w:pStyle w:val="ListBullet"/>
      </w:pPr>
      <w:r>
        <w:t>Intolerancia puede agravar situación.</w:t>
      </w:r>
    </w:p>
    <w:p>
      <w:r>
        <w:t>**Trismus o imposibilidad de apertura oral adecuada:**</w:t>
      </w:r>
    </w:p>
    <w:p>
      <w:pPr>
        <w:pStyle w:val="ListBullet"/>
      </w:pPr>
      <w:r>
        <w:t>No se puede abrir boca suficientemente.</w:t>
      </w:r>
    </w:p>
    <w:p>
      <w:pPr>
        <w:pStyle w:val="ListBullet"/>
      </w:pPr>
      <w:r>
        <w:t>No se puede insertar cánula de forma segura.</w:t>
      </w:r>
    </w:p>
    <w:p>
      <w:pPr>
        <w:pStyle w:val="ListBullet"/>
      </w:pPr>
      <w:r>
        <w:t>Considerar alternativas (NPA si no hay contraindicación).</w:t>
      </w:r>
    </w:p>
    <w:p>
      <w:r>
        <w:t>**Lesiones orales que impidan colocación segura:**</w:t>
      </w:r>
    </w:p>
    <w:p>
      <w:pPr>
        <w:pStyle w:val="ListBullet"/>
      </w:pPr>
      <w:r>
        <w:t>Lesiones que impiden inserción segura.</w:t>
      </w:r>
    </w:p>
    <w:p>
      <w:pPr>
        <w:pStyle w:val="ListBullet"/>
      </w:pPr>
      <w:r>
        <w:t>Adaptar técnica si es posible.</w:t>
      </w:r>
    </w:p>
    <w:p>
      <w:pPr>
        <w:pStyle w:val="ListBullet"/>
      </w:pPr>
      <w:r>
        <w:t>Considerar alternativas si no es seguro.</w:t>
      </w:r>
    </w:p>
    <w:p>
      <w:r>
        <w:t>**Consideraciones:**</w:t>
      </w:r>
    </w:p>
    <w:p>
      <w:pPr>
        <w:pStyle w:val="ListBullet"/>
      </w:pPr>
      <w:r>
        <w:t>Evaluar tolerancia antes de colocar.</w:t>
      </w:r>
    </w:p>
    <w:p>
      <w:pPr>
        <w:pStyle w:val="ListBullet"/>
      </w:pPr>
      <w:r>
        <w:t>No forzar si hay resistencia o intolerancia.</w:t>
      </w:r>
    </w:p>
    <w:p>
      <w:pPr>
        <w:pStyle w:val="ListBullet"/>
      </w:pPr>
      <w:r>
        <w:t>Considerar alternativas si hay contraindicaciones.</w:t>
      </w:r>
    </w:p>
    <w:p>
      <w:r>
        <w:t>────────────────────────────────────────────────────────────</w:t>
      </w:r>
    </w:p>
    <w:p>
      <w:pPr>
        <w:pStyle w:val="Heading3"/>
      </w:pPr>
      <w:r>
        <w:t>3.4.4.3 Selección de talla (método práctico)</w:t>
      </w:r>
    </w:p>
    <w:p>
      <w:r>
        <w:t>**Método estándar de campo:**</w:t>
      </w:r>
    </w:p>
    <w:p>
      <w:pPr>
        <w:pStyle w:val="ListBullet"/>
      </w:pPr>
      <w:r>
        <w:t>Medir desde **comisura labial** hasta **ángulo mandibular** o **lóbulo de oreja**.</w:t>
      </w:r>
    </w:p>
    <w:p>
      <w:pPr>
        <w:pStyle w:val="ListBullet"/>
      </w:pPr>
      <w:r>
        <w:t>La talla de cánula debe corresponder aproximadamente a esta medida.</w:t>
      </w:r>
    </w:p>
    <w:p>
      <w:r>
        <w:t>**Tallas habituales:**</w:t>
      </w:r>
    </w:p>
    <w:p>
      <w:pPr>
        <w:pStyle w:val="ListBullet"/>
      </w:pPr>
      <w:r>
        <w:t>**Talla 0-1:** Neonatal/lactante.</w:t>
      </w:r>
    </w:p>
    <w:p>
      <w:pPr>
        <w:pStyle w:val="ListBullet"/>
      </w:pPr>
      <w:r>
        <w:t>**Talla 2-3:** Niño pequeño.</w:t>
      </w:r>
    </w:p>
    <w:p>
      <w:pPr>
        <w:pStyle w:val="ListBullet"/>
      </w:pPr>
      <w:r>
        <w:t>**Talla 4:** Niño mayor/adolescente.</w:t>
      </w:r>
    </w:p>
    <w:p>
      <w:pPr>
        <w:pStyle w:val="ListBullet"/>
      </w:pPr>
      <w:r>
        <w:t>**Talla 5-6:** Adulto pequeño/mediano.</w:t>
      </w:r>
    </w:p>
    <w:p>
      <w:pPr>
        <w:pStyle w:val="ListBullet"/>
      </w:pPr>
      <w:r>
        <w:t>**Talla 7-8:** Adulto grande.</w:t>
      </w:r>
    </w:p>
    <w:p>
      <w:r>
        <w:t>**Verificación:**</w:t>
      </w:r>
    </w:p>
    <w:p>
      <w:pPr>
        <w:pStyle w:val="ListBullet"/>
      </w:pPr>
      <w:r>
        <w:t>Medir antes de colocar.</w:t>
      </w:r>
    </w:p>
    <w:p>
      <w:pPr>
        <w:pStyle w:val="ListBullet"/>
      </w:pPr>
      <w:r>
        <w:t>Verificar que talla es adecuada.</w:t>
      </w:r>
    </w:p>
    <w:p>
      <w:pPr>
        <w:pStyle w:val="ListBullet"/>
      </w:pPr>
      <w:r>
        <w:t>Tener tallas alternativas disponibles.</w:t>
      </w:r>
    </w:p>
    <w:p>
      <w:r>
        <w:t>**Errores frecuentes:**</w:t>
      </w:r>
    </w:p>
    <w:p>
      <w:pPr>
        <w:pStyle w:val="ListBullet"/>
      </w:pPr>
      <w:r>
        <w:t>Talla demasiado grande (no entra, riesgo de lesión).</w:t>
      </w:r>
    </w:p>
    <w:p>
      <w:pPr>
        <w:pStyle w:val="ListBullet"/>
      </w:pPr>
      <w:r>
        <w:t>Talla demasiado pequeña (no efectiva, no mantiene vía aérea).</w:t>
      </w:r>
    </w:p>
    <w:p>
      <w:r>
        <w:t>────────────────────────────────────────────────────────────</w:t>
      </w:r>
    </w:p>
    <w:p>
      <w:pPr>
        <w:pStyle w:val="Heading3"/>
      </w:pPr>
      <w:r>
        <w:t>3.4.4.4 Colocación paso a paso</w:t>
      </w:r>
    </w:p>
    <w:p>
      <w:r>
        <w:t>**Paso 1: Preparación**</w:t>
      </w:r>
    </w:p>
    <w:p>
      <w:pPr>
        <w:pStyle w:val="ListBullet"/>
      </w:pPr>
      <w:r>
        <w:t>Seleccionar talla adecuada (medir comisura labial → ángulo mandibular/lóbulo oreja).</w:t>
      </w:r>
    </w:p>
    <w:p>
      <w:pPr>
        <w:pStyle w:val="ListBullet"/>
      </w:pPr>
      <w:r>
        <w:t>Verificar que cánula está en buen estado.</w:t>
      </w:r>
    </w:p>
    <w:p>
      <w:pPr>
        <w:pStyle w:val="ListBullet"/>
      </w:pPr>
      <w:r>
        <w:t>Preparar material adicional si es necesario (aspiración, BVM).</w:t>
      </w:r>
    </w:p>
    <w:p>
      <w:pPr>
        <w:pStyle w:val="ListBullet"/>
      </w:pPr>
      <w:r>
        <w:t>Usar EPI adecuado (guantes, protección ocular si hay riesgo).</w:t>
      </w:r>
    </w:p>
    <w:p>
      <w:r>
        <w:t>**Paso 2: Posición**</w:t>
      </w:r>
    </w:p>
    <w:p>
      <w:pPr>
        <w:pStyle w:val="ListBullet"/>
      </w:pPr>
      <w:r>
        <w:t>Posicionar paciente en decúbito supino si es posible.</w:t>
      </w:r>
    </w:p>
    <w:p>
      <w:pPr>
        <w:pStyle w:val="ListBullet"/>
      </w:pPr>
      <w:r>
        <w:t>Alinear cabeza-cuello-tronco si hay sospecha de lesión cervical.</w:t>
      </w:r>
    </w:p>
    <w:p>
      <w:pPr>
        <w:pStyle w:val="ListBullet"/>
      </w:pPr>
      <w:r>
        <w:t>Abrir boca del paciente (si está inconsciente, puede requerir ayuda).</w:t>
      </w:r>
    </w:p>
    <w:p>
      <w:r>
        <w:t>**Paso 3: Inserción (técnica estándar)**</w:t>
      </w:r>
    </w:p>
    <w:p>
      <w:pPr>
        <w:pStyle w:val="ListBullet"/>
      </w:pPr>
      <w:r>
        <w:t>**Técnica estándar:** Insertar cánula con curvatura hacia abajo (hacia lengua).</w:t>
      </w:r>
    </w:p>
    <w:p>
      <w:pPr>
        <w:pStyle w:val="ListBullet"/>
      </w:pPr>
      <w:r>
        <w:t>Deslizar cánula a lo largo de la lengua.</w:t>
      </w:r>
    </w:p>
    <w:p>
      <w:pPr>
        <w:pStyle w:val="ListBullet"/>
      </w:pPr>
      <w:r>
        <w:t>Rotar cánula 180 grados cuando llegue a la parte posterior de la lengua.</w:t>
      </w:r>
    </w:p>
    <w:p>
      <w:pPr>
        <w:pStyle w:val="ListBullet"/>
      </w:pPr>
      <w:r>
        <w:t>Continuar insertando hasta que cánula esté bien posicionada.</w:t>
      </w:r>
    </w:p>
    <w:p>
      <w:r>
        <w:t>**Variante según protocolo:**</w:t>
      </w:r>
    </w:p>
    <w:p>
      <w:pPr>
        <w:pStyle w:val="ListBullet"/>
      </w:pPr>
      <w:r>
        <w:t>Algunos protocolos recomiendan insertar directamente con curvatura hacia arriba (hacia paladar).</w:t>
      </w:r>
    </w:p>
    <w:p>
      <w:pPr>
        <w:pStyle w:val="ListBullet"/>
      </w:pPr>
      <w:r>
        <w:t>Seguir protocolo del servicio.</w:t>
      </w:r>
    </w:p>
    <w:p>
      <w:pPr>
        <w:pStyle w:val="ListBullet"/>
      </w:pPr>
      <w:r>
        <w:t>Verificar que técnica es segura y efectiva.</w:t>
      </w:r>
    </w:p>
    <w:p>
      <w:r>
        <w:t>**Paso 4: Verificación**</w:t>
      </w:r>
    </w:p>
    <w:p>
      <w:pPr>
        <w:pStyle w:val="ListBullet"/>
      </w:pPr>
      <w:r>
        <w:t>**Mejora del paso de aire:** Verificar que respiración mejora o ventilación es más fácil.</w:t>
      </w:r>
    </w:p>
    <w:p>
      <w:pPr>
        <w:pStyle w:val="ListBullet"/>
      </w:pPr>
      <w:r>
        <w:t>**Tolerancia:** Observar si paciente tolera cánula (no hay arcadas, vómito, agitación).</w:t>
      </w:r>
    </w:p>
    <w:p>
      <w:pPr>
        <w:pStyle w:val="ListBullet"/>
      </w:pPr>
      <w:r>
        <w:t>**Compatibilidad con BVM:** Verificar que cánula no interfiere con BVM, facilita ventilación.</w:t>
      </w:r>
    </w:p>
    <w:p>
      <w:r>
        <w:t>**Paso 5: Ajuste si es necesario**</w:t>
      </w:r>
    </w:p>
    <w:p>
      <w:pPr>
        <w:pStyle w:val="ListBullet"/>
      </w:pPr>
      <w:r>
        <w:t>Si cánula no está bien posicionada: ajustar o retirar y recolocar.</w:t>
      </w:r>
    </w:p>
    <w:p>
      <w:pPr>
        <w:pStyle w:val="ListBullet"/>
      </w:pPr>
      <w:r>
        <w:t>Si hay intolerancia: evaluar y considerar retirar.</w:t>
      </w:r>
    </w:p>
    <w:p>
      <w:pPr>
        <w:pStyle w:val="ListBullet"/>
      </w:pPr>
      <w:r>
        <w:t>Si no mejora ventilación: evaluar y considerar alternativas.</w:t>
      </w:r>
    </w:p>
    <w:p>
      <w:r>
        <w:t>────────────────────────────────────────────────────────────</w:t>
      </w:r>
    </w:p>
    <w:p>
      <w:pPr>
        <w:pStyle w:val="Heading3"/>
      </w:pPr>
      <w:r>
        <w:t>3.4.4.5 Retirada y reevaluación</w:t>
      </w:r>
    </w:p>
    <w:p>
      <w:r>
        <w:t>**Cuándo retirar (en términos operativos):**</w:t>
      </w:r>
    </w:p>
    <w:p>
      <w:pPr>
        <w:pStyle w:val="ListBullet"/>
      </w:pPr>
      <w:r>
        <w:t>Paciente recupera consciencia y tolera sin cánula.</w:t>
      </w:r>
    </w:p>
    <w:p>
      <w:pPr>
        <w:pStyle w:val="ListBullet"/>
      </w:pPr>
      <w:r>
        <w:t>Paciente recupera reflejos protectores (tose, traga).</w:t>
      </w:r>
    </w:p>
    <w:p>
      <w:pPr>
        <w:pStyle w:val="ListBullet"/>
      </w:pPr>
      <w:r>
        <w:t>Cánula causa intolerancia o problemas.</w:t>
      </w:r>
    </w:p>
    <w:p>
      <w:pPr>
        <w:pStyle w:val="ListBullet"/>
      </w:pPr>
      <w:r>
        <w:t>No es necesaria para mantener vía aérea.</w:t>
      </w:r>
    </w:p>
    <w:p>
      <w:r>
        <w:t>**Procedimiento de retirada:**</w:t>
      </w:r>
    </w:p>
    <w:p>
      <w:pPr>
        <w:pStyle w:val="ListNumber"/>
      </w:pPr>
      <w:r>
        <w:t>Evaluar que es seguro retirar.</w:t>
      </w:r>
    </w:p>
    <w:p>
      <w:pPr>
        <w:pStyle w:val="ListNumber"/>
      </w:pPr>
      <w:r>
        <w:t>Retirar cánula de forma controlada.</w:t>
      </w:r>
    </w:p>
    <w:p>
      <w:pPr>
        <w:pStyle w:val="ListNumber"/>
      </w:pPr>
      <w:r>
        <w:t>Observar respuesta del paciente.</w:t>
      </w:r>
    </w:p>
    <w:p>
      <w:pPr>
        <w:pStyle w:val="ListNumber"/>
      </w:pPr>
      <w:r>
        <w:t>Re-evaluar vía aérea después de retirar.</w:t>
      </w:r>
    </w:p>
    <w:p>
      <w:r>
        <w:t>**Reevaluación post-retirada:**</w:t>
      </w:r>
    </w:p>
    <w:p>
      <w:pPr>
        <w:pStyle w:val="ListBullet"/>
      </w:pPr>
      <w:r>
        <w:t>Verificar que vía aérea sigue permeable.</w:t>
      </w:r>
    </w:p>
    <w:p>
      <w:pPr>
        <w:pStyle w:val="ListBullet"/>
      </w:pPr>
      <w:r>
        <w:t>Verificar que paciente respira adecuadamente.</w:t>
      </w:r>
    </w:p>
    <w:p>
      <w:pPr>
        <w:pStyle w:val="ListBullet"/>
      </w:pPr>
      <w:r>
        <w:t>Verificar que no hay problemas.</w:t>
      </w:r>
    </w:p>
    <w:p>
      <w:pPr>
        <w:pStyle w:val="ListBullet"/>
      </w:pPr>
      <w:r>
        <w:t>Continuar monitorización.</w:t>
      </w:r>
    </w:p>
    <w:p>
      <w:r>
        <w:t>────────────────────────────────────────────────────────────</w:t>
      </w:r>
    </w:p>
    <w:p>
      <w:pPr>
        <w:pStyle w:val="Heading3"/>
      </w:pPr>
      <w:r>
        <w:t>3.4.4.6 Errores frecuentes (OPA)</w:t>
      </w:r>
    </w:p>
    <w:p>
      <w:r>
        <w:t>**Error 1: Talla incorrecta**</w:t>
      </w:r>
    </w:p>
    <w:p>
      <w:pPr>
        <w:pStyle w:val="ListBullet"/>
      </w:pPr>
      <w:r>
        <w:t>❌ Usar talla demasiado grande o pequeña.</w:t>
      </w:r>
    </w:p>
    <w:p>
      <w:pPr>
        <w:pStyle w:val="ListBullet"/>
      </w:pPr>
      <w:r>
        <w:t>**Consecuencia:** No efectiva, riesgo de lesión, no mantiene vía aérea.</w:t>
      </w:r>
    </w:p>
    <w:p>
      <w:pPr>
        <w:pStyle w:val="ListBullet"/>
      </w:pPr>
      <w:r>
        <w:t>**Prevención:** Medir antes de colocar, verificar que talla es adecuada.</w:t>
      </w:r>
    </w:p>
    <w:p>
      <w:r>
        <w:t>**Error 2: Empujar lengua hacia atrás**</w:t>
      </w:r>
    </w:p>
    <w:p>
      <w:pPr>
        <w:pStyle w:val="ListBullet"/>
      </w:pPr>
      <w:r>
        <w:t>❌ Insertar cánula de forma incorrecta, empujando lengua hacia atrás.</w:t>
      </w:r>
    </w:p>
    <w:p>
      <w:pPr>
        <w:pStyle w:val="ListBullet"/>
      </w:pPr>
      <w:r>
        <w:t>**Consecuencia:** Obstrucción de vía aérea, no efectiva.</w:t>
      </w:r>
    </w:p>
    <w:p>
      <w:pPr>
        <w:pStyle w:val="ListBullet"/>
      </w:pPr>
      <w:r>
        <w:t>**Prevención:** Seguir técnica correcta, insertar a lo largo de la lengua, rotar correctamente.</w:t>
      </w:r>
    </w:p>
    <w:p>
      <w:r>
        <w:t>**Error 3: No verificar tolerancia**</w:t>
      </w:r>
    </w:p>
    <w:p>
      <w:pPr>
        <w:pStyle w:val="ListBullet"/>
      </w:pPr>
      <w:r>
        <w:t>❌ Colocar cánula sin verificar que paciente la tolera.</w:t>
      </w:r>
    </w:p>
    <w:p>
      <w:pPr>
        <w:pStyle w:val="ListBullet"/>
      </w:pPr>
      <w:r>
        <w:t>**Consecuencia:** Intolerancia, vómito, agitación, agravamiento.</w:t>
      </w:r>
    </w:p>
    <w:p>
      <w:pPr>
        <w:pStyle w:val="ListBullet"/>
      </w:pPr>
      <w:r>
        <w:t>**Prevención:** Verificar tolerancia después de colocar, observar respuesta del paciente.</w:t>
      </w:r>
    </w:p>
    <w:p>
      <w:r>
        <w:t>**Error 4: Colocar "porque sí"**</w:t>
      </w:r>
    </w:p>
    <w:p>
      <w:pPr>
        <w:pStyle w:val="ListBullet"/>
      </w:pPr>
      <w:r>
        <w:t>❌ Colocar cánula sin indicación clara.</w:t>
      </w:r>
    </w:p>
    <w:p>
      <w:pPr>
        <w:pStyle w:val="ListBullet"/>
      </w:pPr>
      <w:r>
        <w:t>**Consecuencia:** Riesgo innecesario, puede causar problemas.</w:t>
      </w:r>
    </w:p>
    <w:p>
      <w:pPr>
        <w:pStyle w:val="ListBullet"/>
      </w:pPr>
      <w:r>
        <w:t>**Prevención:** Colocar solo si hay indicación, evaluar necesidad antes de colocar.</w:t>
      </w:r>
    </w:p>
    <w:p>
      <w:r>
        <w:t>────────────────────────────────────────────────────────────</w:t>
      </w:r>
    </w:p>
    <w:p>
      <w:pPr>
        <w:pStyle w:val="Heading2"/>
      </w:pPr>
      <w:r>
        <w:t>3.4.5 Cánula nasofaríngea (NPA)</w:t>
      </w:r>
    </w:p>
    <w:p>
      <w:pPr>
        <w:pStyle w:val="Heading3"/>
      </w:pPr>
      <w:r>
        <w:t>3.4.5.1 Indicaciones operativas</w:t>
      </w:r>
    </w:p>
    <w:p>
      <w:r>
        <w:t>**Paciente con necesidad de mantener permeabilidad y que no tolera OPA:**</w:t>
      </w:r>
    </w:p>
    <w:p>
      <w:pPr>
        <w:pStyle w:val="ListBullet"/>
      </w:pPr>
      <w:r>
        <w:t>Paciente que necesita mantener vía aérea pero no tolera OPA.</w:t>
      </w:r>
    </w:p>
    <w:p>
      <w:pPr>
        <w:pStyle w:val="ListBullet"/>
      </w:pPr>
      <w:r>
        <w:t>Paciente con trismus o imposibilidad de abrir boca.</w:t>
      </w:r>
    </w:p>
    <w:p>
      <w:pPr>
        <w:pStyle w:val="ListBullet"/>
      </w:pPr>
      <w:r>
        <w:t>Paciente consciente que puede tolerar NPA mejor que OPA.</w:t>
      </w:r>
    </w:p>
    <w:p>
      <w:r>
        <w:t>**Facilitar ventilación con BVM cuando la vía oral es difícil:**</w:t>
      </w:r>
    </w:p>
    <w:p>
      <w:pPr>
        <w:pStyle w:val="ListBullet"/>
      </w:pPr>
      <w:r>
        <w:t>Cuando vía oral no es accesible o es difícil.</w:t>
      </w:r>
    </w:p>
    <w:p>
      <w:pPr>
        <w:pStyle w:val="ListBullet"/>
      </w:pPr>
      <w:r>
        <w:t>Cuando OPA no es posible o no es tolerada.</w:t>
      </w:r>
    </w:p>
    <w:p>
      <w:pPr>
        <w:pStyle w:val="ListBullet"/>
      </w:pPr>
      <w:r>
        <w:t>Facilitar ventilación con BVM mediante vía nasal.</w:t>
      </w:r>
    </w:p>
    <w:p>
      <w:r>
        <w:t>────────────────────────────────────────────────────────────</w:t>
      </w:r>
    </w:p>
    <w:p>
      <w:pPr>
        <w:pStyle w:val="Heading3"/>
      </w:pPr>
      <w:r>
        <w:t>3.4.5.2 Contraindicaciones/limitaciones operativas</w:t>
      </w:r>
    </w:p>
    <w:p>
      <w:r>
        <w:t>**Sospecha de trauma facial importante / posible lesión de base de cráneo:**</w:t>
      </w:r>
    </w:p>
    <w:p>
      <w:pPr>
        <w:pStyle w:val="ListBullet"/>
      </w:pPr>
      <w:r>
        <w:t>Trauma facial que puede indicar lesión de base de cráneo.</w:t>
      </w:r>
    </w:p>
    <w:p>
      <w:pPr>
        <w:pStyle w:val="ListBullet"/>
      </w:pPr>
      <w:r>
        <w:t>Riesgo de que cánula pase a través de fractura.</w:t>
      </w:r>
    </w:p>
    <w:p>
      <w:pPr>
        <w:pStyle w:val="ListBullet"/>
      </w:pPr>
      <w:r>
        <w:t>**Redacción prudente y operativa:** Si hay trauma facial importante, evaluar riesgo antes de colocar NPA.</w:t>
      </w:r>
    </w:p>
    <w:p>
      <w:r>
        <w:t>**Epistaxis activa o riesgo alto de sangrado nasal:**</w:t>
      </w:r>
    </w:p>
    <w:p>
      <w:pPr>
        <w:pStyle w:val="ListBullet"/>
      </w:pPr>
      <w:r>
        <w:t>Sangrado nasal activo.</w:t>
      </w:r>
    </w:p>
    <w:p>
      <w:pPr>
        <w:pStyle w:val="ListBullet"/>
      </w:pPr>
      <w:r>
        <w:t>Riesgo alto de sangrado (anticoagulantes, etc.).</w:t>
      </w:r>
    </w:p>
    <w:p>
      <w:pPr>
        <w:pStyle w:val="ListBullet"/>
      </w:pPr>
      <w:r>
        <w:t>Puede agravar sangrado o dificultar colocación.</w:t>
      </w:r>
    </w:p>
    <w:p>
      <w:r>
        <w:t>**Obstrucción nasal evidente:**</w:t>
      </w:r>
    </w:p>
    <w:p>
      <w:pPr>
        <w:pStyle w:val="ListBullet"/>
      </w:pPr>
      <w:r>
        <w:t>Obstrucción que impide paso de cánula.</w:t>
      </w:r>
    </w:p>
    <w:p>
      <w:pPr>
        <w:pStyle w:val="ListBullet"/>
      </w:pPr>
      <w:r>
        <w:t>Desviación de tabique nasal.</w:t>
      </w:r>
    </w:p>
    <w:p>
      <w:pPr>
        <w:pStyle w:val="ListBullet"/>
      </w:pPr>
      <w:r>
        <w:t>Pólipos u otras obstrucciones.</w:t>
      </w:r>
    </w:p>
    <w:p>
      <w:r>
        <w:t>**Consideraciones:**</w:t>
      </w:r>
    </w:p>
    <w:p>
      <w:pPr>
        <w:pStyle w:val="ListBullet"/>
      </w:pPr>
      <w:r>
        <w:t>Evaluar contraindicaciones antes de colocar.</w:t>
      </w:r>
    </w:p>
    <w:p>
      <w:pPr>
        <w:pStyle w:val="ListBullet"/>
      </w:pPr>
      <w:r>
        <w:t>No forzar si hay contraindicaciones.</w:t>
      </w:r>
    </w:p>
    <w:p>
      <w:pPr>
        <w:pStyle w:val="ListBullet"/>
      </w:pPr>
      <w:r>
        <w:t>Considerar alternativas si no es seguro.</w:t>
      </w:r>
    </w:p>
    <w:p>
      <w:r>
        <w:t>────────────────────────────────────────────────────────────</w:t>
      </w:r>
    </w:p>
    <w:p>
      <w:pPr>
        <w:pStyle w:val="Heading3"/>
      </w:pPr>
      <w:r>
        <w:t>3.4.5.3 Selección de talla (método práctico)</w:t>
      </w:r>
    </w:p>
    <w:p>
      <w:r>
        <w:t>**Diámetro aproximado por narina:**</w:t>
      </w:r>
    </w:p>
    <w:p>
      <w:pPr>
        <w:pStyle w:val="ListBullet"/>
      </w:pPr>
      <w:r>
        <w:t>Seleccionar diámetro que se adapta a narina del paciente.</w:t>
      </w:r>
    </w:p>
    <w:p>
      <w:pPr>
        <w:pStyle w:val="ListBullet"/>
      </w:pPr>
      <w:r>
        <w:t>No usar diámetro demasiado grande (riesgo de lesión).</w:t>
      </w:r>
    </w:p>
    <w:p>
      <w:pPr>
        <w:pStyle w:val="ListBullet"/>
      </w:pPr>
      <w:r>
        <w:t>No usar diámetro demasiado pequeño (no efectiva).</w:t>
      </w:r>
    </w:p>
    <w:p>
      <w:r>
        <w:t>**Longitud: referencia de campo:**</w:t>
      </w:r>
    </w:p>
    <w:p>
      <w:pPr>
        <w:pStyle w:val="ListBullet"/>
      </w:pPr>
      <w:r>
        <w:t>Medir desde **punta de nariz** hasta **lóbulo de oreja** o **ángulo mandibular**.</w:t>
      </w:r>
    </w:p>
    <w:p>
      <w:pPr>
        <w:pStyle w:val="ListBullet"/>
      </w:pPr>
      <w:r>
        <w:t>La longitud de cánula debe corresponder aproximadamente a esta medida.</w:t>
      </w:r>
    </w:p>
    <w:p>
      <w:r>
        <w:t>**Tallas habituales:**</w:t>
      </w:r>
    </w:p>
    <w:p>
      <w:pPr>
        <w:pStyle w:val="ListBullet"/>
      </w:pPr>
      <w:r>
        <w:t>**Talla 5-6:** Adulto pequeño/mediano.</w:t>
      </w:r>
    </w:p>
    <w:p>
      <w:pPr>
        <w:pStyle w:val="ListBullet"/>
      </w:pPr>
      <w:r>
        <w:t>**Talla 7:** Adulto mediano/grande.</w:t>
      </w:r>
    </w:p>
    <w:p>
      <w:pPr>
        <w:pStyle w:val="ListBullet"/>
      </w:pPr>
      <w:r>
        <w:t>**Talla 8:** Adulto grande.</w:t>
      </w:r>
    </w:p>
    <w:p>
      <w:pPr>
        <w:pStyle w:val="ListBullet"/>
      </w:pPr>
      <w:r>
        <w:t>**Tallas pediátricas:** Según tamaño del paciente.</w:t>
      </w:r>
    </w:p>
    <w:p>
      <w:r>
        <w:t>**Verificación:**</w:t>
      </w:r>
    </w:p>
    <w:p>
      <w:pPr>
        <w:pStyle w:val="ListBullet"/>
      </w:pPr>
      <w:r>
        <w:t>Medir antes de colocar.</w:t>
      </w:r>
    </w:p>
    <w:p>
      <w:pPr>
        <w:pStyle w:val="ListBullet"/>
      </w:pPr>
      <w:r>
        <w:t>Verificar que talla es adecuada (diámetro y longitud).</w:t>
      </w:r>
    </w:p>
    <w:p>
      <w:pPr>
        <w:pStyle w:val="ListBullet"/>
      </w:pPr>
      <w:r>
        <w:t>Tener tallas alternativas disponibles.</w:t>
      </w:r>
    </w:p>
    <w:p>
      <w:r>
        <w:t>**Errores frecuentes:**</w:t>
      </w:r>
    </w:p>
    <w:p>
      <w:pPr>
        <w:pStyle w:val="ListBullet"/>
      </w:pPr>
      <w:r>
        <w:t>Talla demasiado grande (no entra, riesgo de lesión, sangrado).</w:t>
      </w:r>
    </w:p>
    <w:p>
      <w:pPr>
        <w:pStyle w:val="ListBullet"/>
      </w:pPr>
      <w:r>
        <w:t>Talla demasiado pequeña (no efectiva, no mantiene vía aérea).</w:t>
      </w:r>
    </w:p>
    <w:p>
      <w:r>
        <w:t>────────────────────────────────────────────────────────────</w:t>
      </w:r>
    </w:p>
    <w:p>
      <w:pPr>
        <w:pStyle w:val="Heading3"/>
      </w:pPr>
      <w:r>
        <w:t>3.4.5.4 Preparación (lubricación y orientación)</w:t>
      </w:r>
    </w:p>
    <w:p>
      <w:r>
        <w:t>**Lubricante hidrosoluble (si está en dotación):**</w:t>
      </w:r>
    </w:p>
    <w:p>
      <w:pPr>
        <w:pStyle w:val="ListBullet"/>
      </w:pPr>
      <w:r>
        <w:t>Aplicar lubricante en cánula antes de insertar.</w:t>
      </w:r>
    </w:p>
    <w:p>
      <w:pPr>
        <w:pStyle w:val="ListBullet"/>
      </w:pPr>
      <w:r>
        <w:t>Usar lubricante hidrosoluble (no grasa/aceite).</w:t>
      </w:r>
    </w:p>
    <w:p>
      <w:pPr>
        <w:pStyle w:val="ListBullet"/>
      </w:pPr>
      <w:r>
        <w:t>Facilitar inserción y reducir riesgo de lesión.</w:t>
      </w:r>
    </w:p>
    <w:p>
      <w:r>
        <w:t>**Orientación correcta:**</w:t>
      </w:r>
    </w:p>
    <w:p>
      <w:pPr>
        <w:pStyle w:val="ListBullet"/>
      </w:pPr>
      <w:r>
        <w:t>Orientar cánula correctamente (punta hacia atrás y abajo).</w:t>
      </w:r>
    </w:p>
    <w:p>
      <w:pPr>
        <w:pStyle w:val="ListBullet"/>
      </w:pPr>
      <w:r>
        <w:t>Seguir anatomía nasal (hacia atrás, luego hacia abajo hacia faringe).</w:t>
      </w:r>
    </w:p>
    <w:p>
      <w:pPr>
        <w:pStyle w:val="ListBullet"/>
      </w:pPr>
      <w:r>
        <w:t>No forzar orientación incorrecta.</w:t>
      </w:r>
    </w:p>
    <w:p>
      <w:r>
        <w:t>**Técnica suave:**</w:t>
      </w:r>
    </w:p>
    <w:p>
      <w:pPr>
        <w:pStyle w:val="ListBullet"/>
      </w:pPr>
      <w:r>
        <w:t>Inserción suave y progresiva.</w:t>
      </w:r>
    </w:p>
    <w:p>
      <w:pPr>
        <w:pStyle w:val="ListBullet"/>
      </w:pPr>
      <w:r>
        <w:t>No forzar si hay resistencia.</w:t>
      </w:r>
    </w:p>
    <w:p>
      <w:pPr>
        <w:pStyle w:val="ListBullet"/>
      </w:pPr>
      <w:r>
        <w:t>Observar respuesta del paciente.</w:t>
      </w:r>
    </w:p>
    <w:p>
      <w:r>
        <w:t>────────────────────────────────────────────────────────────</w:t>
      </w:r>
    </w:p>
    <w:p>
      <w:pPr>
        <w:pStyle w:val="Heading3"/>
      </w:pPr>
      <w:r>
        <w:t>3.4.5.5 Colocación paso a paso</w:t>
      </w:r>
    </w:p>
    <w:p>
      <w:r>
        <w:t>**Paso 1: Preparación**</w:t>
      </w:r>
    </w:p>
    <w:p>
      <w:pPr>
        <w:pStyle w:val="ListBullet"/>
      </w:pPr>
      <w:r>
        <w:t>Seleccionar talla adecuada (diámetro y longitud).</w:t>
      </w:r>
    </w:p>
    <w:p>
      <w:pPr>
        <w:pStyle w:val="ListBullet"/>
      </w:pPr>
      <w:r>
        <w:t>Aplicar lubricante hidrosoluble (si está en dotación).</w:t>
      </w:r>
    </w:p>
    <w:p>
      <w:pPr>
        <w:pStyle w:val="ListBullet"/>
      </w:pPr>
      <w:r>
        <w:t>Verificar que cánula está en buen estado.</w:t>
      </w:r>
    </w:p>
    <w:p>
      <w:pPr>
        <w:pStyle w:val="ListBullet"/>
      </w:pPr>
      <w:r>
        <w:t>Preparar material adicional si es necesario.</w:t>
      </w:r>
    </w:p>
    <w:p>
      <w:r>
        <w:t>**Paso 2: Elección de narina**</w:t>
      </w:r>
    </w:p>
    <w:p>
      <w:pPr>
        <w:pStyle w:val="ListBullet"/>
      </w:pPr>
      <w:r>
        <w:t>Evaluar ambas narinas.</w:t>
      </w:r>
    </w:p>
    <w:p>
      <w:pPr>
        <w:pStyle w:val="ListBullet"/>
      </w:pPr>
      <w:r>
        <w:t>Seleccionar narina más permeable o menos obstruida.</w:t>
      </w:r>
    </w:p>
    <w:p>
      <w:pPr>
        <w:pStyle w:val="ListBullet"/>
      </w:pPr>
      <w:r>
        <w:t>Si hay obstrucción en una: usar la otra.</w:t>
      </w:r>
    </w:p>
    <w:p>
      <w:r>
        <w:t>**Paso 3: Inserción progresiva sin fuerza**</w:t>
      </w:r>
    </w:p>
    <w:p>
      <w:pPr>
        <w:pStyle w:val="ListBullet"/>
      </w:pPr>
      <w:r>
        <w:t>Insertar cánula en narina seleccionada.</w:t>
      </w:r>
    </w:p>
    <w:p>
      <w:pPr>
        <w:pStyle w:val="ListBullet"/>
      </w:pPr>
      <w:r>
        <w:t>Orientar correctamente (hacia atrás, luego hacia abajo).</w:t>
      </w:r>
    </w:p>
    <w:p>
      <w:pPr>
        <w:pStyle w:val="ListBullet"/>
      </w:pPr>
      <w:r>
        <w:t>Deslizar suavemente siguiendo anatomía nasal.</w:t>
      </w:r>
    </w:p>
    <w:p>
      <w:pPr>
        <w:pStyle w:val="ListBullet"/>
      </w:pPr>
      <w:r>
        <w:t>No forzar si hay resistencia.</w:t>
      </w:r>
    </w:p>
    <w:p>
      <w:r>
        <w:t>**Paso 4: Qué hacer si hay resistencia**</w:t>
      </w:r>
    </w:p>
    <w:p>
      <w:pPr>
        <w:pStyle w:val="ListBullet"/>
      </w:pPr>
      <w:r>
        <w:t>**No forzar:** Detener si hay resistencia.</w:t>
      </w:r>
    </w:p>
    <w:p>
      <w:pPr>
        <w:pStyle w:val="ListBullet"/>
      </w:pPr>
      <w:r>
        <w:t>**Reintentar:** Intentar con otra narina si es posible.</w:t>
      </w:r>
    </w:p>
    <w:p>
      <w:pPr>
        <w:pStyle w:val="ListBullet"/>
      </w:pPr>
      <w:r>
        <w:t>**Alternativa:** Considerar OPA si no hay contraindicación, o otras alternativas.</w:t>
      </w:r>
    </w:p>
    <w:p>
      <w:pPr>
        <w:pStyle w:val="ListBullet"/>
      </w:pPr>
      <w:r>
        <w:t>**Evaluar:** Evaluar si es seguro continuar.</w:t>
      </w:r>
    </w:p>
    <w:p>
      <w:r>
        <w:t>**Paso 5: Verificación**</w:t>
      </w:r>
    </w:p>
    <w:p>
      <w:pPr>
        <w:pStyle w:val="ListBullet"/>
      </w:pPr>
      <w:r>
        <w:t>Verificar que cánula está bien posicionada.</w:t>
      </w:r>
    </w:p>
    <w:p>
      <w:pPr>
        <w:pStyle w:val="ListBullet"/>
      </w:pPr>
      <w:r>
        <w:t>Verificar que mejora paso de aire o ventilación.</w:t>
      </w:r>
    </w:p>
    <w:p>
      <w:pPr>
        <w:pStyle w:val="ListBullet"/>
      </w:pPr>
      <w:r>
        <w:t>Verificar que paciente tolera cánula.</w:t>
      </w:r>
    </w:p>
    <w:p>
      <w:pPr>
        <w:pStyle w:val="ListBullet"/>
      </w:pPr>
      <w:r>
        <w:t>Verificar que no hay sangrado significativo.</w:t>
      </w:r>
    </w:p>
    <w:p>
      <w:r>
        <w:t>────────────────────────────────────────────────────────────</w:t>
      </w:r>
    </w:p>
    <w:p>
      <w:pPr>
        <w:pStyle w:val="Heading3"/>
      </w:pPr>
      <w:r>
        <w:t>3.4.5.6 Errores frecuentes (NPA)</w:t>
      </w:r>
    </w:p>
    <w:p>
      <w:r>
        <w:t>**Error 1: Forzar con resistencia**</w:t>
      </w:r>
    </w:p>
    <w:p>
      <w:pPr>
        <w:pStyle w:val="ListBullet"/>
      </w:pPr>
      <w:r>
        <w:t>❌ Forzar inserción cuando hay resistencia.</w:t>
      </w:r>
    </w:p>
    <w:p>
      <w:pPr>
        <w:pStyle w:val="ListBullet"/>
      </w:pPr>
      <w:r>
        <w:t>**Consecuencia:** Lesión, sangrado, riesgo de complicaciones.</w:t>
      </w:r>
    </w:p>
    <w:p>
      <w:pPr>
        <w:pStyle w:val="ListBullet"/>
      </w:pPr>
      <w:r>
        <w:t>**Prevención:** No forzar, detener si hay resistencia, considerar alternativas.</w:t>
      </w:r>
    </w:p>
    <w:p>
      <w:r>
        <w:t>**Error 2: Talla incorrecta**</w:t>
      </w:r>
    </w:p>
    <w:p>
      <w:pPr>
        <w:pStyle w:val="ListBullet"/>
      </w:pPr>
      <w:r>
        <w:t>❌ Usar talla demasiado grande o pequeña.</w:t>
      </w:r>
    </w:p>
    <w:p>
      <w:pPr>
        <w:pStyle w:val="ListBullet"/>
      </w:pPr>
      <w:r>
        <w:t>**Consecuencia:** No efectiva, riesgo de lesión, sangrado.</w:t>
      </w:r>
    </w:p>
    <w:p>
      <w:pPr>
        <w:pStyle w:val="ListBullet"/>
      </w:pPr>
      <w:r>
        <w:t>**Prevención:** Medir antes de colocar, verificar que talla es adecuada.</w:t>
      </w:r>
    </w:p>
    <w:p>
      <w:r>
        <w:t>**Error 3: Falta de lubricación**</w:t>
      </w:r>
    </w:p>
    <w:p>
      <w:pPr>
        <w:pStyle w:val="ListBullet"/>
      </w:pPr>
      <w:r>
        <w:t>❌ No usar lubricante cuando está disponible.</w:t>
      </w:r>
    </w:p>
    <w:p>
      <w:pPr>
        <w:pStyle w:val="ListBullet"/>
      </w:pPr>
      <w:r>
        <w:t>**Consecuencia:** Dificultad de inserción, riesgo de lesión, sangrado.</w:t>
      </w:r>
    </w:p>
    <w:p>
      <w:pPr>
        <w:pStyle w:val="ListBullet"/>
      </w:pPr>
      <w:r>
        <w:t>**Prevención:** Usar lubricante hidrosoluble si está en dotación.</w:t>
      </w:r>
    </w:p>
    <w:p>
      <w:r>
        <w:t>**Error 4: Provocar sangrado evitable**</w:t>
      </w:r>
    </w:p>
    <w:p>
      <w:pPr>
        <w:pStyle w:val="ListBullet"/>
      </w:pPr>
      <w:r>
        <w:t>❌ Inserción brusca, talla incorrecta, falta de lubricación.</w:t>
      </w:r>
    </w:p>
    <w:p>
      <w:pPr>
        <w:pStyle w:val="ListBullet"/>
      </w:pPr>
      <w:r>
        <w:t>**Consecuencia:** Sangrado nasal, dificulta colocación, puede agravar situación.</w:t>
      </w:r>
    </w:p>
    <w:p>
      <w:pPr>
        <w:pStyle w:val="ListBullet"/>
      </w:pPr>
      <w:r>
        <w:t>**Prevención:** Inserción suave, talla correcta, lubricación, no forzar.</w:t>
      </w:r>
    </w:p>
    <w:p>
      <w:r>
        <w:t>────────────────────────────────────────────────────────────</w:t>
      </w:r>
    </w:p>
    <w:p>
      <w:pPr>
        <w:pStyle w:val="Heading2"/>
      </w:pPr>
      <w:r>
        <w:t>3.4.6 Integración con aspiración, oxígeno y BVM</w:t>
      </w:r>
    </w:p>
    <w:p>
      <w:pPr>
        <w:pStyle w:val="Heading3"/>
      </w:pPr>
      <w:r>
        <w:t>Secuencia operativa típica</w:t>
      </w:r>
    </w:p>
    <w:p>
      <w:r>
        <w:t>**Secuencia: aspiración → cánula (si procede) → BVM/oxígeno**</w:t>
      </w:r>
    </w:p>
    <w:p>
      <w:pPr>
        <w:pStyle w:val="ListNumber"/>
      </w:pPr>
      <w:r>
        <w:t>**Aspiración (si hay secreciones)**</w:t>
      </w:r>
    </w:p>
    <w:p>
      <w:pPr>
        <w:pStyle w:val="ListBullet"/>
      </w:pPr>
      <w:r>
        <w:t>Aspirar secreciones primero (ver 3.2).</w:t>
      </w:r>
    </w:p>
    <w:p>
      <w:pPr>
        <w:pStyle w:val="ListBullet"/>
      </w:pPr>
      <w:r>
        <w:t>Limpiar vía aérea antes de colocar cánula.</w:t>
      </w:r>
    </w:p>
    <w:p>
      <w:pPr>
        <w:pStyle w:val="ListBullet"/>
      </w:pPr>
      <w:r>
        <w:t>Verificar que vía aérea está más limpia.</w:t>
      </w:r>
    </w:p>
    <w:p>
      <w:pPr>
        <w:pStyle w:val="ListNumber"/>
      </w:pPr>
      <w:r>
        <w:t>**Cánula (si procede)**</w:t>
      </w:r>
    </w:p>
    <w:p>
      <w:pPr>
        <w:pStyle w:val="ListBullet"/>
      </w:pPr>
      <w:r>
        <w:t>Colocar cánula si es necesaria para mantener vía aérea.</w:t>
      </w:r>
    </w:p>
    <w:p>
      <w:pPr>
        <w:pStyle w:val="ListBullet"/>
      </w:pPr>
      <w:r>
        <w:t>Verificar que cánula está bien posicionada.</w:t>
      </w:r>
    </w:p>
    <w:p>
      <w:pPr>
        <w:pStyle w:val="ListBullet"/>
      </w:pPr>
      <w:r>
        <w:t>Verificar que mejora ventilación.</w:t>
      </w:r>
    </w:p>
    <w:p>
      <w:pPr>
        <w:pStyle w:val="ListNumber"/>
      </w:pPr>
      <w:r>
        <w:t>**BVM/oxígeno**</w:t>
      </w:r>
    </w:p>
    <w:p>
      <w:pPr>
        <w:pStyle w:val="ListBullet"/>
      </w:pPr>
      <w:r>
        <w:t>Conectar BVM o dispositivo de oxígeno.</w:t>
      </w:r>
    </w:p>
    <w:p>
      <w:pPr>
        <w:pStyle w:val="ListBullet"/>
      </w:pPr>
      <w:r>
        <w:t>Verificar que ventilación/oxigenación es efectiva.</w:t>
      </w:r>
    </w:p>
    <w:p>
      <w:pPr>
        <w:pStyle w:val="ListBullet"/>
      </w:pPr>
      <w:r>
        <w:t>Continuar según necesidad.</w:t>
      </w:r>
    </w:p>
    <w:p>
      <w:r>
        <w:t>**Consideraciones:**</w:t>
      </w:r>
    </w:p>
    <w:p>
      <w:pPr>
        <w:pStyle w:val="ListBullet"/>
      </w:pPr>
      <w:r>
        <w:t>No colocar cánula sobre secreciones sin aspirar primero.</w:t>
      </w:r>
    </w:p>
    <w:p>
      <w:pPr>
        <w:pStyle w:val="ListBullet"/>
      </w:pPr>
      <w:r>
        <w:t>Verificar que cada paso es efectivo antes de continuar.</w:t>
      </w:r>
    </w:p>
    <w:p>
      <w:pPr>
        <w:pStyle w:val="ListBullet"/>
      </w:pPr>
      <w:r>
        <w:t>Ajustar secuencia según situación.</w:t>
      </w:r>
    </w:p>
    <w:p>
      <w:r>
        <w:t>────────────────────────────────────────────────────────────</w:t>
      </w:r>
    </w:p>
    <w:p>
      <w:pPr>
        <w:pStyle w:val="Heading3"/>
      </w:pPr>
      <w:r>
        <w:t>Coordinación de roles para no perder sello ni control del paciente</w:t>
      </w:r>
    </w:p>
    <w:p>
      <w:r>
        <w:t>**Durante ventilación con BVM:**</w:t>
      </w:r>
    </w:p>
    <w:p>
      <w:pPr>
        <w:pStyle w:val="ListBullet"/>
      </w:pPr>
      <w:r>
        <w:t>**TES 1:** Mantiene sello con BVM y control del paciente.</w:t>
      </w:r>
    </w:p>
    <w:p>
      <w:pPr>
        <w:pStyle w:val="ListBullet"/>
      </w:pPr>
      <w:r>
        <w:t>**TES 2:** Coloca cánula si es necesario (coordinando con TES 1).</w:t>
      </w:r>
    </w:p>
    <w:p>
      <w:pPr>
        <w:pStyle w:val="ListBullet"/>
      </w:pPr>
      <w:r>
        <w:t>**Comunicación:** Comunicar claramente cada paso.</w:t>
      </w:r>
    </w:p>
    <w:p>
      <w:pPr>
        <w:pStyle w:val="ListBullet"/>
      </w:pPr>
      <w:r>
        <w:t>**No perder control:** Mantener sello y control durante colocación.</w:t>
      </w:r>
    </w:p>
    <w:p>
      <w:r>
        <w:t>**Durante aspiración:**</w:t>
      </w:r>
    </w:p>
    <w:p>
      <w:pPr>
        <w:pStyle w:val="ListBullet"/>
      </w:pPr>
      <w:r>
        <w:t>**TES 1:** Mantiene control del paciente.</w:t>
      </w:r>
    </w:p>
    <w:p>
      <w:pPr>
        <w:pStyle w:val="ListBullet"/>
      </w:pPr>
      <w:r>
        <w:t>**TES 2:** Aspira (ver 3.2) y luego coloca cánula si es necesario.</w:t>
      </w:r>
    </w:p>
    <w:p>
      <w:pPr>
        <w:pStyle w:val="ListBullet"/>
      </w:pPr>
      <w:r>
        <w:t>**Coordinación:** Coordinar para no perder control.</w:t>
      </w:r>
    </w:p>
    <w:p>
      <w:r>
        <w:t>**Principio:**</w:t>
      </w:r>
    </w:p>
    <w:p>
      <w:pPr>
        <w:pStyle w:val="ListBullet"/>
      </w:pPr>
      <w:r>
        <w:t>**Mantener control del paciente durante todo el proceso.**</w:t>
      </w:r>
    </w:p>
    <w:p>
      <w:pPr>
        <w:pStyle w:val="ListBullet"/>
      </w:pPr>
      <w:r>
        <w:t>**No perder sello si se está ventilando.**</w:t>
      </w:r>
    </w:p>
    <w:p>
      <w:pPr>
        <w:pStyle w:val="ListBullet"/>
      </w:pPr>
      <w:r>
        <w:t>**Coordinar claramente entre intervinientes.**</w:t>
      </w:r>
    </w:p>
    <w:p>
      <w:r>
        <w:t>────────────────────────────────────────────────────────────</w:t>
      </w:r>
    </w:p>
    <w:p>
      <w:pPr>
        <w:pStyle w:val="Heading3"/>
      </w:pPr>
      <w:r>
        <w:t>Reevaluación tras transferencias/traslado</w:t>
      </w:r>
    </w:p>
    <w:p>
      <w:r>
        <w:t>**Después de transferencias (ver 2.8/2.13):**</w:t>
      </w:r>
    </w:p>
    <w:p>
      <w:pPr>
        <w:pStyle w:val="ListBullet"/>
      </w:pPr>
      <w:r>
        <w:t>Re-verificar que cánula está bien posicionada.</w:t>
      </w:r>
    </w:p>
    <w:p>
      <w:pPr>
        <w:pStyle w:val="ListBullet"/>
      </w:pPr>
      <w:r>
        <w:t>Re-verificar que cánula no se ha desplazado.</w:t>
      </w:r>
    </w:p>
    <w:p>
      <w:pPr>
        <w:pStyle w:val="ListBullet"/>
      </w:pPr>
      <w:r>
        <w:t>Re-verificar que vía aérea sigue permeable.</w:t>
      </w:r>
    </w:p>
    <w:p>
      <w:pPr>
        <w:pStyle w:val="ListBullet"/>
      </w:pPr>
      <w:r>
        <w:t>Re-verificar que ventilación/oxigenación continúa efectiva.</w:t>
      </w:r>
    </w:p>
    <w:p>
      <w:pPr>
        <w:pStyle w:val="ListBullet"/>
      </w:pPr>
      <w:r>
        <w:t>Ajustar si es necesario.</w:t>
      </w:r>
    </w:p>
    <w:p>
      <w:r>
        <w:t>**Principio:**</w:t>
      </w:r>
    </w:p>
    <w:p>
      <w:pPr>
        <w:pStyle w:val="ListBullet"/>
      </w:pPr>
      <w:r>
        <w:t>**Re-verificar después de cada movimiento o transferencia.**</w:t>
      </w:r>
    </w:p>
    <w:p>
      <w:pPr>
        <w:pStyle w:val="ListBullet"/>
      </w:pPr>
      <w:r>
        <w:t>**No asumir que cánula sigue bien posicionada.**</w:t>
      </w:r>
    </w:p>
    <w:p>
      <w:pPr>
        <w:pStyle w:val="ListBullet"/>
      </w:pPr>
      <w:r>
        <w:t>**Ajustar si es necesario.**</w:t>
      </w:r>
    </w:p>
    <w:p>
      <w:r>
        <w:t>────────────────────────────────────────────────────────────</w:t>
      </w:r>
    </w:p>
    <w:p>
      <w:pPr>
        <w:pStyle w:val="Heading2"/>
      </w:pPr>
      <w:r>
        <w:t>3.4.7 Problemas frecuentes y resolución rápida</w:t>
      </w:r>
    </w:p>
    <w:p>
      <w:pPr>
        <w:pStyle w:val="Heading3"/>
      </w:pPr>
      <w:r>
        <w:t>Intolerancia/arcadas (OPA)</w:t>
      </w:r>
    </w:p>
    <w:p>
      <w:r>
        <w:t>**Causas posibles:**</w:t>
      </w:r>
    </w:p>
    <w:p>
      <w:pPr>
        <w:pStyle w:val="ListBullet"/>
      </w:pPr>
      <w:r>
        <w:t>Paciente recupera consciencia o reflejos.</w:t>
      </w:r>
    </w:p>
    <w:p>
      <w:pPr>
        <w:pStyle w:val="ListBullet"/>
      </w:pPr>
      <w:r>
        <w:t>Cánula mal posicionada.</w:t>
      </w:r>
    </w:p>
    <w:p>
      <w:pPr>
        <w:pStyle w:val="ListBullet"/>
      </w:pPr>
      <w:r>
        <w:t>Talla incorrecta.</w:t>
      </w:r>
    </w:p>
    <w:p>
      <w:r>
        <w:t>**Resolución rápida:**</w:t>
      </w:r>
    </w:p>
    <w:p>
      <w:pPr>
        <w:pStyle w:val="ListNumber"/>
      </w:pPr>
      <w:r>
        <w:t>Evaluar si paciente recupera consciencia (considerar retirar).</w:t>
      </w:r>
    </w:p>
    <w:p>
      <w:pPr>
        <w:pStyle w:val="ListNumber"/>
      </w:pPr>
      <w:r>
        <w:t>Verificar que cánula está bien posicionada (ajustar si es necesario).</w:t>
      </w:r>
    </w:p>
    <w:p>
      <w:pPr>
        <w:pStyle w:val="ListNumber"/>
      </w:pPr>
      <w:r>
        <w:t>Verificar que talla es correcta (cambiar si es necesario).</w:t>
      </w:r>
    </w:p>
    <w:p>
      <w:pPr>
        <w:pStyle w:val="ListNumber"/>
      </w:pPr>
      <w:r>
        <w:t>Si persiste intolerancia: considerar retirar o cambiar a NPA si no hay contraindicación.</w:t>
      </w:r>
    </w:p>
    <w:p>
      <w:r>
        <w:t>────────────────────────────────────────────────────────────</w:t>
      </w:r>
    </w:p>
    <w:p>
      <w:pPr>
        <w:pStyle w:val="Heading3"/>
      </w:pPr>
      <w:r>
        <w:t>NPA no progresa / sangrado nasal</w:t>
      </w:r>
    </w:p>
    <w:p>
      <w:r>
        <w:t>**Causas posibles:**</w:t>
      </w:r>
    </w:p>
    <w:p>
      <w:pPr>
        <w:pStyle w:val="ListBullet"/>
      </w:pPr>
      <w:r>
        <w:t>Resistencia (obstrucción, anatomía).</w:t>
      </w:r>
    </w:p>
    <w:p>
      <w:pPr>
        <w:pStyle w:val="ListBullet"/>
      </w:pPr>
      <w:r>
        <w:t>Talla incorrecta.</w:t>
      </w:r>
    </w:p>
    <w:p>
      <w:pPr>
        <w:pStyle w:val="ListBullet"/>
      </w:pPr>
      <w:r>
        <w:t>Falta de lubricación.</w:t>
      </w:r>
    </w:p>
    <w:p>
      <w:pPr>
        <w:pStyle w:val="ListBullet"/>
      </w:pPr>
      <w:r>
        <w:t>Inserción brusca.</w:t>
      </w:r>
    </w:p>
    <w:p>
      <w:r>
        <w:t>**Resolución rápida:**</w:t>
      </w:r>
    </w:p>
    <w:p>
      <w:pPr>
        <w:pStyle w:val="ListNumber"/>
      </w:pPr>
      <w:r>
        <w:t>Detener si hay resistencia (no forzar).</w:t>
      </w:r>
    </w:p>
    <w:p>
      <w:pPr>
        <w:pStyle w:val="ListNumber"/>
      </w:pPr>
      <w:r>
        <w:t>Verificar que talla es correcta (cambiar si es necesario).</w:t>
      </w:r>
    </w:p>
    <w:p>
      <w:pPr>
        <w:pStyle w:val="ListNumber"/>
      </w:pPr>
      <w:r>
        <w:t>Aplicar lubricante si no se aplicó.</w:t>
      </w:r>
    </w:p>
    <w:p>
      <w:pPr>
        <w:pStyle w:val="ListNumber"/>
      </w:pPr>
      <w:r>
        <w:t>Intentar con otra narina si es posible.</w:t>
      </w:r>
    </w:p>
    <w:p>
      <w:pPr>
        <w:pStyle w:val="ListNumber"/>
      </w:pPr>
      <w:r>
        <w:t>Si hay sangrado: detener, evaluar, considerar alternativas.</w:t>
      </w:r>
    </w:p>
    <w:p>
      <w:pPr>
        <w:pStyle w:val="ListNumber"/>
      </w:pPr>
      <w:r>
        <w:t>Si persiste: considerar OPA si no hay contraindicación, o otras alternativas.</w:t>
      </w:r>
    </w:p>
    <w:p>
      <w:r>
        <w:t>────────────────────────────────────────────────────────────</w:t>
      </w:r>
    </w:p>
    <w:p>
      <w:pPr>
        <w:pStyle w:val="Heading3"/>
      </w:pPr>
      <w:r>
        <w:t>No mejora ventilación</w:t>
      </w:r>
    </w:p>
    <w:p>
      <w:r>
        <w:t>**Causas posibles:**</w:t>
      </w:r>
    </w:p>
    <w:p>
      <w:pPr>
        <w:pStyle w:val="ListBullet"/>
      </w:pPr>
      <w:r>
        <w:t>Sello BVM inadecuado.</w:t>
      </w:r>
    </w:p>
    <w:p>
      <w:pPr>
        <w:pStyle w:val="ListBullet"/>
      </w:pPr>
      <w:r>
        <w:t>Posición incorrecta.</w:t>
      </w:r>
    </w:p>
    <w:p>
      <w:pPr>
        <w:pStyle w:val="ListBullet"/>
      </w:pPr>
      <w:r>
        <w:t>Secreciones no aspiradas.</w:t>
      </w:r>
    </w:p>
    <w:p>
      <w:pPr>
        <w:pStyle w:val="ListBullet"/>
      </w:pPr>
      <w:r>
        <w:t>Cánula mal posicionada o no efectiva.</w:t>
      </w:r>
    </w:p>
    <w:p>
      <w:r>
        <w:t>**Resolución rápida:**</w:t>
      </w:r>
    </w:p>
    <w:p>
      <w:pPr>
        <w:pStyle w:val="ListNumber"/>
      </w:pPr>
      <w:r>
        <w:t>Revisar sello BVM (mejorar sello, verificar que no hay fugas).</w:t>
      </w:r>
    </w:p>
    <w:p>
      <w:pPr>
        <w:pStyle w:val="ListNumber"/>
      </w:pPr>
      <w:r>
        <w:t>Revisar posición (re-posicionar si es necesario).</w:t>
      </w:r>
    </w:p>
    <w:p>
      <w:pPr>
        <w:pStyle w:val="ListNumber"/>
      </w:pPr>
      <w:r>
        <w:t>Revisar aspiración (aspirar si hay secreciones).</w:t>
      </w:r>
    </w:p>
    <w:p>
      <w:pPr>
        <w:pStyle w:val="ListNumber"/>
      </w:pPr>
      <w:r>
        <w:t>Revisar cánula (verificar que está bien posicionada, ajustar o cambiar si es necesario).</w:t>
      </w:r>
    </w:p>
    <w:p>
      <w:pPr>
        <w:pStyle w:val="ListNumber"/>
      </w:pPr>
      <w:r>
        <w:t>Si persiste: re-evaluar vía aérea, considerar alternativas, comunicar al médico.</w:t>
      </w:r>
    </w:p>
    <w:p>
      <w:r>
        <w:t>────────────────────────────────────────────────────────────</w:t>
      </w:r>
    </w:p>
    <w:p>
      <w:pPr>
        <w:pStyle w:val="Heading2"/>
      </w:pPr>
      <w:r>
        <w:t>3.4.8 Errores críticos y señales de alarma</w:t>
      </w:r>
    </w:p>
    <w:p>
      <w:pPr>
        <w:pStyle w:val="Heading3"/>
      </w:pPr>
      <w:r>
        <w:t>Errores críticos</w:t>
      </w:r>
    </w:p>
    <w:p>
      <w:r>
        <w:t>**Error 1: Colocar OPA en paciente que no lo tolera**</w:t>
      </w:r>
    </w:p>
    <w:p>
      <w:pPr>
        <w:pStyle w:val="ListBullet"/>
      </w:pPr>
      <w:r>
        <w:t>❌ Colocar OPA cuando paciente tiene reflejo nauseoso activo o está consciente.</w:t>
      </w:r>
    </w:p>
    <w:p>
      <w:pPr>
        <w:pStyle w:val="ListBullet"/>
      </w:pPr>
      <w:r>
        <w:t>**Consecuencia:** Vómito, agitación, agravamiento, riesgo de aspiración.</w:t>
      </w:r>
    </w:p>
    <w:p>
      <w:pPr>
        <w:pStyle w:val="ListBullet"/>
      </w:pPr>
      <w:r>
        <w:t>**Prevención:** Evaluar tolerancia antes de colocar, no colocar si hay reflejo nauseoso activo.</w:t>
      </w:r>
    </w:p>
    <w:p>
      <w:r>
        <w:t>**Error 2: Forzar NPA pese a resistencia o sangrado significativo**</w:t>
      </w:r>
    </w:p>
    <w:p>
      <w:pPr>
        <w:pStyle w:val="ListBullet"/>
      </w:pPr>
      <w:r>
        <w:t>❌ Forzar inserción de NPA cuando hay resistencia o sangrado.</w:t>
      </w:r>
    </w:p>
    <w:p>
      <w:pPr>
        <w:pStyle w:val="ListBullet"/>
      </w:pPr>
      <w:r>
        <w:t>**Consecuencia:** Lesión, sangrado aumentado, riesgo de complicaciones.</w:t>
      </w:r>
    </w:p>
    <w:p>
      <w:pPr>
        <w:pStyle w:val="ListBullet"/>
      </w:pPr>
      <w:r>
        <w:t>**Prevención:** No forzar si hay resistencia, detener si hay sangrado significativo, considerar alternativas.</w:t>
      </w:r>
    </w:p>
    <w:p>
      <w:r>
        <w:t>**Error 3: No tener aspiración lista**</w:t>
      </w:r>
    </w:p>
    <w:p>
      <w:pPr>
        <w:pStyle w:val="ListBullet"/>
      </w:pPr>
      <w:r>
        <w:t>❌ Colocar cánula sin tener aspiración preparada cuando hay secreciones.</w:t>
      </w:r>
    </w:p>
    <w:p>
      <w:pPr>
        <w:pStyle w:val="ListBullet"/>
      </w:pPr>
      <w:r>
        <w:t>**Consecuencia:** No poder aspirar cuando es necesario, obstrucción de vía aérea.</w:t>
      </w:r>
    </w:p>
    <w:p>
      <w:pPr>
        <w:pStyle w:val="ListBullet"/>
      </w:pPr>
      <w:r>
        <w:t>**Prevención:** Preparar aspiración en paralelo, tener lista para usar.</w:t>
      </w:r>
    </w:p>
    <w:p>
      <w:r>
        <w:t>**Error 4: No reevaluar durante traslado**</w:t>
      </w:r>
    </w:p>
    <w:p>
      <w:pPr>
        <w:pStyle w:val="ListBullet"/>
      </w:pPr>
      <w:r>
        <w:t>❌ No re-verificar que cánula está bien posicionada después de transferencias.</w:t>
      </w:r>
    </w:p>
    <w:p>
      <w:pPr>
        <w:pStyle w:val="ListBullet"/>
      </w:pPr>
      <w:r>
        <w:t>**Consecuencia:** Cánula desplazada, vía aérea obstruida, problemas no detectados.</w:t>
      </w:r>
    </w:p>
    <w:p>
      <w:pPr>
        <w:pStyle w:val="ListBullet"/>
      </w:pPr>
      <w:r>
        <w:t>**Prevención:** Re-verificar después de cada transferencia, ajustar si es necesario.</w:t>
      </w:r>
    </w:p>
    <w:p>
      <w:r>
        <w:t>────────────────────────────────────────────────────────────</w:t>
      </w:r>
    </w:p>
    <w:p>
      <w:pPr>
        <w:pStyle w:val="Heading3"/>
      </w:pPr>
      <w:r>
        <w:t>Señales de alarma (cuándo parar y reevaluar)</w:t>
      </w:r>
    </w:p>
    <w:p>
      <w:r>
        <w:t>**Señal de alarma 1: Intolerancia severa a OPA**</w:t>
      </w:r>
    </w:p>
    <w:p>
      <w:pPr>
        <w:pStyle w:val="ListBullet"/>
      </w:pPr>
      <w:r>
        <w:t>**Acción:** Parar, retirar OPA, evaluar, considerar NPA si no hay contraindicación.</w:t>
      </w:r>
    </w:p>
    <w:p>
      <w:pPr>
        <w:pStyle w:val="ListBullet"/>
      </w:pPr>
      <w:r>
        <w:t>**Si persiste:** Comunicar al médico, considerar alternativas.</w:t>
      </w:r>
    </w:p>
    <w:p>
      <w:r>
        <w:t>**Señal de alarma 2: Sangrado significativo con NPA**</w:t>
      </w:r>
    </w:p>
    <w:p>
      <w:pPr>
        <w:pStyle w:val="ListBullet"/>
      </w:pPr>
      <w:r>
        <w:t>**Acción:** Parar, detener inserción, evaluar, considerar alternativas.</w:t>
      </w:r>
    </w:p>
    <w:p>
      <w:pPr>
        <w:pStyle w:val="ListBullet"/>
      </w:pPr>
      <w:r>
        <w:t>**Si persiste:** Comunicar al médico, no continuar si sangrado es significativo.</w:t>
      </w:r>
    </w:p>
    <w:p>
      <w:r>
        <w:t>**Señal de alarma 3: Cánula no mejora ventilación**</w:t>
      </w:r>
    </w:p>
    <w:p>
      <w:pPr>
        <w:pStyle w:val="ListBullet"/>
      </w:pPr>
      <w:r>
        <w:t>**Acción:** Parar, re-evaluar vía aérea, verificar sello BVM, aspirar si es necesario.</w:t>
      </w:r>
    </w:p>
    <w:p>
      <w:pPr>
        <w:pStyle w:val="ListBullet"/>
      </w:pPr>
      <w:r>
        <w:t>**Si persiste:** Considerar alternativas, comunicar al médico.</w:t>
      </w:r>
    </w:p>
    <w:p>
      <w:r>
        <w:t>**Señal de alarma 4: Cánula se desplaza durante traslado**</w:t>
      </w:r>
    </w:p>
    <w:p>
      <w:pPr>
        <w:pStyle w:val="ListBullet"/>
      </w:pPr>
      <w:r>
        <w:t>**Acción:** Parar, re-posicionar cánula, verificar que está bien posicionada.</w:t>
      </w:r>
    </w:p>
    <w:p>
      <w:pPr>
        <w:pStyle w:val="ListBullet"/>
      </w:pPr>
      <w:r>
        <w:t>**Si persiste:** Fijar si es posible, re-verificar después de movimientos.</w:t>
      </w:r>
    </w:p>
    <w:p>
      <w:r>
        <w:t>**Principio:**</w:t>
      </w:r>
    </w:p>
    <w:p>
      <w:pPr>
        <w:pStyle w:val="ListBullet"/>
      </w:pPr>
      <w:r>
        <w:t>**Si hay señal de alarma: PARAR, RE-EVALUAR, AJUSTAR, COMUNICAR.**</w:t>
      </w:r>
    </w:p>
    <w:p>
      <w:pPr>
        <w:pStyle w:val="ListBullet"/>
      </w:pPr>
      <w:r>
        <w:t>**No continuar si hay riesgo para paciente o cánula no es efectiva.**</w:t>
      </w:r>
    </w:p>
    <w:p>
      <w:r>
        <w:t>────────────────────────────────────────────────────────────</w:t>
      </w:r>
    </w:p>
    <w:p>
      <w:pPr>
        <w:pStyle w:val="Heading2"/>
      </w:pPr>
      <w:r>
        <w:t>3.4.9 Puntos clave TES</w:t>
      </w:r>
    </w:p>
    <w:p>
      <w:pPr>
        <w:pStyle w:val="ListBullet"/>
      </w:pPr>
      <w:r>
        <w:t>**Preparar material antes de necesitarlo** (tener tallas disponibles, verificar que están en buen estado).</w:t>
      </w:r>
    </w:p>
    <w:p>
      <w:pPr>
        <w:pStyle w:val="ListBullet"/>
      </w:pPr>
      <w:r>
        <w:t>**Priorizar aspiración si hay secreciones** (aspirar primero, luego colocar cánula si es necesario).</w:t>
      </w:r>
    </w:p>
    <w:p>
      <w:pPr>
        <w:pStyle w:val="ListBullet"/>
      </w:pPr>
      <w:r>
        <w:t>**Seleccionar talla correcta** (OPA: comisura labial → ángulo mandibular/lóbulo oreja; NPA: punta nariz → lóbulo oreja/ángulo mandibular).</w:t>
      </w:r>
    </w:p>
    <w:p>
      <w:pPr>
        <w:pStyle w:val="ListBullet"/>
      </w:pPr>
      <w:r>
        <w:t>**OPA: técnica correcta** (insertar a lo largo de lengua, rotar 180 grados, no empujar lengua hacia atrás).</w:t>
      </w:r>
    </w:p>
    <w:p>
      <w:pPr>
        <w:pStyle w:val="ListBullet"/>
      </w:pPr>
      <w:r>
        <w:t>**NPA: inserción suave y progresiva** (usar lubricante si está disponible, no forzar si hay resistencia, orientar correctamente).</w:t>
      </w:r>
    </w:p>
    <w:p>
      <w:pPr>
        <w:pStyle w:val="ListBullet"/>
      </w:pPr>
      <w:r>
        <w:t>**Verificar tolerancia después de colocar** (observar respuesta del paciente, no continuar si hay intolerancia).</w:t>
      </w:r>
    </w:p>
    <w:p>
      <w:pPr>
        <w:pStyle w:val="ListBullet"/>
      </w:pPr>
      <w:r>
        <w:t>**Integrar con aspiración, oxígeno y BVM** (secuencia: aspiración → cánula → BVM/oxígeno, coordinar roles).</w:t>
      </w:r>
    </w:p>
    <w:p>
      <w:pPr>
        <w:pStyle w:val="ListBullet"/>
      </w:pPr>
      <w:r>
        <w:t>**Re-verificar después de transferencias** (cánula bien posicionada, no desplazada, vía aérea permeable).</w:t>
      </w:r>
    </w:p>
    <w:p>
      <w:pPr>
        <w:pStyle w:val="ListBullet"/>
      </w:pPr>
      <w:r>
        <w:t>**NUNCA forzar NPA si hay resistencia** (detener, considerar alternativas, no causar lesión).</w:t>
      </w:r>
    </w:p>
    <w:p>
      <w:pPr>
        <w:pStyle w:val="ListBullet"/>
      </w:pPr>
      <w:r>
        <w:t>**NUNCA colocar OPA en paciente con reflejo nauseoso activo** (evaluar tolerancia, considerar NPA si no hay contraindicación).</w:t>
      </w:r>
    </w:p>
    <w:p>
      <w:pPr>
        <w:pStyle w:val="ListBullet"/>
      </w:pPr>
      <w:r>
        <w:t>**Tener aspiración lista cuando hay secreciones** (preparar en paralelo, coordinar si es necesario).</w:t>
      </w:r>
    </w:p>
    <w:p>
      <w:pPr>
        <w:pStyle w:val="ListBullet"/>
      </w:pPr>
      <w:r>
        <w:t>**Un TES lesionado detiene la asistencia:** aplicar ergonomía (postura correcta, coordinar con equipo).</w:t>
      </w:r>
    </w:p>
    <w:p>
      <w:r>
        <w:t>────────────────────────────────────────────────────────────</w:t>
      </w:r>
    </w:p>
    <w:p>
      <w:pPr>
        <w:pStyle w:val="Heading2"/>
      </w:pPr>
      <w:r>
        <w:t>3.4.10 Cierre del capítulo</w:t>
      </w:r>
    </w:p>
    <w:p>
      <w:r>
        <w:t>Este capítulo se integra con:</w:t>
      </w:r>
    </w:p>
    <w:p>
      <w:pPr>
        <w:pStyle w:val="ListBullet"/>
      </w:pPr>
      <w:r>
        <w:t>**3.0 – Oxigenoterapia: Fundamentos Operativos y Seguridad TES** (integración con oxigenoterapia)</w:t>
      </w:r>
    </w:p>
    <w:p>
      <w:pPr>
        <w:pStyle w:val="ListBullet"/>
      </w:pPr>
      <w:r>
        <w:t>**3.1 – Dispositivos de Oxigenoterapia: Uso Operativo por Dispositivo** (integración con dispositivos)</w:t>
      </w:r>
    </w:p>
    <w:p>
      <w:pPr>
        <w:pStyle w:val="ListBullet"/>
      </w:pPr>
      <w:r>
        <w:t>**3.2 – Aspiración: Material y Uso Seguro** (integración con aspiración)</w:t>
      </w:r>
    </w:p>
    <w:p>
      <w:pPr>
        <w:pStyle w:val="ListBullet"/>
      </w:pPr>
      <w:r>
        <w:t>**3.3 – Bolsa-Válvula-Mascarilla (BVM): Material y Uso Seguro** (integración con BVM)</w:t>
      </w:r>
    </w:p>
    <w:p>
      <w:r>
        <w:t>**Próximo capítulo recomendado:**</w:t>
      </w:r>
    </w:p>
    <w:p>
      <w:pPr>
        <w:pStyle w:val="ListBullet"/>
      </w:pPr>
      <w:r>
        <w:t>**3.5 – Maletín de Vía Aérea y Oxigenoterapia: Organización y Chequeo Operativo** (verificación de cánulas y organización del material)</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**selección de talla correcta** es esencial para efectividad y seguridad</w:t>
      </w:r>
    </w:p>
    <w:p>
      <w:pPr>
        <w:pStyle w:val="ListBullet"/>
      </w:pPr>
      <w:r>
        <w:t>**No forzar** si hay resistencia o intolerancia</w:t>
      </w:r>
    </w:p>
    <w:p>
      <w:pPr>
        <w:pStyle w:val="ListBullet"/>
      </w:pPr>
      <w:r>
        <w:t>**Priorizar aspiración** si hay secreciones antes de colocar cánula</w:t>
      </w:r>
    </w:p>
    <w:p>
      <w:pPr>
        <w:pStyle w:val="ListBullet"/>
      </w:pPr>
      <w:r>
        <w:t>**Re-verificar** después de transferencias y movimientos</w:t>
      </w:r>
    </w:p>
    <w:p>
      <w:pPr>
        <w:pStyle w:val="ListBullet"/>
      </w:pPr>
      <w:r>
        <w:t>**Evaluar tolerancia** después de colocar</w:t>
      </w:r>
    </w:p>
    <w:p>
      <w:r>
        <w:t>**Principios No Negociables:**</w:t>
      </w:r>
    </w:p>
    <w:p>
      <w:pPr>
        <w:pStyle w:val="ListBullet"/>
      </w:pPr>
      <w:r>
        <w:t>**NUNCA forzar** NPA si hay resistencia</w:t>
      </w:r>
    </w:p>
    <w:p>
      <w:pPr>
        <w:pStyle w:val="ListBullet"/>
      </w:pPr>
      <w:r>
        <w:t>**NUNCA colocar** OPA en paciente con reflejo nauseoso activo</w:t>
      </w:r>
    </w:p>
    <w:p>
      <w:pPr>
        <w:pStyle w:val="ListBullet"/>
      </w:pPr>
      <w:r>
        <w:t>**NUNCA colocar** cánula sin verificar tolerancia</w:t>
      </w:r>
    </w:p>
    <w:p>
      <w:pPr>
        <w:pStyle w:val="ListBullet"/>
      </w:pPr>
      <w:r>
        <w:t>**SIEMPRE aspirar** primero si hay secreciones</w:t>
      </w:r>
    </w:p>
    <w:p>
      <w:pPr>
        <w:pStyle w:val="ListBullet"/>
      </w:pPr>
      <w:r>
        <w:t>**SIEMPRE re-verificar** después de transferencias</w:t>
      </w:r>
    </w:p>
    <w:p>
      <w:pPr>
        <w:pStyle w:val="ListBullet"/>
      </w:pPr>
      <w:r>
        <w:t>**SIEMPRE evaluar** tolerancia después de colocar</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3.5 – Maletín de vía aérea y oxigenoterapia: organización y chequeo operativo</w:t>
      </w:r>
    </w:p>
    <w:p>
      <w:pPr>
        <w:pStyle w:val="Heading1"/>
      </w:pPr>
      <w:r>
        <w:t>3.5 – Maletín de vía aérea y oxigenoterapia: organización y chequeo operativo</w:t>
      </w:r>
    </w:p>
    <w:p>
      <w:pPr>
        <w:pStyle w:val="Heading2"/>
      </w:pPr>
      <w:r>
        <w:t>Manual TES Digital – Logística y verificación de material</w:t>
      </w:r>
    </w:p>
    <w:p>
      <w:r>
        <w:t>**Versión:** 1.0</w:t>
      </w:r>
    </w:p>
    <w:p>
      <w:r>
        <w:t>**Fecha:** 2024-12-13</w:t>
      </w:r>
    </w:p>
    <w:p>
      <w:r>
        <w:t>**Tipo:** Bloque Operativo - Procedimiento TES</w:t>
      </w:r>
    </w:p>
    <w:p>
      <w:r>
        <w:t>────────────────────────────────────────────────────────────</w:t>
      </w:r>
    </w:p>
    <w:p>
      <w:pPr>
        <w:pStyle w:val="Heading2"/>
      </w:pPr>
      <w:r>
        <w:t>3.5.1 Objetivo operativo</w:t>
      </w:r>
    </w:p>
    <w:p>
      <w:r>
        <w:t>Garantizar que el material de vía aérea/oxigenoterapia está **completo, funcional y accesible** antes de un servicio, reduciendo fallos por **montaje, batería, fugas o falta de tallas**.</w:t>
      </w:r>
    </w:p>
    <w:p>
      <w:r>
        <w:t>Este capítulo se centra en **organización, verificación funcional, logística, reposición y seguridad**, no en inventario general (ver 3.X).</w:t>
      </w:r>
    </w:p>
    <w:p>
      <w:r>
        <w:t>────────────────────────────────────────────────────────────</w:t>
      </w:r>
    </w:p>
    <w:p>
      <w:pPr>
        <w:pStyle w:val="Heading2"/>
      </w:pPr>
      <w:r>
        <w:t>3.5.2 Alcance y límites</w:t>
      </w:r>
    </w:p>
    <w:p>
      <w:pPr>
        <w:pStyle w:val="Heading3"/>
      </w:pPr>
      <w:r>
        <w:t>Alcance del capítulo</w:t>
      </w:r>
    </w:p>
    <w:p>
      <w:r>
        <w:t>Este capítulo cubre:</w:t>
      </w:r>
    </w:p>
    <w:p>
      <w:pPr>
        <w:pStyle w:val="ListBullet"/>
      </w:pPr>
      <w:r>
        <w:t>**Organización** del maletín/mochila de vía aérea.</w:t>
      </w:r>
    </w:p>
    <w:p>
      <w:pPr>
        <w:pStyle w:val="ListBullet"/>
      </w:pPr>
      <w:r>
        <w:t>**Chequeo operativo** en diferentes momentos (inicio de turno, post-servicio, rápido pre-escena).</w:t>
      </w:r>
    </w:p>
    <w:p>
      <w:pPr>
        <w:pStyle w:val="ListBullet"/>
      </w:pPr>
      <w:r>
        <w:t>**Verificación funcional** de equipos.</w:t>
      </w:r>
    </w:p>
    <w:p>
      <w:pPr>
        <w:pStyle w:val="ListBullet"/>
      </w:pPr>
      <w:r>
        <w:t>**Reposición y limpieza** después del uso.</w:t>
      </w:r>
    </w:p>
    <w:p>
      <w:pPr>
        <w:pStyle w:val="ListBullet"/>
      </w:pPr>
      <w:r>
        <w:t>**Logística** y control de material.</w:t>
      </w:r>
    </w:p>
    <w:p>
      <w:pPr>
        <w:pStyle w:val="Heading3"/>
      </w:pPr>
      <w:r>
        <w:t>Límites del capítulo</w:t>
      </w:r>
    </w:p>
    <w:p>
      <w:r>
        <w:t>**Este capítulo NO cubre:**</w:t>
      </w:r>
    </w:p>
    <w:p>
      <w:pPr>
        <w:pStyle w:val="ListBullet"/>
      </w:pPr>
      <w:r>
        <w:t>Inventario general de material (ver 3.X).</w:t>
      </w:r>
    </w:p>
    <w:p>
      <w:pPr>
        <w:pStyle w:val="ListBullet"/>
      </w:pPr>
      <w:r>
        <w:t>Uso clínico de dispositivos (ver 3.0–3.4).</w:t>
      </w:r>
    </w:p>
    <w:p>
      <w:pPr>
        <w:pStyle w:val="ListBullet"/>
      </w:pPr>
      <w:r>
        <w:t>Mantenimiento técnico avanzado.</w:t>
      </w:r>
    </w:p>
    <w:p>
      <w:r>
        <w:t>**Este capítulo SÍ cubre:**</w:t>
      </w:r>
    </w:p>
    <w:p>
      <w:pPr>
        <w:pStyle w:val="ListBullet"/>
      </w:pPr>
      <w:r>
        <w:t>Cómo organizar el maletín.</w:t>
      </w:r>
    </w:p>
    <w:p>
      <w:pPr>
        <w:pStyle w:val="ListBullet"/>
      </w:pPr>
      <w:r>
        <w:t>Cómo chequear que todo funciona.</w:t>
      </w:r>
    </w:p>
    <w:p>
      <w:pPr>
        <w:pStyle w:val="ListBullet"/>
      </w:pPr>
      <w:r>
        <w:t>Cómo gestionar reposición y limpieza.</w:t>
      </w:r>
    </w:p>
    <w:p>
      <w:r>
        <w:t>**Orientado a:**</w:t>
      </w:r>
    </w:p>
    <w:p>
      <w:pPr>
        <w:pStyle w:val="ListBullet"/>
      </w:pPr>
      <w:r>
        <w:t>Maletín/mochila de vía aérea.</w:t>
      </w:r>
    </w:p>
    <w:p>
      <w:pPr>
        <w:pStyle w:val="ListBullet"/>
      </w:pPr>
      <w:r>
        <w:t>Material fijo de ambulancia.</w:t>
      </w:r>
    </w:p>
    <w:p>
      <w:r>
        <w:t>────────────────────────────────────────────────────────────</w:t>
      </w:r>
    </w:p>
    <w:p>
      <w:pPr>
        <w:pStyle w:val="Heading2"/>
      </w:pPr>
      <w:r>
        <w:t>3.5.3 Principios TES de organización (diseño de maletín)</w:t>
      </w:r>
    </w:p>
    <w:p>
      <w:pPr>
        <w:pStyle w:val="Heading3"/>
      </w:pPr>
      <w:r>
        <w:t>Principios fundamentales</w:t>
      </w:r>
    </w:p>
    <w:p>
      <w:r>
        <w:t>**1. Accesibilidad por prioridades**</w:t>
      </w:r>
    </w:p>
    <w:p>
      <w:pPr>
        <w:pStyle w:val="ListBullet"/>
      </w:pPr>
      <w:r>
        <w:t>**"Lo primero que necesitas, arriba":** Material más usado o crítico en posición más accesible.</w:t>
      </w:r>
    </w:p>
    <w:p>
      <w:pPr>
        <w:pStyle w:val="ListBullet"/>
      </w:pPr>
      <w:r>
        <w:t>Organizar según frecuencia de uso.</w:t>
      </w:r>
    </w:p>
    <w:p>
      <w:pPr>
        <w:pStyle w:val="ListBullet"/>
      </w:pPr>
      <w:r>
        <w:t>Material de emergencia fácilmente accesible.</w:t>
      </w:r>
    </w:p>
    <w:p>
      <w:r>
        <w:t>**2. Separación por módulos**</w:t>
      </w:r>
    </w:p>
    <w:p>
      <w:pPr>
        <w:pStyle w:val="ListBullet"/>
      </w:pPr>
      <w:r>
        <w:t>**Módulo O₂/dispositivos:** Botellas, reguladores, dispositivos de administración.</w:t>
      </w:r>
    </w:p>
    <w:p>
      <w:pPr>
        <w:pStyle w:val="ListBullet"/>
      </w:pPr>
      <w:r>
        <w:t>**Módulo BVM:** Bolsa, reservorio, mascarillas.</w:t>
      </w:r>
    </w:p>
    <w:p>
      <w:pPr>
        <w:pStyle w:val="ListBullet"/>
      </w:pPr>
      <w:r>
        <w:t>**Módulo aspiración:** Aspirador, frascos, cánulas.</w:t>
      </w:r>
    </w:p>
    <w:p>
      <w:pPr>
        <w:pStyle w:val="ListBullet"/>
      </w:pPr>
      <w:r>
        <w:t>**Módulo cánulas:** OPA/NPA por tallas.</w:t>
      </w:r>
    </w:p>
    <w:p>
      <w:pPr>
        <w:pStyle w:val="ListBullet"/>
      </w:pPr>
      <w:r>
        <w:t>**Módulo consumibles/higiene:** Guantes, EPI, material de limpieza.</w:t>
      </w:r>
    </w:p>
    <w:p>
      <w:r>
        <w:t>**3. Redundancia mínima inteligente**</w:t>
      </w:r>
    </w:p>
    <w:p>
      <w:pPr>
        <w:pStyle w:val="ListBullet"/>
      </w:pPr>
      <w:r>
        <w:t>Piezas críticas duplicadas según dotación:</w:t>
      </w:r>
    </w:p>
    <w:p>
      <w:pPr>
        <w:pStyle w:val="ListBullet"/>
      </w:pPr>
      <w:r>
        <w:t>Tubuladuras (conexiones críticas).</w:t>
      </w:r>
    </w:p>
    <w:p>
      <w:pPr>
        <w:pStyle w:val="ListBullet"/>
      </w:pPr>
      <w:r>
        <w:t>Mascarillas (tallas más usadas).</w:t>
      </w:r>
    </w:p>
    <w:p>
      <w:pPr>
        <w:pStyle w:val="ListBullet"/>
      </w:pPr>
      <w:r>
        <w:t>Conectores (piezas que pueden fallar).</w:t>
      </w:r>
    </w:p>
    <w:p>
      <w:pPr>
        <w:pStyle w:val="ListBullet"/>
      </w:pPr>
      <w:r>
        <w:t>No duplicar todo (solo lo crítico).</w:t>
      </w:r>
    </w:p>
    <w:p>
      <w:r>
        <w:t>**4. Etiquetado y orden fijo**</w:t>
      </w:r>
    </w:p>
    <w:p>
      <w:pPr>
        <w:pStyle w:val="ListBullet"/>
      </w:pPr>
      <w:r>
        <w:t>Etiquetar compartimentos o secciones.</w:t>
      </w:r>
    </w:p>
    <w:p>
      <w:pPr>
        <w:pStyle w:val="ListBullet"/>
      </w:pPr>
      <w:r>
        <w:t>Orden fijo (cualquier TES lo encuentra sin preguntar).</w:t>
      </w:r>
    </w:p>
    <w:p>
      <w:pPr>
        <w:pStyle w:val="ListBullet"/>
      </w:pPr>
      <w:r>
        <w:t>Facilitar localización rápida.</w:t>
      </w:r>
    </w:p>
    <w:p>
      <w:r>
        <w:t>**5. Control de caducidades y consumibles**</w:t>
      </w:r>
    </w:p>
    <w:p>
      <w:pPr>
        <w:pStyle w:val="ListBullet"/>
      </w:pPr>
      <w:r>
        <w:t>Verificar caducidades periódicamente.</w:t>
      </w:r>
    </w:p>
    <w:p>
      <w:pPr>
        <w:pStyle w:val="ListBullet"/>
      </w:pPr>
      <w:r>
        <w:t>Controlar stock de consumibles.</w:t>
      </w:r>
    </w:p>
    <w:p>
      <w:pPr>
        <w:pStyle w:val="ListBullet"/>
      </w:pPr>
      <w:r>
        <w:t>Reponer antes de agotarse.</w:t>
      </w:r>
    </w:p>
    <w:p>
      <w:r>
        <w:t>────────────────────────────────────────────────────────────</w:t>
      </w:r>
    </w:p>
    <w:p>
      <w:pPr>
        <w:pStyle w:val="Heading2"/>
      </w:pPr>
      <w:r>
        <w:t>3.5.4 Estructura recomendada del maletín (módulos)</w:t>
      </w:r>
    </w:p>
    <w:p>
      <w:pPr>
        <w:pStyle w:val="Heading3"/>
      </w:pPr>
      <w:r>
        <w:t>A) Módulo O₂ y dispositivos (3.0–3.1)</w:t>
      </w:r>
    </w:p>
    <w:p>
      <w:r>
        <w:t>**Contenido:**</w:t>
      </w:r>
    </w:p>
    <w:p>
      <w:pPr>
        <w:pStyle w:val="ListBullet"/>
      </w:pPr>
      <w:r>
        <w:t>Gafas nasales.</w:t>
      </w:r>
    </w:p>
    <w:p>
      <w:pPr>
        <w:pStyle w:val="ListBullet"/>
      </w:pPr>
      <w:r>
        <w:t>Mascarilla simple.</w:t>
      </w:r>
    </w:p>
    <w:p>
      <w:pPr>
        <w:pStyle w:val="ListBullet"/>
      </w:pPr>
      <w:r>
        <w:t>Mascarilla con reservorio.</w:t>
      </w:r>
    </w:p>
    <w:p>
      <w:pPr>
        <w:pStyle w:val="ListBullet"/>
      </w:pPr>
      <w:r>
        <w:t>Mascarilla Venturi (mascarilla + adaptadores/boquillas).</w:t>
      </w:r>
    </w:p>
    <w:p>
      <w:pPr>
        <w:pStyle w:val="ListBullet"/>
      </w:pPr>
      <w:r>
        <w:t>Nebulizador (cámara + mascarilla/boquilla) (si aplica).</w:t>
      </w:r>
    </w:p>
    <w:p>
      <w:pPr>
        <w:pStyle w:val="ListBullet"/>
      </w:pPr>
      <w:r>
        <w:t>Tubuladuras (longitudes, alargaderas).</w:t>
      </w:r>
    </w:p>
    <w:p>
      <w:pPr>
        <w:pStyle w:val="ListBullet"/>
      </w:pPr>
      <w:r>
        <w:t>Adaptadores y conectores.</w:t>
      </w:r>
    </w:p>
    <w:p>
      <w:r>
        <w:t>**Organización:**</w:t>
      </w:r>
    </w:p>
    <w:p>
      <w:pPr>
        <w:pStyle w:val="ListBullet"/>
      </w:pPr>
      <w:r>
        <w:t>Dispositivos por tipo.</w:t>
      </w:r>
    </w:p>
    <w:p>
      <w:pPr>
        <w:pStyle w:val="ListBullet"/>
      </w:pPr>
      <w:r>
        <w:t>Tubuladuras organizadas.</w:t>
      </w:r>
    </w:p>
    <w:p>
      <w:pPr>
        <w:pStyle w:val="ListBullet"/>
      </w:pPr>
      <w:r>
        <w:t>Adaptadores en sección específica.</w:t>
      </w:r>
    </w:p>
    <w:p>
      <w:pPr>
        <w:pStyle w:val="ListBullet"/>
      </w:pPr>
      <w:r>
        <w:t>Fácil acceso a dispositivos más usados.</w:t>
      </w:r>
    </w:p>
    <w:p>
      <w:r>
        <w:t>**Enlaces:**</w:t>
      </w:r>
    </w:p>
    <w:p>
      <w:pPr>
        <w:pStyle w:val="ListBullet"/>
      </w:pPr>
      <w:r>
        <w:t>Ver 3.0 – Oxigenoterapia: Fundamentos Operativos</w:t>
      </w:r>
    </w:p>
    <w:p>
      <w:pPr>
        <w:pStyle w:val="ListBullet"/>
      </w:pPr>
      <w:r>
        <w:t>Ver 3.1 – Dispositivos de Oxigenoterapia</w:t>
      </w:r>
    </w:p>
    <w:p>
      <w:r>
        <w:t>────────────────────────────────────────────────────────────</w:t>
      </w:r>
    </w:p>
    <w:p>
      <w:pPr>
        <w:pStyle w:val="Heading3"/>
      </w:pPr>
      <w:r>
        <w:t>B) Módulo BVM (3.3)</w:t>
      </w:r>
    </w:p>
    <w:p>
      <w:r>
        <w:t>**Contenido:**</w:t>
      </w:r>
    </w:p>
    <w:p>
      <w:pPr>
        <w:pStyle w:val="ListBullet"/>
      </w:pPr>
      <w:r>
        <w:t>Bolsa autoinflable (adulto/pediátrico/neonatal según dotación).</w:t>
      </w:r>
    </w:p>
    <w:p>
      <w:pPr>
        <w:pStyle w:val="ListBullet"/>
      </w:pPr>
      <w:r>
        <w:t>Reservorio de BVM (si aplica).</w:t>
      </w:r>
    </w:p>
    <w:p>
      <w:pPr>
        <w:pStyle w:val="ListBullet"/>
      </w:pPr>
      <w:r>
        <w:t>Mascarillas para BVM (tallas y recambios).</w:t>
      </w:r>
    </w:p>
    <w:p>
      <w:pPr>
        <w:pStyle w:val="ListBullet"/>
      </w:pPr>
      <w:r>
        <w:t>Válvula PEEP (si existe en dotación).</w:t>
      </w:r>
    </w:p>
    <w:p>
      <w:pPr>
        <w:pStyle w:val="ListBullet"/>
      </w:pPr>
      <w:r>
        <w:t>Filtros bacterianos/virales (si se usan).</w:t>
      </w:r>
    </w:p>
    <w:p>
      <w:r>
        <w:t>**Organización:**</w:t>
      </w:r>
    </w:p>
    <w:p>
      <w:pPr>
        <w:pStyle w:val="ListBullet"/>
      </w:pPr>
      <w:r>
        <w:t>BVM completa montada o componentes separados.</w:t>
      </w:r>
    </w:p>
    <w:p>
      <w:pPr>
        <w:pStyle w:val="ListBullet"/>
      </w:pPr>
      <w:r>
        <w:t>Mascarillas por tallas.</w:t>
      </w:r>
    </w:p>
    <w:p>
      <w:pPr>
        <w:pStyle w:val="ListBullet"/>
      </w:pPr>
      <w:r>
        <w:t>Recambios organizados.</w:t>
      </w:r>
    </w:p>
    <w:p>
      <w:pPr>
        <w:pStyle w:val="ListBullet"/>
      </w:pPr>
      <w:r>
        <w:t>Fácil acceso a BVM completa.</w:t>
      </w:r>
    </w:p>
    <w:p>
      <w:r>
        <w:t>**Enlaces:**</w:t>
      </w:r>
    </w:p>
    <w:p>
      <w:pPr>
        <w:pStyle w:val="ListBullet"/>
      </w:pPr>
      <w:r>
        <w:t>Ver 3.3 – Bolsa-Válvula-Mascarilla (BVM)</w:t>
      </w:r>
    </w:p>
    <w:p>
      <w:r>
        <w:t>────────────────────────────────────────────────────────────</w:t>
      </w:r>
    </w:p>
    <w:p>
      <w:pPr>
        <w:pStyle w:val="Heading3"/>
      </w:pPr>
      <w:r>
        <w:t>C) Módulo aspiración (3.2)</w:t>
      </w:r>
    </w:p>
    <w:p>
      <w:r>
        <w:t>**Contenido:**</w:t>
      </w:r>
    </w:p>
    <w:p>
      <w:pPr>
        <w:pStyle w:val="ListBullet"/>
      </w:pPr>
      <w:r>
        <w:t>Cánula rígida tipo Yankauer.</w:t>
      </w:r>
    </w:p>
    <w:p>
      <w:pPr>
        <w:pStyle w:val="ListBullet"/>
      </w:pPr>
      <w:r>
        <w:t>Sondas flexibles (tamaños).</w:t>
      </w:r>
    </w:p>
    <w:p>
      <w:pPr>
        <w:pStyle w:val="ListBullet"/>
      </w:pPr>
      <w:r>
        <w:t>Tubuladuras de aspiración.</w:t>
      </w:r>
    </w:p>
    <w:p>
      <w:pPr>
        <w:pStyle w:val="ListBullet"/>
      </w:pPr>
      <w:r>
        <w:t>Frasco recolector (si es portátil).</w:t>
      </w:r>
    </w:p>
    <w:p>
      <w:pPr>
        <w:pStyle w:val="ListBullet"/>
      </w:pPr>
      <w:r>
        <w:t>Baterías/cargador (si aplica).</w:t>
      </w:r>
    </w:p>
    <w:p>
      <w:pPr>
        <w:pStyle w:val="ListBullet"/>
      </w:pPr>
      <w:r>
        <w:t>Filtros (si aplica).</w:t>
      </w:r>
    </w:p>
    <w:p>
      <w:r>
        <w:t>**Organización:**</w:t>
      </w:r>
    </w:p>
    <w:p>
      <w:pPr>
        <w:pStyle w:val="ListBullet"/>
      </w:pPr>
      <w:r>
        <w:t>Cánulas organizadas por tipo.</w:t>
      </w:r>
    </w:p>
    <w:p>
      <w:pPr>
        <w:pStyle w:val="ListBullet"/>
      </w:pPr>
      <w:r>
        <w:t>Tubuladuras organizadas.</w:t>
      </w:r>
    </w:p>
    <w:p>
      <w:pPr>
        <w:pStyle w:val="ListBullet"/>
      </w:pPr>
      <w:r>
        <w:t>Frasco y baterías en sección específica.</w:t>
      </w:r>
    </w:p>
    <w:p>
      <w:pPr>
        <w:pStyle w:val="ListBullet"/>
      </w:pPr>
      <w:r>
        <w:t>Fácil acceso a material de aspiración.</w:t>
      </w:r>
    </w:p>
    <w:p>
      <w:r>
        <w:t>**Enlaces:**</w:t>
      </w:r>
    </w:p>
    <w:p>
      <w:pPr>
        <w:pStyle w:val="ListBullet"/>
      </w:pPr>
      <w:r>
        <w:t>Ver 3.2 – Aspiración: Material y Uso Seguro</w:t>
      </w:r>
    </w:p>
    <w:p>
      <w:r>
        <w:t>────────────────────────────────────────────────────────────</w:t>
      </w:r>
    </w:p>
    <w:p>
      <w:pPr>
        <w:pStyle w:val="Heading3"/>
      </w:pPr>
      <w:r>
        <w:t>D) Módulo cánulas (3.4)</w:t>
      </w:r>
    </w:p>
    <w:p>
      <w:r>
        <w:t>**Contenido:**</w:t>
      </w:r>
    </w:p>
    <w:p>
      <w:pPr>
        <w:pStyle w:val="ListBullet"/>
      </w:pPr>
      <w:r>
        <w:t>Cánulas orofaríngeas (OPA) por tallas.</w:t>
      </w:r>
    </w:p>
    <w:p>
      <w:pPr>
        <w:pStyle w:val="ListBullet"/>
      </w:pPr>
      <w:r>
        <w:t>Cánulas nasofaríngeas (NPA) por tallas.</w:t>
      </w:r>
    </w:p>
    <w:p>
      <w:pPr>
        <w:pStyle w:val="ListBullet"/>
      </w:pPr>
      <w:r>
        <w:t>Lubricante hidrosoluble (si aplica).</w:t>
      </w:r>
    </w:p>
    <w:p>
      <w:r>
        <w:t>**Organización:**</w:t>
      </w:r>
    </w:p>
    <w:p>
      <w:pPr>
        <w:pStyle w:val="ListBullet"/>
      </w:pPr>
      <w:r>
        <w:t>OPA organizadas por tallas.</w:t>
      </w:r>
    </w:p>
    <w:p>
      <w:pPr>
        <w:pStyle w:val="ListBullet"/>
      </w:pPr>
      <w:r>
        <w:t>NPA organizadas por tallas.</w:t>
      </w:r>
    </w:p>
    <w:p>
      <w:pPr>
        <w:pStyle w:val="ListBullet"/>
      </w:pPr>
      <w:r>
        <w:t>Lubricante en sección específica.</w:t>
      </w:r>
    </w:p>
    <w:p>
      <w:pPr>
        <w:pStyle w:val="ListBullet"/>
      </w:pPr>
      <w:r>
        <w:t>Fácil acceso a tallas más usadas.</w:t>
      </w:r>
    </w:p>
    <w:p>
      <w:r>
        <w:t>**Enlaces:**</w:t>
      </w:r>
    </w:p>
    <w:p>
      <w:pPr>
        <w:pStyle w:val="ListBullet"/>
      </w:pPr>
      <w:r>
        <w:t>Ver 3.4 – Cánulas (OPA/NPA): Uso Seguro Operativo</w:t>
      </w:r>
    </w:p>
    <w:p>
      <w:r>
        <w:t>────────────────────────────────────────────────────────────</w:t>
      </w:r>
    </w:p>
    <w:p>
      <w:pPr>
        <w:pStyle w:val="Heading3"/>
      </w:pPr>
      <w:r>
        <w:t>E) Módulo higiene/seguridad</w:t>
      </w:r>
    </w:p>
    <w:p>
      <w:r>
        <w:t>**Contenido:**</w:t>
      </w:r>
    </w:p>
    <w:p>
      <w:pPr>
        <w:pStyle w:val="ListBullet"/>
      </w:pPr>
      <w:r>
        <w:t>Guantes (diferentes tallas).</w:t>
      </w:r>
    </w:p>
    <w:p>
      <w:pPr>
        <w:pStyle w:val="ListBullet"/>
      </w:pPr>
      <w:r>
        <w:t>Protección ocular / pantalla facial.</w:t>
      </w:r>
    </w:p>
    <w:p>
      <w:pPr>
        <w:pStyle w:val="ListBullet"/>
      </w:pPr>
      <w:r>
        <w:t>Mascarillas (quirúrgica/FFP según protocolo).</w:t>
      </w:r>
    </w:p>
    <w:p>
      <w:pPr>
        <w:pStyle w:val="ListBullet"/>
      </w:pPr>
      <w:r>
        <w:t>Bolsas de residuos (biológicos y no biológicos).</w:t>
      </w:r>
    </w:p>
    <w:p>
      <w:pPr>
        <w:pStyle w:val="ListBullet"/>
      </w:pPr>
      <w:r>
        <w:t>Toallitas desinfectantes.</w:t>
      </w:r>
    </w:p>
    <w:p>
      <w:pPr>
        <w:pStyle w:val="ListBullet"/>
      </w:pPr>
      <w:r>
        <w:t>Gasas.</w:t>
      </w:r>
    </w:p>
    <w:p>
      <w:pPr>
        <w:pStyle w:val="ListBullet"/>
      </w:pPr>
      <w:r>
        <w:t>Soluciones de limpieza/desinfección (según protocolo).</w:t>
      </w:r>
    </w:p>
    <w:p>
      <w:r>
        <w:t>**Organización:**</w:t>
      </w:r>
    </w:p>
    <w:p>
      <w:pPr>
        <w:pStyle w:val="ListBullet"/>
      </w:pPr>
      <w:r>
        <w:t>EPI organizado por tipo.</w:t>
      </w:r>
    </w:p>
    <w:p>
      <w:pPr>
        <w:pStyle w:val="ListBullet"/>
      </w:pPr>
      <w:r>
        <w:t>Consumibles organizados.</w:t>
      </w:r>
    </w:p>
    <w:p>
      <w:pPr>
        <w:pStyle w:val="ListBullet"/>
      </w:pPr>
      <w:r>
        <w:t>Fácil acceso a EPI más usado.</w:t>
      </w:r>
    </w:p>
    <w:p>
      <w:r>
        <w:t>────────────────────────────────────────────────────────────</w:t>
      </w:r>
    </w:p>
    <w:p>
      <w:pPr>
        <w:pStyle w:val="Heading2"/>
      </w:pPr>
      <w:r>
        <w:t>3.5.5 Chequeo operativo: niveles y momentos</w:t>
      </w:r>
    </w:p>
    <w:p>
      <w:pPr>
        <w:pStyle w:val="Heading3"/>
      </w:pPr>
      <w:r>
        <w:t>Chequeo de inicio de turno</w:t>
      </w:r>
    </w:p>
    <w:p>
      <w:r>
        <w:t>**Objetivo:** Verificar que todo el material está completo y funcional antes de iniciar servicio.</w:t>
      </w:r>
    </w:p>
    <w:p>
      <w:r>
        <w:t>**Alcance:**</w:t>
      </w:r>
    </w:p>
    <w:p>
      <w:pPr>
        <w:pStyle w:val="ListBullet"/>
      </w:pPr>
      <w:r>
        <w:t>Verificación completa de todo el material.</w:t>
      </w:r>
    </w:p>
    <w:p>
      <w:pPr>
        <w:pStyle w:val="ListBullet"/>
      </w:pPr>
      <w:r>
        <w:t>Verificación funcional de equipos.</w:t>
      </w:r>
    </w:p>
    <w:p>
      <w:pPr>
        <w:pStyle w:val="ListBullet"/>
      </w:pPr>
      <w:r>
        <w:t>Control de stock y caducidades.</w:t>
      </w:r>
    </w:p>
    <w:p>
      <w:pPr>
        <w:pStyle w:val="ListBullet"/>
      </w:pPr>
      <w:r>
        <w:t>Reposición de material faltante.</w:t>
      </w:r>
    </w:p>
    <w:p>
      <w:r>
        <w:t>**Tiempo:** 15-30 minutos aproximadamente (según dotación).</w:t>
      </w:r>
    </w:p>
    <w:p>
      <w:r>
        <w:t>────────────────────────────────────────────────────────────</w:t>
      </w:r>
    </w:p>
    <w:p>
      <w:pPr>
        <w:pStyle w:val="Heading3"/>
      </w:pPr>
      <w:r>
        <w:t>Chequeo post-servicio</w:t>
      </w:r>
    </w:p>
    <w:p>
      <w:r>
        <w:t>**Objetivo:** Limpiar, desinfectar, reponer y preparar material para siguiente servicio.</w:t>
      </w:r>
    </w:p>
    <w:p>
      <w:r>
        <w:t>**Alcance:**</w:t>
      </w:r>
    </w:p>
    <w:p>
      <w:pPr>
        <w:pStyle w:val="ListBullet"/>
      </w:pPr>
      <w:r>
        <w:t>Limpieza/desinfección de material usado.</w:t>
      </w:r>
    </w:p>
    <w:p>
      <w:pPr>
        <w:pStyle w:val="ListBullet"/>
      </w:pPr>
      <w:r>
        <w:t>Reposición de material consumido.</w:t>
      </w:r>
    </w:p>
    <w:p>
      <w:pPr>
        <w:pStyle w:val="ListBullet"/>
      </w:pPr>
      <w:r>
        <w:t>Verificación de material restante.</w:t>
      </w:r>
    </w:p>
    <w:p>
      <w:pPr>
        <w:pStyle w:val="ListBullet"/>
      </w:pPr>
      <w:r>
        <w:t>Registro de incidencias.</w:t>
      </w:r>
    </w:p>
    <w:p>
      <w:r>
        <w:t>**Tiempo:** Variable según material usado.</w:t>
      </w:r>
    </w:p>
    <w:p>
      <w:r>
        <w:t>────────────────────────────────────────────────────────────</w:t>
      </w:r>
    </w:p>
    <w:p>
      <w:pPr>
        <w:pStyle w:val="Heading3"/>
      </w:pPr>
      <w:r>
        <w:t>Chequeo rápido "a pie de escena" (preparación inmediata)</w:t>
      </w:r>
    </w:p>
    <w:p>
      <w:r>
        <w:t>**Objetivo:** Verificación rápida de material crítico antes de intervención.</w:t>
      </w:r>
    </w:p>
    <w:p>
      <w:r>
        <w:t>**Alcance:**</w:t>
      </w:r>
    </w:p>
    <w:p>
      <w:pPr>
        <w:pStyle w:val="ListBullet"/>
      </w:pPr>
      <w:r>
        <w:t>Verificación de material crítico (BVM, aspiración, oxígeno).</w:t>
      </w:r>
    </w:p>
    <w:p>
      <w:pPr>
        <w:pStyle w:val="ListBullet"/>
      </w:pPr>
      <w:r>
        <w:t>Verificación funcional rápida.</w:t>
      </w:r>
    </w:p>
    <w:p>
      <w:pPr>
        <w:pStyle w:val="ListBullet"/>
      </w:pPr>
      <w:r>
        <w:t>Preparación inmediata.</w:t>
      </w:r>
    </w:p>
    <w:p>
      <w:r>
        <w:t>**Tiempo:** 2-5 minutos aproximadamente.</w:t>
      </w:r>
    </w:p>
    <w:p>
      <w:r>
        <w:t>────────────────────────────────────────────────────────────</w:t>
      </w:r>
    </w:p>
    <w:p>
      <w:pPr>
        <w:pStyle w:val="Heading2"/>
      </w:pPr>
      <w:r>
        <w:t>3.5.6 Procedimiento paso a paso: chequeo de inicio de turno</w:t>
      </w:r>
    </w:p>
    <w:p>
      <w:pPr>
        <w:pStyle w:val="Heading3"/>
      </w:pPr>
      <w:r>
        <w:t>Verificar botellas y fijación</w:t>
      </w:r>
    </w:p>
    <w:p>
      <w:r>
        <w:t>**Botellas:**</w:t>
      </w:r>
    </w:p>
    <w:p>
      <w:pPr>
        <w:pStyle w:val="ListBullet"/>
      </w:pPr>
      <w:r>
        <w:t>[ ] Verificar que botellas están disponibles.</w:t>
      </w:r>
    </w:p>
    <w:p>
      <w:pPr>
        <w:pStyle w:val="ListBullet"/>
      </w:pPr>
      <w:r>
        <w:t>[ ] Verificar presión de botellas (leer manómetro).</w:t>
      </w:r>
    </w:p>
    <w:p>
      <w:pPr>
        <w:pStyle w:val="ListBullet"/>
      </w:pPr>
      <w:r>
        <w:t>[ ] Verificar que botellas no están caducadas (si aplica).</w:t>
      </w:r>
    </w:p>
    <w:p>
      <w:pPr>
        <w:pStyle w:val="ListBullet"/>
      </w:pPr>
      <w:r>
        <w:t>[ ] Verificar que válvulas funcionan.</w:t>
      </w:r>
    </w:p>
    <w:p>
      <w:r>
        <w:t>**Fijación:**</w:t>
      </w:r>
    </w:p>
    <w:p>
      <w:pPr>
        <w:pStyle w:val="ListBullet"/>
      </w:pPr>
      <w:r>
        <w:t>[ ] Verificar que botellas están fijadas correctamente en ambulancia.</w:t>
      </w:r>
    </w:p>
    <w:p>
      <w:pPr>
        <w:pStyle w:val="ListBullet"/>
      </w:pPr>
      <w:r>
        <w:t>[ ] Verificar que sistema de fijación es seguro.</w:t>
      </w:r>
    </w:p>
    <w:p>
      <w:pPr>
        <w:pStyle w:val="ListBullet"/>
      </w:pPr>
      <w:r>
        <w:t>[ ] Verificar que botellas no se mueven.</w:t>
      </w:r>
    </w:p>
    <w:p>
      <w:pPr>
        <w:pStyle w:val="ListBullet"/>
      </w:pPr>
      <w:r>
        <w:t>[ ] Verificar que hay acceso a botellas.</w:t>
      </w:r>
    </w:p>
    <w:p>
      <w:r>
        <w:t>**Registro:**</w:t>
      </w:r>
    </w:p>
    <w:p>
      <w:pPr>
        <w:pStyle w:val="ListBullet"/>
      </w:pPr>
      <w:r>
        <w:t>Registrar presión de botellas.</w:t>
      </w:r>
    </w:p>
    <w:p>
      <w:pPr>
        <w:pStyle w:val="ListBullet"/>
      </w:pPr>
      <w:r>
        <w:t>Registrar incidencias (botella con poca presión, válvula que no funciona, etc.).</w:t>
      </w:r>
    </w:p>
    <w:p>
      <w:r>
        <w:t>────────────────────────────────────────────────────────────</w:t>
      </w:r>
    </w:p>
    <w:p>
      <w:pPr>
        <w:pStyle w:val="Heading3"/>
      </w:pPr>
      <w:r>
        <w:t>Revisar regulador/caudalímetro y conexiones</w:t>
      </w:r>
    </w:p>
    <w:p>
      <w:r>
        <w:t>**Regulador:**</w:t>
      </w:r>
    </w:p>
    <w:p>
      <w:pPr>
        <w:pStyle w:val="ListBullet"/>
      </w:pPr>
      <w:r>
        <w:t>[ ] Verificar que regulador está disponible.</w:t>
      </w:r>
    </w:p>
    <w:p>
      <w:pPr>
        <w:pStyle w:val="ListBullet"/>
      </w:pPr>
      <w:r>
        <w:t>[ ] Verificar que regulador está en buen estado.</w:t>
      </w:r>
    </w:p>
    <w:p>
      <w:pPr>
        <w:pStyle w:val="ListBullet"/>
      </w:pPr>
      <w:r>
        <w:t>[ ] Verificar que conexión a botella funciona.</w:t>
      </w:r>
    </w:p>
    <w:p>
      <w:r>
        <w:t>**Caudalímetro:**</w:t>
      </w:r>
    </w:p>
    <w:p>
      <w:pPr>
        <w:pStyle w:val="ListBullet"/>
      </w:pPr>
      <w:r>
        <w:t>[ ] Verificar que caudalímetro está disponible.</w:t>
      </w:r>
    </w:p>
    <w:p>
      <w:pPr>
        <w:pStyle w:val="ListBullet"/>
      </w:pPr>
      <w:r>
        <w:t>[ ] Verificar que caudalímetro funciona (ajuste de flujo).</w:t>
      </w:r>
    </w:p>
    <w:p>
      <w:pPr>
        <w:pStyle w:val="ListBullet"/>
      </w:pPr>
      <w:r>
        <w:t>[ ] Verificar que conexión a regulador funciona.</w:t>
      </w:r>
    </w:p>
    <w:p>
      <w:r>
        <w:t>**Conexiones:**</w:t>
      </w:r>
    </w:p>
    <w:p>
      <w:pPr>
        <w:pStyle w:val="ListBullet"/>
      </w:pPr>
      <w:r>
        <w:t>[ ] Verificar que conexiones están en buen estado.</w:t>
      </w:r>
    </w:p>
    <w:p>
      <w:pPr>
        <w:pStyle w:val="ListBullet"/>
      </w:pPr>
      <w:r>
        <w:t>[ ] Verificar que no hay fugas (aplicar detector de fugas si es necesario).</w:t>
      </w:r>
    </w:p>
    <w:p>
      <w:pPr>
        <w:pStyle w:val="ListBullet"/>
      </w:pPr>
      <w:r>
        <w:t>[ ] Verificar que juntas/repuestos están disponibles.</w:t>
      </w:r>
    </w:p>
    <w:p>
      <w:r>
        <w:t>**Registro:**</w:t>
      </w:r>
    </w:p>
    <w:p>
      <w:pPr>
        <w:pStyle w:val="ListBullet"/>
      </w:pPr>
      <w:r>
        <w:t>Registrar incidencias (regulador que no funciona, fugas, etc.).</w:t>
      </w:r>
    </w:p>
    <w:p>
      <w:r>
        <w:t>────────────────────────────────────────────────────────────</w:t>
      </w:r>
    </w:p>
    <w:p>
      <w:pPr>
        <w:pStyle w:val="Heading3"/>
      </w:pPr>
      <w:r>
        <w:t>Revisar dispositivos de administración (tallas y estado)</w:t>
      </w:r>
    </w:p>
    <w:p>
      <w:r>
        <w:t>**Gafas nasales:**</w:t>
      </w:r>
    </w:p>
    <w:p>
      <w:pPr>
        <w:pStyle w:val="ListBullet"/>
      </w:pPr>
      <w:r>
        <w:t>[ ] Verificar que están disponibles.</w:t>
      </w:r>
    </w:p>
    <w:p>
      <w:pPr>
        <w:pStyle w:val="ListBullet"/>
      </w:pPr>
      <w:r>
        <w:t>[ ] Verificar que están en buen estado.</w:t>
      </w:r>
    </w:p>
    <w:p>
      <w:r>
        <w:t>**Mascarillas:**</w:t>
      </w:r>
    </w:p>
    <w:p>
      <w:pPr>
        <w:pStyle w:val="ListBullet"/>
      </w:pPr>
      <w:r>
        <w:t>[ ] Verificar mascarilla simple (disponible, buen estado).</w:t>
      </w:r>
    </w:p>
    <w:p>
      <w:pPr>
        <w:pStyle w:val="ListBullet"/>
      </w:pPr>
      <w:r>
        <w:t>[ ] Verificar mascarilla con reservorio (disponible, buen estado, reservorio funciona).</w:t>
      </w:r>
    </w:p>
    <w:p>
      <w:pPr>
        <w:pStyle w:val="ListBullet"/>
      </w:pPr>
      <w:r>
        <w:t>[ ] Verificar mascarilla Venturi (disponible, adaptadores/boquillas completos, buen estado).</w:t>
      </w:r>
    </w:p>
    <w:p>
      <w:r>
        <w:t>**Nebulizador (si aplica):**</w:t>
      </w:r>
    </w:p>
    <w:p>
      <w:pPr>
        <w:pStyle w:val="ListBullet"/>
      </w:pPr>
      <w:r>
        <w:t>[ ] Verificar que nebulizador está disponible.</w:t>
      </w:r>
    </w:p>
    <w:p>
      <w:pPr>
        <w:pStyle w:val="ListBullet"/>
      </w:pPr>
      <w:r>
        <w:t>[ ] Verificar que cámara está en buen estado.</w:t>
      </w:r>
    </w:p>
    <w:p>
      <w:pPr>
        <w:pStyle w:val="ListBullet"/>
      </w:pPr>
      <w:r>
        <w:t>[ ] Verificar que mascarilla/boquilla están disponibles.</w:t>
      </w:r>
    </w:p>
    <w:p>
      <w:r>
        <w:t>**Mascarillas pediátricas:**</w:t>
      </w:r>
    </w:p>
    <w:p>
      <w:pPr>
        <w:pStyle w:val="ListBullet"/>
      </w:pPr>
      <w:r>
        <w:t>[ ] Verificar tallas disponibles.</w:t>
      </w:r>
    </w:p>
    <w:p>
      <w:pPr>
        <w:pStyle w:val="ListBullet"/>
      </w:pPr>
      <w:r>
        <w:t>[ ] Verificar que están en buen estado.</w:t>
      </w:r>
    </w:p>
    <w:p>
      <w:r>
        <w:t>**Tubuladuras:**</w:t>
      </w:r>
    </w:p>
    <w:p>
      <w:pPr>
        <w:pStyle w:val="ListBullet"/>
      </w:pPr>
      <w:r>
        <w:t>[ ] Verificar que tubuladuras están disponibles.</w:t>
      </w:r>
    </w:p>
    <w:p>
      <w:pPr>
        <w:pStyle w:val="ListBullet"/>
      </w:pPr>
      <w:r>
        <w:t>[ ] Verificar que están en buen estado (sin daños).</w:t>
      </w:r>
    </w:p>
    <w:p>
      <w:pPr>
        <w:pStyle w:val="ListBullet"/>
      </w:pPr>
      <w:r>
        <w:t>[ ] Verificar longitudes adecuadas.</w:t>
      </w:r>
    </w:p>
    <w:p>
      <w:r>
        <w:t>**Registro:**</w:t>
      </w:r>
    </w:p>
    <w:p>
      <w:pPr>
        <w:pStyle w:val="ListBullet"/>
      </w:pPr>
      <w:r>
        <w:t>Registrar incidencias (dispositivo faltante, dañado, tallas incompletas, etc.).</w:t>
      </w:r>
    </w:p>
    <w:p>
      <w:r>
        <w:t>────────────────────────────────────────────────────────────</w:t>
      </w:r>
    </w:p>
    <w:p>
      <w:pPr>
        <w:pStyle w:val="Heading3"/>
      </w:pPr>
      <w:r>
        <w:t>Revisar BVM (integridad, válvula, reservorio, mascarillas)</w:t>
      </w:r>
    </w:p>
    <w:p>
      <w:r>
        <w:t>**Bolsa:**</w:t>
      </w:r>
    </w:p>
    <w:p>
      <w:pPr>
        <w:pStyle w:val="ListBullet"/>
      </w:pPr>
      <w:r>
        <w:t>[ ] Verificar que bolsa está en buen estado (sin daños).</w:t>
      </w:r>
    </w:p>
    <w:p>
      <w:pPr>
        <w:pStyle w:val="ListBullet"/>
      </w:pPr>
      <w:r>
        <w:t>[ ] Verificar que bolsa se expande y retorna correctamente.</w:t>
      </w:r>
    </w:p>
    <w:p>
      <w:r>
        <w:t>**Válvula:**</w:t>
      </w:r>
    </w:p>
    <w:p>
      <w:pPr>
        <w:pStyle w:val="ListBullet"/>
      </w:pPr>
      <w:r>
        <w:t>[ ] Verificar que válvula funciona correctamente.</w:t>
      </w:r>
    </w:p>
    <w:p>
      <w:pPr>
        <w:pStyle w:val="ListBullet"/>
      </w:pPr>
      <w:r>
        <w:t>[ ] Verificar que válvula no está obstruida.</w:t>
      </w:r>
    </w:p>
    <w:p>
      <w:r>
        <w:t>**Reservorio:**</w:t>
      </w:r>
    </w:p>
    <w:p>
      <w:pPr>
        <w:pStyle w:val="ListBullet"/>
      </w:pPr>
      <w:r>
        <w:t>[ ] Verificar que reservorio está disponible (si BVM lo lleva).</w:t>
      </w:r>
    </w:p>
    <w:p>
      <w:pPr>
        <w:pStyle w:val="ListBullet"/>
      </w:pPr>
      <w:r>
        <w:t>[ ] Verificar que reservorio está en buen estado.</w:t>
      </w:r>
    </w:p>
    <w:p>
      <w:pPr>
        <w:pStyle w:val="ListBullet"/>
      </w:pPr>
      <w:r>
        <w:t>[ ] Verificar que reservorio se conecta correctamente.</w:t>
      </w:r>
    </w:p>
    <w:p>
      <w:r>
        <w:t>**Mascarillas:**</w:t>
      </w:r>
    </w:p>
    <w:p>
      <w:pPr>
        <w:pStyle w:val="ListBullet"/>
      </w:pPr>
      <w:r>
        <w:t>[ ] Verificar mascarillas por tallas (adulto, pediátrico, neonatal según dotación).</w:t>
      </w:r>
    </w:p>
    <w:p>
      <w:pPr>
        <w:pStyle w:val="ListBullet"/>
      </w:pPr>
      <w:r>
        <w:t>[ ] Verificar que mascarillas están en buen estado.</w:t>
      </w:r>
    </w:p>
    <w:p>
      <w:pPr>
        <w:pStyle w:val="ListBullet"/>
      </w:pPr>
      <w:r>
        <w:t>[ ] Verificar que hay recambios disponibles.</w:t>
      </w:r>
    </w:p>
    <w:p>
      <w:r>
        <w:t>**Válvula PEEP (si existe):**</w:t>
      </w:r>
    </w:p>
    <w:p>
      <w:pPr>
        <w:pStyle w:val="ListBullet"/>
      </w:pPr>
      <w:r>
        <w:t>[ ] Verificar que válvula PEEP está disponible.</w:t>
      </w:r>
    </w:p>
    <w:p>
      <w:pPr>
        <w:pStyle w:val="ListBullet"/>
      </w:pPr>
      <w:r>
        <w:t>[ ] Verificar que válvula PEEP funciona.</w:t>
      </w:r>
    </w:p>
    <w:p>
      <w:r>
        <w:t>**Filtros (si se usan):**</w:t>
      </w:r>
    </w:p>
    <w:p>
      <w:pPr>
        <w:pStyle w:val="ListBullet"/>
      </w:pPr>
      <w:r>
        <w:t>[ ] Verificar que filtros están disponibles.</w:t>
      </w:r>
    </w:p>
    <w:p>
      <w:pPr>
        <w:pStyle w:val="ListBullet"/>
      </w:pPr>
      <w:r>
        <w:t>[ ] Verificar que filtros no están obstruidos.</w:t>
      </w:r>
    </w:p>
    <w:p>
      <w:r>
        <w:t>**Registro:**</w:t>
      </w:r>
    </w:p>
    <w:p>
      <w:pPr>
        <w:pStyle w:val="ListBullet"/>
      </w:pPr>
      <w:r>
        <w:t>Registrar incidencias (BVM dañada, válvula que no funciona, mascarillas faltantes, etc.).</w:t>
      </w:r>
    </w:p>
    <w:p>
      <w:r>
        <w:t>────────────────────────────────────────────────────────────</w:t>
      </w:r>
    </w:p>
    <w:p>
      <w:pPr>
        <w:pStyle w:val="Heading3"/>
      </w:pPr>
      <w:r>
        <w:t>Revisar aspiración (batería, frasco, vacío funcional, consumibles)</w:t>
      </w:r>
    </w:p>
    <w:p>
      <w:r>
        <w:t>**Aspirador:**</w:t>
      </w:r>
    </w:p>
    <w:p>
      <w:pPr>
        <w:pStyle w:val="ListBullet"/>
      </w:pPr>
      <w:r>
        <w:t>[ ] Verificar que aspirador está disponible.</w:t>
      </w:r>
    </w:p>
    <w:p>
      <w:pPr>
        <w:pStyle w:val="ListBullet"/>
      </w:pPr>
      <w:r>
        <w:t>[ ] Verificar que aspirador enciende.</w:t>
      </w:r>
    </w:p>
    <w:p>
      <w:pPr>
        <w:pStyle w:val="ListBullet"/>
      </w:pPr>
      <w:r>
        <w:t>[ ] Verificar que batería está cargada (si aplica).</w:t>
      </w:r>
    </w:p>
    <w:p>
      <w:pPr>
        <w:pStyle w:val="ListBullet"/>
      </w:pPr>
      <w:r>
        <w:t>[ ] Verificar que regulador/manómetro funciona.</w:t>
      </w:r>
    </w:p>
    <w:p>
      <w:r>
        <w:t>**Frasco:**</w:t>
      </w:r>
    </w:p>
    <w:p>
      <w:pPr>
        <w:pStyle w:val="ListBullet"/>
      </w:pPr>
      <w:r>
        <w:t>[ ] Verificar que frasco está disponible.</w:t>
      </w:r>
    </w:p>
    <w:p>
      <w:pPr>
        <w:pStyle w:val="ListBullet"/>
      </w:pPr>
      <w:r>
        <w:t>[ ] Verificar que frasco está en buen estado.</w:t>
      </w:r>
    </w:p>
    <w:p>
      <w:pPr>
        <w:pStyle w:val="ListBullet"/>
      </w:pPr>
      <w:r>
        <w:t>[ ] Verificar que tapas cierran correctamente.</w:t>
      </w:r>
    </w:p>
    <w:p>
      <w:r>
        <w:t>**Vacío funcional:**</w:t>
      </w:r>
    </w:p>
    <w:p>
      <w:pPr>
        <w:pStyle w:val="ListBullet"/>
      </w:pPr>
      <w:r>
        <w:t>[ ] Verificar que vacío funciona (prueba breve).</w:t>
      </w:r>
    </w:p>
    <w:p>
      <w:pPr>
        <w:pStyle w:val="ListBullet"/>
      </w:pPr>
      <w:r>
        <w:t>[ ] Verificar que no hay fugas.</w:t>
      </w:r>
    </w:p>
    <w:p>
      <w:r>
        <w:t>**Consumibles:**</w:t>
      </w:r>
    </w:p>
    <w:p>
      <w:pPr>
        <w:pStyle w:val="ListBullet"/>
      </w:pPr>
      <w:r>
        <w:t>[ ] Verificar cánula Yankauer (disponible, buen estado).</w:t>
      </w:r>
    </w:p>
    <w:p>
      <w:pPr>
        <w:pStyle w:val="ListBullet"/>
      </w:pPr>
      <w:r>
        <w:t>[ ] Verificar sondas flexibles (tamaños disponibles, buen estado).</w:t>
      </w:r>
    </w:p>
    <w:p>
      <w:pPr>
        <w:pStyle w:val="ListBullet"/>
      </w:pPr>
      <w:r>
        <w:t>[ ] Verificar tubuladuras (disponibles, buen estado).</w:t>
      </w:r>
    </w:p>
    <w:p>
      <w:pPr>
        <w:pStyle w:val="ListBullet"/>
      </w:pPr>
      <w:r>
        <w:t>[ ] Verificar filtros (disponibles, no obstruidos).</w:t>
      </w:r>
    </w:p>
    <w:p>
      <w:r>
        <w:t>**Batería/cargador (si aplica):**</w:t>
      </w:r>
    </w:p>
    <w:p>
      <w:pPr>
        <w:pStyle w:val="ListBullet"/>
      </w:pPr>
      <w:r>
        <w:t>[ ] Verificar que batería está cargada.</w:t>
      </w:r>
    </w:p>
    <w:p>
      <w:pPr>
        <w:pStyle w:val="ListBullet"/>
      </w:pPr>
      <w:r>
        <w:t>[ ] Verificar que cargador funciona.</w:t>
      </w:r>
    </w:p>
    <w:p>
      <w:pPr>
        <w:pStyle w:val="ListBullet"/>
      </w:pPr>
      <w:r>
        <w:t>[ ] Verificar que hay batería de repuesto si es necesario.</w:t>
      </w:r>
    </w:p>
    <w:p>
      <w:r>
        <w:t>**Registro:**</w:t>
      </w:r>
    </w:p>
    <w:p>
      <w:pPr>
        <w:pStyle w:val="ListBullet"/>
      </w:pPr>
      <w:r>
        <w:t>Registrar incidencias (batería descargada, frasco dañado, vacío que no funciona, etc.).</w:t>
      </w:r>
    </w:p>
    <w:p>
      <w:r>
        <w:t>────────────────────────────────────────────────────────────</w:t>
      </w:r>
    </w:p>
    <w:p>
      <w:pPr>
        <w:pStyle w:val="Heading3"/>
      </w:pPr>
      <w:r>
        <w:t>Revisar cánulas (OPA/NPA: tallas completas, lubricante si aplica)</w:t>
      </w:r>
    </w:p>
    <w:p>
      <w:r>
        <w:t>**Cánulas orofaríngeas (OPA):**</w:t>
      </w:r>
    </w:p>
    <w:p>
      <w:pPr>
        <w:pStyle w:val="ListBullet"/>
      </w:pPr>
      <w:r>
        <w:t>[ ] Verificar tallas disponibles (0-1, 2-3, 4, 5-6, 7-8 según dotación).</w:t>
      </w:r>
    </w:p>
    <w:p>
      <w:pPr>
        <w:pStyle w:val="ListBullet"/>
      </w:pPr>
      <w:r>
        <w:t>[ ] Verificar que cánulas están en buen estado.</w:t>
      </w:r>
    </w:p>
    <w:p>
      <w:pPr>
        <w:pStyle w:val="ListBullet"/>
      </w:pPr>
      <w:r>
        <w:t>[ ] Verificar que hay tallas más usadas disponibles.</w:t>
      </w:r>
    </w:p>
    <w:p>
      <w:r>
        <w:t>**Cánulas nasofaríngeas (NPA):**</w:t>
      </w:r>
    </w:p>
    <w:p>
      <w:pPr>
        <w:pStyle w:val="ListBullet"/>
      </w:pPr>
      <w:r>
        <w:t>[ ] Verificar tallas disponibles (5-6, 7, 8 según dotación).</w:t>
      </w:r>
    </w:p>
    <w:p>
      <w:pPr>
        <w:pStyle w:val="ListBullet"/>
      </w:pPr>
      <w:r>
        <w:t>[ ] Verificar que cánulas están en buen estado.</w:t>
      </w:r>
    </w:p>
    <w:p>
      <w:pPr>
        <w:pStyle w:val="ListBullet"/>
      </w:pPr>
      <w:r>
        <w:t>[ ] Verificar que hay tallas más usadas disponibles.</w:t>
      </w:r>
    </w:p>
    <w:p>
      <w:r>
        <w:t>**Lubricante (si aplica):**</w:t>
      </w:r>
    </w:p>
    <w:p>
      <w:pPr>
        <w:pStyle w:val="ListBullet"/>
      </w:pPr>
      <w:r>
        <w:t>[ ] Verificar que lubricante está disponible.</w:t>
      </w:r>
    </w:p>
    <w:p>
      <w:pPr>
        <w:pStyle w:val="ListBullet"/>
      </w:pPr>
      <w:r>
        <w:t>[ ] Verificar que lubricante no está caducado (si aplica).</w:t>
      </w:r>
    </w:p>
    <w:p>
      <w:pPr>
        <w:pStyle w:val="ListBullet"/>
      </w:pPr>
      <w:r>
        <w:t>[ ] Verificar que lubricante es hidrosoluble.</w:t>
      </w:r>
    </w:p>
    <w:p>
      <w:r>
        <w:t>**Registro:**</w:t>
      </w:r>
    </w:p>
    <w:p>
      <w:pPr>
        <w:pStyle w:val="ListBullet"/>
      </w:pPr>
      <w:r>
        <w:t>Registrar incidencias (tallas faltantes, cánulas dañadas, lubricante faltante, etc.).</w:t>
      </w:r>
    </w:p>
    <w:p>
      <w:r>
        <w:t>────────────────────────────────────────────────────────────</w:t>
      </w:r>
    </w:p>
    <w:p>
      <w:pPr>
        <w:pStyle w:val="Heading3"/>
      </w:pPr>
      <w:r>
        <w:t>Consumibles y EPI</w:t>
      </w:r>
    </w:p>
    <w:p>
      <w:r>
        <w:t>**Guantes:**</w:t>
      </w:r>
    </w:p>
    <w:p>
      <w:pPr>
        <w:pStyle w:val="ListBullet"/>
      </w:pPr>
      <w:r>
        <w:t>[ ] Verificar que hay guantes disponibles (diferentes tallas).</w:t>
      </w:r>
    </w:p>
    <w:p>
      <w:pPr>
        <w:pStyle w:val="ListBullet"/>
      </w:pPr>
      <w:r>
        <w:t>[ ] Verificar que guantes no están caducados (si aplica).</w:t>
      </w:r>
    </w:p>
    <w:p>
      <w:r>
        <w:t>**Protección ocular:**</w:t>
      </w:r>
    </w:p>
    <w:p>
      <w:pPr>
        <w:pStyle w:val="ListBullet"/>
      </w:pPr>
      <w:r>
        <w:t>[ ] Verificar que protección ocular está disponible.</w:t>
      </w:r>
    </w:p>
    <w:p>
      <w:pPr>
        <w:pStyle w:val="ListBullet"/>
      </w:pPr>
      <w:r>
        <w:t>[ ] Verificar que está en buen estado.</w:t>
      </w:r>
    </w:p>
    <w:p>
      <w:r>
        <w:t>**Mascarillas:**</w:t>
      </w:r>
    </w:p>
    <w:p>
      <w:pPr>
        <w:pStyle w:val="ListBullet"/>
      </w:pPr>
      <w:r>
        <w:t>[ ] Verificar que mascarillas están disponibles (quirúrgica/FFP según protocolo).</w:t>
      </w:r>
    </w:p>
    <w:p>
      <w:pPr>
        <w:pStyle w:val="ListBullet"/>
      </w:pPr>
      <w:r>
        <w:t>[ ] Verificar que mascarillas no están caducadas (si aplica).</w:t>
      </w:r>
    </w:p>
    <w:p>
      <w:r>
        <w:t>**Bolsas de residuos:**</w:t>
      </w:r>
    </w:p>
    <w:p>
      <w:pPr>
        <w:pStyle w:val="ListBullet"/>
      </w:pPr>
      <w:r>
        <w:t>[ ] Verificar que bolsas de residuos están disponibles (biológicos y no biológicos).</w:t>
      </w:r>
    </w:p>
    <w:p>
      <w:r>
        <w:t>**Material de limpieza:**</w:t>
      </w:r>
    </w:p>
    <w:p>
      <w:pPr>
        <w:pStyle w:val="ListBullet"/>
      </w:pPr>
      <w:r>
        <w:t>[ ] Verificar que toallitas desinfectantes están disponibles.</w:t>
      </w:r>
    </w:p>
    <w:p>
      <w:pPr>
        <w:pStyle w:val="ListBullet"/>
      </w:pPr>
      <w:r>
        <w:t>[ ] Verificar que gasas están disponibles.</w:t>
      </w:r>
    </w:p>
    <w:p>
      <w:pPr>
        <w:pStyle w:val="ListBullet"/>
      </w:pPr>
      <w:r>
        <w:t>[ ] Verificar que soluciones de limpieza/desinfección están disponibles (según protocolo).</w:t>
      </w:r>
    </w:p>
    <w:p>
      <w:r>
        <w:t>**Otros:**</w:t>
      </w:r>
    </w:p>
    <w:p>
      <w:pPr>
        <w:pStyle w:val="ListBullet"/>
      </w:pPr>
      <w:r>
        <w:t>[ ] Verificar contenedor de punzantes (si procede).</w:t>
      </w:r>
    </w:p>
    <w:p>
      <w:pPr>
        <w:pStyle w:val="ListBullet"/>
      </w:pPr>
      <w:r>
        <w:t>[ ] Verificar mantas y manta térmica.</w:t>
      </w:r>
    </w:p>
    <w:p>
      <w:pPr>
        <w:pStyle w:val="ListBullet"/>
      </w:pPr>
      <w:r>
        <w:t>[ ] Verificar tijeras de trauma.</w:t>
      </w:r>
    </w:p>
    <w:p>
      <w:pPr>
        <w:pStyle w:val="ListBullet"/>
      </w:pPr>
      <w:r>
        <w:t>[ ] Verificar cinta adhesiva.</w:t>
      </w:r>
    </w:p>
    <w:p>
      <w:r>
        <w:t>**Registro:**</w:t>
      </w:r>
    </w:p>
    <w:p>
      <w:pPr>
        <w:pStyle w:val="ListBullet"/>
      </w:pPr>
      <w:r>
        <w:t>Registrar incidencias (consumibles faltantes, caducados, etc.).</w:t>
      </w:r>
    </w:p>
    <w:p>
      <w:r>
        <w:t>────────────────────────────────────────────────────────────</w:t>
      </w:r>
    </w:p>
    <w:p>
      <w:pPr>
        <w:pStyle w:val="Heading3"/>
      </w:pPr>
      <w:r>
        <w:t>Registro/log de incidencias y reposición</w:t>
      </w:r>
    </w:p>
    <w:p>
      <w:r>
        <w:t>**Registro de incidencias:**</w:t>
      </w:r>
    </w:p>
    <w:p>
      <w:pPr>
        <w:pStyle w:val="ListBullet"/>
      </w:pPr>
      <w:r>
        <w:t>Documentar material faltante.</w:t>
      </w:r>
    </w:p>
    <w:p>
      <w:pPr>
        <w:pStyle w:val="ListBullet"/>
      </w:pPr>
      <w:r>
        <w:t>Documentar material dañado.</w:t>
      </w:r>
    </w:p>
    <w:p>
      <w:pPr>
        <w:pStyle w:val="ListBullet"/>
      </w:pPr>
      <w:r>
        <w:t>Documentar material que no funciona.</w:t>
      </w:r>
    </w:p>
    <w:p>
      <w:pPr>
        <w:pStyle w:val="ListBullet"/>
      </w:pPr>
      <w:r>
        <w:t>Documentar tallas incompletas.</w:t>
      </w:r>
    </w:p>
    <w:p>
      <w:r>
        <w:t>**Reposición:**</w:t>
      </w:r>
    </w:p>
    <w:p>
      <w:pPr>
        <w:pStyle w:val="ListBullet"/>
      </w:pPr>
      <w:r>
        <w:t>Reponer material faltante.</w:t>
      </w:r>
    </w:p>
    <w:p>
      <w:pPr>
        <w:pStyle w:val="ListBullet"/>
      </w:pPr>
      <w:r>
        <w:t>Reponer material dañado.</w:t>
      </w:r>
    </w:p>
    <w:p>
      <w:pPr>
        <w:pStyle w:val="ListBullet"/>
      </w:pPr>
      <w:r>
        <w:t>Reponer material consumido.</w:t>
      </w:r>
    </w:p>
    <w:p>
      <w:pPr>
        <w:pStyle w:val="ListBullet"/>
      </w:pPr>
      <w:r>
        <w:t>Comunicar necesidades si no se puede reponer inmediatamente.</w:t>
      </w:r>
    </w:p>
    <w:p>
      <w:r>
        <w:t>**Log:**</w:t>
      </w:r>
    </w:p>
    <w:p>
      <w:pPr>
        <w:pStyle w:val="ListBullet"/>
      </w:pPr>
      <w:r>
        <w:t>Mantener registro de incidencias.</w:t>
      </w:r>
    </w:p>
    <w:p>
      <w:pPr>
        <w:pStyle w:val="ListBullet"/>
      </w:pPr>
      <w:r>
        <w:t>Mantener registro de reposiciones.</w:t>
      </w:r>
    </w:p>
    <w:p>
      <w:pPr>
        <w:pStyle w:val="ListBullet"/>
      </w:pPr>
      <w:r>
        <w:t>Comunicar problemas al responsable si es necesario.</w:t>
      </w:r>
    </w:p>
    <w:p>
      <w:r>
        <w:t>────────────────────────────────────────────────────────────</w:t>
      </w:r>
    </w:p>
    <w:p>
      <w:pPr>
        <w:pStyle w:val="Heading2"/>
      </w:pPr>
      <w:r>
        <w:t>3.5.7 Verificación funcional (pruebas mínimas seguras)</w:t>
      </w:r>
    </w:p>
    <w:p>
      <w:pPr>
        <w:pStyle w:val="Heading3"/>
      </w:pPr>
      <w:r>
        <w:t>Prueba de flujo de O₂</w:t>
      </w:r>
    </w:p>
    <w:p>
      <w:r>
        <w:t>**Procedimiento:**</w:t>
      </w:r>
    </w:p>
    <w:p>
      <w:pPr>
        <w:pStyle w:val="ListNumber"/>
      </w:pPr>
      <w:r>
        <w:t>Conectar regulador a botella (si no está conectado).</w:t>
      </w:r>
    </w:p>
    <w:p>
      <w:pPr>
        <w:pStyle w:val="ListNumber"/>
      </w:pPr>
      <w:r>
        <w:t>Conectar caudalímetro a regulador.</w:t>
      </w:r>
    </w:p>
    <w:p>
      <w:pPr>
        <w:pStyle w:val="ListNumber"/>
      </w:pPr>
      <w:r>
        <w:t>Abrir válvula de botella lentamente.</w:t>
      </w:r>
    </w:p>
    <w:p>
      <w:pPr>
        <w:pStyle w:val="ListNumber"/>
      </w:pPr>
      <w:r>
        <w:t>Abrir caudalímetro y ajustar flujo (ej: 5 L/min).</w:t>
      </w:r>
    </w:p>
    <w:p>
      <w:pPr>
        <w:pStyle w:val="ListNumber"/>
      </w:pPr>
      <w:r>
        <w:t>Verificar que flujo se ajusta correctamente.</w:t>
      </w:r>
    </w:p>
    <w:p>
      <w:pPr>
        <w:pStyle w:val="ListNumber"/>
      </w:pPr>
      <w:r>
        <w:t>Verificar que lectura es correcta.</w:t>
      </w:r>
    </w:p>
    <w:p>
      <w:pPr>
        <w:pStyle w:val="ListNumber"/>
      </w:pPr>
      <w:r>
        <w:t>Cerrar caudalímetro.</w:t>
      </w:r>
    </w:p>
    <w:p>
      <w:pPr>
        <w:pStyle w:val="ListNumber"/>
      </w:pPr>
      <w:r>
        <w:t>Cerrar válvula de botella.</w:t>
      </w:r>
    </w:p>
    <w:p>
      <w:r>
        <w:t>**Verificación:**</w:t>
      </w:r>
    </w:p>
    <w:p>
      <w:pPr>
        <w:pStyle w:val="ListBullet"/>
      </w:pPr>
      <w:r>
        <w:t>Flujo se ajusta correctamente.</w:t>
      </w:r>
    </w:p>
    <w:p>
      <w:pPr>
        <w:pStyle w:val="ListBullet"/>
      </w:pPr>
      <w:r>
        <w:t>Lectura es correcta.</w:t>
      </w:r>
    </w:p>
    <w:p>
      <w:pPr>
        <w:pStyle w:val="ListBullet"/>
      </w:pPr>
      <w:r>
        <w:t>No hay fugas.</w:t>
      </w:r>
    </w:p>
    <w:p>
      <w:r>
        <w:t>────────────────────────────────────────────────────────────</w:t>
      </w:r>
    </w:p>
    <w:p>
      <w:pPr>
        <w:pStyle w:val="Heading3"/>
      </w:pPr>
      <w:r>
        <w:t>Prueba de BVM (expansión/retorno, válvula)</w:t>
      </w:r>
    </w:p>
    <w:p>
      <w:r>
        <w:t>**Procedimiento:**</w:t>
      </w:r>
    </w:p>
    <w:p>
      <w:pPr>
        <w:pStyle w:val="ListNumber"/>
      </w:pPr>
      <w:r>
        <w:t>Montar BVM completamente (bolsa, válvula, mascarilla).</w:t>
      </w:r>
    </w:p>
    <w:p>
      <w:pPr>
        <w:pStyle w:val="ListNumber"/>
      </w:pPr>
      <w:r>
        <w:t>Comprimir bolsa.</w:t>
      </w:r>
    </w:p>
    <w:p>
      <w:pPr>
        <w:pStyle w:val="ListNumber"/>
      </w:pPr>
      <w:r>
        <w:t>Verificar que bolsa se expande.</w:t>
      </w:r>
    </w:p>
    <w:p>
      <w:pPr>
        <w:pStyle w:val="ListNumber"/>
      </w:pPr>
      <w:r>
        <w:t>Verificar que bolsa retorna a forma original.</w:t>
      </w:r>
    </w:p>
    <w:p>
      <w:pPr>
        <w:pStyle w:val="ListNumber"/>
      </w:pPr>
      <w:r>
        <w:t>Verificar que válvula funciona (flujo unidireccional).</w:t>
      </w:r>
    </w:p>
    <w:p>
      <w:pPr>
        <w:pStyle w:val="ListNumber"/>
      </w:pPr>
      <w:r>
        <w:t>Conectar a oxígeno si aplica.</w:t>
      </w:r>
    </w:p>
    <w:p>
      <w:pPr>
        <w:pStyle w:val="ListNumber"/>
      </w:pPr>
      <w:r>
        <w:t>Verificar que reservorio se llena (si aplica).</w:t>
      </w:r>
    </w:p>
    <w:p>
      <w:r>
        <w:t>**Verificación:**</w:t>
      </w:r>
    </w:p>
    <w:p>
      <w:pPr>
        <w:pStyle w:val="ListBullet"/>
      </w:pPr>
      <w:r>
        <w:t>Bolsa se expande y retorna correctamente.</w:t>
      </w:r>
    </w:p>
    <w:p>
      <w:pPr>
        <w:pStyle w:val="ListBullet"/>
      </w:pPr>
      <w:r>
        <w:t>Válvula funciona.</w:t>
      </w:r>
    </w:p>
    <w:p>
      <w:pPr>
        <w:pStyle w:val="ListBullet"/>
      </w:pPr>
      <w:r>
        <w:t>Reservorio se llena (si aplica).</w:t>
      </w:r>
    </w:p>
    <w:p>
      <w:pPr>
        <w:pStyle w:val="ListBullet"/>
      </w:pPr>
      <w:r>
        <w:t>No hay fugas.</w:t>
      </w:r>
    </w:p>
    <w:p>
      <w:r>
        <w:t>────────────────────────────────────────────────────────────</w:t>
      </w:r>
    </w:p>
    <w:p>
      <w:pPr>
        <w:pStyle w:val="Heading3"/>
      </w:pPr>
      <w:r>
        <w:t>Prueba de aspiración (succión breve)</w:t>
      </w:r>
    </w:p>
    <w:p>
      <w:r>
        <w:t>**Procedimiento:**</w:t>
      </w:r>
    </w:p>
    <w:p>
      <w:pPr>
        <w:pStyle w:val="ListNumber"/>
      </w:pPr>
      <w:r>
        <w:t>Montar sistema de aspiración.</w:t>
      </w:r>
    </w:p>
    <w:p>
      <w:pPr>
        <w:pStyle w:val="ListNumber"/>
      </w:pPr>
      <w:r>
        <w:t>Encender aspirador.</w:t>
      </w:r>
    </w:p>
    <w:p>
      <w:pPr>
        <w:pStyle w:val="ListNumber"/>
      </w:pPr>
      <w:r>
        <w:t>Ajustar vacío según necesidad.</w:t>
      </w:r>
    </w:p>
    <w:p>
      <w:pPr>
        <w:pStyle w:val="ListNumber"/>
      </w:pPr>
      <w:r>
        <w:t>Ocluir extremo de tubuladura brevemente.</w:t>
      </w:r>
    </w:p>
    <w:p>
      <w:pPr>
        <w:pStyle w:val="ListNumber"/>
      </w:pPr>
      <w:r>
        <w:t>Verificar que se genera vacío (se siente succión).</w:t>
      </w:r>
    </w:p>
    <w:p>
      <w:pPr>
        <w:pStyle w:val="ListNumber"/>
      </w:pPr>
      <w:r>
        <w:t>Verificar que manómetro muestra vacío (si aplica).</w:t>
      </w:r>
    </w:p>
    <w:p>
      <w:pPr>
        <w:pStyle w:val="ListNumber"/>
      </w:pPr>
      <w:r>
        <w:t>Liberar oclusión.</w:t>
      </w:r>
    </w:p>
    <w:p>
      <w:pPr>
        <w:pStyle w:val="ListNumber"/>
      </w:pPr>
      <w:r>
        <w:t>Apagar aspirador.</w:t>
      </w:r>
    </w:p>
    <w:p>
      <w:r>
        <w:t>**Verificación:**</w:t>
      </w:r>
    </w:p>
    <w:p>
      <w:pPr>
        <w:pStyle w:val="ListBullet"/>
      </w:pPr>
      <w:r>
        <w:t>Vacío se genera correctamente.</w:t>
      </w:r>
    </w:p>
    <w:p>
      <w:pPr>
        <w:pStyle w:val="ListBullet"/>
      </w:pPr>
      <w:r>
        <w:t>Manómetro muestra vacío (si aplica).</w:t>
      </w:r>
    </w:p>
    <w:p>
      <w:pPr>
        <w:pStyle w:val="ListBullet"/>
      </w:pPr>
      <w:r>
        <w:t>No hay fugas.</w:t>
      </w:r>
    </w:p>
    <w:p>
      <w:r>
        <w:t>────────────────────────────────────────────────────────────</w:t>
      </w:r>
    </w:p>
    <w:p>
      <w:pPr>
        <w:pStyle w:val="Heading3"/>
      </w:pPr>
      <w:r>
        <w:t>Detección rápida de fugas</w:t>
      </w:r>
    </w:p>
    <w:p>
      <w:r>
        <w:t>**Procedimiento:**</w:t>
      </w:r>
    </w:p>
    <w:p>
      <w:pPr>
        <w:pStyle w:val="ListNumber"/>
      </w:pPr>
      <w:r>
        <w:t>Aplicar detector de fugas en conexiones críticas:</w:t>
      </w:r>
    </w:p>
    <w:p>
      <w:pPr>
        <w:pStyle w:val="ListBullet"/>
      </w:pPr>
      <w:r>
        <w:t>Conexión botella-regulador.</w:t>
      </w:r>
    </w:p>
    <w:p>
      <w:pPr>
        <w:pStyle w:val="ListBullet"/>
      </w:pPr>
      <w:r>
        <w:t>Conexión regulador-caudalímetro.</w:t>
      </w:r>
    </w:p>
    <w:p>
      <w:pPr>
        <w:pStyle w:val="ListBullet"/>
      </w:pPr>
      <w:r>
        <w:t>Conexión caudalímetro-tubuladura.</w:t>
      </w:r>
    </w:p>
    <w:p>
      <w:pPr>
        <w:pStyle w:val="ListBullet"/>
      </w:pPr>
      <w:r>
        <w:t>Conexión tubuladura-dispositivo.</w:t>
      </w:r>
    </w:p>
    <w:p>
      <w:pPr>
        <w:pStyle w:val="ListNumber"/>
      </w:pPr>
      <w:r>
        <w:t>Observar si aparecen burbujas (indica fuga).</w:t>
      </w:r>
    </w:p>
    <w:p>
      <w:pPr>
        <w:pStyle w:val="ListNumber"/>
      </w:pPr>
      <w:r>
        <w:t>Escuchar silbido (puede indicar fuga).</w:t>
      </w:r>
    </w:p>
    <w:p>
      <w:r>
        <w:t>**Verificación:**</w:t>
      </w:r>
    </w:p>
    <w:p>
      <w:pPr>
        <w:pStyle w:val="ListBullet"/>
      </w:pPr>
      <w:r>
        <w:t>No hay fugas en conexiones críticas.</w:t>
      </w:r>
    </w:p>
    <w:p>
      <w:pPr>
        <w:pStyle w:val="ListBullet"/>
      </w:pPr>
      <w:r>
        <w:t>Si hay fuga: corregir y re-verificar.</w:t>
      </w:r>
    </w:p>
    <w:p>
      <w:r>
        <w:t>────────────────────────────────────────────────────────────</w:t>
      </w:r>
    </w:p>
    <w:p>
      <w:pPr>
        <w:pStyle w:val="Heading2"/>
      </w:pPr>
      <w:r>
        <w:t>3.5.8 Post-servicio: limpieza, reposición y "cierre"</w:t>
      </w:r>
    </w:p>
    <w:p>
      <w:pPr>
        <w:pStyle w:val="Heading3"/>
      </w:pPr>
      <w:r>
        <w:t>Qué se desecha y cómo</w:t>
      </w:r>
    </w:p>
    <w:p>
      <w:r>
        <w:t>**Material monouso:**</w:t>
      </w:r>
    </w:p>
    <w:p>
      <w:pPr>
        <w:pStyle w:val="ListBullet"/>
      </w:pPr>
      <w:r>
        <w:t>Desechar material monouso usado.</w:t>
      </w:r>
    </w:p>
    <w:p>
      <w:pPr>
        <w:pStyle w:val="ListBullet"/>
      </w:pPr>
      <w:r>
        <w:t>Gestionar según protocolo de residuos.</w:t>
      </w:r>
    </w:p>
    <w:p>
      <w:pPr>
        <w:pStyle w:val="ListBullet"/>
      </w:pPr>
      <w:r>
        <w:t>Separar residuos biológicos de no biológicos.</w:t>
      </w:r>
    </w:p>
    <w:p>
      <w:r>
        <w:t>**Material contaminado:**</w:t>
      </w:r>
    </w:p>
    <w:p>
      <w:pPr>
        <w:pStyle w:val="ListBullet"/>
      </w:pPr>
      <w:r>
        <w:t>Desechar material contaminado que no se puede limpiar/desinfectar.</w:t>
      </w:r>
    </w:p>
    <w:p>
      <w:pPr>
        <w:pStyle w:val="ListBullet"/>
      </w:pPr>
      <w:r>
        <w:t>Gestionar según protocolo de residuos biológicos.</w:t>
      </w:r>
    </w:p>
    <w:p>
      <w:r>
        <w:t>**Consideraciones:**</w:t>
      </w:r>
    </w:p>
    <w:p>
      <w:pPr>
        <w:pStyle w:val="ListBullet"/>
      </w:pPr>
      <w:r>
        <w:t>Seguir protocolo del servicio.</w:t>
      </w:r>
    </w:p>
    <w:p>
      <w:pPr>
        <w:pStyle w:val="ListBullet"/>
      </w:pPr>
      <w:r>
        <w:t>Gestionar residuos correctamente.</w:t>
      </w:r>
    </w:p>
    <w:p>
      <w:pPr>
        <w:pStyle w:val="ListBullet"/>
      </w:pPr>
      <w:r>
        <w:t>No reutilizar material monouso.</w:t>
      </w:r>
    </w:p>
    <w:p>
      <w:r>
        <w:t>────────────────────────────────────────────────────────────</w:t>
      </w:r>
    </w:p>
    <w:p>
      <w:pPr>
        <w:pStyle w:val="Heading3"/>
      </w:pPr>
      <w:r>
        <w:t>Qué se limpia/desinfecta según protocolo</w:t>
      </w:r>
    </w:p>
    <w:p>
      <w:r>
        <w:t>**Material reutilizable:**</w:t>
      </w:r>
    </w:p>
    <w:p>
      <w:pPr>
        <w:pStyle w:val="ListBullet"/>
      </w:pPr>
      <w:r>
        <w:t>Limpiar material reutilizable usado.</w:t>
      </w:r>
    </w:p>
    <w:p>
      <w:pPr>
        <w:pStyle w:val="ListBullet"/>
      </w:pPr>
      <w:r>
        <w:t>Desinfectar según protocolo del servicio.</w:t>
      </w:r>
    </w:p>
    <w:p>
      <w:pPr>
        <w:pStyle w:val="ListBullet"/>
      </w:pPr>
      <w:r>
        <w:t>Verificar que limpieza/desinfección es adecuada.</w:t>
      </w:r>
    </w:p>
    <w:p>
      <w:r>
        <w:t>**Componentes específicos:**</w:t>
      </w:r>
    </w:p>
    <w:p>
      <w:pPr>
        <w:pStyle w:val="ListBullet"/>
      </w:pPr>
      <w:r>
        <w:t>Limpiar/desinfectar BVM según protocolo.</w:t>
      </w:r>
    </w:p>
    <w:p>
      <w:pPr>
        <w:pStyle w:val="ListBullet"/>
      </w:pPr>
      <w:r>
        <w:t>Limpiar/desinfectar cánulas según protocolo.</w:t>
      </w:r>
    </w:p>
    <w:p>
      <w:pPr>
        <w:pStyle w:val="ListBullet"/>
      </w:pPr>
      <w:r>
        <w:t>Limpiar/desinfectar dispositivos según protocolo.</w:t>
      </w:r>
    </w:p>
    <w:p>
      <w:pPr>
        <w:pStyle w:val="ListBullet"/>
      </w:pPr>
      <w:r>
        <w:t>Limpiar/desinfectar frasco de aspiración según protocolo.</w:t>
      </w:r>
    </w:p>
    <w:p>
      <w:r>
        <w:t>**Consideraciones:**</w:t>
      </w:r>
    </w:p>
    <w:p>
      <w:pPr>
        <w:pStyle w:val="ListBullet"/>
      </w:pPr>
      <w:r>
        <w:t>Seguir protocolo del servicio.</w:t>
      </w:r>
    </w:p>
    <w:p>
      <w:pPr>
        <w:pStyle w:val="ListBullet"/>
      </w:pPr>
      <w:r>
        <w:t>No citar marcas específicas de productos.</w:t>
      </w:r>
    </w:p>
    <w:p>
      <w:pPr>
        <w:pStyle w:val="ListBullet"/>
      </w:pPr>
      <w:r>
        <w:t>Verificar que material está limpio antes de almacenar.</w:t>
      </w:r>
    </w:p>
    <w:p>
      <w:r>
        <w:t>────────────────────────────────────────────────────────────</w:t>
      </w:r>
    </w:p>
    <w:p>
      <w:pPr>
        <w:pStyle w:val="Heading3"/>
      </w:pPr>
      <w:r>
        <w:t>Reposición inmediata y marcado de lo pendiente</w:t>
      </w:r>
    </w:p>
    <w:p>
      <w:r>
        <w:t>**Reposición inmediata:**</w:t>
      </w:r>
    </w:p>
    <w:p>
      <w:pPr>
        <w:pStyle w:val="ListBullet"/>
      </w:pPr>
      <w:r>
        <w:t>Reponer material consumido inmediatamente.</w:t>
      </w:r>
    </w:p>
    <w:p>
      <w:pPr>
        <w:pStyle w:val="ListBullet"/>
      </w:pPr>
      <w:r>
        <w:t>Reponer material dañado si es posible.</w:t>
      </w:r>
    </w:p>
    <w:p>
      <w:pPr>
        <w:pStyle w:val="ListBullet"/>
      </w:pPr>
      <w:r>
        <w:t>Verificar que reposición es completa.</w:t>
      </w:r>
    </w:p>
    <w:p>
      <w:r>
        <w:t>**Marcado de lo pendiente:**</w:t>
      </w:r>
    </w:p>
    <w:p>
      <w:pPr>
        <w:pStyle w:val="ListBullet"/>
      </w:pPr>
      <w:r>
        <w:t>Marcar material que falta y no se puede reponer inmediatamente.</w:t>
      </w:r>
    </w:p>
    <w:p>
      <w:pPr>
        <w:pStyle w:val="ListBullet"/>
      </w:pPr>
      <w:r>
        <w:t>Comunicar necesidades al responsable.</w:t>
      </w:r>
    </w:p>
    <w:p>
      <w:pPr>
        <w:pStyle w:val="ListBullet"/>
      </w:pPr>
      <w:r>
        <w:t>Documentar en log de incidencias.</w:t>
      </w:r>
    </w:p>
    <w:p>
      <w:r>
        <w:t>**Verificación:**</w:t>
      </w:r>
    </w:p>
    <w:p>
      <w:pPr>
        <w:pStyle w:val="ListBullet"/>
      </w:pPr>
      <w:r>
        <w:t>Verificar que material está completo después de reposición.</w:t>
      </w:r>
    </w:p>
    <w:p>
      <w:pPr>
        <w:pStyle w:val="ListBullet"/>
      </w:pPr>
      <w:r>
        <w:t>Verificar que material está listo para siguiente servicio.</w:t>
      </w:r>
    </w:p>
    <w:p>
      <w:r>
        <w:t>────────────────────────────────────────────────────────────</w:t>
      </w:r>
    </w:p>
    <w:p>
      <w:pPr>
        <w:pStyle w:val="Heading2"/>
      </w:pPr>
      <w:r>
        <w:t>3.5.9 Errores críticos y señales de alarma (logística)</w:t>
      </w:r>
    </w:p>
    <w:p>
      <w:pPr>
        <w:pStyle w:val="Heading3"/>
      </w:pPr>
      <w:r>
        <w:t>Errores críticos</w:t>
      </w:r>
    </w:p>
    <w:p>
      <w:r>
        <w:t>**Error 1: Material "está" pero no funciona**</w:t>
      </w:r>
    </w:p>
    <w:p>
      <w:pPr>
        <w:pStyle w:val="ListBullet"/>
      </w:pPr>
      <w:r>
        <w:t>❌ Material disponible pero batería descargada, válvula no funciona, hay fugas.</w:t>
      </w:r>
    </w:p>
    <w:p>
      <w:pPr>
        <w:pStyle w:val="ListBullet"/>
      </w:pPr>
      <w:r>
        <w:t>**Consecuencia:** Material no funciona cuando se necesita, retraso en atención.</w:t>
      </w:r>
    </w:p>
    <w:p>
      <w:pPr>
        <w:pStyle w:val="ListBullet"/>
      </w:pPr>
      <w:r>
        <w:t>**Prevención:** Verificar funcionalidad durante chequeo, no solo presencia.</w:t>
      </w:r>
    </w:p>
    <w:p>
      <w:r>
        <w:t>**Error 2: Falta de tallas clave**</w:t>
      </w:r>
    </w:p>
    <w:p>
      <w:pPr>
        <w:pStyle w:val="ListBullet"/>
      </w:pPr>
      <w:r>
        <w:t>❌ Faltan mascarillas de tallas más usadas, OPA/NPA de tallas críticas.</w:t>
      </w:r>
    </w:p>
    <w:p>
      <w:pPr>
        <w:pStyle w:val="ListBullet"/>
      </w:pPr>
      <w:r>
        <w:t>**Consecuencia:** No se puede usar material adecuado, compromiso de atención.</w:t>
      </w:r>
    </w:p>
    <w:p>
      <w:pPr>
        <w:pStyle w:val="ListBullet"/>
      </w:pPr>
      <w:r>
        <w:t>**Prevención:** Verificar tallas durante chequeo, reponer tallas críticas.</w:t>
      </w:r>
    </w:p>
    <w:p>
      <w:r>
        <w:t>**Error 3: Tubuladuras incompatibles o adaptadores ausentes**</w:t>
      </w:r>
    </w:p>
    <w:p>
      <w:pPr>
        <w:pStyle w:val="ListBullet"/>
      </w:pPr>
      <w:r>
        <w:t>❌ Tubuladuras no compatibles con dispositivos, adaptadores faltantes.</w:t>
      </w:r>
    </w:p>
    <w:p>
      <w:pPr>
        <w:pStyle w:val="ListBullet"/>
      </w:pPr>
      <w:r>
        <w:t>**Consecuencia:** No se puede conectar sistema, retraso en atención.</w:t>
      </w:r>
    </w:p>
    <w:p>
      <w:pPr>
        <w:pStyle w:val="ListBullet"/>
      </w:pPr>
      <w:r>
        <w:t>**Prevención:** Verificar compatibilidad durante chequeo, tener adaptadores disponibles.</w:t>
      </w:r>
    </w:p>
    <w:p>
      <w:r>
        <w:t>**Error 4: Aspiración sin frasco bien cerrado**</w:t>
      </w:r>
    </w:p>
    <w:p>
      <w:pPr>
        <w:pStyle w:val="ListBullet"/>
      </w:pPr>
      <w:r>
        <w:t>❌ Usar aspirador sin frasco o con frasco mal cerrado.</w:t>
      </w:r>
    </w:p>
    <w:p>
      <w:pPr>
        <w:pStyle w:val="ListBullet"/>
      </w:pPr>
      <w:r>
        <w:t>**Consecuencia:** Derrames, aspiración de líquidos al equipo, contaminación.</w:t>
      </w:r>
    </w:p>
    <w:p>
      <w:pPr>
        <w:pStyle w:val="ListBullet"/>
      </w:pPr>
      <w:r>
        <w:t>**Prevención:** Verificar que frasco está correctamente instalado durante chequeo.</w:t>
      </w:r>
    </w:p>
    <w:p>
      <w:r>
        <w:t>**Error 5: Botella sin fijación o casi vacía**</w:t>
      </w:r>
    </w:p>
    <w:p>
      <w:pPr>
        <w:pStyle w:val="ListBullet"/>
      </w:pPr>
      <w:r>
        <w:t>❌ Botella no fijada o con presión muy baja.</w:t>
      </w:r>
    </w:p>
    <w:p>
      <w:pPr>
        <w:pStyle w:val="ListBullet"/>
      </w:pPr>
      <w:r>
        <w:t>**Consecuencia:** Riesgo de caída, quedarse sin oxígeno durante uso.</w:t>
      </w:r>
    </w:p>
    <w:p>
      <w:pPr>
        <w:pStyle w:val="ListBullet"/>
      </w:pPr>
      <w:r>
        <w:t>**Prevención:** Verificar fijación y presión durante chequeo, cambiar botella si presión es baja.</w:t>
      </w:r>
    </w:p>
    <w:p>
      <w:r>
        <w:t>────────────────────────────────────────────────────────────</w:t>
      </w:r>
    </w:p>
    <w:p>
      <w:pPr>
        <w:pStyle w:val="Heading3"/>
      </w:pPr>
      <w:r>
        <w:t>Señales de alarma (cuándo parar y reevaluar)</w:t>
      </w:r>
    </w:p>
    <w:p>
      <w:r>
        <w:t>**Señal de alarma 1: Material crítico no funciona cuando se necesita**</w:t>
      </w:r>
    </w:p>
    <w:p>
      <w:pPr>
        <w:pStyle w:val="ListBullet"/>
      </w:pPr>
      <w:r>
        <w:t>**Acción:** Parar, usar alternativa si es posible, comunicar problema.</w:t>
      </w:r>
    </w:p>
    <w:p>
      <w:pPr>
        <w:pStyle w:val="ListBullet"/>
      </w:pPr>
      <w:r>
        <w:t>**Prevención:** Verificar funcionalidad durante chequeo, no solo presencia.</w:t>
      </w:r>
    </w:p>
    <w:p>
      <w:r>
        <w:t>**Señal de alarma 2: Falta material crítico durante servicio**</w:t>
      </w:r>
    </w:p>
    <w:p>
      <w:pPr>
        <w:pStyle w:val="ListBullet"/>
      </w:pPr>
      <w:r>
        <w:t>**Acción:** Parar, evaluar alternativas, comunicar problema, solicitar material si es posible.</w:t>
      </w:r>
    </w:p>
    <w:p>
      <w:pPr>
        <w:pStyle w:val="ListBullet"/>
      </w:pPr>
      <w:r>
        <w:t>**Prevención:** Verificar stock durante chequeo, reponer antes de agotarse.</w:t>
      </w:r>
    </w:p>
    <w:p>
      <w:r>
        <w:t>**Señal de alarma 3: Fuga importante detectada durante uso**</w:t>
      </w:r>
    </w:p>
    <w:p>
      <w:pPr>
        <w:pStyle w:val="ListBullet"/>
      </w:pPr>
      <w:r>
        <w:t>**Acción:** Parar, corregir fuga, re-verificar, continuar si está resuelto.</w:t>
      </w:r>
    </w:p>
    <w:p>
      <w:pPr>
        <w:pStyle w:val="ListBullet"/>
      </w:pPr>
      <w:r>
        <w:t>**Prevención:** Verificar fugas durante chequeo, corregir antes de usar.</w:t>
      </w:r>
    </w:p>
    <w:p>
      <w:r>
        <w:t>**Señal de alarma 4: Botella se agota durante servicio**</w:t>
      </w:r>
    </w:p>
    <w:p>
      <w:pPr>
        <w:pStyle w:val="ListBullet"/>
      </w:pPr>
      <w:r>
        <w:t>**Acción:** Parar, cambiar botella inmediatamente, re-conectar sistema.</w:t>
      </w:r>
    </w:p>
    <w:p>
      <w:pPr>
        <w:pStyle w:val="ListBullet"/>
      </w:pPr>
      <w:r>
        <w:t>**Prevención:** Verificar presión durante chequeo, cambiar botella si presión es baja.</w:t>
      </w:r>
    </w:p>
    <w:p>
      <w:r>
        <w:t>**Principio:**</w:t>
      </w:r>
    </w:p>
    <w:p>
      <w:pPr>
        <w:pStyle w:val="ListBullet"/>
      </w:pPr>
      <w:r>
        <w:t>**Si hay señal de alarma: PARAR, RE-EVALUAR, CORREGIR, COMUNICAR.**</w:t>
      </w:r>
    </w:p>
    <w:p>
      <w:pPr>
        <w:pStyle w:val="ListBullet"/>
      </w:pPr>
      <w:r>
        <w:t>**No continuar si hay riesgo para paciente o material no funciona.**</w:t>
      </w:r>
    </w:p>
    <w:p>
      <w:r>
        <w:t>────────────────────────────────────────────────────────────</w:t>
      </w:r>
    </w:p>
    <w:p>
      <w:pPr>
        <w:pStyle w:val="Heading2"/>
      </w:pPr>
      <w:r>
        <w:t>3.5.10 Puntos clave TES</w:t>
      </w:r>
    </w:p>
    <w:p>
      <w:pPr>
        <w:pStyle w:val="ListBullet"/>
      </w:pPr>
      <w:r>
        <w:t>**Organizar por módulos** (O₂/dispositivos, BVM, aspiración, cánulas, higiene) con accesibilidad por prioridades.</w:t>
      </w:r>
    </w:p>
    <w:p>
      <w:pPr>
        <w:pStyle w:val="ListBullet"/>
      </w:pPr>
      <w:r>
        <w:t>**Etiquetado y orden fijo** (cualquier TES lo encuentra sin preguntar, facilita localización rápida).</w:t>
      </w:r>
    </w:p>
    <w:p>
      <w:pPr>
        <w:pStyle w:val="ListBullet"/>
      </w:pPr>
      <w:r>
        <w:t>**Redundancia mínima inteligente** (piezas críticas duplicadas: tubuladuras, mascarillas, conectores).</w:t>
      </w:r>
    </w:p>
    <w:p>
      <w:pPr>
        <w:pStyle w:val="ListBullet"/>
      </w:pPr>
      <w:r>
        <w:t>**Chequeo de inicio de turno completo** (verificar botellas, reguladores, dispositivos, BVM, aspiración, cánulas, consumibles).</w:t>
      </w:r>
    </w:p>
    <w:p>
      <w:pPr>
        <w:pStyle w:val="ListBullet"/>
      </w:pPr>
      <w:r>
        <w:t>**Verificación funcional** (prueba de flujo O₂, prueba BVM, prueba aspiración, detección de fugas).</w:t>
      </w:r>
    </w:p>
    <w:p>
      <w:pPr>
        <w:pStyle w:val="ListBullet"/>
      </w:pPr>
      <w:r>
        <w:t>**Chequeo post-servicio** (limpieza/desinfección, reposición, marcado de lo pendiente, preparación para siguiente servicio).</w:t>
      </w:r>
    </w:p>
    <w:p>
      <w:pPr>
        <w:pStyle w:val="ListBullet"/>
      </w:pPr>
      <w:r>
        <w:t>**Chequeo rápido pre-escena** (verificación rápida de material crítico antes de intervención).</w:t>
      </w:r>
    </w:p>
    <w:p>
      <w:pPr>
        <w:pStyle w:val="ListBullet"/>
      </w:pPr>
      <w:r>
        <w:t>**Registro/log de incidencias** (documentar material faltante, dañado, que no funciona, comunicar necesidades).</w:t>
      </w:r>
    </w:p>
    <w:p>
      <w:pPr>
        <w:pStyle w:val="ListBullet"/>
      </w:pPr>
      <w:r>
        <w:t>**Control de caducidades y consumibles** (verificar periódicamente, reponer antes de agotarse).</w:t>
      </w:r>
    </w:p>
    <w:p>
      <w:pPr>
        <w:pStyle w:val="ListBullet"/>
      </w:pPr>
      <w:r>
        <w:t>**NUNCA usar material sin verificar funcionalidad** (no solo presencia, verificar que funciona).</w:t>
      </w:r>
    </w:p>
    <w:p>
      <w:pPr>
        <w:pStyle w:val="ListBullet"/>
      </w:pPr>
      <w:r>
        <w:t>**NUNCA dejar material crítico sin reponer** (reponer inmediatamente, marcar lo pendiente, comunicar necesidades).</w:t>
      </w:r>
    </w:p>
    <w:p>
      <w:pPr>
        <w:pStyle w:val="ListBullet"/>
      </w:pPr>
      <w:r>
        <w:t>**Un TES lesionado detiene la asistencia:** aplicar ergonomía al organizar maletín (peso distribuido, fácil acceso).</w:t>
      </w:r>
    </w:p>
    <w:p>
      <w:r>
        <w:t>────────────────────────────────────────────────────────────</w:t>
      </w:r>
    </w:p>
    <w:p>
      <w:pPr>
        <w:pStyle w:val="Heading2"/>
      </w:pPr>
      <w:r>
        <w:t>3.5.11 Cierre del capítulo</w:t>
      </w:r>
    </w:p>
    <w:p>
      <w:r>
        <w:t>Este capítulo se integra con:</w:t>
      </w:r>
    </w:p>
    <w:p>
      <w:pPr>
        <w:pStyle w:val="ListBullet"/>
      </w:pPr>
      <w:r>
        <w:t>**3.0 – Oxigenoterapia: Fundamentos Operativos y Seguridad TES** (verificación de botellas, reguladores, flujo)</w:t>
      </w:r>
    </w:p>
    <w:p>
      <w:pPr>
        <w:pStyle w:val="ListBullet"/>
      </w:pPr>
      <w:r>
        <w:t>**3.1 – Dispositivos de Oxigenoterapia: Uso Operativo por Dispositivo** (verificación de dispositivos)</w:t>
      </w:r>
    </w:p>
    <w:p>
      <w:pPr>
        <w:pStyle w:val="ListBullet"/>
      </w:pPr>
      <w:r>
        <w:t>**3.2 – Aspiración: Material y Uso Seguro** (verificación de aspirador, frasco, vacío)</w:t>
      </w:r>
    </w:p>
    <w:p>
      <w:pPr>
        <w:pStyle w:val="ListBullet"/>
      </w:pPr>
      <w:r>
        <w:t>**3.3 – Bolsa-Válvula-Mascarilla (BVM): Material y Uso Seguro** (verificación de BVM, válvula, reservorio)</w:t>
      </w:r>
    </w:p>
    <w:p>
      <w:pPr>
        <w:pStyle w:val="ListBullet"/>
      </w:pPr>
      <w:r>
        <w:t>**3.4 – Cánulas (OPA/NPA): Uso Seguro Operativo** (verificación de cánulas, tallas)</w:t>
      </w:r>
    </w:p>
    <w:p>
      <w:pPr>
        <w:pStyle w:val="ListBullet"/>
      </w:pPr>
      <w:r>
        <w:t>**3.X – Inventario de Material Sanitario y Oxigenoterapia** (referencia de material disponible)</w:t>
      </w:r>
    </w:p>
    <w:p>
      <w:r>
        <w:t>**Nota final:**</w:t>
      </w:r>
    </w:p>
    <w:p>
      <w:pPr>
        <w:pStyle w:val="ListBullet"/>
      </w:pPr>
      <w:r>
        <w:t>Este capítulo es **apto para implementarse en app como checklist y registro**.</w:t>
      </w:r>
    </w:p>
    <w:p>
      <w:pPr>
        <w:pStyle w:val="ListBullet"/>
      </w:pPr>
      <w:r>
        <w:t>Los chequeos pueden convertirse en checklists dinámicos.</w:t>
      </w:r>
    </w:p>
    <w:p>
      <w:pPr>
        <w:pStyle w:val="ListBullet"/>
      </w:pPr>
      <w:r>
        <w:t>El registro de incidencias puede integrarse en sistema de auditoría de material.</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**organización del maletín** facilita localización rápida y uso eficiente</w:t>
      </w:r>
    </w:p>
    <w:p>
      <w:pPr>
        <w:pStyle w:val="ListBullet"/>
      </w:pPr>
      <w:r>
        <w:t>**Verificar funcionalidad**, no solo presencia (material puede estar pero no funcionar)</w:t>
      </w:r>
    </w:p>
    <w:p>
      <w:pPr>
        <w:pStyle w:val="ListBullet"/>
      </w:pPr>
      <w:r>
        <w:t>**Reponer material** inmediatamente después de uso</w:t>
      </w:r>
    </w:p>
    <w:p>
      <w:pPr>
        <w:pStyle w:val="ListBullet"/>
      </w:pPr>
      <w:r>
        <w:t>**Registrar incidencias** y comunicar necesidades</w:t>
      </w:r>
    </w:p>
    <w:p>
      <w:pPr>
        <w:pStyle w:val="ListBullet"/>
      </w:pPr>
      <w:r>
        <w:t>Este capítulo es **apto para app** (checklist dinámica, registro de reposición, auditoría)</w:t>
      </w:r>
    </w:p>
    <w:p>
      <w:r>
        <w:t>**Principios No Negociables:**</w:t>
      </w:r>
    </w:p>
    <w:p>
      <w:pPr>
        <w:pStyle w:val="ListBullet"/>
      </w:pPr>
      <w:r>
        <w:t>**NUNCA usar** material sin verificar funcionalidad</w:t>
      </w:r>
    </w:p>
    <w:p>
      <w:pPr>
        <w:pStyle w:val="ListBullet"/>
      </w:pPr>
      <w:r>
        <w:t>**NUNCA dejar** material crítico sin reponer</w:t>
      </w:r>
    </w:p>
    <w:p>
      <w:pPr>
        <w:pStyle w:val="ListBullet"/>
      </w:pPr>
      <w:r>
        <w:t>**NUNCA omitir** chequeo de inicio de turno</w:t>
      </w:r>
    </w:p>
    <w:p>
      <w:pPr>
        <w:pStyle w:val="ListBullet"/>
      </w:pPr>
      <w:r>
        <w:t>**SIEMPRE verificar** funcionalidad durante chequeo</w:t>
      </w:r>
    </w:p>
    <w:p>
      <w:pPr>
        <w:pStyle w:val="ListBullet"/>
      </w:pPr>
      <w:r>
        <w:t>**SIEMPRE reponer** material después de uso</w:t>
      </w:r>
    </w:p>
    <w:p>
      <w:pPr>
        <w:pStyle w:val="ListBullet"/>
      </w:pPr>
      <w:r>
        <w:t>**SIEMPRE registrar** incidencias y necesidades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3.6 – Control de hemorragias y material de curas: uso operativo TES</w:t>
      </w:r>
    </w:p>
    <w:p>
      <w:pPr>
        <w:pStyle w:val="Heading1"/>
      </w:pPr>
      <w:r>
        <w:t>3.6 – Control de hemorragias y material de curas: uso operativo TES</w:t>
      </w:r>
    </w:p>
    <w:p>
      <w:pPr>
        <w:pStyle w:val="Heading2"/>
      </w:pPr>
      <w:r>
        <w:t>Manual TES Digital – Control de sangrado externo y primeros auxilios</w:t>
      </w:r>
    </w:p>
    <w:p>
      <w:r>
        <w:t>**Versión:** 1.0</w:t>
      </w:r>
    </w:p>
    <w:p>
      <w:r>
        <w:t>**Fecha:** 2024-12-13</w:t>
      </w:r>
    </w:p>
    <w:p>
      <w:r>
        <w:t>**Tipo:** Bloque Operativo - Procedimiento TES</w:t>
      </w:r>
    </w:p>
    <w:p>
      <w:r>
        <w:t>────────────────────────────────────────────────────────────</w:t>
      </w:r>
    </w:p>
    <w:p>
      <w:pPr>
        <w:pStyle w:val="Heading2"/>
      </w:pPr>
      <w:r>
        <w:t>3.6.1 Objetivo operativo</w:t>
      </w:r>
    </w:p>
    <w:p>
      <w:r>
        <w:t>Controlar hemorragias externas de forma **segura, rápida y efectiva**, utilizando material de curas adecuado y técnicas operativas estandarizadas, integrando el control con **inmovilización, traslado y control térmico** (ver 2.6, 2.8, 2.13, 3.9).</w:t>
      </w:r>
    </w:p>
    <w:p>
      <w:r>
        <w:t>Este capítulo se centra en **material, técnicas operativas, seguridad, logística y errores**, no en tratamiento hospitalario ni clínica avanzada de shock hemorrágico.</w:t>
      </w:r>
    </w:p>
    <w:p>
      <w:r>
        <w:t>────────────────────────────────────────────────────────────</w:t>
      </w:r>
    </w:p>
    <w:p>
      <w:pPr>
        <w:pStyle w:val="Heading2"/>
      </w:pPr>
      <w:r>
        <w:t>3.6.2 Alcance y límites</w:t>
      </w:r>
    </w:p>
    <w:p>
      <w:pPr>
        <w:pStyle w:val="Heading3"/>
      </w:pPr>
      <w:r>
        <w:t>Alcance del capítulo</w:t>
      </w:r>
    </w:p>
    <w:p>
      <w:r>
        <w:t>Este capítulo cubre:</w:t>
      </w:r>
    </w:p>
    <w:p>
      <w:pPr>
        <w:pStyle w:val="ListBullet"/>
      </w:pPr>
      <w:r>
        <w:t>**Control de hemorragias externas** mediante técnicas operativas.</w:t>
      </w:r>
    </w:p>
    <w:p>
      <w:pPr>
        <w:pStyle w:val="ListBullet"/>
      </w:pPr>
      <w:r>
        <w:t>**Material de curas** y su uso funcional.</w:t>
      </w:r>
    </w:p>
    <w:p>
      <w:pPr>
        <w:pStyle w:val="ListBullet"/>
      </w:pPr>
      <w:r>
        <w:t>**Técnicas de presión directa, vendaje compresivo, empaquetado y torniquete** (si aplica).</w:t>
      </w:r>
    </w:p>
    <w:p>
      <w:pPr>
        <w:pStyle w:val="ListBullet"/>
      </w:pPr>
      <w:r>
        <w:t>**Integración** con inmovilización y traslado.</w:t>
      </w:r>
    </w:p>
    <w:p>
      <w:pPr>
        <w:pStyle w:val="ListBullet"/>
      </w:pPr>
      <w:r>
        <w:t>**Seguridad e higiene** en el manejo de heridas y sangrado.</w:t>
      </w:r>
    </w:p>
    <w:p>
      <w:pPr>
        <w:pStyle w:val="Heading3"/>
      </w:pPr>
      <w:r>
        <w:t>Límites del capítulo</w:t>
      </w:r>
    </w:p>
    <w:p>
      <w:r>
        <w:t>**Este capítulo NO cubre:**</w:t>
      </w:r>
    </w:p>
    <w:p>
      <w:pPr>
        <w:pStyle w:val="ListBullet"/>
      </w:pPr>
      <w:r>
        <w:t>Tratamiento hospitalario de hemorragias.</w:t>
      </w:r>
    </w:p>
    <w:p>
      <w:pPr>
        <w:pStyle w:val="ListBullet"/>
      </w:pPr>
      <w:r>
        <w:t>Clínica avanzada de shock hemorrágico.</w:t>
      </w:r>
    </w:p>
    <w:p>
      <w:pPr>
        <w:pStyle w:val="ListBullet"/>
      </w:pPr>
      <w:r>
        <w:t>Indicaciones clínicas avanzadas (criterio médico).</w:t>
      </w:r>
    </w:p>
    <w:p>
      <w:pPr>
        <w:pStyle w:val="ListBullet"/>
      </w:pPr>
      <w:r>
        <w:t>Técnicas quirúrgicas o procedimientos invasivos fuera de competencia TES.</w:t>
      </w:r>
    </w:p>
    <w:p>
      <w:r>
        <w:t>**Este capítulo SÍ cubre:**</w:t>
      </w:r>
    </w:p>
    <w:p>
      <w:pPr>
        <w:pStyle w:val="ListBullet"/>
      </w:pPr>
      <w:r>
        <w:t>Técnicas básicas de control de hemorragia externa.</w:t>
      </w:r>
    </w:p>
    <w:p>
      <w:pPr>
        <w:pStyle w:val="ListBullet"/>
      </w:pPr>
      <w:r>
        <w:t>Material y su uso operativo.</w:t>
      </w:r>
    </w:p>
    <w:p>
      <w:pPr>
        <w:pStyle w:val="ListBullet"/>
      </w:pPr>
      <w:r>
        <w:t>Integración con otras técnicas TES.</w:t>
      </w:r>
    </w:p>
    <w:p>
      <w:pPr>
        <w:pStyle w:val="ListBullet"/>
      </w:pPr>
      <w:r>
        <w:t>Seguridad y logística.</w:t>
      </w:r>
    </w:p>
    <w:p>
      <w:r>
        <w:t>**Integración:**</w:t>
      </w:r>
    </w:p>
    <w:p>
      <w:pPr>
        <w:pStyle w:val="ListBullet"/>
      </w:pPr>
      <w:r>
        <w:t>Se integra con inmovilización (Bloque 2, 2.6, 2.8, 2.13).</w:t>
      </w:r>
    </w:p>
    <w:p>
      <w:pPr>
        <w:pStyle w:val="ListBullet"/>
      </w:pPr>
      <w:r>
        <w:t>Se integra con control térmico (3.9).</w:t>
      </w:r>
    </w:p>
    <w:p>
      <w:pPr>
        <w:pStyle w:val="ListBullet"/>
      </w:pPr>
      <w:r>
        <w:t>Se relaciona con heridas y vendajes (3.8) y quemaduras (3.7).</w:t>
      </w:r>
    </w:p>
    <w:p>
      <w:r>
        <w:t>────────────────────────────────────────────────────────────</w:t>
      </w:r>
    </w:p>
    <w:p>
      <w:pPr>
        <w:pStyle w:val="Heading2"/>
      </w:pPr>
      <w:r>
        <w:t>3.6.3 Seguridad e higiene (bioseguridad real)</w:t>
      </w:r>
    </w:p>
    <w:p>
      <w:pPr>
        <w:pStyle w:val="Heading3"/>
      </w:pPr>
      <w:r>
        <w:t>EPI (Equipos de Protección Individual)</w:t>
      </w:r>
    </w:p>
    <w:p>
      <w:r>
        <w:t>**Guantes:**</w:t>
      </w:r>
    </w:p>
    <w:p>
      <w:pPr>
        <w:pStyle w:val="ListBullet"/>
      </w:pPr>
      <w:r>
        <w:t>Usar guantes siempre al manipular heridas o sangrado.</w:t>
      </w:r>
    </w:p>
    <w:p>
      <w:pPr>
        <w:pStyle w:val="ListBullet"/>
      </w:pPr>
      <w:r>
        <w:t>Cambiar guantes si se contaminan.</w:t>
      </w:r>
    </w:p>
    <w:p>
      <w:pPr>
        <w:pStyle w:val="ListBullet"/>
      </w:pPr>
      <w:r>
        <w:t>Retirar guantes correctamente después de uso.</w:t>
      </w:r>
    </w:p>
    <w:p>
      <w:pPr>
        <w:pStyle w:val="ListBullet"/>
      </w:pPr>
      <w:r>
        <w:t>Usar guantes de protección adecuada según riesgo.</w:t>
      </w:r>
    </w:p>
    <w:p>
      <w:r>
        <w:t>**Protección ocular/mascarilla:**</w:t>
      </w:r>
    </w:p>
    <w:p>
      <w:pPr>
        <w:pStyle w:val="ListBullet"/>
      </w:pPr>
      <w:r>
        <w:t>Usar protección ocular si hay riesgo de salpicaduras o aerosoles.</w:t>
      </w:r>
    </w:p>
    <w:p>
      <w:pPr>
        <w:pStyle w:val="ListBullet"/>
      </w:pPr>
      <w:r>
        <w:t>Usar mascarilla si hay riesgo de aerosoles.</w:t>
      </w:r>
    </w:p>
    <w:p>
      <w:pPr>
        <w:pStyle w:val="ListBullet"/>
      </w:pPr>
      <w:r>
        <w:t>Protección facial completa si riesgo es alto.</w:t>
      </w:r>
    </w:p>
    <w:p>
      <w:r>
        <w:t>**Consideraciones:**</w:t>
      </w:r>
    </w:p>
    <w:p>
      <w:pPr>
        <w:pStyle w:val="ListBullet"/>
      </w:pPr>
      <w:r>
        <w:t>Evaluar riesgo antes de intervenir.</w:t>
      </w:r>
    </w:p>
    <w:p>
      <w:pPr>
        <w:pStyle w:val="ListBullet"/>
      </w:pPr>
      <w:r>
        <w:t>Usar EPI adecuado según riesgo.</w:t>
      </w:r>
    </w:p>
    <w:p>
      <w:pPr>
        <w:pStyle w:val="ListBullet"/>
      </w:pPr>
      <w:r>
        <w:t>No omitir EPI por prisa.</w:t>
      </w:r>
    </w:p>
    <w:p>
      <w:r>
        <w:t>────────────────────────────────────────────────────────────</w:t>
      </w:r>
    </w:p>
    <w:p>
      <w:pPr>
        <w:pStyle w:val="Heading3"/>
      </w:pPr>
      <w:r>
        <w:t>Riesgo biológico</w:t>
      </w:r>
    </w:p>
    <w:p>
      <w:r>
        <w:t>**Contención:**</w:t>
      </w:r>
    </w:p>
    <w:p>
      <w:pPr>
        <w:pStyle w:val="ListBullet"/>
      </w:pPr>
      <w:r>
        <w:t>Contener sangre y secreciones en apósitos/gasas.</w:t>
      </w:r>
    </w:p>
    <w:p>
      <w:pPr>
        <w:pStyle w:val="ListBullet"/>
      </w:pPr>
      <w:r>
        <w:t>Evitar derrames o salpicaduras.</w:t>
      </w:r>
    </w:p>
    <w:p>
      <w:pPr>
        <w:pStyle w:val="ListBullet"/>
      </w:pPr>
      <w:r>
        <w:t>Usar material de contención si es necesario.</w:t>
      </w:r>
    </w:p>
    <w:p>
      <w:r>
        <w:t>**Bolsas de residuos:**</w:t>
      </w:r>
    </w:p>
    <w:p>
      <w:pPr>
        <w:pStyle w:val="ListBullet"/>
      </w:pPr>
      <w:r>
        <w:t>Usar bolsas de residuos biológicos para material contaminado.</w:t>
      </w:r>
    </w:p>
    <w:p>
      <w:pPr>
        <w:pStyle w:val="ListBullet"/>
      </w:pPr>
      <w:r>
        <w:t>Cerrar bolsa correctamente después de uso.</w:t>
      </w:r>
    </w:p>
    <w:p>
      <w:pPr>
        <w:pStyle w:val="ListBullet"/>
      </w:pPr>
      <w:r>
        <w:t>Gestionar residuos según protocolo.</w:t>
      </w:r>
    </w:p>
    <w:p>
      <w:r>
        <w:t>**Descontaminación:**</w:t>
      </w:r>
    </w:p>
    <w:p>
      <w:pPr>
        <w:pStyle w:val="ListBullet"/>
      </w:pPr>
      <w:r>
        <w:t>Descontaminar equipo según protocolo.</w:t>
      </w:r>
    </w:p>
    <w:p>
      <w:pPr>
        <w:pStyle w:val="ListBullet"/>
      </w:pPr>
      <w:r>
        <w:t>Descontaminar superficies si hay derrames.</w:t>
      </w:r>
    </w:p>
    <w:p>
      <w:pPr>
        <w:pStyle w:val="ListBullet"/>
      </w:pPr>
      <w:r>
        <w:t>Seguir protocolo de limpieza/desinfección.</w:t>
      </w:r>
    </w:p>
    <w:p>
      <w:r>
        <w:t>────────────────────────────────────────────────────────────</w:t>
      </w:r>
    </w:p>
    <w:p>
      <w:pPr>
        <w:pStyle w:val="Heading3"/>
      </w:pPr>
      <w:r>
        <w:t>Prevención de contaminación cruzada</w:t>
      </w:r>
    </w:p>
    <w:p>
      <w:r>
        <w:t>**Principios:**</w:t>
      </w:r>
    </w:p>
    <w:p>
      <w:pPr>
        <w:pStyle w:val="ListBullet"/>
      </w:pPr>
      <w:r>
        <w:t>Usar material individual cuando sea posible.</w:t>
      </w:r>
    </w:p>
    <w:p>
      <w:pPr>
        <w:pStyle w:val="ListBullet"/>
      </w:pPr>
      <w:r>
        <w:t>No reutilizar material contaminado sin desinfección.</w:t>
      </w:r>
    </w:p>
    <w:p>
      <w:pPr>
        <w:pStyle w:val="ListBullet"/>
      </w:pPr>
      <w:r>
        <w:t>Limpiar/desinfectar según protocolo.</w:t>
      </w:r>
    </w:p>
    <w:p>
      <w:pPr>
        <w:pStyle w:val="ListBullet"/>
      </w:pPr>
      <w:r>
        <w:t>Gestionar residuos correctamente.</w:t>
      </w:r>
    </w:p>
    <w:p>
      <w:r>
        <w:t>**Consideraciones:**</w:t>
      </w:r>
    </w:p>
    <w:p>
      <w:pPr>
        <w:pStyle w:val="ListBullet"/>
      </w:pPr>
      <w:r>
        <w:t>Seguir protocolo de limpieza/desinfección del servicio.</w:t>
      </w:r>
    </w:p>
    <w:p>
      <w:pPr>
        <w:pStyle w:val="ListBullet"/>
      </w:pPr>
      <w:r>
        <w:t>No contaminar material limpio con material usado.</w:t>
      </w:r>
    </w:p>
    <w:p>
      <w:pPr>
        <w:pStyle w:val="ListBullet"/>
      </w:pPr>
      <w:r>
        <w:t>Separar material limpio de material usado.</w:t>
      </w:r>
    </w:p>
    <w:p>
      <w:r>
        <w:t>────────────────────────────────────────────────────────────</w:t>
      </w:r>
    </w:p>
    <w:p>
      <w:pPr>
        <w:pStyle w:val="Heading2"/>
      </w:pPr>
      <w:r>
        <w:t>3.6.4 Material de control de hemorragias y curas (inventario funcional)</w:t>
      </w:r>
    </w:p>
    <w:p>
      <w:pPr>
        <w:pStyle w:val="Heading3"/>
      </w:pPr>
      <w:r>
        <w:t>Gasas/compresas/apósitos</w:t>
      </w:r>
    </w:p>
    <w:p>
      <w:r>
        <w:t>**Gasas estériles:**</w:t>
      </w:r>
    </w:p>
    <w:p>
      <w:pPr>
        <w:pStyle w:val="ListBullet"/>
      </w:pPr>
      <w:r>
        <w:t>Gasas para presión directa.</w:t>
      </w:r>
    </w:p>
    <w:p>
      <w:pPr>
        <w:pStyle w:val="ListBullet"/>
      </w:pPr>
      <w:r>
        <w:t>Tamaños variables según necesidad.</w:t>
      </w:r>
    </w:p>
    <w:p>
      <w:pPr>
        <w:pStyle w:val="ListBullet"/>
      </w:pPr>
      <w:r>
        <w:t>Material básico para control de hemorragia.</w:t>
      </w:r>
    </w:p>
    <w:p>
      <w:r>
        <w:t>**Compresas:**</w:t>
      </w:r>
    </w:p>
    <w:p>
      <w:pPr>
        <w:pStyle w:val="ListBullet"/>
      </w:pPr>
      <w:r>
        <w:t>Compresas para apósitos.</w:t>
      </w:r>
    </w:p>
    <w:p>
      <w:pPr>
        <w:pStyle w:val="ListBullet"/>
      </w:pPr>
      <w:r>
        <w:t>Tamaños variables según necesidad.</w:t>
      </w:r>
    </w:p>
    <w:p>
      <w:pPr>
        <w:pStyle w:val="ListBullet"/>
      </w:pPr>
      <w:r>
        <w:t>Material para cubrir heridas.</w:t>
      </w:r>
    </w:p>
    <w:p>
      <w:r>
        <w:t>**Apósitos:**</w:t>
      </w:r>
    </w:p>
    <w:p>
      <w:pPr>
        <w:pStyle w:val="ListBullet"/>
      </w:pPr>
      <w:r>
        <w:t>Apósitos estériles para cubrir heridas.</w:t>
      </w:r>
    </w:p>
    <w:p>
      <w:pPr>
        <w:pStyle w:val="ListBullet"/>
      </w:pPr>
      <w:r>
        <w:t>Tamaños variables según necesidad.</w:t>
      </w:r>
    </w:p>
    <w:p>
      <w:pPr>
        <w:pStyle w:val="ListBullet"/>
      </w:pPr>
      <w:r>
        <w:t>Material para protección de heridas.</w:t>
      </w:r>
    </w:p>
    <w:p>
      <w:r>
        <w:t>**Verificación:**</w:t>
      </w:r>
    </w:p>
    <w:p>
      <w:pPr>
        <w:pStyle w:val="ListBullet"/>
      </w:pPr>
      <w:r>
        <w:t>Verificar que gasas/compresas/apósitos están disponibles.</w:t>
      </w:r>
    </w:p>
    <w:p>
      <w:pPr>
        <w:pStyle w:val="ListBullet"/>
      </w:pPr>
      <w:r>
        <w:t>Verificar que están en buen estado (no caducados, no dañados).</w:t>
      </w:r>
    </w:p>
    <w:p>
      <w:pPr>
        <w:pStyle w:val="ListBullet"/>
      </w:pPr>
      <w:r>
        <w:t>Verificar que hay suficientes cantidades.</w:t>
      </w:r>
    </w:p>
    <w:p>
      <w:r>
        <w:t>────────────────────────────────────────────────────────────</w:t>
      </w:r>
    </w:p>
    <w:p>
      <w:pPr>
        <w:pStyle w:val="Heading3"/>
      </w:pPr>
      <w:r>
        <w:t>Vendas (crepé, elástica, cohesiva), triangular</w:t>
      </w:r>
    </w:p>
    <w:p>
      <w:r>
        <w:t>**Venda crepé:**</w:t>
      </w:r>
    </w:p>
    <w:p>
      <w:pPr>
        <w:pStyle w:val="ListBullet"/>
      </w:pPr>
      <w:r>
        <w:t>Venda de algodón para fijación.</w:t>
      </w:r>
    </w:p>
    <w:p>
      <w:pPr>
        <w:pStyle w:val="ListBullet"/>
      </w:pPr>
      <w:r>
        <w:t>Uso en vendajes compresivos.</w:t>
      </w:r>
    </w:p>
    <w:p>
      <w:pPr>
        <w:pStyle w:val="ListBullet"/>
      </w:pPr>
      <w:r>
        <w:t>Tamaños variables según necesidad.</w:t>
      </w:r>
    </w:p>
    <w:p>
      <w:r>
        <w:t>**Venda elástica:**</w:t>
      </w:r>
    </w:p>
    <w:p>
      <w:pPr>
        <w:pStyle w:val="ListBullet"/>
      </w:pPr>
      <w:r>
        <w:t>Venda elástica para compresión.</w:t>
      </w:r>
    </w:p>
    <w:p>
      <w:pPr>
        <w:pStyle w:val="ListBullet"/>
      </w:pPr>
      <w:r>
        <w:t>Uso en vendajes compresivos.</w:t>
      </w:r>
    </w:p>
    <w:p>
      <w:pPr>
        <w:pStyle w:val="ListBullet"/>
      </w:pPr>
      <w:r>
        <w:t>Tamaños variables según necesidad.</w:t>
      </w:r>
    </w:p>
    <w:p>
      <w:r>
        <w:t>**Venda cohesiva:**</w:t>
      </w:r>
    </w:p>
    <w:p>
      <w:pPr>
        <w:pStyle w:val="ListBullet"/>
      </w:pPr>
      <w:r>
        <w:t>Venda que se adhiere a sí misma.</w:t>
      </w:r>
    </w:p>
    <w:p>
      <w:pPr>
        <w:pStyle w:val="ListBullet"/>
      </w:pPr>
      <w:r>
        <w:t>Uso en fijación sin necesidad de cinta.</w:t>
      </w:r>
    </w:p>
    <w:p>
      <w:pPr>
        <w:pStyle w:val="ListBullet"/>
      </w:pPr>
      <w:r>
        <w:t>Tamaños variables según necesidad.</w:t>
      </w:r>
    </w:p>
    <w:p>
      <w:r>
        <w:t>**Venda triangular:**</w:t>
      </w:r>
    </w:p>
    <w:p>
      <w:pPr>
        <w:pStyle w:val="ListBullet"/>
      </w:pPr>
      <w:r>
        <w:t>Pañuelo triangular para inmovilización y fijación.</w:t>
      </w:r>
    </w:p>
    <w:p>
      <w:pPr>
        <w:pStyle w:val="ListBullet"/>
      </w:pPr>
      <w:r>
        <w:t>Uso en vendajes y cabestrillos.</w:t>
      </w:r>
    </w:p>
    <w:p>
      <w:pPr>
        <w:pStyle w:val="ListBullet"/>
      </w:pPr>
      <w:r>
        <w:t>Material versátil.</w:t>
      </w:r>
    </w:p>
    <w:p>
      <w:r>
        <w:t>**Verificación:**</w:t>
      </w:r>
    </w:p>
    <w:p>
      <w:pPr>
        <w:pStyle w:val="ListBullet"/>
      </w:pPr>
      <w:r>
        <w:t>Verificar que vendas están disponibles.</w:t>
      </w:r>
    </w:p>
    <w:p>
      <w:pPr>
        <w:pStyle w:val="ListBullet"/>
      </w:pPr>
      <w:r>
        <w:t>Verificar que están en buen estado.</w:t>
      </w:r>
    </w:p>
    <w:p>
      <w:pPr>
        <w:pStyle w:val="ListBullet"/>
      </w:pPr>
      <w:r>
        <w:t>Verificar que hay tamaños adecuados.</w:t>
      </w:r>
    </w:p>
    <w:p>
      <w:r>
        <w:t>────────────────────────────────────────────────────────────</w:t>
      </w:r>
    </w:p>
    <w:p>
      <w:pPr>
        <w:pStyle w:val="Heading3"/>
      </w:pPr>
      <w:r>
        <w:t>Cinta/esparadrapo, tijeras</w:t>
      </w:r>
    </w:p>
    <w:p>
      <w:r>
        <w:t>**Cinta adhesiva/esparadrapo:**</w:t>
      </w:r>
    </w:p>
    <w:p>
      <w:pPr>
        <w:pStyle w:val="ListBullet"/>
      </w:pPr>
      <w:r>
        <w:t>Cinta para fijación de apósitos.</w:t>
      </w:r>
    </w:p>
    <w:p>
      <w:pPr>
        <w:pStyle w:val="ListBullet"/>
      </w:pPr>
      <w:r>
        <w:t>Tamaños variables según necesidad.</w:t>
      </w:r>
    </w:p>
    <w:p>
      <w:pPr>
        <w:pStyle w:val="ListBullet"/>
      </w:pPr>
      <w:r>
        <w:t>Material básico para fijación.</w:t>
      </w:r>
    </w:p>
    <w:p>
      <w:r>
        <w:t>**Tijeras de trauma:**</w:t>
      </w:r>
    </w:p>
    <w:p>
      <w:pPr>
        <w:pStyle w:val="ListBullet"/>
      </w:pPr>
      <w:r>
        <w:t>Tijeras para cortar ropa y material.</w:t>
      </w:r>
    </w:p>
    <w:p>
      <w:pPr>
        <w:pStyle w:val="ListBullet"/>
      </w:pPr>
      <w:r>
        <w:t>Tijeras de seguridad (punta roma).</w:t>
      </w:r>
    </w:p>
    <w:p>
      <w:pPr>
        <w:pStyle w:val="ListBullet"/>
      </w:pPr>
      <w:r>
        <w:t>Material esencial para acceso.</w:t>
      </w:r>
    </w:p>
    <w:p>
      <w:r>
        <w:t>**Verificación:**</w:t>
      </w:r>
    </w:p>
    <w:p>
      <w:pPr>
        <w:pStyle w:val="ListBullet"/>
      </w:pPr>
      <w:r>
        <w:t>Verificar que cinta/tijeras están disponibles.</w:t>
      </w:r>
    </w:p>
    <w:p>
      <w:pPr>
        <w:pStyle w:val="ListBullet"/>
      </w:pPr>
      <w:r>
        <w:t>Verificar que están en buen estado.</w:t>
      </w:r>
    </w:p>
    <w:p>
      <w:pPr>
        <w:pStyle w:val="ListBullet"/>
      </w:pPr>
      <w:r>
        <w:t>Verificar que tijeras cortan correctamente.</w:t>
      </w:r>
    </w:p>
    <w:p>
      <w:r>
        <w:t>────────────────────────────────────────────────────────────</w:t>
      </w:r>
    </w:p>
    <w:p>
      <w:pPr>
        <w:pStyle w:val="Heading3"/>
      </w:pPr>
      <w:r>
        <w:t>Apósitos compresivos (si hay)</w:t>
      </w:r>
    </w:p>
    <w:p>
      <w:r>
        <w:t>**Apósitos compresivos:**</w:t>
      </w:r>
    </w:p>
    <w:p>
      <w:pPr>
        <w:pStyle w:val="ListBullet"/>
      </w:pPr>
      <w:r>
        <w:t>Apósitos diseñados para compresión.</w:t>
      </w:r>
    </w:p>
    <w:p>
      <w:pPr>
        <w:pStyle w:val="ListBullet"/>
      </w:pPr>
      <w:r>
        <w:t>Uso en hemorragias que requieren compresión.</w:t>
      </w:r>
    </w:p>
    <w:p>
      <w:pPr>
        <w:pStyle w:val="ListBullet"/>
      </w:pPr>
      <w:r>
        <w:t>Seguir instrucciones del fabricante.</w:t>
      </w:r>
    </w:p>
    <w:p>
      <w:r>
        <w:t>**Verificación:**</w:t>
      </w:r>
    </w:p>
    <w:p>
      <w:pPr>
        <w:pStyle w:val="ListBullet"/>
      </w:pPr>
      <w:r>
        <w:t>Verificar que están disponibles (si están en dotación).</w:t>
      </w:r>
    </w:p>
    <w:p>
      <w:pPr>
        <w:pStyle w:val="ListBullet"/>
      </w:pPr>
      <w:r>
        <w:t>Verificar que están en buen estado.</w:t>
      </w:r>
    </w:p>
    <w:p>
      <w:pPr>
        <w:pStyle w:val="ListBullet"/>
      </w:pPr>
      <w:r>
        <w:t>Verificar que se usan según protocolo.</w:t>
      </w:r>
    </w:p>
    <w:p>
      <w:r>
        <w:t>────────────────────────────────────────────────────────────</w:t>
      </w:r>
    </w:p>
    <w:p>
      <w:pPr>
        <w:pStyle w:val="Heading3"/>
      </w:pPr>
      <w:r>
        <w:t>Hemostáticos (si dotación y protocolo)</w:t>
      </w:r>
    </w:p>
    <w:p>
      <w:r>
        <w:t>**Agentes hemostáticos:**</w:t>
      </w:r>
    </w:p>
    <w:p>
      <w:pPr>
        <w:pStyle w:val="ListBullet"/>
      </w:pPr>
      <w:r>
        <w:t>Material hemostático (si está en dotación y protocolo lo contempla).</w:t>
      </w:r>
    </w:p>
    <w:p>
      <w:pPr>
        <w:pStyle w:val="ListBullet"/>
      </w:pPr>
      <w:r>
        <w:t>Uso según protocolo del servicio.</w:t>
      </w:r>
    </w:p>
    <w:p>
      <w:pPr>
        <w:pStyle w:val="ListBullet"/>
      </w:pPr>
      <w:r>
        <w:t>Seguir instrucciones del fabricante y protocolo.</w:t>
      </w:r>
    </w:p>
    <w:p>
      <w:r>
        <w:t>**Verificación:**</w:t>
      </w:r>
    </w:p>
    <w:p>
      <w:pPr>
        <w:pStyle w:val="ListBullet"/>
      </w:pPr>
      <w:r>
        <w:t>Verificar que están disponibles (si están en dotación).</w:t>
      </w:r>
    </w:p>
    <w:p>
      <w:pPr>
        <w:pStyle w:val="ListBullet"/>
      </w:pPr>
      <w:r>
        <w:t>Verificar que están en buen estado (no caducados).</w:t>
      </w:r>
    </w:p>
    <w:p>
      <w:pPr>
        <w:pStyle w:val="ListBullet"/>
      </w:pPr>
      <w:r>
        <w:t>Verificar que se usan según protocolo.</w:t>
      </w:r>
    </w:p>
    <w:p>
      <w:r>
        <w:t>**Nota:** Solo usar si está en dotación y protocolo del servicio lo contempla. Seguir instrucciones específicas del fabricante y protocolo.</w:t>
      </w:r>
    </w:p>
    <w:p>
      <w:r>
        <w:t>────────────────────────────────────────────────────────────</w:t>
      </w:r>
    </w:p>
    <w:p>
      <w:pPr>
        <w:pStyle w:val="Heading3"/>
      </w:pPr>
      <w:r>
        <w:t>Torniquete comercial (si dotación y protocolo)</w:t>
      </w:r>
    </w:p>
    <w:p>
      <w:r>
        <w:t>**Torniquete comercial:**</w:t>
      </w:r>
    </w:p>
    <w:p>
      <w:pPr>
        <w:pStyle w:val="ListBullet"/>
      </w:pPr>
      <w:r>
        <w:t>Torniquete diseñado para control de hemorragia (si está en dotación y protocolo lo contempla).</w:t>
      </w:r>
    </w:p>
    <w:p>
      <w:pPr>
        <w:pStyle w:val="ListBullet"/>
      </w:pPr>
      <w:r>
        <w:t>Uso según protocolo del servicio.</w:t>
      </w:r>
    </w:p>
    <w:p>
      <w:pPr>
        <w:pStyle w:val="ListBullet"/>
      </w:pPr>
      <w:r>
        <w:t>Seguir instrucciones del fabricante y protocolo.</w:t>
      </w:r>
    </w:p>
    <w:p>
      <w:r>
        <w:t>**Verificación:**</w:t>
      </w:r>
    </w:p>
    <w:p>
      <w:pPr>
        <w:pStyle w:val="ListBullet"/>
      </w:pPr>
      <w:r>
        <w:t>Verificar que están disponibles (si están en dotación).</w:t>
      </w:r>
    </w:p>
    <w:p>
      <w:pPr>
        <w:pStyle w:val="ListBullet"/>
      </w:pPr>
      <w:r>
        <w:t>Verificar que están en buen estado.</w:t>
      </w:r>
    </w:p>
    <w:p>
      <w:pPr>
        <w:pStyle w:val="ListBullet"/>
      </w:pPr>
      <w:r>
        <w:t>Verificar que se usan según protocolo.</w:t>
      </w:r>
    </w:p>
    <w:p>
      <w:r>
        <w:t>**Nota:** Solo usar si está en dotación y protocolo del servicio lo contempla. Seguir instrucciones específicas del fabricante y protocolo. Registrar hora de colocación y vigilar continuamente.</w:t>
      </w:r>
    </w:p>
    <w:p>
      <w:r>
        <w:t>────────────────────────────────────────────────────────────</w:t>
      </w:r>
    </w:p>
    <w:p>
      <w:pPr>
        <w:pStyle w:val="Heading3"/>
      </w:pPr>
      <w:r>
        <w:t>Manta térmica y protección del paciente</w:t>
      </w:r>
    </w:p>
    <w:p>
      <w:r>
        <w:t>**Manta térmica:**</w:t>
      </w:r>
    </w:p>
    <w:p>
      <w:pPr>
        <w:pStyle w:val="ListBullet"/>
      </w:pPr>
      <w:r>
        <w:t>Manta para control térmico del paciente.</w:t>
      </w:r>
    </w:p>
    <w:p>
      <w:pPr>
        <w:pStyle w:val="ListBullet"/>
      </w:pPr>
      <w:r>
        <w:t>Prevención de hipotermia (ver 3.9).</w:t>
      </w:r>
    </w:p>
    <w:p>
      <w:pPr>
        <w:pStyle w:val="ListBullet"/>
      </w:pPr>
      <w:r>
        <w:t>Material esencial para control del shock.</w:t>
      </w:r>
    </w:p>
    <w:p>
      <w:r>
        <w:t>**Protección del paciente:**</w:t>
      </w:r>
    </w:p>
    <w:p>
      <w:pPr>
        <w:pStyle w:val="ListBullet"/>
      </w:pPr>
      <w:r>
        <w:t>Proteger al paciente del ambiente.</w:t>
      </w:r>
    </w:p>
    <w:p>
      <w:pPr>
        <w:pStyle w:val="ListBullet"/>
      </w:pPr>
      <w:r>
        <w:t>Mantener temperatura corporal.</w:t>
      </w:r>
    </w:p>
    <w:p>
      <w:pPr>
        <w:pStyle w:val="ListBullet"/>
      </w:pPr>
      <w:r>
        <w:t>Prevenir hipotermia durante control de hemorragia.</w:t>
      </w:r>
    </w:p>
    <w:p>
      <w:r>
        <w:t>**Verificación:**</w:t>
      </w:r>
    </w:p>
    <w:p>
      <w:pPr>
        <w:pStyle w:val="ListBullet"/>
      </w:pPr>
      <w:r>
        <w:t>Verificar que manta térmica está disponible.</w:t>
      </w:r>
    </w:p>
    <w:p>
      <w:pPr>
        <w:pStyle w:val="ListBullet"/>
      </w:pPr>
      <w:r>
        <w:t>Verificar que está en buen estado.</w:t>
      </w:r>
    </w:p>
    <w:p>
      <w:pPr>
        <w:pStyle w:val="ListBullet"/>
      </w:pPr>
      <w:r>
        <w:t>Usar según necesidad.</w:t>
      </w:r>
    </w:p>
    <w:p>
      <w:r>
        <w:t>────────────────────────────────────────────────────────────</w:t>
      </w:r>
    </w:p>
    <w:p>
      <w:pPr>
        <w:pStyle w:val="Heading2"/>
      </w:pPr>
      <w:r>
        <w:t>3.6.5 Principios TES para control de hemorragia externa</w:t>
      </w:r>
    </w:p>
    <w:p>
      <w:pPr>
        <w:pStyle w:val="Heading3"/>
      </w:pPr>
      <w:r>
        <w:t>Presión directa efectiva</w:t>
      </w:r>
    </w:p>
    <w:p>
      <w:r>
        <w:t>**Principio:**</w:t>
      </w:r>
    </w:p>
    <w:p>
      <w:pPr>
        <w:pStyle w:val="ListBullet"/>
      </w:pPr>
      <w:r>
        <w:t>Aplicar presión directa sobre el punto de sangrado.</w:t>
      </w:r>
    </w:p>
    <w:p>
      <w:pPr>
        <w:pStyle w:val="ListBullet"/>
      </w:pPr>
      <w:r>
        <w:t>Presión firme pero no excesiva.</w:t>
      </w:r>
    </w:p>
    <w:p>
      <w:pPr>
        <w:pStyle w:val="ListBullet"/>
      </w:pPr>
      <w:r>
        <w:t>Mantener presión hasta que sangrado se controle.</w:t>
      </w:r>
    </w:p>
    <w:p>
      <w:r>
        <w:t>**Técnica:**</w:t>
      </w:r>
    </w:p>
    <w:p>
      <w:pPr>
        <w:pStyle w:val="ListBullet"/>
      </w:pPr>
      <w:r>
        <w:t>Usar gasa/compresa sobre herida.</w:t>
      </w:r>
    </w:p>
    <w:p>
      <w:pPr>
        <w:pStyle w:val="ListBullet"/>
      </w:pPr>
      <w:r>
        <w:t>Aplicar presión con mano o apósito.</w:t>
      </w:r>
    </w:p>
    <w:p>
      <w:pPr>
        <w:pStyle w:val="ListBullet"/>
      </w:pPr>
      <w:r>
        <w:t>No retirar presión hasta que sangrado se controle.</w:t>
      </w:r>
    </w:p>
    <w:p>
      <w:r>
        <w:t>────────────────────────────────────────────────────────────</w:t>
      </w:r>
    </w:p>
    <w:p>
      <w:pPr>
        <w:pStyle w:val="Heading3"/>
      </w:pPr>
      <w:r>
        <w:t>Vendaje compresivo estable</w:t>
      </w:r>
    </w:p>
    <w:p>
      <w:r>
        <w:t>**Principio:**</w:t>
      </w:r>
    </w:p>
    <w:p>
      <w:pPr>
        <w:pStyle w:val="ListBullet"/>
      </w:pPr>
      <w:r>
        <w:t>Vendaje que mantiene compresión sin desplazarse.</w:t>
      </w:r>
    </w:p>
    <w:p>
      <w:pPr>
        <w:pStyle w:val="ListBullet"/>
      </w:pPr>
      <w:r>
        <w:t>Fijación adecuada para evitar desplazamiento.</w:t>
      </w:r>
    </w:p>
    <w:p>
      <w:pPr>
        <w:pStyle w:val="ListBullet"/>
      </w:pPr>
      <w:r>
        <w:t>Compresión suficiente pero no excesiva.</w:t>
      </w:r>
    </w:p>
    <w:p>
      <w:r>
        <w:t>**Técnica:**</w:t>
      </w:r>
    </w:p>
    <w:p>
      <w:pPr>
        <w:pStyle w:val="ListBullet"/>
      </w:pPr>
      <w:r>
        <w:t>Aplicar apósito sobre herida.</w:t>
      </w:r>
    </w:p>
    <w:p>
      <w:pPr>
        <w:pStyle w:val="ListBullet"/>
      </w:pPr>
      <w:r>
        <w:t>Envolver con venda compresiva.</w:t>
      </w:r>
    </w:p>
    <w:p>
      <w:pPr>
        <w:pStyle w:val="ListBullet"/>
      </w:pPr>
      <w:r>
        <w:t>Fijar correctamente para evitar desplazamiento.</w:t>
      </w:r>
    </w:p>
    <w:p>
      <w:r>
        <w:t>────────────────────────────────────────────────────────────</w:t>
      </w:r>
    </w:p>
    <w:p>
      <w:pPr>
        <w:pStyle w:val="Heading3"/>
      </w:pPr>
      <w:r>
        <w:t>No retirar apósitos empapados (reforzar)</w:t>
      </w:r>
    </w:p>
    <w:p>
      <w:r>
        <w:t>**Principio crítico:**</w:t>
      </w:r>
    </w:p>
    <w:p>
      <w:pPr>
        <w:pStyle w:val="ListBullet"/>
      </w:pPr>
      <w:r>
        <w:t>**NUNCA retirar apósitos empapados de sangre.**</w:t>
      </w:r>
    </w:p>
    <w:p>
      <w:pPr>
        <w:pStyle w:val="ListBullet"/>
      </w:pPr>
      <w:r>
        <w:t>Retirar apósitos puede reactivar sangrado.</w:t>
      </w:r>
    </w:p>
    <w:p>
      <w:pPr>
        <w:pStyle w:val="ListBullet"/>
      </w:pPr>
      <w:r>
        <w:t>Reforzar con más apósitos sobre el empapado.</w:t>
      </w:r>
    </w:p>
    <w:p>
      <w:r>
        <w:t>**Técnica:**</w:t>
      </w:r>
    </w:p>
    <w:p>
      <w:pPr>
        <w:pStyle w:val="ListBullet"/>
      </w:pPr>
      <w:r>
        <w:t>Si apósito se empapa: añadir más apósitos encima.</w:t>
      </w:r>
    </w:p>
    <w:p>
      <w:pPr>
        <w:pStyle w:val="ListBullet"/>
      </w:pPr>
      <w:r>
        <w:t>Mantener presión sobre apósitos empapados.</w:t>
      </w:r>
    </w:p>
    <w:p>
      <w:pPr>
        <w:pStyle w:val="ListBullet"/>
      </w:pPr>
      <w:r>
        <w:t>No retirar hasta llegar a centro sanitario si es posible.</w:t>
      </w:r>
    </w:p>
    <w:p>
      <w:r>
        <w:t>────────────────────────────────────────────────────────────</w:t>
      </w:r>
    </w:p>
    <w:p>
      <w:pPr>
        <w:pStyle w:val="Heading3"/>
      </w:pPr>
      <w:r>
        <w:t>Reevaluación distal tras compresión</w:t>
      </w:r>
    </w:p>
    <w:p>
      <w:r>
        <w:t>**Principio:**</w:t>
      </w:r>
    </w:p>
    <w:p>
      <w:pPr>
        <w:pStyle w:val="ListBullet"/>
      </w:pPr>
      <w:r>
        <w:t>Verificar que circulación distal no está comprometida.</w:t>
      </w:r>
    </w:p>
    <w:p>
      <w:pPr>
        <w:pStyle w:val="ListBullet"/>
      </w:pPr>
      <w:r>
        <w:t>Controlar pulso, color, temperatura y sensibilidad distal.</w:t>
      </w:r>
    </w:p>
    <w:p>
      <w:pPr>
        <w:pStyle w:val="ListBullet"/>
      </w:pPr>
      <w:r>
        <w:t>Ajustar compresión si es necesario.</w:t>
      </w:r>
    </w:p>
    <w:p>
      <w:r>
        <w:t>**Técnica:**</w:t>
      </w:r>
    </w:p>
    <w:p>
      <w:pPr>
        <w:pStyle w:val="ListBullet"/>
      </w:pPr>
      <w:r>
        <w:t>Verificar pulso distal (si es accesible).</w:t>
      </w:r>
    </w:p>
    <w:p>
      <w:pPr>
        <w:pStyle w:val="ListBullet"/>
      </w:pPr>
      <w:r>
        <w:t>Verificar color y temperatura distal.</w:t>
      </w:r>
    </w:p>
    <w:p>
      <w:pPr>
        <w:pStyle w:val="ListBullet"/>
      </w:pPr>
      <w:r>
        <w:t>Verificar sensibilidad (si paciente está consciente).</w:t>
      </w:r>
    </w:p>
    <w:p>
      <w:pPr>
        <w:pStyle w:val="ListBullet"/>
      </w:pPr>
      <w:r>
        <w:t>Ajustar compresión si hay compromiso circulatorio.</w:t>
      </w:r>
    </w:p>
    <w:p>
      <w:r>
        <w:t>────────────────────────────────────────────────────────────</w:t>
      </w:r>
    </w:p>
    <w:p>
      <w:pPr>
        <w:pStyle w:val="Heading3"/>
      </w:pPr>
      <w:r>
        <w:t>Revisión tras transferencias (se afloja/desplaza)</w:t>
      </w:r>
    </w:p>
    <w:p>
      <w:r>
        <w:t>**Principio:**</w:t>
      </w:r>
    </w:p>
    <w:p>
      <w:pPr>
        <w:pStyle w:val="ListBullet"/>
      </w:pPr>
      <w:r>
        <w:t>Vendajes pueden aflojarse o desplazarse durante transferencias.</w:t>
      </w:r>
    </w:p>
    <w:p>
      <w:pPr>
        <w:pStyle w:val="ListBullet"/>
      </w:pPr>
      <w:r>
        <w:t>Re-verificar que vendaje sigue efectivo después de cada movimiento.</w:t>
      </w:r>
    </w:p>
    <w:p>
      <w:pPr>
        <w:pStyle w:val="ListBullet"/>
      </w:pPr>
      <w:r>
        <w:t>Ajustar si es necesario.</w:t>
      </w:r>
    </w:p>
    <w:p>
      <w:r>
        <w:t>**Técnica:**</w:t>
      </w:r>
    </w:p>
    <w:p>
      <w:pPr>
        <w:pStyle w:val="ListBullet"/>
      </w:pPr>
      <w:r>
        <w:t>Re-verificar vendaje después de transferencias (ver 2.8, 2.13).</w:t>
      </w:r>
    </w:p>
    <w:p>
      <w:pPr>
        <w:pStyle w:val="ListBullet"/>
      </w:pPr>
      <w:r>
        <w:t>Verificar que compresión se mantiene.</w:t>
      </w:r>
    </w:p>
    <w:p>
      <w:pPr>
        <w:pStyle w:val="ListBullet"/>
      </w:pPr>
      <w:r>
        <w:t>Verificar que no hay desplazamiento.</w:t>
      </w:r>
    </w:p>
    <w:p>
      <w:pPr>
        <w:pStyle w:val="ListBullet"/>
      </w:pPr>
      <w:r>
        <w:t>Ajustar si es necesario.</w:t>
      </w:r>
    </w:p>
    <w:p>
      <w:r>
        <w:t>────────────────────────────────────────────────────────────</w:t>
      </w:r>
    </w:p>
    <w:p>
      <w:pPr>
        <w:pStyle w:val="Heading2"/>
      </w:pPr>
      <w:r>
        <w:t>3.6.6 Procedimientos paso a paso</w:t>
      </w:r>
    </w:p>
    <w:p>
      <w:pPr>
        <w:pStyle w:val="Heading3"/>
      </w:pPr>
      <w:r>
        <w:t>A) Presión directa + apósito + fijación</w:t>
      </w:r>
    </w:p>
    <w:p>
      <w:r>
        <w:t>**Indicación operativa:**</w:t>
      </w:r>
    </w:p>
    <w:p>
      <w:pPr>
        <w:pStyle w:val="ListBullet"/>
      </w:pPr>
      <w:r>
        <w:t>Hemorragia externa visible.</w:t>
      </w:r>
    </w:p>
    <w:p>
      <w:pPr>
        <w:pStyle w:val="ListBullet"/>
      </w:pPr>
      <w:r>
        <w:t>Necesidad de control inmediato.</w:t>
      </w:r>
    </w:p>
    <w:p>
      <w:pPr>
        <w:pStyle w:val="ListBullet"/>
      </w:pPr>
      <w:r>
        <w:t>Herida accesible.</w:t>
      </w:r>
    </w:p>
    <w:p>
      <w:r>
        <w:t>**Procedimiento paso a paso:**</w:t>
      </w:r>
    </w:p>
    <w:p>
      <w:pPr>
        <w:pStyle w:val="ListNumber"/>
      </w:pPr>
      <w:r>
        <w:t>**Preparación**</w:t>
      </w:r>
    </w:p>
    <w:p>
      <w:pPr>
        <w:pStyle w:val="ListBullet"/>
      </w:pPr>
      <w:r>
        <w:t>Usar EPI adecuado (guantes, protección ocular si hay riesgo).</w:t>
      </w:r>
    </w:p>
    <w:p>
      <w:pPr>
        <w:pStyle w:val="ListBullet"/>
      </w:pPr>
      <w:r>
        <w:t>Preparar gasas/compresas/apósitos.</w:t>
      </w:r>
    </w:p>
    <w:p>
      <w:pPr>
        <w:pStyle w:val="ListBullet"/>
      </w:pPr>
      <w:r>
        <w:t>Preparar venda/cinta para fijación.</w:t>
      </w:r>
    </w:p>
    <w:p>
      <w:pPr>
        <w:pStyle w:val="ListNumber"/>
      </w:pPr>
      <w:r>
        <w:t>**Exposición de herida (si es necesario)**</w:t>
      </w:r>
    </w:p>
    <w:p>
      <w:pPr>
        <w:pStyle w:val="ListBullet"/>
      </w:pPr>
      <w:r>
        <w:t>Retirar ropa si es necesario (usar tijeras de trauma).</w:t>
      </w:r>
    </w:p>
    <w:p>
      <w:pPr>
        <w:pStyle w:val="ListBullet"/>
      </w:pPr>
      <w:r>
        <w:t>Exponer herida de forma controlada.</w:t>
      </w:r>
    </w:p>
    <w:p>
      <w:pPr>
        <w:pStyle w:val="ListBullet"/>
      </w:pPr>
      <w:r>
        <w:t>No forzar si hay objetos incrustados.</w:t>
      </w:r>
    </w:p>
    <w:p>
      <w:pPr>
        <w:pStyle w:val="ListNumber"/>
      </w:pPr>
      <w:r>
        <w:t>**Aplicación de presión directa**</w:t>
      </w:r>
    </w:p>
    <w:p>
      <w:pPr>
        <w:pStyle w:val="ListBullet"/>
      </w:pPr>
      <w:r>
        <w:t>Colocar gasa/compresa directamente sobre herida.</w:t>
      </w:r>
    </w:p>
    <w:p>
      <w:pPr>
        <w:pStyle w:val="ListBullet"/>
      </w:pPr>
      <w:r>
        <w:t>Aplicar presión firme pero no excesiva.</w:t>
      </w:r>
    </w:p>
    <w:p>
      <w:pPr>
        <w:pStyle w:val="ListBullet"/>
      </w:pPr>
      <w:r>
        <w:t>Mantener presión hasta que sangrado se controle.</w:t>
      </w:r>
    </w:p>
    <w:p>
      <w:pPr>
        <w:pStyle w:val="ListNumber"/>
      </w:pPr>
      <w:r>
        <w:t>**Fijación del apósito**</w:t>
      </w:r>
    </w:p>
    <w:p>
      <w:pPr>
        <w:pStyle w:val="ListBullet"/>
      </w:pPr>
      <w:r>
        <w:t>Mantener presión mientras se fija.</w:t>
      </w:r>
    </w:p>
    <w:p>
      <w:pPr>
        <w:pStyle w:val="ListBullet"/>
      </w:pPr>
      <w:r>
        <w:t>Fijar con venda o cinta adhesiva.</w:t>
      </w:r>
    </w:p>
    <w:p>
      <w:pPr>
        <w:pStyle w:val="ListBullet"/>
      </w:pPr>
      <w:r>
        <w:t>Verificar que apósito no se desplaza.</w:t>
      </w:r>
    </w:p>
    <w:p>
      <w:pPr>
        <w:pStyle w:val="ListNumber"/>
      </w:pPr>
      <w:r>
        <w:t>**Verificación**</w:t>
      </w:r>
    </w:p>
    <w:p>
      <w:pPr>
        <w:pStyle w:val="ListBullet"/>
      </w:pPr>
      <w:r>
        <w:t>Verificar que sangrado se controla.</w:t>
      </w:r>
    </w:p>
    <w:p>
      <w:pPr>
        <w:pStyle w:val="ListBullet"/>
      </w:pPr>
      <w:r>
        <w:t>Verificar que apósito está bien fijado.</w:t>
      </w:r>
    </w:p>
    <w:p>
      <w:pPr>
        <w:pStyle w:val="ListBullet"/>
      </w:pPr>
      <w:r>
        <w:t>Verificar circulación distal (si es accesible).</w:t>
      </w:r>
    </w:p>
    <w:p>
      <w:r>
        <w:t>**Errores frecuentes:**</w:t>
      </w:r>
    </w:p>
    <w:p>
      <w:pPr>
        <w:pStyle w:val="ListBullet"/>
      </w:pPr>
      <w:r>
        <w:t>Presión insuficiente (sangrado no se controla).</w:t>
      </w:r>
    </w:p>
    <w:p>
      <w:pPr>
        <w:pStyle w:val="ListBullet"/>
      </w:pPr>
      <w:r>
        <w:t>Retirar apósito empapado (reactiva sangrado).</w:t>
      </w:r>
    </w:p>
    <w:p>
      <w:pPr>
        <w:pStyle w:val="ListBullet"/>
      </w:pPr>
      <w:r>
        <w:t>Fijación insuficiente (apósito se desplaza).</w:t>
      </w:r>
    </w:p>
    <w:p>
      <w:pPr>
        <w:pStyle w:val="ListBullet"/>
      </w:pPr>
      <w:r>
        <w:t>No verificar circulación distal.</w:t>
      </w:r>
    </w:p>
    <w:p>
      <w:r>
        <w:t>────────────────────────────────────────────────────────────</w:t>
      </w:r>
    </w:p>
    <w:p>
      <w:pPr>
        <w:pStyle w:val="Heading3"/>
      </w:pPr>
      <w:r>
        <w:t>B) Vendaje compresivo (con control distal)</w:t>
      </w:r>
    </w:p>
    <w:p>
      <w:r>
        <w:t>**Indicación operativa:**</w:t>
      </w:r>
    </w:p>
    <w:p>
      <w:pPr>
        <w:pStyle w:val="ListBullet"/>
      </w:pPr>
      <w:r>
        <w:t>Hemorragia que requiere compresión mantenida.</w:t>
      </w:r>
    </w:p>
    <w:p>
      <w:pPr>
        <w:pStyle w:val="ListBullet"/>
      </w:pPr>
      <w:r>
        <w:t>Herida que requiere vendaje estable.</w:t>
      </w:r>
    </w:p>
    <w:p>
      <w:pPr>
        <w:pStyle w:val="ListBullet"/>
      </w:pPr>
      <w:r>
        <w:t>Necesidad de compresión durante traslado.</w:t>
      </w:r>
    </w:p>
    <w:p>
      <w:r>
        <w:t>**Procedimiento paso a paso:**</w:t>
      </w:r>
    </w:p>
    <w:p>
      <w:pPr>
        <w:pStyle w:val="ListNumber"/>
      </w:pPr>
      <w:r>
        <w:t>**Preparación**</w:t>
      </w:r>
    </w:p>
    <w:p>
      <w:pPr>
        <w:pStyle w:val="ListBullet"/>
      </w:pPr>
      <w:r>
        <w:t>Usar EPI adecuado.</w:t>
      </w:r>
    </w:p>
    <w:p>
      <w:pPr>
        <w:pStyle w:val="ListBullet"/>
      </w:pPr>
      <w:r>
        <w:t>Preparar apósitos, vendas compresivas.</w:t>
      </w:r>
    </w:p>
    <w:p>
      <w:pPr>
        <w:pStyle w:val="ListBullet"/>
      </w:pPr>
      <w:r>
        <w:t>Preparar material de fijación.</w:t>
      </w:r>
    </w:p>
    <w:p>
      <w:pPr>
        <w:pStyle w:val="ListNumber"/>
      </w:pPr>
      <w:r>
        <w:t>**Control neurovascular PRE (si es posible)**</w:t>
      </w:r>
    </w:p>
    <w:p>
      <w:pPr>
        <w:pStyle w:val="ListBullet"/>
      </w:pPr>
      <w:r>
        <w:t>Verificar pulso distal (si es accesible).</w:t>
      </w:r>
    </w:p>
    <w:p>
      <w:pPr>
        <w:pStyle w:val="ListBullet"/>
      </w:pPr>
      <w:r>
        <w:t>Verificar color y temperatura distal.</w:t>
      </w:r>
    </w:p>
    <w:p>
      <w:pPr>
        <w:pStyle w:val="ListBullet"/>
      </w:pPr>
      <w:r>
        <w:t>Verificar sensibilidad (si paciente está consciente).</w:t>
      </w:r>
    </w:p>
    <w:p>
      <w:pPr>
        <w:pStyle w:val="ListBullet"/>
      </w:pPr>
      <w:r>
        <w:t>Registrar estado inicial.</w:t>
      </w:r>
    </w:p>
    <w:p>
      <w:pPr>
        <w:pStyle w:val="ListNumber"/>
      </w:pPr>
      <w:r>
        <w:t>**Aplicación de apósito**</w:t>
      </w:r>
    </w:p>
    <w:p>
      <w:pPr>
        <w:pStyle w:val="ListBullet"/>
      </w:pPr>
      <w:r>
        <w:t>Colocar apósito directamente sobre herida.</w:t>
      </w:r>
    </w:p>
    <w:p>
      <w:pPr>
        <w:pStyle w:val="ListBullet"/>
      </w:pPr>
      <w:r>
        <w:t>Cubrir herida completamente.</w:t>
      </w:r>
    </w:p>
    <w:p>
      <w:pPr>
        <w:pStyle w:val="ListBullet"/>
      </w:pPr>
      <w:r>
        <w:t>Aplicar presión inicial.</w:t>
      </w:r>
    </w:p>
    <w:p>
      <w:pPr>
        <w:pStyle w:val="ListNumber"/>
      </w:pPr>
      <w:r>
        <w:t>**Vendaje compresivo**</w:t>
      </w:r>
    </w:p>
    <w:p>
      <w:pPr>
        <w:pStyle w:val="ListBullet"/>
      </w:pPr>
      <w:r>
        <w:t>Envolver con venda compresiva (elástica o crepé).</w:t>
      </w:r>
    </w:p>
    <w:p>
      <w:pPr>
        <w:pStyle w:val="ListBullet"/>
      </w:pPr>
      <w:r>
        <w:t>Aplicar compresión suficiente pero no excesiva.</w:t>
      </w:r>
    </w:p>
    <w:p>
      <w:pPr>
        <w:pStyle w:val="ListBullet"/>
      </w:pPr>
      <w:r>
        <w:t>Envolver de distal a proximal (si aplica).</w:t>
      </w:r>
    </w:p>
    <w:p>
      <w:pPr>
        <w:pStyle w:val="ListBullet"/>
      </w:pPr>
      <w:r>
        <w:t>Fijar extremo de venda.</w:t>
      </w:r>
    </w:p>
    <w:p>
      <w:pPr>
        <w:pStyle w:val="ListNumber"/>
      </w:pPr>
      <w:r>
        <w:t>**Verificación de compresión**</w:t>
      </w:r>
    </w:p>
    <w:p>
      <w:pPr>
        <w:pStyle w:val="ListBullet"/>
      </w:pPr>
      <w:r>
        <w:t>Verificar que compresión es adecuada.</w:t>
      </w:r>
    </w:p>
    <w:p>
      <w:pPr>
        <w:pStyle w:val="ListBullet"/>
      </w:pPr>
      <w:r>
        <w:t>Verificar que vendaje no se desplaza.</w:t>
      </w:r>
    </w:p>
    <w:p>
      <w:pPr>
        <w:pStyle w:val="ListBullet"/>
      </w:pPr>
      <w:r>
        <w:t>Verificar que sangrado se controla.</w:t>
      </w:r>
    </w:p>
    <w:p>
      <w:pPr>
        <w:pStyle w:val="ListNumber"/>
      </w:pPr>
      <w:r>
        <w:t>**Control neurovascular POST**</w:t>
      </w:r>
    </w:p>
    <w:p>
      <w:pPr>
        <w:pStyle w:val="ListBullet"/>
      </w:pPr>
      <w:r>
        <w:t>Verificar pulso distal (si es accesible).</w:t>
      </w:r>
    </w:p>
    <w:p>
      <w:pPr>
        <w:pStyle w:val="ListBullet"/>
      </w:pPr>
      <w:r>
        <w:t>Verificar color y temperatura distal.</w:t>
      </w:r>
    </w:p>
    <w:p>
      <w:pPr>
        <w:pStyle w:val="ListBullet"/>
      </w:pPr>
      <w:r>
        <w:t>Verificar sensibilidad (si paciente está consciente).</w:t>
      </w:r>
    </w:p>
    <w:p>
      <w:pPr>
        <w:pStyle w:val="ListBullet"/>
      </w:pPr>
      <w:r>
        <w:t>Comparar con estado inicial.</w:t>
      </w:r>
    </w:p>
    <w:p>
      <w:pPr>
        <w:pStyle w:val="ListNumber"/>
      </w:pPr>
      <w:r>
        <w:t>**Ajuste si es necesario**</w:t>
      </w:r>
    </w:p>
    <w:p>
      <w:pPr>
        <w:pStyle w:val="ListBullet"/>
      </w:pPr>
      <w:r>
        <w:t>Si hay compromiso circulatorio: reducir compresión ligeramente.</w:t>
      </w:r>
    </w:p>
    <w:p>
      <w:pPr>
        <w:pStyle w:val="ListBullet"/>
      </w:pPr>
      <w:r>
        <w:t>Si sangrado continúa: aumentar compresión o reforzar.</w:t>
      </w:r>
    </w:p>
    <w:p>
      <w:pPr>
        <w:pStyle w:val="ListBullet"/>
      </w:pPr>
      <w:r>
        <w:t>Re-verificar después de ajuste.</w:t>
      </w:r>
    </w:p>
    <w:p>
      <w:r>
        <w:t>**Errores frecuentes:**</w:t>
      </w:r>
    </w:p>
    <w:p>
      <w:pPr>
        <w:pStyle w:val="ListBullet"/>
      </w:pPr>
      <w:r>
        <w:t>Compresión excesiva (compromiso circulatorio distal).</w:t>
      </w:r>
    </w:p>
    <w:p>
      <w:pPr>
        <w:pStyle w:val="ListBullet"/>
      </w:pPr>
      <w:r>
        <w:t>Compresión insuficiente (sangrado no se controla).</w:t>
      </w:r>
    </w:p>
    <w:p>
      <w:pPr>
        <w:pStyle w:val="ListBullet"/>
      </w:pPr>
      <w:r>
        <w:t>Vendaje que se desplaza (fijación insuficiente).</w:t>
      </w:r>
    </w:p>
    <w:p>
      <w:pPr>
        <w:pStyle w:val="ListBullet"/>
      </w:pPr>
      <w:r>
        <w:t>No verificar circulación distal.</w:t>
      </w:r>
    </w:p>
    <w:p>
      <w:r>
        <w:t>────────────────────────────────────────────────────────────</w:t>
      </w:r>
    </w:p>
    <w:p>
      <w:pPr>
        <w:pStyle w:val="Heading3"/>
      </w:pPr>
      <w:r>
        <w:t>C) Empaquetado (packing) si procede por protocolo</w:t>
      </w:r>
    </w:p>
    <w:p>
      <w:r>
        <w:t>**Indicación operativa:**</w:t>
      </w:r>
    </w:p>
    <w:p>
      <w:pPr>
        <w:pStyle w:val="ListBullet"/>
      </w:pPr>
      <w:r>
        <w:t>Hemorragia en herida profunda o cavidad.</w:t>
      </w:r>
    </w:p>
    <w:p>
      <w:pPr>
        <w:pStyle w:val="ListBullet"/>
      </w:pPr>
      <w:r>
        <w:t>Protocolo del servicio contempla packing.</w:t>
      </w:r>
    </w:p>
    <w:p>
      <w:pPr>
        <w:pStyle w:val="ListBullet"/>
      </w:pPr>
      <w:r>
        <w:t>Herida que no se controla con presión directa.</w:t>
      </w:r>
    </w:p>
    <w:p>
      <w:r>
        <w:t>**Nota:** Solo usar si protocolo del servicio lo contempla y TES tiene competencia. Seguir protocolo específico del servicio.</w:t>
      </w:r>
    </w:p>
    <w:p>
      <w:r>
        <w:t>**Procedimiento paso a paso (principio general):**</w:t>
      </w:r>
    </w:p>
    <w:p>
      <w:pPr>
        <w:pStyle w:val="ListNumber"/>
      </w:pPr>
      <w:r>
        <w:t>**Preparación**</w:t>
      </w:r>
    </w:p>
    <w:p>
      <w:pPr>
        <w:pStyle w:val="ListBullet"/>
      </w:pPr>
      <w:r>
        <w:t>Usar EPI adecuado.</w:t>
      </w:r>
    </w:p>
    <w:p>
      <w:pPr>
        <w:pStyle w:val="ListBullet"/>
      </w:pPr>
      <w:r>
        <w:t>Preparar gasas para packing.</w:t>
      </w:r>
    </w:p>
    <w:p>
      <w:pPr>
        <w:pStyle w:val="ListBullet"/>
      </w:pPr>
      <w:r>
        <w:t>Verificar que protocolo contempla packing.</w:t>
      </w:r>
    </w:p>
    <w:p>
      <w:pPr>
        <w:pStyle w:val="ListNumber"/>
      </w:pPr>
      <w:r>
        <w:t>**Aplicación de packing**</w:t>
      </w:r>
    </w:p>
    <w:p>
      <w:pPr>
        <w:pStyle w:val="ListBullet"/>
      </w:pPr>
      <w:r>
        <w:t>Introducir gasas en herida/cavidad de forma controlada.</w:t>
      </w:r>
    </w:p>
    <w:p>
      <w:pPr>
        <w:pStyle w:val="ListBullet"/>
      </w:pPr>
      <w:r>
        <w:t>Llenar cavidad sin forzar.</w:t>
      </w:r>
    </w:p>
    <w:p>
      <w:pPr>
        <w:pStyle w:val="ListBullet"/>
      </w:pPr>
      <w:r>
        <w:t>No dejar gasas sueltas (fijar extremo).</w:t>
      </w:r>
    </w:p>
    <w:p>
      <w:pPr>
        <w:pStyle w:val="ListNumber"/>
      </w:pPr>
      <w:r>
        <w:t>**Fijación**</w:t>
      </w:r>
    </w:p>
    <w:p>
      <w:pPr>
        <w:pStyle w:val="ListBullet"/>
      </w:pPr>
      <w:r>
        <w:t>Fijar extremo de gasas.</w:t>
      </w:r>
    </w:p>
    <w:p>
      <w:pPr>
        <w:pStyle w:val="ListBullet"/>
      </w:pPr>
      <w:r>
        <w:t>Aplicar vendaje compresivo sobre packing.</w:t>
      </w:r>
    </w:p>
    <w:p>
      <w:pPr>
        <w:pStyle w:val="ListBullet"/>
      </w:pPr>
      <w:r>
        <w:t>Verificar que packing no se desplaza.</w:t>
      </w:r>
    </w:p>
    <w:p>
      <w:pPr>
        <w:pStyle w:val="ListNumber"/>
      </w:pPr>
      <w:r>
        <w:t>**Verificación**</w:t>
      </w:r>
    </w:p>
    <w:p>
      <w:pPr>
        <w:pStyle w:val="ListBullet"/>
      </w:pPr>
      <w:r>
        <w:t>Verificar que sangrado se controla.</w:t>
      </w:r>
    </w:p>
    <w:p>
      <w:pPr>
        <w:pStyle w:val="ListBullet"/>
      </w:pPr>
      <w:r>
        <w:t>Verificar que packing está bien fijado.</w:t>
      </w:r>
    </w:p>
    <w:p>
      <w:pPr>
        <w:pStyle w:val="ListBullet"/>
      </w:pPr>
      <w:r>
        <w:t>Verificar circulación distal (si es accesible).</w:t>
      </w:r>
    </w:p>
    <w:p>
      <w:r>
        <w:t>**Errores frecuentes:**</w:t>
      </w:r>
    </w:p>
    <w:p>
      <w:pPr>
        <w:pStyle w:val="ListBullet"/>
      </w:pPr>
      <w:r>
        <w:t>Packing sin protocolo (riesgo, no contemplado).</w:t>
      </w:r>
    </w:p>
    <w:p>
      <w:pPr>
        <w:pStyle w:val="ListBullet"/>
      </w:pPr>
      <w:r>
        <w:t>Gasas sueltas (riesgo de olvido, complicaciones).</w:t>
      </w:r>
    </w:p>
    <w:p>
      <w:pPr>
        <w:pStyle w:val="ListBullet"/>
      </w:pPr>
      <w:r>
        <w:t>Packing forzado (riesgo de lesión).</w:t>
      </w:r>
    </w:p>
    <w:p>
      <w:pPr>
        <w:pStyle w:val="ListBullet"/>
      </w:pPr>
      <w:r>
        <w:t>No fijar extremo de gasas.</w:t>
      </w:r>
    </w:p>
    <w:p>
      <w:r>
        <w:t>────────────────────────────────────────────────────────────</w:t>
      </w:r>
    </w:p>
    <w:p>
      <w:pPr>
        <w:pStyle w:val="Heading3"/>
      </w:pPr>
      <w:r>
        <w:t>D) Torniquete (si aplica): colocación, fijación, registro/hora, vigilancia</w:t>
      </w:r>
    </w:p>
    <w:p>
      <w:r>
        <w:t>**Indicación operativa:**</w:t>
      </w:r>
    </w:p>
    <w:p>
      <w:pPr>
        <w:pStyle w:val="ListBullet"/>
      </w:pPr>
      <w:r>
        <w:t>Hemorragia masiva que no se controla con otras técnicas.</w:t>
      </w:r>
    </w:p>
    <w:p>
      <w:pPr>
        <w:pStyle w:val="ListBullet"/>
      </w:pPr>
      <w:r>
        <w:t>Protocolo del servicio contempla torniquete.</w:t>
      </w:r>
    </w:p>
    <w:p>
      <w:pPr>
        <w:pStyle w:val="ListBullet"/>
      </w:pPr>
      <w:r>
        <w:t>Amputación o lesión que justifica torniquete según protocolo.</w:t>
      </w:r>
    </w:p>
    <w:p>
      <w:r>
        <w:t>**Nota:** Solo usar si está en dotación y protocolo del servicio lo contempla. Seguir instrucciones específicas del fabricante y protocolo. Registrar hora de colocación y vigilar continuamente.</w:t>
      </w:r>
    </w:p>
    <w:p>
      <w:r>
        <w:t>**Procedimiento paso a paso:**</w:t>
      </w:r>
    </w:p>
    <w:p>
      <w:pPr>
        <w:pStyle w:val="ListNumber"/>
      </w:pPr>
      <w:r>
        <w:t>**Preparación**</w:t>
      </w:r>
    </w:p>
    <w:p>
      <w:pPr>
        <w:pStyle w:val="ListBullet"/>
      </w:pPr>
      <w:r>
        <w:t>Usar EPI adecuado.</w:t>
      </w:r>
    </w:p>
    <w:p>
      <w:pPr>
        <w:pStyle w:val="ListBullet"/>
      </w:pPr>
      <w:r>
        <w:t>Preparar torniquete comercial (si está en dotación).</w:t>
      </w:r>
    </w:p>
    <w:p>
      <w:pPr>
        <w:pStyle w:val="ListBullet"/>
      </w:pPr>
      <w:r>
        <w:t>Verificar que protocolo contempla torniquete.</w:t>
      </w:r>
    </w:p>
    <w:p>
      <w:pPr>
        <w:pStyle w:val="ListNumber"/>
      </w:pPr>
      <w:r>
        <w:t>**Selección de ubicación**</w:t>
      </w:r>
    </w:p>
    <w:p>
      <w:pPr>
        <w:pStyle w:val="ListBullet"/>
      </w:pPr>
      <w:r>
        <w:t>Colocar proximal a herida (más cerca del tronco).</w:t>
      </w:r>
    </w:p>
    <w:p>
      <w:pPr>
        <w:pStyle w:val="ListBullet"/>
      </w:pPr>
      <w:r>
        <w:t>Evitar articulaciones si es posible.</w:t>
      </w:r>
    </w:p>
    <w:p>
      <w:pPr>
        <w:pStyle w:val="ListBullet"/>
      </w:pPr>
      <w:r>
        <w:t>Colocar sobre ropa si es necesario (según modelo).</w:t>
      </w:r>
    </w:p>
    <w:p>
      <w:pPr>
        <w:pStyle w:val="ListNumber"/>
      </w:pPr>
      <w:r>
        <w:t>**Colocación**</w:t>
      </w:r>
    </w:p>
    <w:p>
      <w:pPr>
        <w:pStyle w:val="ListBullet"/>
      </w:pPr>
      <w:r>
        <w:t>Colocar torniquete alrededor de extremidad.</w:t>
      </w:r>
    </w:p>
    <w:p>
      <w:pPr>
        <w:pStyle w:val="ListBullet"/>
      </w:pPr>
      <w:r>
        <w:t>Ajustar según instrucciones del fabricante.</w:t>
      </w:r>
    </w:p>
    <w:p>
      <w:pPr>
        <w:pStyle w:val="ListBullet"/>
      </w:pPr>
      <w:r>
        <w:t>Aplicar tensión según instrucciones.</w:t>
      </w:r>
    </w:p>
    <w:p>
      <w:pPr>
        <w:pStyle w:val="ListNumber"/>
      </w:pPr>
      <w:r>
        <w:t>**Fijación**</w:t>
      </w:r>
    </w:p>
    <w:p>
      <w:pPr>
        <w:pStyle w:val="ListBullet"/>
      </w:pPr>
      <w:r>
        <w:t>Fijar torniquete correctamente.</w:t>
      </w:r>
    </w:p>
    <w:p>
      <w:pPr>
        <w:pStyle w:val="ListBullet"/>
      </w:pPr>
      <w:r>
        <w:t>Verificar que no se desplaza.</w:t>
      </w:r>
    </w:p>
    <w:p>
      <w:pPr>
        <w:pStyle w:val="ListBullet"/>
      </w:pPr>
      <w:r>
        <w:t>Verificar que está bien ajustado.</w:t>
      </w:r>
    </w:p>
    <w:p>
      <w:pPr>
        <w:pStyle w:val="ListNumber"/>
      </w:pPr>
      <w:r>
        <w:t>**Registro de hora**</w:t>
      </w:r>
    </w:p>
    <w:p>
      <w:pPr>
        <w:pStyle w:val="ListBullet"/>
      </w:pPr>
      <w:r>
        <w:t>**Registrar hora de colocación** (crítico).</w:t>
      </w:r>
    </w:p>
    <w:p>
      <w:pPr>
        <w:pStyle w:val="ListBullet"/>
      </w:pPr>
      <w:r>
        <w:t>Documentar en hoja de registro o comunicar.</w:t>
      </w:r>
    </w:p>
    <w:p>
      <w:pPr>
        <w:pStyle w:val="ListBullet"/>
      </w:pPr>
      <w:r>
        <w:t>Marcar torniquete con hora si es posible.</w:t>
      </w:r>
    </w:p>
    <w:p>
      <w:pPr>
        <w:pStyle w:val="ListNumber"/>
      </w:pPr>
      <w:r>
        <w:t>**Vigilancia continua**</w:t>
      </w:r>
    </w:p>
    <w:p>
      <w:pPr>
        <w:pStyle w:val="ListBullet"/>
      </w:pPr>
      <w:r>
        <w:t>Vigilar que torniquete no se afloja.</w:t>
      </w:r>
    </w:p>
    <w:p>
      <w:pPr>
        <w:pStyle w:val="ListBullet"/>
      </w:pPr>
      <w:r>
        <w:t>Vigilar que no se desplaza.</w:t>
      </w:r>
    </w:p>
    <w:p>
      <w:pPr>
        <w:pStyle w:val="ListBullet"/>
      </w:pPr>
      <w:r>
        <w:t>Vigilar estado del paciente.</w:t>
      </w:r>
    </w:p>
    <w:p>
      <w:pPr>
        <w:pStyle w:val="ListBullet"/>
      </w:pPr>
      <w:r>
        <w:t>No retirar sin indicación médica.</w:t>
      </w:r>
    </w:p>
    <w:p>
      <w:r>
        <w:t>**Errores críticos:**</w:t>
      </w:r>
    </w:p>
    <w:p>
      <w:pPr>
        <w:pStyle w:val="ListBullet"/>
      </w:pPr>
      <w:r>
        <w:t>Colocar sin protocolo (riesgo, no contemplado).</w:t>
      </w:r>
    </w:p>
    <w:p>
      <w:pPr>
        <w:pStyle w:val="ListBullet"/>
      </w:pPr>
      <w:r>
        <w:t>No registrar hora (crítico para seguimiento).</w:t>
      </w:r>
    </w:p>
    <w:p>
      <w:pPr>
        <w:pStyle w:val="ListBullet"/>
      </w:pPr>
      <w:r>
        <w:t>Aflojar torniquete sin indicación médica (riesgo de reactivar sangrado).</w:t>
      </w:r>
    </w:p>
    <w:p>
      <w:pPr>
        <w:pStyle w:val="ListBullet"/>
      </w:pPr>
      <w:r>
        <w:t>No vigilar continuamente.</w:t>
      </w:r>
    </w:p>
    <w:p>
      <w:r>
        <w:t>────────────────────────────────────────────────────────────</w:t>
      </w:r>
    </w:p>
    <w:p>
      <w:pPr>
        <w:pStyle w:val="Heading3"/>
      </w:pPr>
      <w:r>
        <w:t>E) Zonas difíciles (cuero cabelludo / pliegues / sangrado difuso): fijación operativa</w:t>
      </w:r>
    </w:p>
    <w:p>
      <w:r>
        <w:t>**Cuero cabelludo:**</w:t>
      </w:r>
    </w:p>
    <w:p>
      <w:r>
        <w:t>**Problema:**</w:t>
      </w:r>
    </w:p>
    <w:p>
      <w:pPr>
        <w:pStyle w:val="ListBullet"/>
      </w:pPr>
      <w:r>
        <w:t>Sangrado en cuero cabelludo puede ser profuso.</w:t>
      </w:r>
    </w:p>
    <w:p>
      <w:pPr>
        <w:pStyle w:val="ListBullet"/>
      </w:pPr>
      <w:r>
        <w:t>Difícil fijar apósitos en cuero cabelludo.</w:t>
      </w:r>
    </w:p>
    <w:p>
      <w:pPr>
        <w:pStyle w:val="ListBullet"/>
      </w:pPr>
      <w:r>
        <w:t>Pelo puede interferir con fijación.</w:t>
      </w:r>
    </w:p>
    <w:p>
      <w:r>
        <w:t>**Solución operativa:**</w:t>
      </w:r>
    </w:p>
    <w:p>
      <w:pPr>
        <w:pStyle w:val="ListNumber"/>
      </w:pPr>
      <w:r>
        <w:t>Aplicar presión directa con gasa/compresa.</w:t>
      </w:r>
    </w:p>
    <w:p>
      <w:pPr>
        <w:pStyle w:val="ListNumber"/>
      </w:pPr>
      <w:r>
        <w:t>Fijar con venda alrededor de cabeza (no demasiado apretada).</w:t>
      </w:r>
    </w:p>
    <w:p>
      <w:pPr>
        <w:pStyle w:val="ListNumber"/>
      </w:pPr>
      <w:r>
        <w:t>Usar vendaje tipo "capeline" si es necesario.</w:t>
      </w:r>
    </w:p>
    <w:p>
      <w:pPr>
        <w:pStyle w:val="ListNumber"/>
      </w:pPr>
      <w:r>
        <w:t>Verificar que no comprime vía aérea.</w:t>
      </w:r>
    </w:p>
    <w:p>
      <w:pPr>
        <w:pStyle w:val="ListNumber"/>
      </w:pPr>
      <w:r>
        <w:t>Re-verificar después de movimientos.</w:t>
      </w:r>
    </w:p>
    <w:p>
      <w:r>
        <w:t>**Pliegues (axila, ingle):**</w:t>
      </w:r>
    </w:p>
    <w:p>
      <w:r>
        <w:t>**Problema:**</w:t>
      </w:r>
    </w:p>
    <w:p>
      <w:pPr>
        <w:pStyle w:val="ListBullet"/>
      </w:pPr>
      <w:r>
        <w:t>Sangrado en pliegues puede ser difícil de controlar.</w:t>
      </w:r>
    </w:p>
    <w:p>
      <w:pPr>
        <w:pStyle w:val="ListBullet"/>
      </w:pPr>
      <w:r>
        <w:t>Difícil fijar apósitos en pliegues.</w:t>
      </w:r>
    </w:p>
    <w:p>
      <w:pPr>
        <w:pStyle w:val="ListBullet"/>
      </w:pPr>
      <w:r>
        <w:t>Movimiento puede desplazar apósitos.</w:t>
      </w:r>
    </w:p>
    <w:p>
      <w:r>
        <w:t>**Solución operativa:**</w:t>
      </w:r>
    </w:p>
    <w:p>
      <w:pPr>
        <w:pStyle w:val="ListNumber"/>
      </w:pPr>
      <w:r>
        <w:t>Aplicar presión directa con gasa/compresa.</w:t>
      </w:r>
    </w:p>
    <w:p>
      <w:pPr>
        <w:pStyle w:val="ListNumber"/>
      </w:pPr>
      <w:r>
        <w:t>Fijar con venda que cruza pliegue.</w:t>
      </w:r>
    </w:p>
    <w:p>
      <w:pPr>
        <w:pStyle w:val="ListNumber"/>
      </w:pPr>
      <w:r>
        <w:t>Usar vendaje que mantiene compresión sin desplazarse.</w:t>
      </w:r>
    </w:p>
    <w:p>
      <w:pPr>
        <w:pStyle w:val="ListNumber"/>
      </w:pPr>
      <w:r>
        <w:t>Re-verificar después de movimientos.</w:t>
      </w:r>
    </w:p>
    <w:p>
      <w:r>
        <w:t>**Sangrado difuso:**</w:t>
      </w:r>
    </w:p>
    <w:p>
      <w:r>
        <w:t>**Problema:**</w:t>
      </w:r>
    </w:p>
    <w:p>
      <w:pPr>
        <w:pStyle w:val="ListBullet"/>
      </w:pPr>
      <w:r>
        <w:t>Sangrado que no tiene punto único.</w:t>
      </w:r>
    </w:p>
    <w:p>
      <w:pPr>
        <w:pStyle w:val="ListBullet"/>
      </w:pPr>
      <w:r>
        <w:t>Difícil localizar punto de sangrado.</w:t>
      </w:r>
    </w:p>
    <w:p>
      <w:pPr>
        <w:pStyle w:val="ListBullet"/>
      </w:pPr>
      <w:r>
        <w:t>Requiere compresión amplia.</w:t>
      </w:r>
    </w:p>
    <w:p>
      <w:r>
        <w:t>**Solución operativa:**</w:t>
      </w:r>
    </w:p>
    <w:p>
      <w:pPr>
        <w:pStyle w:val="ListNumber"/>
      </w:pPr>
      <w:r>
        <w:t>Aplicar apósito amplio sobre área de sangrado.</w:t>
      </w:r>
    </w:p>
    <w:p>
      <w:pPr>
        <w:pStyle w:val="ListNumber"/>
      </w:pPr>
      <w:r>
        <w:t>Aplicar vendaje compresivo amplio.</w:t>
      </w:r>
    </w:p>
    <w:p>
      <w:pPr>
        <w:pStyle w:val="ListNumber"/>
      </w:pPr>
      <w:r>
        <w:t>Verificar que compresión cubre toda el área.</w:t>
      </w:r>
    </w:p>
    <w:p>
      <w:pPr>
        <w:pStyle w:val="ListNumber"/>
      </w:pPr>
      <w:r>
        <w:t>Re-verificar después de movimientos.</w:t>
      </w:r>
    </w:p>
    <w:p>
      <w:r>
        <w:t>**Errores frecuentes:**</w:t>
      </w:r>
    </w:p>
    <w:p>
      <w:pPr>
        <w:pStyle w:val="ListBullet"/>
      </w:pPr>
      <w:r>
        <w:t>Fijación insuficiente (apósito se desplaza).</w:t>
      </w:r>
    </w:p>
    <w:p>
      <w:pPr>
        <w:pStyle w:val="ListBullet"/>
      </w:pPr>
      <w:r>
        <w:t>Compresión que no cubre toda el área (sangrado difuso).</w:t>
      </w:r>
    </w:p>
    <w:p>
      <w:pPr>
        <w:pStyle w:val="ListBullet"/>
      </w:pPr>
      <w:r>
        <w:t>Vendaje que comprime vía aérea (cuero cabelludo).</w:t>
      </w:r>
    </w:p>
    <w:p>
      <w:pPr>
        <w:pStyle w:val="ListBullet"/>
      </w:pPr>
      <w:r>
        <w:t>No re-verificar después de movimientos.</w:t>
      </w:r>
    </w:p>
    <w:p>
      <w:r>
        <w:t>────────────────────────────────────────────────────────────</w:t>
      </w:r>
    </w:p>
    <w:p>
      <w:pPr>
        <w:pStyle w:val="Heading2"/>
      </w:pPr>
      <w:r>
        <w:t>3.6.7 Integración con inmovilización y traslado</w:t>
      </w:r>
    </w:p>
    <w:p>
      <w:pPr>
        <w:pStyle w:val="Heading3"/>
      </w:pPr>
      <w:r>
        <w:t>Integración con inmovilización (2.6, 2.8, 2.13)</w:t>
      </w:r>
    </w:p>
    <w:p>
      <w:r>
        <w:t>**Correas y puntos de presión:**</w:t>
      </w:r>
    </w:p>
    <w:p>
      <w:pPr>
        <w:pStyle w:val="ListBullet"/>
      </w:pPr>
      <w:r>
        <w:t>Verificar que correas de inmovilización no comprimen vendajes.</w:t>
      </w:r>
    </w:p>
    <w:p>
      <w:pPr>
        <w:pStyle w:val="ListBullet"/>
      </w:pPr>
      <w:r>
        <w:t>Ajustar correas para evitar puntos de presión sobre heridas.</w:t>
      </w:r>
    </w:p>
    <w:p>
      <w:pPr>
        <w:pStyle w:val="ListBullet"/>
      </w:pPr>
      <w:r>
        <w:t>Re-verificar vendajes después de colocar inmovilización.</w:t>
      </w:r>
    </w:p>
    <w:p>
      <w:r>
        <w:t>**Vendaje que no se desplaza:**</w:t>
      </w:r>
    </w:p>
    <w:p>
      <w:pPr>
        <w:pStyle w:val="ListBullet"/>
      </w:pPr>
      <w:r>
        <w:t>Fijar vendajes de forma que no se desplazan durante inmovilización.</w:t>
      </w:r>
    </w:p>
    <w:p>
      <w:pPr>
        <w:pStyle w:val="ListBullet"/>
      </w:pPr>
      <w:r>
        <w:t>Verificar que vendajes no interfieren con inmovilización.</w:t>
      </w:r>
    </w:p>
    <w:p>
      <w:pPr>
        <w:pStyle w:val="ListBullet"/>
      </w:pPr>
      <w:r>
        <w:t>Re-verificar después de colocar inmovilización.</w:t>
      </w:r>
    </w:p>
    <w:p>
      <w:r>
        <w:t>**Consideraciones:**</w:t>
      </w:r>
    </w:p>
    <w:p>
      <w:pPr>
        <w:pStyle w:val="ListBullet"/>
      </w:pPr>
      <w:r>
        <w:t>Coordinar inmovilización con control de hemorragia.</w:t>
      </w:r>
    </w:p>
    <w:p>
      <w:pPr>
        <w:pStyle w:val="ListBullet"/>
      </w:pPr>
      <w:r>
        <w:t>No comprometer control de hemorragia por inmovilización.</w:t>
      </w:r>
    </w:p>
    <w:p>
      <w:pPr>
        <w:pStyle w:val="ListBullet"/>
      </w:pPr>
      <w:r>
        <w:t>No comprometer inmovilización por vendajes.</w:t>
      </w:r>
    </w:p>
    <w:p>
      <w:r>
        <w:t>────────────────────────────────────────────────────────────</w:t>
      </w:r>
    </w:p>
    <w:p>
      <w:pPr>
        <w:pStyle w:val="Heading3"/>
      </w:pPr>
      <w:r>
        <w:t>Control térmico (3.9) como parte del control del shock</w:t>
      </w:r>
    </w:p>
    <w:p>
      <w:r>
        <w:t>**Principio:**</w:t>
      </w:r>
    </w:p>
    <w:p>
      <w:pPr>
        <w:pStyle w:val="ListBullet"/>
      </w:pPr>
      <w:r>
        <w:t>Control térmico es parte del control del shock (sin entrar en clínica).</w:t>
      </w:r>
    </w:p>
    <w:p>
      <w:pPr>
        <w:pStyle w:val="ListBullet"/>
      </w:pPr>
      <w:r>
        <w:t>Prevenir hipotermia durante control de hemorragia.</w:t>
      </w:r>
    </w:p>
    <w:p>
      <w:pPr>
        <w:pStyle w:val="ListBullet"/>
      </w:pPr>
      <w:r>
        <w:t>Mantener temperatura corporal del paciente.</w:t>
      </w:r>
    </w:p>
    <w:p>
      <w:r>
        <w:t>**Técnica:**</w:t>
      </w:r>
    </w:p>
    <w:p>
      <w:pPr>
        <w:pStyle w:val="ListBullet"/>
      </w:pPr>
      <w:r>
        <w:t>Aplicar manta térmica según necesidad (ver 3.9).</w:t>
      </w:r>
    </w:p>
    <w:p>
      <w:pPr>
        <w:pStyle w:val="ListBullet"/>
      </w:pPr>
      <w:r>
        <w:t>Proteger al paciente del ambiente.</w:t>
      </w:r>
    </w:p>
    <w:p>
      <w:pPr>
        <w:pStyle w:val="ListBullet"/>
      </w:pPr>
      <w:r>
        <w:t>Mantener temperatura durante traslado.</w:t>
      </w:r>
    </w:p>
    <w:p>
      <w:r>
        <w:t>**Consideraciones:**</w:t>
      </w:r>
    </w:p>
    <w:p>
      <w:pPr>
        <w:pStyle w:val="ListBullet"/>
      </w:pPr>
      <w:r>
        <w:t>Control térmico complementa control de hemorragia.</w:t>
      </w:r>
    </w:p>
    <w:p>
      <w:pPr>
        <w:pStyle w:val="ListBullet"/>
      </w:pPr>
      <w:r>
        <w:t>No olvidar control térmico durante control de hemorragia.</w:t>
      </w:r>
    </w:p>
    <w:p>
      <w:pPr>
        <w:pStyle w:val="ListBullet"/>
      </w:pPr>
      <w:r>
        <w:t>Integrar con otras técnicas de soporte.</w:t>
      </w:r>
    </w:p>
    <w:p>
      <w:r>
        <w:t>────────────────────────────────────────────────────────────</w:t>
      </w:r>
    </w:p>
    <w:p>
      <w:pPr>
        <w:pStyle w:val="Heading3"/>
      </w:pPr>
      <w:r>
        <w:t>Revisión tras transferencias (2.8, 2.13)</w:t>
      </w:r>
    </w:p>
    <w:p>
      <w:r>
        <w:t>**Después de transferencias:**</w:t>
      </w:r>
    </w:p>
    <w:p>
      <w:pPr>
        <w:pStyle w:val="ListBullet"/>
      </w:pPr>
      <w:r>
        <w:t>Re-verificar que vendajes no se han desplazado.</w:t>
      </w:r>
    </w:p>
    <w:p>
      <w:pPr>
        <w:pStyle w:val="ListBullet"/>
      </w:pPr>
      <w:r>
        <w:t>Re-verificar que compresión se mantiene.</w:t>
      </w:r>
    </w:p>
    <w:p>
      <w:pPr>
        <w:pStyle w:val="ListBullet"/>
      </w:pPr>
      <w:r>
        <w:t>Re-verificar que sangrado sigue controlado.</w:t>
      </w:r>
    </w:p>
    <w:p>
      <w:pPr>
        <w:pStyle w:val="ListBullet"/>
      </w:pPr>
      <w:r>
        <w:t>Re-verificar circulación distal (si es accesible).</w:t>
      </w:r>
    </w:p>
    <w:p>
      <w:pPr>
        <w:pStyle w:val="ListBullet"/>
      </w:pPr>
      <w:r>
        <w:t>Ajustar si es necesario.</w:t>
      </w:r>
    </w:p>
    <w:p>
      <w:r>
        <w:t>**Principio:**</w:t>
      </w:r>
    </w:p>
    <w:p>
      <w:pPr>
        <w:pStyle w:val="ListBullet"/>
      </w:pPr>
      <w:r>
        <w:t>**Re-verificar después de cada movimiento o transferencia.**</w:t>
      </w:r>
    </w:p>
    <w:p>
      <w:pPr>
        <w:pStyle w:val="ListBullet"/>
      </w:pPr>
      <w:r>
        <w:t>**No asumir que vendajes siguen efectivos.**</w:t>
      </w:r>
    </w:p>
    <w:p>
      <w:pPr>
        <w:pStyle w:val="ListBullet"/>
      </w:pPr>
      <w:r>
        <w:t>**Ajustar si es necesario.**</w:t>
      </w:r>
    </w:p>
    <w:p>
      <w:r>
        <w:t>────────────────────────────────────────────────────────────</w:t>
      </w:r>
    </w:p>
    <w:p>
      <w:pPr>
        <w:pStyle w:val="Heading2"/>
      </w:pPr>
      <w:r>
        <w:t>3.6.8 Problemas frecuentes y resolución rápida</w:t>
      </w:r>
    </w:p>
    <w:p>
      <w:pPr>
        <w:pStyle w:val="Heading3"/>
      </w:pPr>
      <w:r>
        <w:t>Vendaje se desplaza durante traslado</w:t>
      </w:r>
    </w:p>
    <w:p>
      <w:r>
        <w:t>**Causas posibles:**</w:t>
      </w:r>
    </w:p>
    <w:p>
      <w:pPr>
        <w:pStyle w:val="ListBullet"/>
      </w:pPr>
      <w:r>
        <w:t>Fijación insuficiente.</w:t>
      </w:r>
    </w:p>
    <w:p>
      <w:pPr>
        <w:pStyle w:val="ListBullet"/>
      </w:pPr>
      <w:r>
        <w:t>Movimientos bruscos.</w:t>
      </w:r>
    </w:p>
    <w:p>
      <w:pPr>
        <w:pStyle w:val="ListBullet"/>
      </w:pPr>
      <w:r>
        <w:t>Fricción con ropa o inmovilización.</w:t>
      </w:r>
    </w:p>
    <w:p>
      <w:r>
        <w:t>**Resolución rápida:**</w:t>
      </w:r>
    </w:p>
    <w:p>
      <w:pPr>
        <w:pStyle w:val="ListNumber"/>
      </w:pPr>
      <w:r>
        <w:t>Re-verificar vendaje después de movimientos.</w:t>
      </w:r>
    </w:p>
    <w:p>
      <w:pPr>
        <w:pStyle w:val="ListNumber"/>
      </w:pPr>
      <w:r>
        <w:t>Re-fijar si es necesario.</w:t>
      </w:r>
    </w:p>
    <w:p>
      <w:pPr>
        <w:pStyle w:val="ListNumber"/>
      </w:pPr>
      <w:r>
        <w:t>Ajustar fijación para evitar desplazamiento.</w:t>
      </w:r>
    </w:p>
    <w:p>
      <w:pPr>
        <w:pStyle w:val="ListNumber"/>
      </w:pPr>
      <w:r>
        <w:t>Re-verificar que compresión se mantiene.</w:t>
      </w:r>
    </w:p>
    <w:p>
      <w:r>
        <w:t>────────────────────────────────────────────────────────────</w:t>
      </w:r>
    </w:p>
    <w:p>
      <w:pPr>
        <w:pStyle w:val="Heading3"/>
      </w:pPr>
      <w:r>
        <w:t>Sangrado continúa a pesar de compresión</w:t>
      </w:r>
    </w:p>
    <w:p>
      <w:r>
        <w:t>**Causas posibles:**</w:t>
      </w:r>
    </w:p>
    <w:p>
      <w:pPr>
        <w:pStyle w:val="ListBullet"/>
      </w:pPr>
      <w:r>
        <w:t>Compresión insuficiente.</w:t>
      </w:r>
    </w:p>
    <w:p>
      <w:pPr>
        <w:pStyle w:val="ListBullet"/>
      </w:pPr>
      <w:r>
        <w:t>Vendaje mal aplicado.</w:t>
      </w:r>
    </w:p>
    <w:p>
      <w:pPr>
        <w:pStyle w:val="ListBullet"/>
      </w:pPr>
      <w:r>
        <w:t>Herida que requiere técnica diferente.</w:t>
      </w:r>
    </w:p>
    <w:p>
      <w:r>
        <w:t>**Resolución rápida:**</w:t>
      </w:r>
    </w:p>
    <w:p>
      <w:pPr>
        <w:pStyle w:val="ListNumber"/>
      </w:pPr>
      <w:r>
        <w:t>Verificar que compresión es adecuada.</w:t>
      </w:r>
    </w:p>
    <w:p>
      <w:pPr>
        <w:pStyle w:val="ListNumber"/>
      </w:pPr>
      <w:r>
        <w:t>Reforzar con más apósitos (no retirar empapados).</w:t>
      </w:r>
    </w:p>
    <w:p>
      <w:pPr>
        <w:pStyle w:val="ListNumber"/>
      </w:pPr>
      <w:r>
        <w:t>Aumentar compresión si es posible.</w:t>
      </w:r>
    </w:p>
    <w:p>
      <w:pPr>
        <w:pStyle w:val="ListNumber"/>
      </w:pPr>
      <w:r>
        <w:t>Considerar técnica alternativa si protocolo lo contempla (packing, torniquete).</w:t>
      </w:r>
    </w:p>
    <w:p>
      <w:pPr>
        <w:pStyle w:val="ListNumber"/>
      </w:pPr>
      <w:r>
        <w:t>Comunicar al médico si sangrado no se controla.</w:t>
      </w:r>
    </w:p>
    <w:p>
      <w:r>
        <w:t>────────────────────────────────────────────────────────────</w:t>
      </w:r>
    </w:p>
    <w:p>
      <w:pPr>
        <w:pStyle w:val="Heading3"/>
      </w:pPr>
      <w:r>
        <w:t>Compromiso circulatorio distal</w:t>
      </w:r>
    </w:p>
    <w:p>
      <w:r>
        <w:t>**Causas posibles:**</w:t>
      </w:r>
    </w:p>
    <w:p>
      <w:pPr>
        <w:pStyle w:val="ListBullet"/>
      </w:pPr>
      <w:r>
        <w:t>Compresión excesiva.</w:t>
      </w:r>
    </w:p>
    <w:p>
      <w:pPr>
        <w:pStyle w:val="ListBullet"/>
      </w:pPr>
      <w:r>
        <w:t>Vendaje mal aplicado.</w:t>
      </w:r>
    </w:p>
    <w:p>
      <w:pPr>
        <w:pStyle w:val="ListBullet"/>
      </w:pPr>
      <w:r>
        <w:t>Lesión vascular asociada.</w:t>
      </w:r>
    </w:p>
    <w:p>
      <w:r>
        <w:t>**Resolución rápida:**</w:t>
      </w:r>
    </w:p>
    <w:p>
      <w:pPr>
        <w:pStyle w:val="ListNumber"/>
      </w:pPr>
      <w:r>
        <w:t>Verificar pulso, color, temperatura y sensibilidad distal.</w:t>
      </w:r>
    </w:p>
    <w:p>
      <w:pPr>
        <w:pStyle w:val="ListNumber"/>
      </w:pPr>
      <w:r>
        <w:t>Reducir compresión ligeramente si hay compromiso.</w:t>
      </w:r>
    </w:p>
    <w:p>
      <w:pPr>
        <w:pStyle w:val="ListNumber"/>
      </w:pPr>
      <w:r>
        <w:t>Re-verificar después de ajuste.</w:t>
      </w:r>
    </w:p>
    <w:p>
      <w:pPr>
        <w:pStyle w:val="ListNumber"/>
      </w:pPr>
      <w:r>
        <w:t>Comunicar al médico si compromiso persiste.</w:t>
      </w:r>
    </w:p>
    <w:p>
      <w:r>
        <w:t>────────────────────────────────────────────────────────────</w:t>
      </w:r>
    </w:p>
    <w:p>
      <w:pPr>
        <w:pStyle w:val="Heading3"/>
      </w:pPr>
      <w:r>
        <w:t>Apósito empapado</w:t>
      </w:r>
    </w:p>
    <w:p>
      <w:r>
        <w:t>**Principio crítico:**</w:t>
      </w:r>
    </w:p>
    <w:p>
      <w:pPr>
        <w:pStyle w:val="ListBullet"/>
      </w:pPr>
      <w:r>
        <w:t>**NUNCA retirar apósito empapado.**</w:t>
      </w:r>
    </w:p>
    <w:p>
      <w:pPr>
        <w:pStyle w:val="ListBullet"/>
      </w:pPr>
      <w:r>
        <w:t>Retirar puede reactivar sangrado.</w:t>
      </w:r>
    </w:p>
    <w:p>
      <w:r>
        <w:t>**Resolución rápida:**</w:t>
      </w:r>
    </w:p>
    <w:p>
      <w:pPr>
        <w:pStyle w:val="ListNumber"/>
      </w:pPr>
      <w:r>
        <w:t>Añadir más apósitos encima del empapado.</w:t>
      </w:r>
    </w:p>
    <w:p>
      <w:pPr>
        <w:pStyle w:val="ListNumber"/>
      </w:pPr>
      <w:r>
        <w:t>Mantener presión sobre apósitos.</w:t>
      </w:r>
    </w:p>
    <w:p>
      <w:pPr>
        <w:pStyle w:val="ListNumber"/>
      </w:pPr>
      <w:r>
        <w:t>Reforzar vendaje si es necesario.</w:t>
      </w:r>
    </w:p>
    <w:p>
      <w:pPr>
        <w:pStyle w:val="ListNumber"/>
      </w:pPr>
      <w:r>
        <w:t>No retirar hasta llegar a centro sanitario si es posible.</w:t>
      </w:r>
    </w:p>
    <w:p>
      <w:r>
        <w:t>────────────────────────────────────────────────────────────</w:t>
      </w:r>
    </w:p>
    <w:p>
      <w:pPr>
        <w:pStyle w:val="Heading2"/>
      </w:pPr>
      <w:r>
        <w:t>3.6.9 Errores críticos y señales de alarma</w:t>
      </w:r>
    </w:p>
    <w:p>
      <w:pPr>
        <w:pStyle w:val="Heading3"/>
      </w:pPr>
      <w:r>
        <w:t>Errores críticos</w:t>
      </w:r>
    </w:p>
    <w:p>
      <w:r>
        <w:t>**Error 1: Retirar apósito empapado**</w:t>
      </w:r>
    </w:p>
    <w:p>
      <w:pPr>
        <w:pStyle w:val="ListBullet"/>
      </w:pPr>
      <w:r>
        <w:t>❌ Retirar apósito empapado de sangre.</w:t>
      </w:r>
    </w:p>
    <w:p>
      <w:pPr>
        <w:pStyle w:val="ListBullet"/>
      </w:pPr>
      <w:r>
        <w:t>**Consecuencia:** Reactiva sangrado, pérdida de control, empeora situación.</w:t>
      </w:r>
    </w:p>
    <w:p>
      <w:pPr>
        <w:pStyle w:val="ListBullet"/>
      </w:pPr>
      <w:r>
        <w:t>**Prevención:** NUNCA retirar apósitos empapados, reforzar con más apósitos encima.</w:t>
      </w:r>
    </w:p>
    <w:p>
      <w:r>
        <w:t>**Error 2: Compresión excesiva sin control distal**</w:t>
      </w:r>
    </w:p>
    <w:p>
      <w:pPr>
        <w:pStyle w:val="ListBullet"/>
      </w:pPr>
      <w:r>
        <w:t>❌ Aplicar compresión excesiva sin verificar circulación distal.</w:t>
      </w:r>
    </w:p>
    <w:p>
      <w:pPr>
        <w:pStyle w:val="ListBullet"/>
      </w:pPr>
      <w:r>
        <w:t>**Consecuencia:** Compromiso circulatorio, isquemia, lesión secundaria.</w:t>
      </w:r>
    </w:p>
    <w:p>
      <w:pPr>
        <w:pStyle w:val="ListBullet"/>
      </w:pPr>
      <w:r>
        <w:t>**Prevención:** Verificar circulación distal antes y después de compresión, ajustar si es necesario.</w:t>
      </w:r>
    </w:p>
    <w:p>
      <w:r>
        <w:t>**Error 3: Torniquete sin registrar hora**</w:t>
      </w:r>
    </w:p>
    <w:p>
      <w:pPr>
        <w:pStyle w:val="ListBullet"/>
      </w:pPr>
      <w:r>
        <w:t>❌ Colocar torniquete sin registrar hora de colocación.</w:t>
      </w:r>
    </w:p>
    <w:p>
      <w:pPr>
        <w:pStyle w:val="ListBullet"/>
      </w:pPr>
      <w:r>
        <w:t>**Consecuencia:** Imposible hacer seguimiento, riesgo de complicaciones, problema médico-legal.</w:t>
      </w:r>
    </w:p>
    <w:p>
      <w:pPr>
        <w:pStyle w:val="ListBullet"/>
      </w:pPr>
      <w:r>
        <w:t>**Prevención:** SIEMPRE registrar hora de colocación, documentar o comunicar.</w:t>
      </w:r>
    </w:p>
    <w:p>
      <w:r>
        <w:t>**Error 4: Vendaje que se desplaza sin re-verificar**</w:t>
      </w:r>
    </w:p>
    <w:p>
      <w:pPr>
        <w:pStyle w:val="ListBullet"/>
      </w:pPr>
      <w:r>
        <w:t>❌ No re-verificar vendajes después de transferencias.</w:t>
      </w:r>
    </w:p>
    <w:p>
      <w:pPr>
        <w:pStyle w:val="ListBullet"/>
      </w:pPr>
      <w:r>
        <w:t>**Consecuencia:** Vendaje desplazado, sangrado no controlado, problemas no detectados.</w:t>
      </w:r>
    </w:p>
    <w:p>
      <w:pPr>
        <w:pStyle w:val="ListBullet"/>
      </w:pPr>
      <w:r>
        <w:t>**Prevención:** Re-verificar después de cada transferencia, ajustar si es necesario.</w:t>
      </w:r>
    </w:p>
    <w:p>
      <w:r>
        <w:t>**Error 5: No usar EPI en escenario de alto riesgo**</w:t>
      </w:r>
    </w:p>
    <w:p>
      <w:pPr>
        <w:pStyle w:val="ListBullet"/>
      </w:pPr>
      <w:r>
        <w:t>❌ No usar EPI adecuado cuando hay riesgo biológico.</w:t>
      </w:r>
    </w:p>
    <w:p>
      <w:pPr>
        <w:pStyle w:val="ListBullet"/>
      </w:pPr>
      <w:r>
        <w:t>**Consecuencia:** Exposición a riesgo biológico, contaminación.</w:t>
      </w:r>
    </w:p>
    <w:p>
      <w:pPr>
        <w:pStyle w:val="ListBullet"/>
      </w:pPr>
      <w:r>
        <w:t>**Prevención:** Siempre usar EPI adecuado según riesgo.</w:t>
      </w:r>
    </w:p>
    <w:p>
      <w:r>
        <w:t>────────────────────────────────────────────────────────────</w:t>
      </w:r>
    </w:p>
    <w:p>
      <w:pPr>
        <w:pStyle w:val="Heading3"/>
      </w:pPr>
      <w:r>
        <w:t>Señales de alarma (cuándo parar y reevaluar)</w:t>
      </w:r>
    </w:p>
    <w:p>
      <w:r>
        <w:t>**Señal de alarma 1: Sangrado masivo que no se controla**</w:t>
      </w:r>
    </w:p>
    <w:p>
      <w:pPr>
        <w:pStyle w:val="ListBullet"/>
      </w:pPr>
      <w:r>
        <w:t>**Acción:** Parar, reforzar compresión, considerar técnica alternativa si protocolo lo contempla, comunicar al médico.</w:t>
      </w:r>
    </w:p>
    <w:p>
      <w:pPr>
        <w:pStyle w:val="ListBullet"/>
      </w:pPr>
      <w:r>
        <w:t>**Si persiste:** Comunicar al médico inmediatamente, considerar torniquete si protocolo lo contempla.</w:t>
      </w:r>
    </w:p>
    <w:p>
      <w:r>
        <w:t>**Señal de alarma 2: Compromiso circulatorio distal**</w:t>
      </w:r>
    </w:p>
    <w:p>
      <w:pPr>
        <w:pStyle w:val="ListBullet"/>
      </w:pPr>
      <w:r>
        <w:t>**Acción:** Parar, reducir compresión ligeramente, re-verificar circulación distal.</w:t>
      </w:r>
    </w:p>
    <w:p>
      <w:pPr>
        <w:pStyle w:val="ListBullet"/>
      </w:pPr>
      <w:r>
        <w:t>**Si persiste:** Comunicar al médico, ajustar técnica.</w:t>
      </w:r>
    </w:p>
    <w:p>
      <w:r>
        <w:t>**Señal de alarma 3: Vendaje desplazado durante traslado**</w:t>
      </w:r>
    </w:p>
    <w:p>
      <w:pPr>
        <w:pStyle w:val="ListBullet"/>
      </w:pPr>
      <w:r>
        <w:t>**Acción:** Parar, re-fijar vendaje, re-verificar que compresión se mantiene.</w:t>
      </w:r>
    </w:p>
    <w:p>
      <w:pPr>
        <w:pStyle w:val="ListBullet"/>
      </w:pPr>
      <w:r>
        <w:t>**Si persiste:** Ajustar fijación, considerar alternativa.</w:t>
      </w:r>
    </w:p>
    <w:p>
      <w:r>
        <w:t>**Señal de alarma 4: Torniquete que se afloja**</w:t>
      </w:r>
    </w:p>
    <w:p>
      <w:pPr>
        <w:pStyle w:val="ListBullet"/>
      </w:pPr>
      <w:r>
        <w:t>**Acción:** Parar, re-ajustar torniquete, verificar que está bien fijado, vigilar continuamente.</w:t>
      </w:r>
    </w:p>
    <w:p>
      <w:pPr>
        <w:pStyle w:val="ListBullet"/>
      </w:pPr>
      <w:r>
        <w:t>**Prevención:** Fijar torniquete correctamente, vigilar continuamente.</w:t>
      </w:r>
    </w:p>
    <w:p>
      <w:r>
        <w:t>**Señal de alarma 5: Contaminación durante uso**</w:t>
      </w:r>
    </w:p>
    <w:p>
      <w:pPr>
        <w:pStyle w:val="ListBullet"/>
      </w:pPr>
      <w:r>
        <w:t>**Acción:** Parar, cambiar EPI si es necesario, descontaminar, continuar con precaución.</w:t>
      </w:r>
    </w:p>
    <w:p>
      <w:pPr>
        <w:pStyle w:val="ListBullet"/>
      </w:pPr>
      <w:r>
        <w:t>**Si persiste:** Evaluar riesgo, considerar alternativas.</w:t>
      </w:r>
    </w:p>
    <w:p>
      <w:r>
        <w:t>**Principio:**</w:t>
      </w:r>
    </w:p>
    <w:p>
      <w:pPr>
        <w:pStyle w:val="ListBullet"/>
      </w:pPr>
      <w:r>
        <w:t>**Si hay señal de alarma: PARAR, RE-EVALUAR, AJUSTAR, COMUNICAR.**</w:t>
      </w:r>
    </w:p>
    <w:p>
      <w:pPr>
        <w:pStyle w:val="ListBullet"/>
      </w:pPr>
      <w:r>
        <w:t>**No continuar si hay riesgo para paciente o control es inefectivo.**</w:t>
      </w:r>
    </w:p>
    <w:p>
      <w:r>
        <w:t>────────────────────────────────────────────────────────────</w:t>
      </w:r>
    </w:p>
    <w:p>
      <w:pPr>
        <w:pStyle w:val="Heading2"/>
      </w:pPr>
      <w:r>
        <w:t>3.6.10 Puntos clave TES</w:t>
      </w:r>
    </w:p>
    <w:p>
      <w:pPr>
        <w:pStyle w:val="ListBullet"/>
      </w:pPr>
      <w:r>
        <w:t>**Siempre usar EPI adecuado** (guantes, protección ocular si hay riesgo de salpicaduras) al manipular heridas o sangrado.</w:t>
      </w:r>
    </w:p>
    <w:p>
      <w:pPr>
        <w:pStyle w:val="ListBullet"/>
      </w:pPr>
      <w:r>
        <w:t>**Presión directa efectiva** (aplicar presión firme sobre punto de sangrado, mantener hasta que se controle).</w:t>
      </w:r>
    </w:p>
    <w:p>
      <w:pPr>
        <w:pStyle w:val="ListBullet"/>
      </w:pPr>
      <w:r>
        <w:t>**Vendaje compresivo estable** (compresión suficiente pero no excesiva, fijación adecuada para evitar desplazamiento).</w:t>
      </w:r>
    </w:p>
    <w:p>
      <w:pPr>
        <w:pStyle w:val="ListBullet"/>
      </w:pPr>
      <w:r>
        <w:t>**NUNCA retirar apósitos empapados** (reforzar con más apósitos encima, retirar puede reactivar sangrado).</w:t>
      </w:r>
    </w:p>
    <w:p>
      <w:pPr>
        <w:pStyle w:val="ListBullet"/>
      </w:pPr>
      <w:r>
        <w:t>**Reevaluación distal tras compresión** (verificar pulso, color, temperatura y sensibilidad distal, ajustar si es necesario).</w:t>
      </w:r>
    </w:p>
    <w:p>
      <w:pPr>
        <w:pStyle w:val="ListBullet"/>
      </w:pPr>
      <w:r>
        <w:t>**Revisión tras transferencias** (re-verificar que vendajes no se han desplazado, que compresión se mantiene, ajustar si es necesario).</w:t>
      </w:r>
    </w:p>
    <w:p>
      <w:pPr>
        <w:pStyle w:val="ListBullet"/>
      </w:pPr>
      <w:r>
        <w:t>**Integración con inmovilización** (verificar que correas no comprimen vendajes, que vendajes no interfieren con inmovilización, re-verificar después de colocar inmovilización).</w:t>
      </w:r>
    </w:p>
    <w:p>
      <w:pPr>
        <w:pStyle w:val="ListBullet"/>
      </w:pPr>
      <w:r>
        <w:t>**Control térmico como parte del control del shock** (aplicar manta térmica según necesidad, prevenir hipotermia, mantener temperatura durante traslado).</w:t>
      </w:r>
    </w:p>
    <w:p>
      <w:pPr>
        <w:pStyle w:val="ListBullet"/>
      </w:pPr>
      <w:r>
        <w:t>**Torniquete: registrar hora y vigilar** (solo si protocolo contempla, registrar hora de colocación, vigilar continuamente, no retirar sin indicación médica).</w:t>
      </w:r>
    </w:p>
    <w:p>
      <w:pPr>
        <w:pStyle w:val="ListBullet"/>
      </w:pPr>
      <w:r>
        <w:t>**Zonas difíciles: fijación operativa** (cuero cabelludo: vendaje tipo capeline; pliegues: vendaje que cruza pliegue; sangrado difuso: compresión amplia).</w:t>
      </w:r>
    </w:p>
    <w:p>
      <w:pPr>
        <w:pStyle w:val="ListBullet"/>
      </w:pPr>
      <w:r>
        <w:t>**Si sangrado no se controla: comunicar al médico** (reforzar compresión, considerar técnica alternativa si protocolo lo contempla, comunicar inmediatamente).</w:t>
      </w:r>
    </w:p>
    <w:p>
      <w:pPr>
        <w:pStyle w:val="ListBullet"/>
      </w:pPr>
      <w:r>
        <w:t>**Un TES lesionado detiene la asistencia:** aplicar ergonomía (postura correcta, usar EPI, prevenir lesiones).</w:t>
      </w:r>
    </w:p>
    <w:p>
      <w:r>
        <w:t>────────────────────────────────────────────────────────────</w:t>
      </w:r>
    </w:p>
    <w:p>
      <w:pPr>
        <w:pStyle w:val="Heading2"/>
      </w:pPr>
      <w:r>
        <w:t>3.6.11 Cierre del capítulo</w:t>
      </w:r>
    </w:p>
    <w:p>
      <w:r>
        <w:t>Este capítulo se integra con:</w:t>
      </w:r>
    </w:p>
    <w:p>
      <w:pPr>
        <w:pStyle w:val="ListBullet"/>
      </w:pPr>
      <w:r>
        <w:t>**3.7 – Quemaduras: Material y Manejo Operativo TES** (control de hemorragia en quemaduras)</w:t>
      </w:r>
    </w:p>
    <w:p>
      <w:pPr>
        <w:pStyle w:val="ListBullet"/>
      </w:pPr>
      <w:r>
        <w:t>**3.8 – Heridas, Vendajes y Manejo de Lesiones Abiertas** (técnicas de vendaje y manejo de heridas)</w:t>
      </w:r>
    </w:p>
    <w:p>
      <w:pPr>
        <w:pStyle w:val="ListBullet"/>
      </w:pPr>
      <w:r>
        <w:t>**2.6 – Colchón de Vacío** (integración con inmovilización)</w:t>
      </w:r>
    </w:p>
    <w:p>
      <w:pPr>
        <w:pStyle w:val="ListBullet"/>
      </w:pPr>
      <w:r>
        <w:t>**2.8 – Transferencias y Movilización del Paciente** (revisión tras transferencias)</w:t>
      </w:r>
    </w:p>
    <w:p>
      <w:pPr>
        <w:pStyle w:val="ListBullet"/>
      </w:pPr>
      <w:r>
        <w:t>**2.13 – Camillas y Sillas de Evacuación** (revisión tras evacuación)</w:t>
      </w:r>
    </w:p>
    <w:p>
      <w:pPr>
        <w:pStyle w:val="ListBullet"/>
      </w:pPr>
      <w:r>
        <w:t>**3.9 – Exposición, Aislamiento Térmico y Prevención de Hipotermia** (control térmico como parte del control del shock)</w:t>
      </w:r>
    </w:p>
    <w:p>
      <w:r>
        <w:t>**Transición:**</w:t>
      </w:r>
    </w:p>
    <w:p>
      <w:pPr>
        <w:pStyle w:val="ListBullet"/>
      </w:pPr>
      <w:r>
        <w:t>Este capítulo proporciona técnicas operativas de **control de hemorragia externa**.</w:t>
      </w:r>
    </w:p>
    <w:p>
      <w:pPr>
        <w:pStyle w:val="ListBullet"/>
      </w:pPr>
      <w:r>
        <w:t>Los capítulos siguientes desarrollan **quemaduras (3.7)** y **heridas y vendajes (3.8)**.</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**presión directa efectiva** es la técnica básica de control de hemorragia</w:t>
      </w:r>
    </w:p>
    <w:p>
      <w:pPr>
        <w:pStyle w:val="ListBullet"/>
      </w:pPr>
      <w:r>
        <w:t>**NUNCA retirar apósitos empapados** (reforzar con más apósitos encima)</w:t>
      </w:r>
    </w:p>
    <w:p>
      <w:pPr>
        <w:pStyle w:val="ListBullet"/>
      </w:pPr>
      <w:r>
        <w:t>**Re-verificar después de transferencias** (vendajes pueden desplazarse)</w:t>
      </w:r>
    </w:p>
    <w:p>
      <w:pPr>
        <w:pStyle w:val="ListBullet"/>
      </w:pPr>
      <w:r>
        <w:t>**Torniquete: solo si protocolo contempla** (registrar hora, vigilar continuamente)</w:t>
      </w:r>
    </w:p>
    <w:p>
      <w:pPr>
        <w:pStyle w:val="ListBullet"/>
      </w:pPr>
      <w:r>
        <w:t>**Control térmico** es parte del control del shock (prevenir hipotermia)</w:t>
      </w:r>
    </w:p>
    <w:p>
      <w:r>
        <w:t>**Principios No Negociables:**</w:t>
      </w:r>
    </w:p>
    <w:p>
      <w:pPr>
        <w:pStyle w:val="ListBullet"/>
      </w:pPr>
      <w:r>
        <w:t>**NUNCA retirar** apósitos empapados de sangre</w:t>
      </w:r>
    </w:p>
    <w:p>
      <w:pPr>
        <w:pStyle w:val="ListBullet"/>
      </w:pPr>
      <w:r>
        <w:t>**NUNCA usar** torniquete sin protocolo</w:t>
      </w:r>
    </w:p>
    <w:p>
      <w:pPr>
        <w:pStyle w:val="ListBullet"/>
      </w:pPr>
      <w:r>
        <w:t>**NUNCA colocar** torniquete sin registrar hora</w:t>
      </w:r>
    </w:p>
    <w:p>
      <w:pPr>
        <w:pStyle w:val="ListBullet"/>
      </w:pPr>
      <w:r>
        <w:t>**SIEMPRE verificar** circulación distal tras compresión</w:t>
      </w:r>
    </w:p>
    <w:p>
      <w:pPr>
        <w:pStyle w:val="ListBullet"/>
      </w:pPr>
      <w:r>
        <w:t>**SIEMPRE re-verificar** vendajes después de transferencias</w:t>
      </w:r>
    </w:p>
    <w:p>
      <w:pPr>
        <w:pStyle w:val="ListBullet"/>
      </w:pPr>
      <w:r>
        <w:t>**SIEMPRE usar** EPI adecuado según riesgo</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3.7 – Quemaduras: material y manejo operativo TES</w:t>
      </w:r>
    </w:p>
    <w:p>
      <w:pPr>
        <w:pStyle w:val="Heading1"/>
      </w:pPr>
      <w:r>
        <w:t>3.7 – Quemaduras: material y manejo operativo TES</w:t>
      </w:r>
    </w:p>
    <w:p>
      <w:pPr>
        <w:pStyle w:val="Heading2"/>
      </w:pPr>
      <w:r>
        <w:t>Manual TES Digital – Manejo prehospitalario de quemaduras</w:t>
      </w:r>
    </w:p>
    <w:p>
      <w:r>
        <w:t>**Versión:** 1.0</w:t>
      </w:r>
    </w:p>
    <w:p>
      <w:r>
        <w:t>**Fecha:** 2024-12-13</w:t>
      </w:r>
    </w:p>
    <w:p>
      <w:r>
        <w:t>**Tipo:** Bloque Operativo - Procedimiento TES</w:t>
      </w:r>
    </w:p>
    <w:p>
      <w:r>
        <w:t>────────────────────────────────────────────────────────────</w:t>
      </w:r>
    </w:p>
    <w:p>
      <w:pPr>
        <w:pStyle w:val="Heading2"/>
      </w:pPr>
      <w:r>
        <w:t>3.7.1 Objetivo operativo</w:t>
      </w:r>
    </w:p>
    <w:p>
      <w:r>
        <w:t>Proteger la zona quemada, **detener la agresión**, limitar daño secundario, prevenir contaminación e hipotermia y preparar traslado seguro, integrando el manejo con **control térmico (3.9), inmovilización (Bloque 2) y soporte de vía aérea (3.0–3.4)** si procede.</w:t>
      </w:r>
    </w:p>
    <w:p>
      <w:r>
        <w:t>Este capítulo se centra en **material, técnicas operativas, seguridad de escena, logística y errores**, no en tratamiento hospitalario ni clasificación extensa de quemaduras.</w:t>
      </w:r>
    </w:p>
    <w:p>
      <w:r>
        <w:t>────────────────────────────────────────────────────────────</w:t>
      </w:r>
    </w:p>
    <w:p>
      <w:pPr>
        <w:pStyle w:val="Heading2"/>
      </w:pPr>
      <w:r>
        <w:t>3.7.2 Alcance y límites</w:t>
      </w:r>
    </w:p>
    <w:p>
      <w:pPr>
        <w:pStyle w:val="Heading3"/>
      </w:pPr>
      <w:r>
        <w:t>Alcance del capítulo</w:t>
      </w:r>
    </w:p>
    <w:p>
      <w:r>
        <w:t>Este capítulo cubre:</w:t>
      </w:r>
    </w:p>
    <w:p>
      <w:pPr>
        <w:pStyle w:val="ListBullet"/>
      </w:pPr>
      <w:r>
        <w:t>**Manejo operativo** de quemaduras térmicas, químicas y eléctricas.</w:t>
      </w:r>
    </w:p>
    <w:p>
      <w:pPr>
        <w:pStyle w:val="ListBullet"/>
      </w:pPr>
      <w:r>
        <w:t>**Material específico** y su uso funcional.</w:t>
      </w:r>
    </w:p>
    <w:p>
      <w:pPr>
        <w:pStyle w:val="ListBullet"/>
      </w:pPr>
      <w:r>
        <w:t>**Seguridad de escena** específica para cada tipo de quemadura.</w:t>
      </w:r>
    </w:p>
    <w:p>
      <w:pPr>
        <w:pStyle w:val="ListBullet"/>
      </w:pPr>
      <w:r>
        <w:t>**Técnicas de protección** y cobertura de quemaduras.</w:t>
      </w:r>
    </w:p>
    <w:p>
      <w:pPr>
        <w:pStyle w:val="ListBullet"/>
      </w:pPr>
      <w:r>
        <w:t>**Integración** con control térmico, inmovilización y traslado.</w:t>
      </w:r>
    </w:p>
    <w:p>
      <w:pPr>
        <w:pStyle w:val="Heading3"/>
      </w:pPr>
      <w:r>
        <w:t>Límites del capítulo</w:t>
      </w:r>
    </w:p>
    <w:p>
      <w:r>
        <w:t>**Este capítulo NO cubre:**</w:t>
      </w:r>
    </w:p>
    <w:p>
      <w:pPr>
        <w:pStyle w:val="ListBullet"/>
      </w:pPr>
      <w:r>
        <w:t>Tratamiento hospitalario de quemaduras.</w:t>
      </w:r>
    </w:p>
    <w:p>
      <w:pPr>
        <w:pStyle w:val="ListBullet"/>
      </w:pPr>
      <w:r>
        <w:t>Clasificación extensa de quemaduras (solo señales de alarma operativas).</w:t>
      </w:r>
    </w:p>
    <w:p>
      <w:pPr>
        <w:pStyle w:val="ListBullet"/>
      </w:pPr>
      <w:r>
        <w:t>Indicaciones clínicas avanzadas (criterio médico).</w:t>
      </w:r>
    </w:p>
    <w:p>
      <w:pPr>
        <w:pStyle w:val="ListBullet"/>
      </w:pPr>
      <w:r>
        <w:t>Técnicas quirúrgicas o procedimientos invasivos fuera de competencia TES.</w:t>
      </w:r>
    </w:p>
    <w:p>
      <w:r>
        <w:t>**Este capítulo SÍ cubre:**</w:t>
      </w:r>
    </w:p>
    <w:p>
      <w:pPr>
        <w:pStyle w:val="ListBullet"/>
      </w:pPr>
      <w:r>
        <w:t>Técnicas básicas de manejo prehospitalario de quemaduras.</w:t>
      </w:r>
    </w:p>
    <w:p>
      <w:pPr>
        <w:pStyle w:val="ListBullet"/>
      </w:pPr>
      <w:r>
        <w:t>Material y su uso operativo.</w:t>
      </w:r>
    </w:p>
    <w:p>
      <w:pPr>
        <w:pStyle w:val="ListBullet"/>
      </w:pPr>
      <w:r>
        <w:t>Seguridad de escena específica.</w:t>
      </w:r>
    </w:p>
    <w:p>
      <w:pPr>
        <w:pStyle w:val="ListBullet"/>
      </w:pPr>
      <w:r>
        <w:t>Integración con otras técnicas TES.</w:t>
      </w:r>
    </w:p>
    <w:p>
      <w:r>
        <w:t>**Inhalación/compromiso de vía aérea:**</w:t>
      </w:r>
    </w:p>
    <w:p>
      <w:pPr>
        <w:pStyle w:val="ListBullet"/>
      </w:pPr>
      <w:r>
        <w:t>Solo "señales de alarma" y logística (enlace a 3.0–3.4).</w:t>
      </w:r>
    </w:p>
    <w:p>
      <w:pPr>
        <w:pStyle w:val="ListBullet"/>
      </w:pPr>
      <w:r>
        <w:t>No entrar en técnicas avanzadas de vía aérea.</w:t>
      </w:r>
    </w:p>
    <w:p>
      <w:r>
        <w:t>**Integración:**</w:t>
      </w:r>
    </w:p>
    <w:p>
      <w:pPr>
        <w:pStyle w:val="ListBullet"/>
      </w:pPr>
      <w:r>
        <w:t>Se integra con control térmico (3.9).</w:t>
      </w:r>
    </w:p>
    <w:p>
      <w:pPr>
        <w:pStyle w:val="ListBullet"/>
      </w:pPr>
      <w:r>
        <w:t>Se integra con inmovilización (Bloque 2, 2.6, 2.8, 2.13).</w:t>
      </w:r>
    </w:p>
    <w:p>
      <w:pPr>
        <w:pStyle w:val="ListBullet"/>
      </w:pPr>
      <w:r>
        <w:t>Se relaciona con control de hemorragias (3.6) y heridas (3.8).</w:t>
      </w:r>
    </w:p>
    <w:p>
      <w:r>
        <w:t>────────────────────────────────────────────────────────────</w:t>
      </w:r>
    </w:p>
    <w:p>
      <w:pPr>
        <w:pStyle w:val="Heading2"/>
      </w:pPr>
      <w:r>
        <w:t>3.7.3 Seguridad de escena específica</w:t>
      </w:r>
    </w:p>
    <w:p>
      <w:pPr>
        <w:pStyle w:val="Heading3"/>
      </w:pPr>
      <w:r>
        <w:t>Térmica: alejar de fuente, apagar/retirar calor, evitar reexposición</w:t>
      </w:r>
    </w:p>
    <w:p>
      <w:r>
        <w:t>**Principios:**</w:t>
      </w:r>
    </w:p>
    <w:p>
      <w:pPr>
        <w:pStyle w:val="ListBullet"/>
      </w:pPr>
      <w:r>
        <w:t>**Alejar al paciente de la fuente de calor** inmediatamente.</w:t>
      </w:r>
    </w:p>
    <w:p>
      <w:pPr>
        <w:pStyle w:val="ListBullet"/>
      </w:pPr>
      <w:r>
        <w:t>**Apagar o retirar fuente de calor** si es seguro hacerlo.</w:t>
      </w:r>
    </w:p>
    <w:p>
      <w:pPr>
        <w:pStyle w:val="ListBullet"/>
      </w:pPr>
      <w:r>
        <w:t>**Evitar reexposición** al calor.</w:t>
      </w:r>
    </w:p>
    <w:p>
      <w:r>
        <w:t>**Técnica:**</w:t>
      </w:r>
    </w:p>
    <w:p>
      <w:pPr>
        <w:pStyle w:val="ListNumber"/>
      </w:pPr>
      <w:r>
        <w:t>Evaluar seguridad de escena antes de intervenir.</w:t>
      </w:r>
    </w:p>
    <w:p>
      <w:pPr>
        <w:pStyle w:val="ListNumber"/>
      </w:pPr>
      <w:r>
        <w:t>Alejar al paciente de fuente de calor de forma segura.</w:t>
      </w:r>
    </w:p>
    <w:p>
      <w:pPr>
        <w:pStyle w:val="ListNumber"/>
      </w:pPr>
      <w:r>
        <w:t>Apagar o retirar fuente de calor si es posible y seguro.</w:t>
      </w:r>
    </w:p>
    <w:p>
      <w:pPr>
        <w:pStyle w:val="ListNumber"/>
      </w:pPr>
      <w:r>
        <w:t>Verificar que no hay riesgo de reexposición.</w:t>
      </w:r>
    </w:p>
    <w:p>
      <w:pPr>
        <w:pStyle w:val="ListNumber"/>
      </w:pPr>
      <w:r>
        <w:t>Continuar con manejo de quemadura.</w:t>
      </w:r>
    </w:p>
    <w:p>
      <w:r>
        <w:t>**Consideraciones:**</w:t>
      </w:r>
    </w:p>
    <w:p>
      <w:pPr>
        <w:pStyle w:val="ListBullet"/>
      </w:pPr>
      <w:r>
        <w:t>No exponerse al riesgo para alejar al paciente.</w:t>
      </w:r>
    </w:p>
    <w:p>
      <w:pPr>
        <w:pStyle w:val="ListBullet"/>
      </w:pPr>
      <w:r>
        <w:t>Verificar que fuente de calor está controlada.</w:t>
      </w:r>
    </w:p>
    <w:p>
      <w:pPr>
        <w:pStyle w:val="ListBullet"/>
      </w:pPr>
      <w:r>
        <w:t>Evitar reexposición durante manejo.</w:t>
      </w:r>
    </w:p>
    <w:p>
      <w:r>
        <w:t>────────────────────────────────────────────────────────────</w:t>
      </w:r>
    </w:p>
    <w:p>
      <w:pPr>
        <w:pStyle w:val="Heading3"/>
      </w:pPr>
      <w:r>
        <w:t>Eléctrica: no tocar hasta asegurar corte de corriente</w:t>
      </w:r>
    </w:p>
    <w:p>
      <w:r>
        <w:t>**Principio crítico:**</w:t>
      </w:r>
    </w:p>
    <w:p>
      <w:pPr>
        <w:pStyle w:val="ListBullet"/>
      </w:pPr>
      <w:r>
        <w:t>**NUNCA tocar al paciente ni fuente eléctrica** hasta asegurar corte de corriente.</w:t>
      </w:r>
    </w:p>
    <w:p>
      <w:pPr>
        <w:pStyle w:val="ListBullet"/>
      </w:pPr>
      <w:r>
        <w:t>Riesgo de electrocución para intervinientes.</w:t>
      </w:r>
    </w:p>
    <w:p>
      <w:pPr>
        <w:pStyle w:val="ListBullet"/>
      </w:pPr>
      <w:r>
        <w:t>Asegurar corte de corriente antes de intervenir.</w:t>
      </w:r>
    </w:p>
    <w:p>
      <w:r>
        <w:t>**Técnica:**</w:t>
      </w:r>
    </w:p>
    <w:p>
      <w:pPr>
        <w:pStyle w:val="ListNumber"/>
      </w:pPr>
      <w:r>
        <w:t>**NO tocar** al paciente ni fuente eléctrica.</w:t>
      </w:r>
    </w:p>
    <w:p>
      <w:pPr>
        <w:pStyle w:val="ListNumber"/>
      </w:pPr>
      <w:r>
        <w:t>Asegurar corte de corriente (desconectar, cortar suministro).</w:t>
      </w:r>
    </w:p>
    <w:p>
      <w:pPr>
        <w:pStyle w:val="ListNumber"/>
      </w:pPr>
      <w:r>
        <w:t>Verificar que corriente está cortada (si es posible).</w:t>
      </w:r>
    </w:p>
    <w:p>
      <w:pPr>
        <w:pStyle w:val="ListNumber"/>
      </w:pPr>
      <w:r>
        <w:t>Solo entonces: intervenir de forma segura.</w:t>
      </w:r>
    </w:p>
    <w:p>
      <w:r>
        <w:t>**Consideraciones:**</w:t>
      </w:r>
    </w:p>
    <w:p>
      <w:pPr>
        <w:pStyle w:val="ListBullet"/>
      </w:pPr>
      <w:r>
        <w:t>Priorizar seguridad de intervinientes.</w:t>
      </w:r>
    </w:p>
    <w:p>
      <w:pPr>
        <w:pStyle w:val="ListBullet"/>
      </w:pPr>
      <w:r>
        <w:t>No asumir que corriente está cortada.</w:t>
      </w:r>
    </w:p>
    <w:p>
      <w:pPr>
        <w:pStyle w:val="ListBullet"/>
      </w:pPr>
      <w:r>
        <w:t>Coordinar con servicios técnicos si es necesario.</w:t>
      </w:r>
    </w:p>
    <w:p>
      <w:r>
        <w:t>────────────────────────────────────────────────────────────</w:t>
      </w:r>
    </w:p>
    <w:p>
      <w:pPr>
        <w:pStyle w:val="Heading3"/>
      </w:pPr>
      <w:r>
        <w:t>Química: autoprotección, retirada de contaminante/ropa, irrigación si procede</w:t>
      </w:r>
    </w:p>
    <w:p>
      <w:r>
        <w:t>**Principios:**</w:t>
      </w:r>
    </w:p>
    <w:p>
      <w:pPr>
        <w:pStyle w:val="ListBullet"/>
      </w:pPr>
      <w:r>
        <w:t>**Autoprotección** antes de intervenir.</w:t>
      </w:r>
    </w:p>
    <w:p>
      <w:pPr>
        <w:pStyle w:val="ListBullet"/>
      </w:pPr>
      <w:r>
        <w:t>**Retirar contaminante y ropa contaminada** de forma segura.</w:t>
      </w:r>
    </w:p>
    <w:p>
      <w:pPr>
        <w:pStyle w:val="ListBullet"/>
      </w:pPr>
      <w:r>
        <w:t>**Irrigación continuada** si procede según protocolo.</w:t>
      </w:r>
    </w:p>
    <w:p>
      <w:r>
        <w:t>**Técnica:**</w:t>
      </w:r>
    </w:p>
    <w:p>
      <w:pPr>
        <w:pStyle w:val="ListNumber"/>
      </w:pPr>
      <w:r>
        <w:t>Usar EPI adecuado (guantes, protección ocular, mascarilla si hay riesgo de aerosoles).</w:t>
      </w:r>
    </w:p>
    <w:p>
      <w:pPr>
        <w:pStyle w:val="ListNumber"/>
      </w:pPr>
      <w:r>
        <w:t>Retirar ropa contaminada de forma segura (cortar si es necesario).</w:t>
      </w:r>
    </w:p>
    <w:p>
      <w:pPr>
        <w:pStyle w:val="ListNumber"/>
      </w:pPr>
      <w:r>
        <w:t>Irrigar con agua/suero si procede según protocolo (continuada, no breve).</w:t>
      </w:r>
    </w:p>
    <w:p>
      <w:pPr>
        <w:pStyle w:val="ListNumber"/>
      </w:pPr>
      <w:r>
        <w:t>Gestionar residuos y ropa contaminada correctamente.</w:t>
      </w:r>
    </w:p>
    <w:p>
      <w:r>
        <w:t>**Consideraciones:**</w:t>
      </w:r>
    </w:p>
    <w:p>
      <w:pPr>
        <w:pStyle w:val="ListBullet"/>
      </w:pPr>
      <w:r>
        <w:t>Priorizar autoprotección.</w:t>
      </w:r>
    </w:p>
    <w:p>
      <w:pPr>
        <w:pStyle w:val="ListBullet"/>
      </w:pPr>
      <w:r>
        <w:t>Seguir protocolo de irrigación del servicio.</w:t>
      </w:r>
    </w:p>
    <w:p>
      <w:pPr>
        <w:pStyle w:val="ListBullet"/>
      </w:pPr>
      <w:r>
        <w:t>Gestionar residuos según protocolo.</w:t>
      </w:r>
    </w:p>
    <w:p>
      <w:r>
        <w:t>────────────────────────────────────────────────────────────</w:t>
      </w:r>
    </w:p>
    <w:p>
      <w:pPr>
        <w:pStyle w:val="Heading3"/>
      </w:pPr>
      <w:r>
        <w:t>Oxígeno y combustión: O₂ lejos de llama/chispa</w:t>
      </w:r>
    </w:p>
    <w:p>
      <w:r>
        <w:t>**Principio crítico:**</w:t>
      </w:r>
    </w:p>
    <w:p>
      <w:pPr>
        <w:pStyle w:val="ListBullet"/>
      </w:pPr>
      <w:r>
        <w:t>**NUNCA usar oxígeno cerca de llama, chispa o fuente de ignición.**</w:t>
      </w:r>
    </w:p>
    <w:p>
      <w:pPr>
        <w:pStyle w:val="ListBullet"/>
      </w:pPr>
      <w:r>
        <w:t>El oxígeno acelera la combustión (ver 3.0).</w:t>
      </w:r>
    </w:p>
    <w:p>
      <w:pPr>
        <w:pStyle w:val="ListBullet"/>
      </w:pPr>
      <w:r>
        <w:t>Riesgo de incendio o explosión.</w:t>
      </w:r>
    </w:p>
    <w:p>
      <w:r>
        <w:t>**Técnica:**</w:t>
      </w:r>
    </w:p>
    <w:p>
      <w:pPr>
        <w:pStyle w:val="ListNumber"/>
      </w:pPr>
      <w:r>
        <w:t>Verificar que no hay llama, chispa o fuente de ignición cerca.</w:t>
      </w:r>
    </w:p>
    <w:p>
      <w:pPr>
        <w:pStyle w:val="ListNumber"/>
      </w:pPr>
      <w:r>
        <w:t>Mantener distancia segura entre oxígeno y fuente de ignición.</w:t>
      </w:r>
    </w:p>
    <w:p>
      <w:pPr>
        <w:pStyle w:val="ListNumber"/>
      </w:pPr>
      <w:r>
        <w:t>No fumar ni usar llamas cerca de oxígeno.</w:t>
      </w:r>
    </w:p>
    <w:p>
      <w:pPr>
        <w:pStyle w:val="ListNumber"/>
      </w:pPr>
      <w:r>
        <w:t>Si hay riesgo: no usar oxígeno o alejar de fuente de ignición.</w:t>
      </w:r>
    </w:p>
    <w:p>
      <w:r>
        <w:t>**Consideraciones:**</w:t>
      </w:r>
    </w:p>
    <w:p>
      <w:pPr>
        <w:pStyle w:val="ListBullet"/>
      </w:pPr>
      <w:r>
        <w:t>Priorizar seguridad.</w:t>
      </w:r>
    </w:p>
    <w:p>
      <w:pPr>
        <w:pStyle w:val="ListBullet"/>
      </w:pPr>
      <w:r>
        <w:t>No usar oxígeno si hay riesgo de ignición.</w:t>
      </w:r>
    </w:p>
    <w:p>
      <w:pPr>
        <w:pStyle w:val="ListBullet"/>
      </w:pPr>
      <w:r>
        <w:t>Coordinar con otros intervinientes si es necesario.</w:t>
      </w:r>
    </w:p>
    <w:p>
      <w:r>
        <w:t>────────────────────────────────────────────────────────────</w:t>
      </w:r>
    </w:p>
    <w:p>
      <w:pPr>
        <w:pStyle w:val="Heading2"/>
      </w:pPr>
      <w:r>
        <w:t>3.7.4 Material específico y apoyo</w:t>
      </w:r>
    </w:p>
    <w:p>
      <w:pPr>
        <w:pStyle w:val="Heading3"/>
      </w:pPr>
      <w:r>
        <w:t>Gasas estériles/compresas</w:t>
      </w:r>
    </w:p>
    <w:p>
      <w:r>
        <w:t>**Función:**</w:t>
      </w:r>
    </w:p>
    <w:p>
      <w:pPr>
        <w:pStyle w:val="ListBullet"/>
      </w:pPr>
      <w:r>
        <w:t>Cobertura temporal de quemaduras.</w:t>
      </w:r>
    </w:p>
    <w:p>
      <w:pPr>
        <w:pStyle w:val="ListBullet"/>
      </w:pPr>
      <w:r>
        <w:t>Protección de zona quemada.</w:t>
      </w:r>
    </w:p>
    <w:p>
      <w:pPr>
        <w:pStyle w:val="ListBullet"/>
      </w:pPr>
      <w:r>
        <w:t>Material básico para cobertura.</w:t>
      </w:r>
    </w:p>
    <w:p>
      <w:r>
        <w:t>**Verificación:**</w:t>
      </w:r>
    </w:p>
    <w:p>
      <w:pPr>
        <w:pStyle w:val="ListBullet"/>
      </w:pPr>
      <w:r>
        <w:t>Verificar que están disponibles.</w:t>
      </w:r>
    </w:p>
    <w:p>
      <w:pPr>
        <w:pStyle w:val="ListBullet"/>
      </w:pPr>
      <w:r>
        <w:t>Verificar que están en buen estado (no caducados, no dañados).</w:t>
      </w:r>
    </w:p>
    <w:p>
      <w:pPr>
        <w:pStyle w:val="ListBullet"/>
      </w:pPr>
      <w:r>
        <w:t>Verificar que hay suficientes cantidades.</w:t>
      </w:r>
    </w:p>
    <w:p>
      <w:r>
        <w:t>────────────────────────────────────────────────────────────</w:t>
      </w:r>
    </w:p>
    <w:p>
      <w:pPr>
        <w:pStyle w:val="Heading3"/>
      </w:pPr>
      <w:r>
        <w:t>Apósitos no adherentes (si hay)</w:t>
      </w:r>
    </w:p>
    <w:p>
      <w:r>
        <w:t>**Función:**</w:t>
      </w:r>
    </w:p>
    <w:p>
      <w:pPr>
        <w:pStyle w:val="ListBullet"/>
      </w:pPr>
      <w:r>
        <w:t>Cobertura que no se adhiere a quemadura.</w:t>
      </w:r>
    </w:p>
    <w:p>
      <w:pPr>
        <w:pStyle w:val="ListBullet"/>
      </w:pPr>
      <w:r>
        <w:t>Protección de zona quemada.</w:t>
      </w:r>
    </w:p>
    <w:p>
      <w:pPr>
        <w:pStyle w:val="ListBullet"/>
      </w:pPr>
      <w:r>
        <w:t>Prevención de daño al retirar.</w:t>
      </w:r>
    </w:p>
    <w:p>
      <w:r>
        <w:t>**Verificación:**</w:t>
      </w:r>
    </w:p>
    <w:p>
      <w:pPr>
        <w:pStyle w:val="ListBullet"/>
      </w:pPr>
      <w:r>
        <w:t>Verificar que están disponibles (si están en dotación).</w:t>
      </w:r>
    </w:p>
    <w:p>
      <w:pPr>
        <w:pStyle w:val="ListBullet"/>
      </w:pPr>
      <w:r>
        <w:t>Verificar que están en buen estado.</w:t>
      </w:r>
    </w:p>
    <w:p>
      <w:pPr>
        <w:pStyle w:val="ListBullet"/>
      </w:pPr>
      <w:r>
        <w:t>Verificar que se usan según protocolo.</w:t>
      </w:r>
    </w:p>
    <w:p>
      <w:r>
        <w:t>────────────────────────────────────────────────────────────</w:t>
      </w:r>
    </w:p>
    <w:p>
      <w:pPr>
        <w:pStyle w:val="Heading3"/>
      </w:pPr>
      <w:r>
        <w:t>Film transparente (si protocolo lo contempla como cobertura temporal)</w:t>
      </w:r>
    </w:p>
    <w:p>
      <w:r>
        <w:t>**Función:**</w:t>
      </w:r>
    </w:p>
    <w:p>
      <w:pPr>
        <w:pStyle w:val="ListBullet"/>
      </w:pPr>
      <w:r>
        <w:t>Cobertura temporal de quemaduras (si protocolo lo contempla).</w:t>
      </w:r>
    </w:p>
    <w:p>
      <w:pPr>
        <w:pStyle w:val="ListBullet"/>
      </w:pPr>
      <w:r>
        <w:t>Protección de zona quemada.</w:t>
      </w:r>
    </w:p>
    <w:p>
      <w:pPr>
        <w:pStyle w:val="ListBullet"/>
      </w:pPr>
      <w:r>
        <w:t>Prevención de contaminación.</w:t>
      </w:r>
    </w:p>
    <w:p>
      <w:r>
        <w:t>**Verificación:**</w:t>
      </w:r>
    </w:p>
    <w:p>
      <w:pPr>
        <w:pStyle w:val="ListBullet"/>
      </w:pPr>
      <w:r>
        <w:t>Verificar que está disponible (si protocolo lo contempla).</w:t>
      </w:r>
    </w:p>
    <w:p>
      <w:pPr>
        <w:pStyle w:val="ListBullet"/>
      </w:pPr>
      <w:r>
        <w:t>Verificar que está en buen estado.</w:t>
      </w:r>
    </w:p>
    <w:p>
      <w:pPr>
        <w:pStyle w:val="ListBullet"/>
      </w:pPr>
      <w:r>
        <w:t>Verificar que se usa según protocolo.</w:t>
      </w:r>
    </w:p>
    <w:p>
      <w:r>
        <w:t>**Nota:** Solo usar si protocolo del servicio lo contempla. Seguir instrucciones específicas del protocolo.</w:t>
      </w:r>
    </w:p>
    <w:p>
      <w:r>
        <w:t>────────────────────────────────────────────────────────────</w:t>
      </w:r>
    </w:p>
    <w:p>
      <w:pPr>
        <w:pStyle w:val="Heading3"/>
      </w:pPr>
      <w:r>
        <w:t>Vendas para fijación</w:t>
      </w:r>
    </w:p>
    <w:p>
      <w:r>
        <w:t>**Función:**</w:t>
      </w:r>
    </w:p>
    <w:p>
      <w:pPr>
        <w:pStyle w:val="ListBullet"/>
      </w:pPr>
      <w:r>
        <w:t>Fijación de coberturas.</w:t>
      </w:r>
    </w:p>
    <w:p>
      <w:pPr>
        <w:pStyle w:val="ListBullet"/>
      </w:pPr>
      <w:r>
        <w:t>Prevención de desplazamiento.</w:t>
      </w:r>
    </w:p>
    <w:p>
      <w:pPr>
        <w:pStyle w:val="ListBullet"/>
      </w:pPr>
      <w:r>
        <w:t>Material básico para fijación.</w:t>
      </w:r>
    </w:p>
    <w:p>
      <w:r>
        <w:t>**Verificación:**</w:t>
      </w:r>
    </w:p>
    <w:p>
      <w:pPr>
        <w:pStyle w:val="ListBullet"/>
      </w:pPr>
      <w:r>
        <w:t>Verificar que están disponibles.</w:t>
      </w:r>
    </w:p>
    <w:p>
      <w:pPr>
        <w:pStyle w:val="ListBullet"/>
      </w:pPr>
      <w:r>
        <w:t>Verificar que están en buen estado.</w:t>
      </w:r>
    </w:p>
    <w:p>
      <w:pPr>
        <w:pStyle w:val="ListBullet"/>
      </w:pPr>
      <w:r>
        <w:t>Verificar que hay tamaños adecuados.</w:t>
      </w:r>
    </w:p>
    <w:p>
      <w:r>
        <w:t>────────────────────────────────────────────────────────────</w:t>
      </w:r>
    </w:p>
    <w:p>
      <w:pPr>
        <w:pStyle w:val="Heading3"/>
      </w:pPr>
      <w:r>
        <w:t>Suero/agua para irrigación/enfriamiento controlado (según protocolo)</w:t>
      </w:r>
    </w:p>
    <w:p>
      <w:r>
        <w:t>**Función:**</w:t>
      </w:r>
    </w:p>
    <w:p>
      <w:pPr>
        <w:pStyle w:val="ListBullet"/>
      </w:pPr>
      <w:r>
        <w:t>Irrigación de quemaduras químicas (según protocolo).</w:t>
      </w:r>
    </w:p>
    <w:p>
      <w:pPr>
        <w:pStyle w:val="ListBullet"/>
      </w:pPr>
      <w:r>
        <w:t>Enfriamiento controlado de quemaduras térmicas (según protocolo).</w:t>
      </w:r>
    </w:p>
    <w:p>
      <w:pPr>
        <w:pStyle w:val="ListBullet"/>
      </w:pPr>
      <w:r>
        <w:t>Limpieza superficial.</w:t>
      </w:r>
    </w:p>
    <w:p>
      <w:r>
        <w:t>**Verificación:**</w:t>
      </w:r>
    </w:p>
    <w:p>
      <w:pPr>
        <w:pStyle w:val="ListBullet"/>
      </w:pPr>
      <w:r>
        <w:t>Verificar que está disponible (si protocolo lo contempla).</w:t>
      </w:r>
    </w:p>
    <w:p>
      <w:pPr>
        <w:pStyle w:val="ListBullet"/>
      </w:pPr>
      <w:r>
        <w:t>Verificar que está en buen estado.</w:t>
      </w:r>
    </w:p>
    <w:p>
      <w:pPr>
        <w:pStyle w:val="ListBullet"/>
      </w:pPr>
      <w:r>
        <w:t>Verificar que se usa según protocolo.</w:t>
      </w:r>
    </w:p>
    <w:p>
      <w:r>
        <w:t>**Nota:** Seguir protocolo del servicio para irrigación y enfriamiento. No aplicar agua fría directamente si protocolo no lo contempla.</w:t>
      </w:r>
    </w:p>
    <w:p>
      <w:r>
        <w:t>────────────────────────────────────────────────────────────</w:t>
      </w:r>
    </w:p>
    <w:p>
      <w:pPr>
        <w:pStyle w:val="Heading3"/>
      </w:pPr>
      <w:r>
        <w:t>Tijeras trauma (ropa/objetos)</w:t>
      </w:r>
    </w:p>
    <w:p>
      <w:r>
        <w:t>**Función:**</w:t>
      </w:r>
    </w:p>
    <w:p>
      <w:pPr>
        <w:pStyle w:val="ListBullet"/>
      </w:pPr>
      <w:r>
        <w:t>Cortar ropa para exponer quemaduras.</w:t>
      </w:r>
    </w:p>
    <w:p>
      <w:pPr>
        <w:pStyle w:val="ListBullet"/>
      </w:pPr>
      <w:r>
        <w:t>Retirar objetos constrictores si es necesario.</w:t>
      </w:r>
    </w:p>
    <w:p>
      <w:pPr>
        <w:pStyle w:val="ListBullet"/>
      </w:pPr>
      <w:r>
        <w:t>Acceso a zona quemada.</w:t>
      </w:r>
    </w:p>
    <w:p>
      <w:r>
        <w:t>**Verificación:**</w:t>
      </w:r>
    </w:p>
    <w:p>
      <w:pPr>
        <w:pStyle w:val="ListBullet"/>
      </w:pPr>
      <w:r>
        <w:t>Verificar que están disponibles.</w:t>
      </w:r>
    </w:p>
    <w:p>
      <w:pPr>
        <w:pStyle w:val="ListBullet"/>
      </w:pPr>
      <w:r>
        <w:t>Verificar que cortan correctamente.</w:t>
      </w:r>
    </w:p>
    <w:p>
      <w:pPr>
        <w:pStyle w:val="ListBullet"/>
      </w:pPr>
      <w:r>
        <w:t>Verificar que están en buen estado.</w:t>
      </w:r>
    </w:p>
    <w:p>
      <w:r>
        <w:t>────────────────────────────────────────────────────────────</w:t>
      </w:r>
    </w:p>
    <w:p>
      <w:pPr>
        <w:pStyle w:val="Heading3"/>
      </w:pPr>
      <w:r>
        <w:t>Manta térmica/mantas (prioridad)</w:t>
      </w:r>
    </w:p>
    <w:p>
      <w:r>
        <w:t>**Función:**</w:t>
      </w:r>
    </w:p>
    <w:p>
      <w:pPr>
        <w:pStyle w:val="ListBullet"/>
      </w:pPr>
      <w:r>
        <w:t>Control térmico del paciente (prioridad alta).</w:t>
      </w:r>
    </w:p>
    <w:p>
      <w:pPr>
        <w:pStyle w:val="ListBullet"/>
      </w:pPr>
      <w:r>
        <w:t>Prevención de hipotermia.</w:t>
      </w:r>
    </w:p>
    <w:p>
      <w:pPr>
        <w:pStyle w:val="ListBullet"/>
      </w:pPr>
      <w:r>
        <w:t>Aislamiento térmico.</w:t>
      </w:r>
    </w:p>
    <w:p>
      <w:r>
        <w:t>**Verificación:**</w:t>
      </w:r>
    </w:p>
    <w:p>
      <w:pPr>
        <w:pStyle w:val="ListBullet"/>
      </w:pPr>
      <w:r>
        <w:t>Verificar que están disponibles.</w:t>
      </w:r>
    </w:p>
    <w:p>
      <w:pPr>
        <w:pStyle w:val="ListBullet"/>
      </w:pPr>
      <w:r>
        <w:t>Verificar que están en buen estado.</w:t>
      </w:r>
    </w:p>
    <w:p>
      <w:pPr>
        <w:pStyle w:val="ListBullet"/>
      </w:pPr>
      <w:r>
        <w:t>Usar según necesidad (ver 3.9).</w:t>
      </w:r>
    </w:p>
    <w:p>
      <w:r>
        <w:t>────────────────────────────────────────────────────────────</w:t>
      </w:r>
    </w:p>
    <w:p>
      <w:pPr>
        <w:pStyle w:val="Heading3"/>
      </w:pPr>
      <w:r>
        <w:t>Bolsas para ropa contaminada/residuos</w:t>
      </w:r>
    </w:p>
    <w:p>
      <w:r>
        <w:t>**Función:**</w:t>
      </w:r>
    </w:p>
    <w:p>
      <w:pPr>
        <w:pStyle w:val="ListBullet"/>
      </w:pPr>
      <w:r>
        <w:t>Contención de ropa contaminada.</w:t>
      </w:r>
    </w:p>
    <w:p>
      <w:pPr>
        <w:pStyle w:val="ListBullet"/>
      </w:pPr>
      <w:r>
        <w:t>Gestión de residuos.</w:t>
      </w:r>
    </w:p>
    <w:p>
      <w:pPr>
        <w:pStyle w:val="ListBullet"/>
      </w:pPr>
      <w:r>
        <w:t>Prevención de contaminación cruzada.</w:t>
      </w:r>
    </w:p>
    <w:p>
      <w:r>
        <w:t>**Verificación:**</w:t>
      </w:r>
    </w:p>
    <w:p>
      <w:pPr>
        <w:pStyle w:val="ListBullet"/>
      </w:pPr>
      <w:r>
        <w:t>Verificar que están disponibles.</w:t>
      </w:r>
    </w:p>
    <w:p>
      <w:pPr>
        <w:pStyle w:val="ListBullet"/>
      </w:pPr>
      <w:r>
        <w:t>Verificar que se usan según protocolo.</w:t>
      </w:r>
    </w:p>
    <w:p>
      <w:pPr>
        <w:pStyle w:val="ListBullet"/>
      </w:pPr>
      <w:r>
        <w:t>Gestionar correctamente.</w:t>
      </w:r>
    </w:p>
    <w:p>
      <w:r>
        <w:t>────────────────────────────────────────────────────────────</w:t>
      </w:r>
    </w:p>
    <w:p>
      <w:pPr>
        <w:pStyle w:val="Heading3"/>
      </w:pPr>
      <w:r>
        <w:t>EPI (ocular/mascarilla si riesgo salpicaduras)</w:t>
      </w:r>
    </w:p>
    <w:p>
      <w:r>
        <w:t>**Función:**</w:t>
      </w:r>
    </w:p>
    <w:p>
      <w:pPr>
        <w:pStyle w:val="ListBullet"/>
      </w:pPr>
      <w:r>
        <w:t>Protección de intervinientes.</w:t>
      </w:r>
    </w:p>
    <w:p>
      <w:pPr>
        <w:pStyle w:val="ListBullet"/>
      </w:pPr>
      <w:r>
        <w:t>Prevención de exposición a riesgo biológico.</w:t>
      </w:r>
    </w:p>
    <w:p>
      <w:pPr>
        <w:pStyle w:val="ListBullet"/>
      </w:pPr>
      <w:r>
        <w:t>Seguridad durante manejo.</w:t>
      </w:r>
    </w:p>
    <w:p>
      <w:r>
        <w:t>**Verificación:**</w:t>
      </w:r>
    </w:p>
    <w:p>
      <w:pPr>
        <w:pStyle w:val="ListBullet"/>
      </w:pPr>
      <w:r>
        <w:t>Verificar que está disponible.</w:t>
      </w:r>
    </w:p>
    <w:p>
      <w:pPr>
        <w:pStyle w:val="ListBullet"/>
      </w:pPr>
      <w:r>
        <w:t>Verificar que está en buen estado.</w:t>
      </w:r>
    </w:p>
    <w:p>
      <w:pPr>
        <w:pStyle w:val="ListBullet"/>
      </w:pPr>
      <w:r>
        <w:t>Usar según riesgo.</w:t>
      </w:r>
    </w:p>
    <w:p>
      <w:r>
        <w:t>────────────────────────────────────────────────────────────</w:t>
      </w:r>
    </w:p>
    <w:p>
      <w:pPr>
        <w:pStyle w:val="Heading2"/>
      </w:pPr>
      <w:r>
        <w:t>3.7.5 Principios TES de manejo</w:t>
      </w:r>
    </w:p>
    <w:p>
      <w:pPr>
        <w:pStyle w:val="Heading3"/>
      </w:pPr>
      <w:r>
        <w:t>Detener la agresión antes de cubrir</w:t>
      </w:r>
    </w:p>
    <w:p>
      <w:r>
        <w:t>**Principio:**</w:t>
      </w:r>
    </w:p>
    <w:p>
      <w:pPr>
        <w:pStyle w:val="ListBullet"/>
      </w:pPr>
      <w:r>
        <w:t>**Detener la agresión** (fuente de calor, químico, eléctrico) antes de cubrir.</w:t>
      </w:r>
    </w:p>
    <w:p>
      <w:pPr>
        <w:pStyle w:val="ListBullet"/>
      </w:pPr>
      <w:r>
        <w:t>Cubrir sin detener agresión no es efectivo.</w:t>
      </w:r>
    </w:p>
    <w:p>
      <w:pPr>
        <w:pStyle w:val="ListBullet"/>
      </w:pPr>
      <w:r>
        <w:t>Priorizar detener agresión.</w:t>
      </w:r>
    </w:p>
    <w:p>
      <w:r>
        <w:t>**Técnica:**</w:t>
      </w:r>
    </w:p>
    <w:p>
      <w:pPr>
        <w:pStyle w:val="ListNumber"/>
      </w:pPr>
      <w:r>
        <w:t>Detener agresión de forma segura.</w:t>
      </w:r>
    </w:p>
    <w:p>
      <w:pPr>
        <w:pStyle w:val="ListNumber"/>
      </w:pPr>
      <w:r>
        <w:t>Verificar que agresión está detenida.</w:t>
      </w:r>
    </w:p>
    <w:p>
      <w:pPr>
        <w:pStyle w:val="ListNumber"/>
      </w:pPr>
      <w:r>
        <w:t>Luego: cubrir y proteger.</w:t>
      </w:r>
    </w:p>
    <w:p>
      <w:r>
        <w:t>────────────────────────────────────────────────────────────</w:t>
      </w:r>
    </w:p>
    <w:p>
      <w:pPr>
        <w:pStyle w:val="Heading3"/>
      </w:pPr>
      <w:r>
        <w:t>Enfriamiento controlado si procede, sin hipotermia</w:t>
      </w:r>
    </w:p>
    <w:p>
      <w:r>
        <w:t>**Principio:**</w:t>
      </w:r>
    </w:p>
    <w:p>
      <w:pPr>
        <w:pStyle w:val="ListBullet"/>
      </w:pPr>
      <w:r>
        <w:t>Enfriamiento controlado si protocolo lo contempla.</w:t>
      </w:r>
    </w:p>
    <w:p>
      <w:pPr>
        <w:pStyle w:val="ListBullet"/>
      </w:pPr>
      <w:r>
        <w:t>**Evitar hipotermia** (enfriamiento excesivo).</w:t>
      </w:r>
    </w:p>
    <w:p>
      <w:pPr>
        <w:pStyle w:val="ListBullet"/>
      </w:pPr>
      <w:r>
        <w:t>Control térmico global del paciente.</w:t>
      </w:r>
    </w:p>
    <w:p>
      <w:r>
        <w:t>**Técnica:**</w:t>
      </w:r>
    </w:p>
    <w:p>
      <w:pPr>
        <w:pStyle w:val="ListNumber"/>
      </w:pPr>
      <w:r>
        <w:t>Seguir protocolo del servicio para enfriamiento.</w:t>
      </w:r>
    </w:p>
    <w:p>
      <w:pPr>
        <w:pStyle w:val="ListNumber"/>
      </w:pPr>
      <w:r>
        <w:t>Enfriar solo la zona quemada (no todo el paciente).</w:t>
      </w:r>
    </w:p>
    <w:p>
      <w:pPr>
        <w:pStyle w:val="ListNumber"/>
      </w:pPr>
      <w:r>
        <w:t>Controlar temperatura global del paciente.</w:t>
      </w:r>
    </w:p>
    <w:p>
      <w:pPr>
        <w:pStyle w:val="ListNumber"/>
      </w:pPr>
      <w:r>
        <w:t>Prevenir hipotermia (manta térmica, aislamiento).</w:t>
      </w:r>
    </w:p>
    <w:p>
      <w:r>
        <w:t>**Consideraciones:**</w:t>
      </w:r>
    </w:p>
    <w:p>
      <w:pPr>
        <w:pStyle w:val="ListBullet"/>
      </w:pPr>
      <w:r>
        <w:t>No aplicar agua fría directamente si protocolo no lo contempla.</w:t>
      </w:r>
    </w:p>
    <w:p>
      <w:pPr>
        <w:pStyle w:val="ListBullet"/>
      </w:pPr>
      <w:r>
        <w:t>No enfriar excesivamente (riesgo de hipotermia).</w:t>
      </w:r>
    </w:p>
    <w:p>
      <w:pPr>
        <w:pStyle w:val="ListBullet"/>
      </w:pPr>
      <w:r>
        <w:t>Control térmico global es prioritario.</w:t>
      </w:r>
    </w:p>
    <w:p>
      <w:r>
        <w:t>────────────────────────────────────────────────────────────</w:t>
      </w:r>
    </w:p>
    <w:p>
      <w:pPr>
        <w:pStyle w:val="Heading3"/>
      </w:pPr>
      <w:r>
        <w:t>Retirar objetos constrictores (anillos, reloj) si es posible</w:t>
      </w:r>
    </w:p>
    <w:p>
      <w:r>
        <w:t>**Principio:**</w:t>
      </w:r>
    </w:p>
    <w:p>
      <w:pPr>
        <w:pStyle w:val="ListBullet"/>
      </w:pPr>
      <w:r>
        <w:t>Retirar objetos constrictores antes de que se hinchen.</w:t>
      </w:r>
    </w:p>
    <w:p>
      <w:pPr>
        <w:pStyle w:val="ListBullet"/>
      </w:pPr>
      <w:r>
        <w:t>Objetos constrictores pueden causar isquemia.</w:t>
      </w:r>
    </w:p>
    <w:p>
      <w:pPr>
        <w:pStyle w:val="ListBullet"/>
      </w:pPr>
      <w:r>
        <w:t>Retirar de forma segura.</w:t>
      </w:r>
    </w:p>
    <w:p>
      <w:r>
        <w:t>**Técnica:**</w:t>
      </w:r>
    </w:p>
    <w:p>
      <w:pPr>
        <w:pStyle w:val="ListNumber"/>
      </w:pPr>
      <w:r>
        <w:t>Retirar anillos, relojes, pulseras si es posible.</w:t>
      </w:r>
    </w:p>
    <w:p>
      <w:pPr>
        <w:pStyle w:val="ListNumber"/>
      </w:pPr>
      <w:r>
        <w:t>Retirar antes de que se hinchen (si hay edema).</w:t>
      </w:r>
    </w:p>
    <w:p>
      <w:pPr>
        <w:pStyle w:val="ListNumber"/>
      </w:pPr>
      <w:r>
        <w:t>Usar tijeras de trauma si es necesario.</w:t>
      </w:r>
    </w:p>
    <w:p>
      <w:pPr>
        <w:pStyle w:val="ListNumber"/>
      </w:pPr>
      <w:r>
        <w:t>No forzar si no se puede retirar.</w:t>
      </w:r>
    </w:p>
    <w:p>
      <w:r>
        <w:t>**Consideraciones:**</w:t>
      </w:r>
    </w:p>
    <w:p>
      <w:pPr>
        <w:pStyle w:val="ListBullet"/>
      </w:pPr>
      <w:r>
        <w:t>Retirar solo si es posible sin causar daño.</w:t>
      </w:r>
    </w:p>
    <w:p>
      <w:pPr>
        <w:pStyle w:val="ListBullet"/>
      </w:pPr>
      <w:r>
        <w:t>No forzar si hay resistencia.</w:t>
      </w:r>
    </w:p>
    <w:p>
      <w:pPr>
        <w:pStyle w:val="ListBullet"/>
      </w:pPr>
      <w:r>
        <w:t>Si no se puede retirar: documentar y comunicar.</w:t>
      </w:r>
    </w:p>
    <w:p>
      <w:r>
        <w:t>────────────────────────────────────────────────────────────</w:t>
      </w:r>
    </w:p>
    <w:p>
      <w:pPr>
        <w:pStyle w:val="Heading3"/>
      </w:pPr>
      <w:r>
        <w:t>No pomadas/grasas, no romper ampollas</w:t>
      </w:r>
    </w:p>
    <w:p>
      <w:r>
        <w:t>**Principio crítico:**</w:t>
      </w:r>
    </w:p>
    <w:p>
      <w:pPr>
        <w:pStyle w:val="ListBullet"/>
      </w:pPr>
      <w:r>
        <w:t>**NUNCA aplicar pomadas, grasas o cremas** sobre quemaduras.</w:t>
      </w:r>
    </w:p>
    <w:p>
      <w:pPr>
        <w:pStyle w:val="ListBullet"/>
      </w:pPr>
      <w:r>
        <w:t>**NUNCA romper ampollas** intencionalmente.</w:t>
      </w:r>
    </w:p>
    <w:p>
      <w:pPr>
        <w:pStyle w:val="ListBullet"/>
      </w:pPr>
      <w:r>
        <w:t>Aplicar pomadas o romper ampollas puede causar complicaciones.</w:t>
      </w:r>
    </w:p>
    <w:p>
      <w:r>
        <w:t>**Técnica:**</w:t>
      </w:r>
    </w:p>
    <w:p>
      <w:pPr>
        <w:pStyle w:val="ListNumber"/>
      </w:pPr>
      <w:r>
        <w:t>No aplicar pomadas, grasas o cremas.</w:t>
      </w:r>
    </w:p>
    <w:p>
      <w:pPr>
        <w:pStyle w:val="ListNumber"/>
      </w:pPr>
      <w:r>
        <w:t>No romper ampollas intencionalmente.</w:t>
      </w:r>
    </w:p>
    <w:p>
      <w:pPr>
        <w:pStyle w:val="ListNumber"/>
      </w:pPr>
      <w:r>
        <w:t>Cubrir con material limpio/no adherente.</w:t>
      </w:r>
    </w:p>
    <w:p>
      <w:pPr>
        <w:pStyle w:val="ListNumber"/>
      </w:pPr>
      <w:r>
        <w:t>Dejar manejo de ampollas a centro sanitario.</w:t>
      </w:r>
    </w:p>
    <w:p>
      <w:r>
        <w:t>────────────────────────────────────────────────────────────</w:t>
      </w:r>
    </w:p>
    <w:p>
      <w:pPr>
        <w:pStyle w:val="Heading3"/>
      </w:pPr>
      <w:r>
        <w:t>Cobertura limpia/no adherente + fijación estable</w:t>
      </w:r>
    </w:p>
    <w:p>
      <w:r>
        <w:t>**Principio:**</w:t>
      </w:r>
    </w:p>
    <w:p>
      <w:pPr>
        <w:pStyle w:val="ListBullet"/>
      </w:pPr>
      <w:r>
        <w:t>Cobertura limpia y no adherente.</w:t>
      </w:r>
    </w:p>
    <w:p>
      <w:pPr>
        <w:pStyle w:val="ListBullet"/>
      </w:pPr>
      <w:r>
        <w:t>Fijación estable para evitar desplazamiento.</w:t>
      </w:r>
    </w:p>
    <w:p>
      <w:pPr>
        <w:pStyle w:val="ListBullet"/>
      </w:pPr>
      <w:r>
        <w:t>Prevención de contaminación.</w:t>
      </w:r>
    </w:p>
    <w:p>
      <w:r>
        <w:t>**Técnica:**</w:t>
      </w:r>
    </w:p>
    <w:p>
      <w:pPr>
        <w:pStyle w:val="ListNumber"/>
      </w:pPr>
      <w:r>
        <w:t>Cubrir con material limpio/no adherente.</w:t>
      </w:r>
    </w:p>
    <w:p>
      <w:pPr>
        <w:pStyle w:val="ListNumber"/>
      </w:pPr>
      <w:r>
        <w:t>Fijar correctamente para evitar desplazamiento.</w:t>
      </w:r>
    </w:p>
    <w:p>
      <w:pPr>
        <w:pStyle w:val="ListNumber"/>
      </w:pPr>
      <w:r>
        <w:t>Verificar que cobertura no se desplaza.</w:t>
      </w:r>
    </w:p>
    <w:p>
      <w:pPr>
        <w:pStyle w:val="ListNumber"/>
      </w:pPr>
      <w:r>
        <w:t>Re-verificar después de movimientos.</w:t>
      </w:r>
    </w:p>
    <w:p>
      <w:r>
        <w:t>────────────────────────────────────────────────────────────</w:t>
      </w:r>
    </w:p>
    <w:p>
      <w:pPr>
        <w:pStyle w:val="Heading3"/>
      </w:pPr>
      <w:r>
        <w:t>Control térmico global durante todo el proceso</w:t>
      </w:r>
    </w:p>
    <w:p>
      <w:r>
        <w:t>**Principio:**</w:t>
      </w:r>
    </w:p>
    <w:p>
      <w:pPr>
        <w:pStyle w:val="ListBullet"/>
      </w:pPr>
      <w:r>
        <w:t>Control térmico global es prioritario.</w:t>
      </w:r>
    </w:p>
    <w:p>
      <w:pPr>
        <w:pStyle w:val="ListBullet"/>
      </w:pPr>
      <w:r>
        <w:t>Prevenir hipotermia durante todo el proceso.</w:t>
      </w:r>
    </w:p>
    <w:p>
      <w:pPr>
        <w:pStyle w:val="ListBullet"/>
      </w:pPr>
      <w:r>
        <w:t>Aislamiento térmico continuo.</w:t>
      </w:r>
    </w:p>
    <w:p>
      <w:r>
        <w:t>**Técnica:**</w:t>
      </w:r>
    </w:p>
    <w:p>
      <w:pPr>
        <w:pStyle w:val="ListNumber"/>
      </w:pPr>
      <w:r>
        <w:t>Aplicar manta térmica según necesidad (ver 3.9).</w:t>
      </w:r>
    </w:p>
    <w:p>
      <w:pPr>
        <w:pStyle w:val="ListNumber"/>
      </w:pPr>
      <w:r>
        <w:t>Aislar del suelo y del viento.</w:t>
      </w:r>
    </w:p>
    <w:p>
      <w:pPr>
        <w:pStyle w:val="ListNumber"/>
      </w:pPr>
      <w:r>
        <w:t>Mantener temperatura durante traslado.</w:t>
      </w:r>
    </w:p>
    <w:p>
      <w:pPr>
        <w:pStyle w:val="ListNumber"/>
      </w:pPr>
      <w:r>
        <w:t>Re-verificar control térmico después de movimientos.</w:t>
      </w:r>
    </w:p>
    <w:p>
      <w:r>
        <w:t>────────────────────────────────────────────────────────────</w:t>
      </w:r>
    </w:p>
    <w:p>
      <w:pPr>
        <w:pStyle w:val="Heading2"/>
      </w:pPr>
      <w:r>
        <w:t>3.7.6 Procedimientos paso a paso por tipo</w:t>
      </w:r>
    </w:p>
    <w:p>
      <w:pPr>
        <w:pStyle w:val="Heading3"/>
      </w:pPr>
      <w:r>
        <w:t>A) Quemadura térmica</w:t>
      </w:r>
    </w:p>
    <w:p>
      <w:r>
        <w:t>**Procedimiento paso a paso:**</w:t>
      </w:r>
    </w:p>
    <w:p>
      <w:pPr>
        <w:pStyle w:val="ListNumber"/>
      </w:pPr>
      <w:r>
        <w:t>**Seguridad y detener fuente**</w:t>
      </w:r>
    </w:p>
    <w:p>
      <w:pPr>
        <w:pStyle w:val="ListBullet"/>
      </w:pPr>
      <w:r>
        <w:t>Evaluar seguridad de escena.</w:t>
      </w:r>
    </w:p>
    <w:p>
      <w:pPr>
        <w:pStyle w:val="ListBullet"/>
      </w:pPr>
      <w:r>
        <w:t>Alejar al paciente de fuente de calor de forma segura.</w:t>
      </w:r>
    </w:p>
    <w:p>
      <w:pPr>
        <w:pStyle w:val="ListBullet"/>
      </w:pPr>
      <w:r>
        <w:t>Apagar o retirar fuente de calor si es posible y seguro.</w:t>
      </w:r>
    </w:p>
    <w:p>
      <w:pPr>
        <w:pStyle w:val="ListBullet"/>
      </w:pPr>
      <w:r>
        <w:t>Verificar que no hay riesgo de reexposición.</w:t>
      </w:r>
    </w:p>
    <w:p>
      <w:pPr>
        <w:pStyle w:val="ListNumber"/>
      </w:pPr>
      <w:r>
        <w:t>**Enfriamiento controlado (si procede)**</w:t>
      </w:r>
    </w:p>
    <w:p>
      <w:pPr>
        <w:pStyle w:val="ListBullet"/>
      </w:pPr>
      <w:r>
        <w:t>Seguir protocolo del servicio para enfriamiento.</w:t>
      </w:r>
    </w:p>
    <w:p>
      <w:pPr>
        <w:pStyle w:val="ListBullet"/>
      </w:pPr>
      <w:r>
        <w:t>Enfriar solo la zona quemada (no todo el paciente).</w:t>
      </w:r>
    </w:p>
    <w:p>
      <w:pPr>
        <w:pStyle w:val="ListBullet"/>
      </w:pPr>
      <w:r>
        <w:t>Controlar temperatura global del paciente.</w:t>
      </w:r>
    </w:p>
    <w:p>
      <w:pPr>
        <w:pStyle w:val="ListBullet"/>
      </w:pPr>
      <w:r>
        <w:t>No aplicar agua fría directamente si protocolo no lo contempla.</w:t>
      </w:r>
    </w:p>
    <w:p>
      <w:pPr>
        <w:pStyle w:val="ListNumber"/>
      </w:pPr>
      <w:r>
        <w:t>**Retirar ropa/objetos no adheridos**</w:t>
      </w:r>
    </w:p>
    <w:p>
      <w:pPr>
        <w:pStyle w:val="ListBullet"/>
      </w:pPr>
      <w:r>
        <w:t>Retirar ropa no adherida (cortar con tijeras de trauma si es necesario).</w:t>
      </w:r>
    </w:p>
    <w:p>
      <w:pPr>
        <w:pStyle w:val="ListBullet"/>
      </w:pPr>
      <w:r>
        <w:t>Retirar objetos constrictores (anillos, relojes) si es posible.</w:t>
      </w:r>
    </w:p>
    <w:p>
      <w:pPr>
        <w:pStyle w:val="ListBullet"/>
      </w:pPr>
      <w:r>
        <w:t>No forzar si hay resistencia o adherencia.</w:t>
      </w:r>
    </w:p>
    <w:p>
      <w:pPr>
        <w:pStyle w:val="ListNumber"/>
      </w:pPr>
      <w:r>
        <w:t>**Cubrir con material limpio/no adherente**</w:t>
      </w:r>
    </w:p>
    <w:p>
      <w:pPr>
        <w:pStyle w:val="ListBullet"/>
      </w:pPr>
      <w:r>
        <w:t>Cubrir zona quemada con gasa/compresa/apósito no adherente.</w:t>
      </w:r>
    </w:p>
    <w:p>
      <w:pPr>
        <w:pStyle w:val="ListBullet"/>
      </w:pPr>
      <w:r>
        <w:t>Cubrir completamente sin comprimir.</w:t>
      </w:r>
    </w:p>
    <w:p>
      <w:pPr>
        <w:pStyle w:val="ListBullet"/>
      </w:pPr>
      <w:r>
        <w:t>Usar film transparente si protocolo lo contempla.</w:t>
      </w:r>
    </w:p>
    <w:p>
      <w:pPr>
        <w:pStyle w:val="ListNumber"/>
      </w:pPr>
      <w:r>
        <w:t>**Fijar sin compresión excesiva**</w:t>
      </w:r>
    </w:p>
    <w:p>
      <w:pPr>
        <w:pStyle w:val="ListBullet"/>
      </w:pPr>
      <w:r>
        <w:t>Fijar cobertura con venda (sin compresión excesiva).</w:t>
      </w:r>
    </w:p>
    <w:p>
      <w:pPr>
        <w:pStyle w:val="ListBullet"/>
      </w:pPr>
      <w:r>
        <w:t>Verificar que cobertura no se desplaza.</w:t>
      </w:r>
    </w:p>
    <w:p>
      <w:pPr>
        <w:pStyle w:val="ListBullet"/>
      </w:pPr>
      <w:r>
        <w:t>Verificar que no hay compresión excesiva.</w:t>
      </w:r>
    </w:p>
    <w:p>
      <w:pPr>
        <w:pStyle w:val="ListNumber"/>
      </w:pPr>
      <w:r>
        <w:t>**Prevenir hipotermia (manta térmica)**</w:t>
      </w:r>
    </w:p>
    <w:p>
      <w:pPr>
        <w:pStyle w:val="ListBullet"/>
      </w:pPr>
      <w:r>
        <w:t>Aplicar manta térmica según necesidad (ver 3.9).</w:t>
      </w:r>
    </w:p>
    <w:p>
      <w:pPr>
        <w:pStyle w:val="ListBullet"/>
      </w:pPr>
      <w:r>
        <w:t>Aislar del suelo y del viento.</w:t>
      </w:r>
    </w:p>
    <w:p>
      <w:pPr>
        <w:pStyle w:val="ListBullet"/>
      </w:pPr>
      <w:r>
        <w:t>Mantener temperatura durante traslado.</w:t>
      </w:r>
    </w:p>
    <w:p>
      <w:pPr>
        <w:pStyle w:val="ListNumber"/>
      </w:pPr>
      <w:r>
        <w:t>**Reevaluación tras transferencias/traslado**</w:t>
      </w:r>
    </w:p>
    <w:p>
      <w:pPr>
        <w:pStyle w:val="ListBullet"/>
      </w:pPr>
      <w:r>
        <w:t>Re-verificar que cobertura no se ha desplazado.</w:t>
      </w:r>
    </w:p>
    <w:p>
      <w:pPr>
        <w:pStyle w:val="ListBullet"/>
      </w:pPr>
      <w:r>
        <w:t>Re-verificar que control térmico se mantiene.</w:t>
      </w:r>
    </w:p>
    <w:p>
      <w:pPr>
        <w:pStyle w:val="ListBullet"/>
      </w:pPr>
      <w:r>
        <w:t>Re-verificar que no hay problemas.</w:t>
      </w:r>
    </w:p>
    <w:p>
      <w:pPr>
        <w:pStyle w:val="ListBullet"/>
      </w:pPr>
      <w:r>
        <w:t>Ajustar si es necesario.</w:t>
      </w:r>
    </w:p>
    <w:p>
      <w:r>
        <w:t>**Errores frecuentes:**</w:t>
      </w:r>
    </w:p>
    <w:p>
      <w:pPr>
        <w:pStyle w:val="ListBullet"/>
      </w:pPr>
      <w:r>
        <w:t>No detener agresión antes de cubrir.</w:t>
      </w:r>
    </w:p>
    <w:p>
      <w:pPr>
        <w:pStyle w:val="ListBullet"/>
      </w:pPr>
      <w:r>
        <w:t>Enfriamiento excesivo (hipotermia).</w:t>
      </w:r>
    </w:p>
    <w:p>
      <w:pPr>
        <w:pStyle w:val="ListBullet"/>
      </w:pPr>
      <w:r>
        <w:t>Aplicar pomadas o romper ampollas.</w:t>
      </w:r>
    </w:p>
    <w:p>
      <w:pPr>
        <w:pStyle w:val="ListBullet"/>
      </w:pPr>
      <w:r>
        <w:t>No retirar objetos constrictores.</w:t>
      </w:r>
    </w:p>
    <w:p>
      <w:pPr>
        <w:pStyle w:val="ListBullet"/>
      </w:pPr>
      <w:r>
        <w:t>Cobertura que se desplaza durante traslado.</w:t>
      </w:r>
    </w:p>
    <w:p>
      <w:r>
        <w:t>────────────────────────────────────────────────────────────</w:t>
      </w:r>
    </w:p>
    <w:p>
      <w:pPr>
        <w:pStyle w:val="Heading3"/>
      </w:pPr>
      <w:r>
        <w:t>B) Quemadura química</w:t>
      </w:r>
    </w:p>
    <w:p>
      <w:r>
        <w:t>**Procedimiento paso a paso:**</w:t>
      </w:r>
    </w:p>
    <w:p>
      <w:pPr>
        <w:pStyle w:val="ListNumber"/>
      </w:pPr>
      <w:r>
        <w:t>**Autoprotección + aislar contaminante**</w:t>
      </w:r>
    </w:p>
    <w:p>
      <w:pPr>
        <w:pStyle w:val="ListBullet"/>
      </w:pPr>
      <w:r>
        <w:t>Usar EPI adecuado (guantes, protección ocular, mascarilla si hay riesgo de aerosoles).</w:t>
      </w:r>
    </w:p>
    <w:p>
      <w:pPr>
        <w:pStyle w:val="ListBullet"/>
      </w:pPr>
      <w:r>
        <w:t>Aislar contaminante de forma segura.</w:t>
      </w:r>
    </w:p>
    <w:p>
      <w:pPr>
        <w:pStyle w:val="ListBullet"/>
      </w:pPr>
      <w:r>
        <w:t>Evitar exposición de intervinientes.</w:t>
      </w:r>
    </w:p>
    <w:p>
      <w:pPr>
        <w:pStyle w:val="ListNumber"/>
      </w:pPr>
      <w:r>
        <w:t>**Retirar ropa contaminada**</w:t>
      </w:r>
    </w:p>
    <w:p>
      <w:pPr>
        <w:pStyle w:val="ListBullet"/>
      </w:pPr>
      <w:r>
        <w:t>Retirar ropa contaminada de forma segura (cortar con tijeras de trauma si es necesario).</w:t>
      </w:r>
    </w:p>
    <w:p>
      <w:pPr>
        <w:pStyle w:val="ListBullet"/>
      </w:pPr>
      <w:r>
        <w:t>Gestionar ropa contaminada en bolsa de residuos.</w:t>
      </w:r>
    </w:p>
    <w:p>
      <w:pPr>
        <w:pStyle w:val="ListBullet"/>
      </w:pPr>
      <w:r>
        <w:t>Evitar contacto con ropa contaminada.</w:t>
      </w:r>
    </w:p>
    <w:p>
      <w:pPr>
        <w:pStyle w:val="ListNumber"/>
      </w:pPr>
      <w:r>
        <w:t>**Irrigación continuada si procede (según protocolo)**</w:t>
      </w:r>
    </w:p>
    <w:p>
      <w:pPr>
        <w:pStyle w:val="ListBullet"/>
      </w:pPr>
      <w:r>
        <w:t>Irrigar con agua/suero si procede según protocolo.</w:t>
      </w:r>
    </w:p>
    <w:p>
      <w:pPr>
        <w:pStyle w:val="ListBullet"/>
      </w:pPr>
      <w:r>
        <w:t>Irrigación continuada (no breve).</w:t>
      </w:r>
    </w:p>
    <w:p>
      <w:pPr>
        <w:pStyle w:val="ListBullet"/>
      </w:pPr>
      <w:r>
        <w:t>Seguir protocolo del servicio para irrigación.</w:t>
      </w:r>
    </w:p>
    <w:p>
      <w:pPr>
        <w:pStyle w:val="ListNumber"/>
      </w:pPr>
      <w:r>
        <w:t>**Cubrir y fijar**</w:t>
      </w:r>
    </w:p>
    <w:p>
      <w:pPr>
        <w:pStyle w:val="ListBullet"/>
      </w:pPr>
      <w:r>
        <w:t>Cubrir zona quemada con material limpio/no adherente.</w:t>
      </w:r>
    </w:p>
    <w:p>
      <w:pPr>
        <w:pStyle w:val="ListBullet"/>
      </w:pPr>
      <w:r>
        <w:t>Fijar correctamente para evitar desplazamiento.</w:t>
      </w:r>
    </w:p>
    <w:p>
      <w:pPr>
        <w:pStyle w:val="ListBullet"/>
      </w:pPr>
      <w:r>
        <w:t>Verificar que cobertura no se desplaza.</w:t>
      </w:r>
    </w:p>
    <w:p>
      <w:pPr>
        <w:pStyle w:val="ListNumber"/>
      </w:pPr>
      <w:r>
        <w:t>**Gestión de residuos/ropa**</w:t>
      </w:r>
    </w:p>
    <w:p>
      <w:pPr>
        <w:pStyle w:val="ListBullet"/>
      </w:pPr>
      <w:r>
        <w:t>Gestionar residuos y ropa contaminada correctamente.</w:t>
      </w:r>
    </w:p>
    <w:p>
      <w:pPr>
        <w:pStyle w:val="ListBullet"/>
      </w:pPr>
      <w:r>
        <w:t>Usar bolsas de residuos según protocolo.</w:t>
      </w:r>
    </w:p>
    <w:p>
      <w:pPr>
        <w:pStyle w:val="ListBullet"/>
      </w:pPr>
      <w:r>
        <w:t>Prevenir contaminación cruzada.</w:t>
      </w:r>
    </w:p>
    <w:p>
      <w:pPr>
        <w:pStyle w:val="ListNumber"/>
      </w:pPr>
      <w:r>
        <w:t>**Control térmico y traslado**</w:t>
      </w:r>
    </w:p>
    <w:p>
      <w:pPr>
        <w:pStyle w:val="ListBullet"/>
      </w:pPr>
      <w:r>
        <w:t>Aplicar manta térmica según necesidad (ver 3.9).</w:t>
      </w:r>
    </w:p>
    <w:p>
      <w:pPr>
        <w:pStyle w:val="ListBullet"/>
      </w:pPr>
      <w:r>
        <w:t>Mantener temperatura durante traslado.</w:t>
      </w:r>
    </w:p>
    <w:p>
      <w:pPr>
        <w:pStyle w:val="ListBullet"/>
      </w:pPr>
      <w:r>
        <w:t>Re-verificar después de movimientos.</w:t>
      </w:r>
    </w:p>
    <w:p>
      <w:r>
        <w:t>**Errores frecuentes:**</w:t>
      </w:r>
    </w:p>
    <w:p>
      <w:pPr>
        <w:pStyle w:val="ListBullet"/>
      </w:pPr>
      <w:r>
        <w:t>No usar EPI adecuado.</w:t>
      </w:r>
    </w:p>
    <w:p>
      <w:pPr>
        <w:pStyle w:val="ListBullet"/>
      </w:pPr>
      <w:r>
        <w:t>Irrigación insuficiente o interrupción temprana.</w:t>
      </w:r>
    </w:p>
    <w:p>
      <w:pPr>
        <w:pStyle w:val="ListBullet"/>
      </w:pPr>
      <w:r>
        <w:t>No gestionar residuos correctamente.</w:t>
      </w:r>
    </w:p>
    <w:p>
      <w:pPr>
        <w:pStyle w:val="ListBullet"/>
      </w:pPr>
      <w:r>
        <w:t>No retirar ropa contaminada.</w:t>
      </w:r>
    </w:p>
    <w:p>
      <w:r>
        <w:t>────────────────────────────────────────────────────────────</w:t>
      </w:r>
    </w:p>
    <w:p>
      <w:pPr>
        <w:pStyle w:val="Heading3"/>
      </w:pPr>
      <w:r>
        <w:t>C) Quemadura eléctrica</w:t>
      </w:r>
    </w:p>
    <w:p>
      <w:r>
        <w:t>**Procedimiento paso a paso:**</w:t>
      </w:r>
    </w:p>
    <w:p>
      <w:pPr>
        <w:pStyle w:val="ListNumber"/>
      </w:pPr>
      <w:r>
        <w:t>**Seguridad (corte de fuente)**</w:t>
      </w:r>
    </w:p>
    <w:p>
      <w:pPr>
        <w:pStyle w:val="ListBullet"/>
      </w:pPr>
      <w:r>
        <w:t>**NUNCA tocar al paciente ni fuente eléctrica** hasta asegurar corte de corriente.</w:t>
      </w:r>
    </w:p>
    <w:p>
      <w:pPr>
        <w:pStyle w:val="ListBullet"/>
      </w:pPr>
      <w:r>
        <w:t>Asegurar corte de corriente (desconectar, cortar suministro).</w:t>
      </w:r>
    </w:p>
    <w:p>
      <w:pPr>
        <w:pStyle w:val="ListBullet"/>
      </w:pPr>
      <w:r>
        <w:t>Verificar que corriente está cortada (si es posible).</w:t>
      </w:r>
    </w:p>
    <w:p>
      <w:pPr>
        <w:pStyle w:val="ListBullet"/>
      </w:pPr>
      <w:r>
        <w:t>Solo entonces: intervenir de forma segura.</w:t>
      </w:r>
    </w:p>
    <w:p>
      <w:pPr>
        <w:pStyle w:val="ListNumber"/>
      </w:pPr>
      <w:r>
        <w:t>**Considerar riesgo de lesiones ocultas (sin clínica, solo prudencia)**</w:t>
      </w:r>
    </w:p>
    <w:p>
      <w:pPr>
        <w:pStyle w:val="ListBullet"/>
      </w:pPr>
      <w:r>
        <w:t>Considerar que puede haber lesiones no visibles.</w:t>
      </w:r>
    </w:p>
    <w:p>
      <w:pPr>
        <w:pStyle w:val="ListBullet"/>
      </w:pPr>
      <w:r>
        <w:t>Evaluar paciente de forma completa.</w:t>
      </w:r>
    </w:p>
    <w:p>
      <w:pPr>
        <w:pStyle w:val="ListBullet"/>
      </w:pPr>
      <w:r>
        <w:t>No asumir que solo hay lesiones visibles.</w:t>
      </w:r>
    </w:p>
    <w:p>
      <w:pPr>
        <w:pStyle w:val="ListNumber"/>
      </w:pPr>
      <w:r>
        <w:t>**Cubrir lesiones visibles**</w:t>
      </w:r>
    </w:p>
    <w:p>
      <w:pPr>
        <w:pStyle w:val="ListBullet"/>
      </w:pPr>
      <w:r>
        <w:t>Cubrir lesiones visibles con material limpio/no adherente.</w:t>
      </w:r>
    </w:p>
    <w:p>
      <w:pPr>
        <w:pStyle w:val="ListBullet"/>
      </w:pPr>
      <w:r>
        <w:t>Fijar correctamente para evitar desplazamiento.</w:t>
      </w:r>
    </w:p>
    <w:p>
      <w:pPr>
        <w:pStyle w:val="ListBullet"/>
      </w:pPr>
      <w:r>
        <w:t>Verificar que cobertura no se desplaza.</w:t>
      </w:r>
    </w:p>
    <w:p>
      <w:pPr>
        <w:pStyle w:val="ListNumber"/>
      </w:pPr>
      <w:r>
        <w:t>**Control térmico**</w:t>
      </w:r>
    </w:p>
    <w:p>
      <w:pPr>
        <w:pStyle w:val="ListBullet"/>
      </w:pPr>
      <w:r>
        <w:t>Aplicar manta térmica según necesidad (ver 3.9).</w:t>
      </w:r>
    </w:p>
    <w:p>
      <w:pPr>
        <w:pStyle w:val="ListBullet"/>
      </w:pPr>
      <w:r>
        <w:t>Mantener temperatura durante traslado.</w:t>
      </w:r>
    </w:p>
    <w:p>
      <w:pPr>
        <w:pStyle w:val="ListBullet"/>
      </w:pPr>
      <w:r>
        <w:t>Re-verificar después de movimientos.</w:t>
      </w:r>
    </w:p>
    <w:p>
      <w:pPr>
        <w:pStyle w:val="ListNumber"/>
      </w:pPr>
      <w:r>
        <w:t>**Señales de alarma operativas (prioridad evacuación)**</w:t>
      </w:r>
    </w:p>
    <w:p>
      <w:pPr>
        <w:pStyle w:val="ListBullet"/>
      </w:pPr>
      <w:r>
        <w:t>Evaluar señales de alarma (ver 3.7.9).</w:t>
      </w:r>
    </w:p>
    <w:p>
      <w:pPr>
        <w:pStyle w:val="ListBullet"/>
      </w:pPr>
      <w:r>
        <w:t>Priorizar evacuación si hay señales de alarma.</w:t>
      </w:r>
    </w:p>
    <w:p>
      <w:pPr>
        <w:pStyle w:val="ListBullet"/>
      </w:pPr>
      <w:r>
        <w:t>Comunicar al médico si es necesario.</w:t>
      </w:r>
    </w:p>
    <w:p>
      <w:r>
        <w:t>**Errores frecuentes:**</w:t>
      </w:r>
    </w:p>
    <w:p>
      <w:pPr>
        <w:pStyle w:val="ListBullet"/>
      </w:pPr>
      <w:r>
        <w:t>Tocar al paciente antes de cortar corriente (riesgo de electrocución).</w:t>
      </w:r>
    </w:p>
    <w:p>
      <w:pPr>
        <w:pStyle w:val="ListBullet"/>
      </w:pPr>
      <w:r>
        <w:t>No considerar lesiones ocultas.</w:t>
      </w:r>
    </w:p>
    <w:p>
      <w:pPr>
        <w:pStyle w:val="ListBullet"/>
      </w:pPr>
      <w:r>
        <w:t>No evaluar señales de alarma.</w:t>
      </w:r>
    </w:p>
    <w:p>
      <w:r>
        <w:t>────────────────────────────────────────────────────────────</w:t>
      </w:r>
    </w:p>
    <w:p>
      <w:pPr>
        <w:pStyle w:val="Heading2"/>
      </w:pPr>
      <w:r>
        <w:t>3.7.7 Integración con traslado e inmovilización</w:t>
      </w:r>
    </w:p>
    <w:p>
      <w:pPr>
        <w:pStyle w:val="Heading3"/>
      </w:pPr>
      <w:r>
        <w:t>Integración con inmovilización (2.6, 2.8, 2.13)</w:t>
      </w:r>
    </w:p>
    <w:p>
      <w:r>
        <w:t>**Vendajes/coberturas que no se desplazan con correas:**</w:t>
      </w:r>
    </w:p>
    <w:p>
      <w:pPr>
        <w:pStyle w:val="ListBullet"/>
      </w:pPr>
      <w:r>
        <w:t>Verificar que correas de inmovilización no comprimen coberturas.</w:t>
      </w:r>
    </w:p>
    <w:p>
      <w:pPr>
        <w:pStyle w:val="ListBullet"/>
      </w:pPr>
      <w:r>
        <w:t>Ajustar correas para evitar puntos de presión sobre quemaduras.</w:t>
      </w:r>
    </w:p>
    <w:p>
      <w:pPr>
        <w:pStyle w:val="ListBullet"/>
      </w:pPr>
      <w:r>
        <w:t>Re-verificar coberturas después de colocar inmovilización.</w:t>
      </w:r>
    </w:p>
    <w:p>
      <w:r>
        <w:t>**Consideraciones:**</w:t>
      </w:r>
    </w:p>
    <w:p>
      <w:pPr>
        <w:pStyle w:val="ListBullet"/>
      </w:pPr>
      <w:r>
        <w:t>Coordinar inmovilización con manejo de quemaduras.</w:t>
      </w:r>
    </w:p>
    <w:p>
      <w:pPr>
        <w:pStyle w:val="ListBullet"/>
      </w:pPr>
      <w:r>
        <w:t>No comprometer coberturas por inmovilización.</w:t>
      </w:r>
    </w:p>
    <w:p>
      <w:pPr>
        <w:pStyle w:val="ListBullet"/>
      </w:pPr>
      <w:r>
        <w:t>No comprometer inmovilización por coberturas.</w:t>
      </w:r>
    </w:p>
    <w:p>
      <w:r>
        <w:t>────────────────────────────────────────────────────────────</w:t>
      </w:r>
    </w:p>
    <w:p>
      <w:pPr>
        <w:pStyle w:val="Heading3"/>
      </w:pPr>
      <w:r>
        <w:t>Control térmico (3.9): exposición mínima + aislamiento térmico</w:t>
      </w:r>
    </w:p>
    <w:p>
      <w:r>
        <w:t>**Principio:**</w:t>
      </w:r>
    </w:p>
    <w:p>
      <w:pPr>
        <w:pStyle w:val="ListBullet"/>
      </w:pPr>
      <w:r>
        <w:t>Exposición mínima (solo lo necesario para intervenir).</w:t>
      </w:r>
    </w:p>
    <w:p>
      <w:pPr>
        <w:pStyle w:val="ListBullet"/>
      </w:pPr>
      <w:r>
        <w:t>Aislamiento térmico continuo.</w:t>
      </w:r>
    </w:p>
    <w:p>
      <w:pPr>
        <w:pStyle w:val="ListBullet"/>
      </w:pPr>
      <w:r>
        <w:t>Prevención de hipotermia.</w:t>
      </w:r>
    </w:p>
    <w:p>
      <w:r>
        <w:t>**Técnica:**</w:t>
      </w:r>
    </w:p>
    <w:p>
      <w:pPr>
        <w:pStyle w:val="ListBullet"/>
      </w:pPr>
      <w:r>
        <w:t>Exponer solo la zona necesaria.</w:t>
      </w:r>
    </w:p>
    <w:p>
      <w:pPr>
        <w:pStyle w:val="ListBullet"/>
      </w:pPr>
      <w:r>
        <w:t>Cubrir inmediatamente después de intervenir.</w:t>
      </w:r>
    </w:p>
    <w:p>
      <w:pPr>
        <w:pStyle w:val="ListBullet"/>
      </w:pPr>
      <w:r>
        <w:t>Aislar del suelo y del viento.</w:t>
      </w:r>
    </w:p>
    <w:p>
      <w:pPr>
        <w:pStyle w:val="ListBullet"/>
      </w:pPr>
      <w:r>
        <w:t>Mantener temperatura durante traslado.</w:t>
      </w:r>
    </w:p>
    <w:p>
      <w:r>
        <w:t>────────────────────────────────────────────────────────────</w:t>
      </w:r>
    </w:p>
    <w:p>
      <w:pPr>
        <w:pStyle w:val="Heading3"/>
      </w:pPr>
      <w:r>
        <w:t>Soporte de vía aérea/oxígeno (3.0–3.4) si procede en entorno seguro</w:t>
      </w:r>
    </w:p>
    <w:p>
      <w:r>
        <w:t>**Principio:**</w:t>
      </w:r>
    </w:p>
    <w:p>
      <w:pPr>
        <w:pStyle w:val="ListBullet"/>
      </w:pPr>
      <w:r>
        <w:t>Soporte de vía aérea/oxígeno si procede según indicación.</w:t>
      </w:r>
    </w:p>
    <w:p>
      <w:pPr>
        <w:pStyle w:val="ListBullet"/>
      </w:pPr>
      <w:r>
        <w:t>**Solo en entorno seguro** (sin riesgo de ignición).</w:t>
      </w:r>
    </w:p>
    <w:p>
      <w:pPr>
        <w:pStyle w:val="ListBullet"/>
      </w:pPr>
      <w:r>
        <w:t>Integración con técnicas de vía aérea.</w:t>
      </w:r>
    </w:p>
    <w:p>
      <w:r>
        <w:t>**Técnica:**</w:t>
      </w:r>
    </w:p>
    <w:p>
      <w:pPr>
        <w:pStyle w:val="ListBullet"/>
      </w:pPr>
      <w:r>
        <w:t>Evaluar necesidad de soporte de vía aérea/oxígeno.</w:t>
      </w:r>
    </w:p>
    <w:p>
      <w:pPr>
        <w:pStyle w:val="ListBullet"/>
      </w:pPr>
      <w:r>
        <w:t>Verificar que entorno es seguro (sin riesgo de ignición).</w:t>
      </w:r>
    </w:p>
    <w:p>
      <w:pPr>
        <w:pStyle w:val="ListBullet"/>
      </w:pPr>
      <w:r>
        <w:t>Aplicar técnicas de vía aérea/oxígeno según necesidad (ver 3.0–3.4).</w:t>
      </w:r>
    </w:p>
    <w:p>
      <w:pPr>
        <w:pStyle w:val="ListBullet"/>
      </w:pPr>
      <w:r>
        <w:t>Re-verificar después de movimientos.</w:t>
      </w:r>
    </w:p>
    <w:p>
      <w:r>
        <w:t>**Consideraciones:**</w:t>
      </w:r>
    </w:p>
    <w:p>
      <w:pPr>
        <w:pStyle w:val="ListBullet"/>
      </w:pPr>
      <w:r>
        <w:t>**NUNCA usar oxígeno cerca de llama, chispa o fuente de ignición.**</w:t>
      </w:r>
    </w:p>
    <w:p>
      <w:pPr>
        <w:pStyle w:val="ListBullet"/>
      </w:pPr>
      <w:r>
        <w:t>Priorizar seguridad.</w:t>
      </w:r>
    </w:p>
    <w:p>
      <w:pPr>
        <w:pStyle w:val="ListBullet"/>
      </w:pPr>
      <w:r>
        <w:t>Coordinar con otros intervinientes si es necesario.</w:t>
      </w:r>
    </w:p>
    <w:p>
      <w:r>
        <w:t>────────────────────────────────────────────────────────────</w:t>
      </w:r>
    </w:p>
    <w:p>
      <w:pPr>
        <w:pStyle w:val="Heading2"/>
      </w:pPr>
      <w:r>
        <w:t>3.7.8 Problemas frecuentes y resolución rápida</w:t>
      </w:r>
    </w:p>
    <w:p>
      <w:pPr>
        <w:pStyle w:val="Heading3"/>
      </w:pPr>
      <w:r>
        <w:t>Apósito adherente → usar no adherente / fijación correcta</w:t>
      </w:r>
    </w:p>
    <w:p>
      <w:r>
        <w:t>**Causas posibles:**</w:t>
      </w:r>
    </w:p>
    <w:p>
      <w:pPr>
        <w:pStyle w:val="ListBullet"/>
      </w:pPr>
      <w:r>
        <w:t>Apósito adherente se adhiere a quemadura.</w:t>
      </w:r>
    </w:p>
    <w:p>
      <w:pPr>
        <w:pStyle w:val="ListBullet"/>
      </w:pPr>
      <w:r>
        <w:t>Fijación incorrecta.</w:t>
      </w:r>
    </w:p>
    <w:p>
      <w:r>
        <w:t>**Resolución rápida:**</w:t>
      </w:r>
    </w:p>
    <w:p>
      <w:pPr>
        <w:pStyle w:val="ListNumber"/>
      </w:pPr>
      <w:r>
        <w:t>Usar apósito no adherente si está disponible.</w:t>
      </w:r>
    </w:p>
    <w:p>
      <w:pPr>
        <w:pStyle w:val="ListNumber"/>
      </w:pPr>
      <w:r>
        <w:t>Ajustar fijación para evitar adherencia.</w:t>
      </w:r>
    </w:p>
    <w:p>
      <w:pPr>
        <w:pStyle w:val="ListNumber"/>
      </w:pPr>
      <w:r>
        <w:t>Si se adhiere: no forzar retirada, dejar a centro sanitario.</w:t>
      </w:r>
    </w:p>
    <w:p>
      <w:r>
        <w:t>────────────────────────────────────────────────────────────</w:t>
      </w:r>
    </w:p>
    <w:p>
      <w:pPr>
        <w:pStyle w:val="Heading3"/>
      </w:pPr>
      <w:r>
        <w:t>Paciente se enfría → reforzar aislamiento, minimizar exposición</w:t>
      </w:r>
    </w:p>
    <w:p>
      <w:r>
        <w:t>**Causas posibles:**</w:t>
      </w:r>
    </w:p>
    <w:p>
      <w:pPr>
        <w:pStyle w:val="ListBullet"/>
      </w:pPr>
      <w:r>
        <w:t>Aislamiento insuficiente.</w:t>
      </w:r>
    </w:p>
    <w:p>
      <w:pPr>
        <w:pStyle w:val="ListBullet"/>
      </w:pPr>
      <w:r>
        <w:t>Exposición prolongada.</w:t>
      </w:r>
    </w:p>
    <w:p>
      <w:pPr>
        <w:pStyle w:val="ListBullet"/>
      </w:pPr>
      <w:r>
        <w:t>Ambiente frío.</w:t>
      </w:r>
    </w:p>
    <w:p>
      <w:r>
        <w:t>**Resolución rápida:**</w:t>
      </w:r>
    </w:p>
    <w:p>
      <w:pPr>
        <w:pStyle w:val="ListNumber"/>
      </w:pPr>
      <w:r>
        <w:t>Reforzar aislamiento (añadir mantas, manta térmica).</w:t>
      </w:r>
    </w:p>
    <w:p>
      <w:pPr>
        <w:pStyle w:val="ListNumber"/>
      </w:pPr>
      <w:r>
        <w:t>Minimizar exposición (cubrir más, reducir tiempo de exposición).</w:t>
      </w:r>
    </w:p>
    <w:p>
      <w:pPr>
        <w:pStyle w:val="ListNumber"/>
      </w:pPr>
      <w:r>
        <w:t>Aumentar calefacción en ambulancia si es posible.</w:t>
      </w:r>
    </w:p>
    <w:p>
      <w:pPr>
        <w:pStyle w:val="ListNumber"/>
      </w:pPr>
      <w:r>
        <w:t>Re-verificar temperatura después de ajuste.</w:t>
      </w:r>
    </w:p>
    <w:p>
      <w:r>
        <w:t>────────────────────────────────────────────────────────────</w:t>
      </w:r>
    </w:p>
    <w:p>
      <w:pPr>
        <w:pStyle w:val="Heading3"/>
      </w:pPr>
      <w:r>
        <w:t>En químicas: irrigación insuficiente / interrupción temprana (según protocolo)</w:t>
      </w:r>
    </w:p>
    <w:p>
      <w:r>
        <w:t>**Causas posibles:**</w:t>
      </w:r>
    </w:p>
    <w:p>
      <w:pPr>
        <w:pStyle w:val="ListBullet"/>
      </w:pPr>
      <w:r>
        <w:t>Irrigación insuficiente según protocolo.</w:t>
      </w:r>
    </w:p>
    <w:p>
      <w:pPr>
        <w:pStyle w:val="ListBullet"/>
      </w:pPr>
      <w:r>
        <w:t>Interrupción temprana de irrigación.</w:t>
      </w:r>
    </w:p>
    <w:p>
      <w:r>
        <w:t>**Resolución rápida:**</w:t>
      </w:r>
    </w:p>
    <w:p>
      <w:pPr>
        <w:pStyle w:val="ListNumber"/>
      </w:pPr>
      <w:r>
        <w:t>Continuar irrigación según protocolo.</w:t>
      </w:r>
    </w:p>
    <w:p>
      <w:pPr>
        <w:pStyle w:val="ListNumber"/>
      </w:pPr>
      <w:r>
        <w:t>No interrumpir irrigación prematuramente.</w:t>
      </w:r>
    </w:p>
    <w:p>
      <w:pPr>
        <w:pStyle w:val="ListNumber"/>
      </w:pPr>
      <w:r>
        <w:t>Seguir protocolo del servicio para irrigación.</w:t>
      </w:r>
    </w:p>
    <w:p>
      <w:r>
        <w:t>────────────────────────────────────────────────────────────</w:t>
      </w:r>
    </w:p>
    <w:p>
      <w:pPr>
        <w:pStyle w:val="Heading2"/>
      </w:pPr>
      <w:r>
        <w:t>3.7.9 Errores críticos y señales de alarma</w:t>
      </w:r>
    </w:p>
    <w:p>
      <w:pPr>
        <w:pStyle w:val="Heading3"/>
      </w:pPr>
      <w:r>
        <w:t>Errores críticos</w:t>
      </w:r>
    </w:p>
    <w:p>
      <w:r>
        <w:t>**Error 1: No asegurar escena (eléctrica/química)**</w:t>
      </w:r>
    </w:p>
    <w:p>
      <w:pPr>
        <w:pStyle w:val="ListBullet"/>
      </w:pPr>
      <w:r>
        <w:t>❌ Intervenir sin asegurar escena (tocar paciente eléctrico sin cortar corriente, no usar EPI en químicas).</w:t>
      </w:r>
    </w:p>
    <w:p>
      <w:pPr>
        <w:pStyle w:val="ListBullet"/>
      </w:pPr>
      <w:r>
        <w:t>**Consecuencia:** Riesgo de electrocución, exposición a riesgo biológico, lesión de intervinientes.</w:t>
      </w:r>
    </w:p>
    <w:p>
      <w:pPr>
        <w:pStyle w:val="ListBullet"/>
      </w:pPr>
      <w:r>
        <w:t>**Prevención:** Asegurar escena antes de intervenir, usar EPI adecuado, cortar corriente antes de tocar.</w:t>
      </w:r>
    </w:p>
    <w:p>
      <w:r>
        <w:t>**Error 2: Enfriamiento excesivo → hipotermia**</w:t>
      </w:r>
    </w:p>
    <w:p>
      <w:pPr>
        <w:pStyle w:val="ListBullet"/>
      </w:pPr>
      <w:r>
        <w:t>❌ Enfriar excesivamente al paciente (aplicar agua fría directamente, enfriar todo el paciente).</w:t>
      </w:r>
    </w:p>
    <w:p>
      <w:pPr>
        <w:pStyle w:val="ListBullet"/>
      </w:pPr>
      <w:r>
        <w:t>**Consecuencia:** Hipotermia, empeoramiento del estado del paciente.</w:t>
      </w:r>
    </w:p>
    <w:p>
      <w:pPr>
        <w:pStyle w:val="ListBullet"/>
      </w:pPr>
      <w:r>
        <w:t>**Prevención:** Enfriar solo la zona quemada, controlar temperatura global, prevenir hipotermia.</w:t>
      </w:r>
    </w:p>
    <w:p>
      <w:r>
        <w:t>**Error 3: Aplicar grasas/pomadas o romper ampollas**</w:t>
      </w:r>
    </w:p>
    <w:p>
      <w:pPr>
        <w:pStyle w:val="ListBullet"/>
      </w:pPr>
      <w:r>
        <w:t>❌ Aplicar pomadas, grasas o cremas sobre quemaduras, romper ampollas intencionalmente.</w:t>
      </w:r>
    </w:p>
    <w:p>
      <w:pPr>
        <w:pStyle w:val="ListBullet"/>
      </w:pPr>
      <w:r>
        <w:t>**Consecuencia:** Complicaciones, infección, empeoramiento de lesión.</w:t>
      </w:r>
    </w:p>
    <w:p>
      <w:pPr>
        <w:pStyle w:val="ListBullet"/>
      </w:pPr>
      <w:r>
        <w:t>**Prevención:** NUNCA aplicar pomadas/grasas, NUNCA romper ampollas.</w:t>
      </w:r>
    </w:p>
    <w:p>
      <w:r>
        <w:t>**Error 4: No retirar objetos constrictores**</w:t>
      </w:r>
    </w:p>
    <w:p>
      <w:pPr>
        <w:pStyle w:val="ListBullet"/>
      </w:pPr>
      <w:r>
        <w:t>❌ No retirar anillos, relojes antes de que se hinchen.</w:t>
      </w:r>
    </w:p>
    <w:p>
      <w:pPr>
        <w:pStyle w:val="ListBullet"/>
      </w:pPr>
      <w:r>
        <w:t>**Consecuencia:** Isquemia, complicaciones.</w:t>
      </w:r>
    </w:p>
    <w:p>
      <w:pPr>
        <w:pStyle w:val="ListBullet"/>
      </w:pPr>
      <w:r>
        <w:t>**Prevención:** Retirar objetos constrictores si es posible antes de que se hinchen.</w:t>
      </w:r>
    </w:p>
    <w:p>
      <w:r>
        <w:t>**Error 5: Usar O₂ cerca de ignición**</w:t>
      </w:r>
    </w:p>
    <w:p>
      <w:pPr>
        <w:pStyle w:val="ListBullet"/>
      </w:pPr>
      <w:r>
        <w:t>❌ Usar oxígeno cerca de llama, chispa o fuente de ignición.</w:t>
      </w:r>
    </w:p>
    <w:p>
      <w:pPr>
        <w:pStyle w:val="ListBullet"/>
      </w:pPr>
      <w:r>
        <w:t>**Consecuencia:** Riesgo de incendio o explosión.</w:t>
      </w:r>
    </w:p>
    <w:p>
      <w:pPr>
        <w:pStyle w:val="ListBullet"/>
      </w:pPr>
      <w:r>
        <w:t>**Prevención:** NUNCA usar oxígeno cerca de ignición, mantener distancia segura.</w:t>
      </w:r>
    </w:p>
    <w:p>
      <w:r>
        <w:t>────────────────────────────────────────────────────────────</w:t>
      </w:r>
    </w:p>
    <w:p>
      <w:pPr>
        <w:pStyle w:val="Heading3"/>
      </w:pPr>
      <w:r>
        <w:t>Señales de alarma (solo como alertas logísticas)</w:t>
      </w:r>
    </w:p>
    <w:p>
      <w:r>
        <w:t>**Señal de alarma 1: Afectación cara/cuello**</w:t>
      </w:r>
    </w:p>
    <w:p>
      <w:pPr>
        <w:pStyle w:val="ListBullet"/>
      </w:pPr>
      <w:r>
        <w:t>**Acción:** Evaluar vía aérea, preparar soporte de vía aérea si es necesario (ver 3.0–3.4), priorizar evacuación.</w:t>
      </w:r>
    </w:p>
    <w:p>
      <w:pPr>
        <w:pStyle w:val="ListBullet"/>
      </w:pPr>
      <w:r>
        <w:t>**Consideración:** Riesgo de compromiso de vía aérea, priorizar traslado.</w:t>
      </w:r>
    </w:p>
    <w:p>
      <w:r>
        <w:t>**Señal de alarma 2: Dificultad respiratoria**</w:t>
      </w:r>
    </w:p>
    <w:p>
      <w:pPr>
        <w:pStyle w:val="ListBullet"/>
      </w:pPr>
      <w:r>
        <w:t>**Acción:** Evaluar vía aérea, aplicar soporte de vía aérea si es necesario (ver 3.0–3.4), priorizar evacuación.</w:t>
      </w:r>
    </w:p>
    <w:p>
      <w:pPr>
        <w:pStyle w:val="ListBullet"/>
      </w:pPr>
      <w:r>
        <w:t>**Consideración:** Posible inhalación, priorizar traslado.</w:t>
      </w:r>
    </w:p>
    <w:p>
      <w:r>
        <w:t>**Señal de alarma 3: Quemadura extensa**</w:t>
      </w:r>
    </w:p>
    <w:p>
      <w:pPr>
        <w:pStyle w:val="ListBullet"/>
      </w:pPr>
      <w:r>
        <w:t>**Acción:** Priorizar control térmico, prevenir hipotermia, priorizar evacuación.</w:t>
      </w:r>
    </w:p>
    <w:p>
      <w:pPr>
        <w:pStyle w:val="ListBullet"/>
      </w:pPr>
      <w:r>
        <w:t>**Consideración:** Riesgo alto de hipotermia y shock, priorizar traslado.</w:t>
      </w:r>
    </w:p>
    <w:p>
      <w:r>
        <w:t>**Señal de alarma 4: Deterioro general del paciente**</w:t>
      </w:r>
    </w:p>
    <w:p>
      <w:pPr>
        <w:pStyle w:val="ListBullet"/>
      </w:pPr>
      <w:r>
        <w:t>**Acción:** Priorizar evacuación, aplicar soporte vital si es necesario, comunicar al médico.</w:t>
      </w:r>
    </w:p>
    <w:p>
      <w:pPr>
        <w:pStyle w:val="ListBullet"/>
      </w:pPr>
      <w:r>
        <w:t>**Consideración:** Posible shock, priorizar traslado.</w:t>
      </w:r>
    </w:p>
    <w:p>
      <w:r>
        <w:t>**Principio:**</w:t>
      </w:r>
    </w:p>
    <w:p>
      <w:pPr>
        <w:pStyle w:val="ListBullet"/>
      </w:pPr>
      <w:r>
        <w:t>**Si hay señal de alarma: EVALUAR, APLICAR SOPORTE SI ES NECESARIO, PRIORIZAR EVACUACIÓN, COMUNICAR.**</w:t>
      </w:r>
    </w:p>
    <w:p>
      <w:pPr>
        <w:pStyle w:val="ListBullet"/>
      </w:pPr>
      <w:r>
        <w:t>**No continuar si hay riesgo para paciente o estado empeora.**</w:t>
      </w:r>
    </w:p>
    <w:p>
      <w:r>
        <w:t>────────────────────────────────────────────────────────────</w:t>
      </w:r>
    </w:p>
    <w:p>
      <w:pPr>
        <w:pStyle w:val="Heading2"/>
      </w:pPr>
      <w:r>
        <w:t>3.7.10 Puntos clave TES</w:t>
      </w:r>
    </w:p>
    <w:p>
      <w:pPr>
        <w:pStyle w:val="ListBullet"/>
      </w:pPr>
      <w:r>
        <w:t>**Seguridad de escena primero** (térmica: alejar de fuente; eléctrica: cortar corriente antes de tocar; química: EPI y autoprotección).</w:t>
      </w:r>
    </w:p>
    <w:p>
      <w:pPr>
        <w:pStyle w:val="ListBullet"/>
      </w:pPr>
      <w:r>
        <w:t>**Detener la agresión antes de cubrir** (no cubrir sin detener agresión).</w:t>
      </w:r>
    </w:p>
    <w:p>
      <w:pPr>
        <w:pStyle w:val="ListBullet"/>
      </w:pPr>
      <w:r>
        <w:t>**Enfriamiento controlado si procede, sin hipotermia** (solo zona quemada, control térmico global prioritario).</w:t>
      </w:r>
    </w:p>
    <w:p>
      <w:pPr>
        <w:pStyle w:val="ListBullet"/>
      </w:pPr>
      <w:r>
        <w:t>**Retirar objetos constrictores** (anillos, relojes) si es posible antes de que se hinchen.</w:t>
      </w:r>
    </w:p>
    <w:p>
      <w:pPr>
        <w:pStyle w:val="ListBullet"/>
      </w:pPr>
      <w:r>
        <w:t>**NUNCA aplicar pomadas/grasas ni romper ampollas** (cubrir con material limpio/no adherente).</w:t>
      </w:r>
    </w:p>
    <w:p>
      <w:pPr>
        <w:pStyle w:val="ListBullet"/>
      </w:pPr>
      <w:r>
        <w:t>**Cobertura limpia/no adherente + fijación estable** (evitar desplazamiento, re-verificar después de movimientos).</w:t>
      </w:r>
    </w:p>
    <w:p>
      <w:pPr>
        <w:pStyle w:val="ListBullet"/>
      </w:pPr>
      <w:r>
        <w:t>**Control térmico global durante todo el proceso** (manta térmica, aislamiento, prevenir hipotermia).</w:t>
      </w:r>
    </w:p>
    <w:p>
      <w:pPr>
        <w:pStyle w:val="ListBullet"/>
      </w:pPr>
      <w:r>
        <w:t>**NUNCA usar oxígeno cerca de ignición** (mantener distancia segura, riesgo de incendio/explosión).</w:t>
      </w:r>
    </w:p>
    <w:p>
      <w:pPr>
        <w:pStyle w:val="ListBullet"/>
      </w:pPr>
      <w:r>
        <w:t>**Integración con inmovilización** (correas que no comprimen coberturas, re-verificar después de colocar inmovilización).</w:t>
      </w:r>
    </w:p>
    <w:p>
      <w:pPr>
        <w:pStyle w:val="ListBullet"/>
      </w:pPr>
      <w:r>
        <w:t>**Reevaluación tras transferencias** (coberturas no desplazadas, control térmico mantenido, ajustar si es necesario).</w:t>
      </w:r>
    </w:p>
    <w:p>
      <w:pPr>
        <w:pStyle w:val="ListBullet"/>
      </w:pPr>
      <w:r>
        <w:t>**Señales de alarma: priorizar evacuación** (afectación cara/cuello, dificultad respiratoria, quemadura extensa, deterioro general).</w:t>
      </w:r>
    </w:p>
    <w:p>
      <w:pPr>
        <w:pStyle w:val="ListBullet"/>
      </w:pPr>
      <w:r>
        <w:t>**Un TES lesionado detiene la asistencia:** aplicar ergonomía (postura correcta, usar EPI, prevenir lesiones).</w:t>
      </w:r>
    </w:p>
    <w:p>
      <w:r>
        <w:t>────────────────────────────────────────────────────────────</w:t>
      </w:r>
    </w:p>
    <w:p>
      <w:pPr>
        <w:pStyle w:val="Heading2"/>
      </w:pPr>
      <w:r>
        <w:t>3.7.11 Cierre del capítulo</w:t>
      </w:r>
    </w:p>
    <w:p>
      <w:r>
        <w:t>Este capítulo se integra con:</w:t>
      </w:r>
    </w:p>
    <w:p>
      <w:pPr>
        <w:pStyle w:val="ListBullet"/>
      </w:pPr>
      <w:r>
        <w:t>**3.6 – Control de Hemorragias y Material de Curas** (integración con control de sangrado en quemaduras)</w:t>
      </w:r>
    </w:p>
    <w:p>
      <w:pPr>
        <w:pStyle w:val="ListBullet"/>
      </w:pPr>
      <w:r>
        <w:t>**3.8 – Heridas, Vendajes y Manejo de Lesiones Abiertas** (técnicas de vendaje y manejo de heridas)</w:t>
      </w:r>
    </w:p>
    <w:p>
      <w:pPr>
        <w:pStyle w:val="ListBullet"/>
      </w:pPr>
      <w:r>
        <w:t>**3.9 – Exposición, Aislamiento Térmico y Prevención de Hipotermia** (control térmico prioritario en quemaduras)</w:t>
      </w:r>
    </w:p>
    <w:p>
      <w:pPr>
        <w:pStyle w:val="ListBullet"/>
      </w:pPr>
      <w:r>
        <w:t>**3.0–3.4 – Soporte de Vía Aérea y Oxigenoterapia** (soporte de vía aérea si procede en entorno seguro)</w:t>
      </w:r>
    </w:p>
    <w:p>
      <w:pPr>
        <w:pStyle w:val="ListBullet"/>
      </w:pPr>
      <w:r>
        <w:t>**Bloque 2 – Inmovilización y Movilización** (2.6, 2.8, 2.13: integración con inmovilización y traslado)</w:t>
      </w:r>
    </w:p>
    <w:p>
      <w:r>
        <w:t>**Transición:**</w:t>
      </w:r>
    </w:p>
    <w:p>
      <w:pPr>
        <w:pStyle w:val="ListBullet"/>
      </w:pPr>
      <w:r>
        <w:t>Este capítulo proporciona técnicas operativas de **manejo prehospitalario de quemaduras**.</w:t>
      </w:r>
    </w:p>
    <w:p>
      <w:pPr>
        <w:pStyle w:val="ListBullet"/>
      </w:pPr>
      <w:r>
        <w:t>Los capítulos siguientes desarrollan **heridas y vendajes (3.8)** y **control térmico (3.9)**.</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**seguridad de escena** es prioritaria (térmica, eléctrica, química)</w:t>
      </w:r>
    </w:p>
    <w:p>
      <w:pPr>
        <w:pStyle w:val="ListBullet"/>
      </w:pPr>
      <w:r>
        <w:t>**Detener la agresión** antes de cubrir</w:t>
      </w:r>
    </w:p>
    <w:p>
      <w:pPr>
        <w:pStyle w:val="ListBullet"/>
      </w:pPr>
      <w:r>
        <w:t>**Control térmico global** es prioritario (prevenir hipotermia)</w:t>
      </w:r>
    </w:p>
    <w:p>
      <w:pPr>
        <w:pStyle w:val="ListBullet"/>
      </w:pPr>
      <w:r>
        <w:t>**NUNCA usar oxígeno cerca de ignición** (riesgo de incendio/explosión)</w:t>
      </w:r>
    </w:p>
    <w:p>
      <w:pPr>
        <w:pStyle w:val="ListBullet"/>
      </w:pPr>
      <w:r>
        <w:t>**NUNCA aplicar pomadas/grasas ni romper ampollas**</w:t>
      </w:r>
    </w:p>
    <w:p>
      <w:r>
        <w:t>**Principios No Negociables:**</w:t>
      </w:r>
    </w:p>
    <w:p>
      <w:pPr>
        <w:pStyle w:val="ListBullet"/>
      </w:pPr>
      <w:r>
        <w:t>**NUNCA tocar** paciente eléctrico sin cortar corriente</w:t>
      </w:r>
    </w:p>
    <w:p>
      <w:pPr>
        <w:pStyle w:val="ListBullet"/>
      </w:pPr>
      <w:r>
        <w:t>**NUNCA usar** oxígeno cerca de ignición</w:t>
      </w:r>
    </w:p>
    <w:p>
      <w:pPr>
        <w:pStyle w:val="ListBullet"/>
      </w:pPr>
      <w:r>
        <w:t>**NUNCA aplicar** pomadas/grasas sobre quemaduras</w:t>
      </w:r>
    </w:p>
    <w:p>
      <w:pPr>
        <w:pStyle w:val="ListBullet"/>
      </w:pPr>
      <w:r>
        <w:t>**NUNCA romper** ampollas intencionalmente</w:t>
      </w:r>
    </w:p>
    <w:p>
      <w:pPr>
        <w:pStyle w:val="ListBullet"/>
      </w:pPr>
      <w:r>
        <w:t>**SIEMPRE asegurar** escena antes de intervenir</w:t>
      </w:r>
    </w:p>
    <w:p>
      <w:pPr>
        <w:pStyle w:val="ListBullet"/>
      </w:pPr>
      <w:r>
        <w:t>**SIEMPRE prevenir** hipotermia durante todo el proceso</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3.8 – Heridas y vendajes: manejo operativo de lesiones abiertas (TES)</w:t>
      </w:r>
    </w:p>
    <w:p>
      <w:pPr>
        <w:pStyle w:val="Heading1"/>
      </w:pPr>
      <w:r>
        <w:t>3.8 – Heridas y vendajes: manejo operativo de lesiones abiertas (TES)</w:t>
      </w:r>
    </w:p>
    <w:p>
      <w:pPr>
        <w:pStyle w:val="Heading2"/>
      </w:pPr>
      <w:r>
        <w:t>Manual TES Digital – Manejo prehospitalario de heridas</w:t>
      </w:r>
    </w:p>
    <w:p>
      <w:r>
        <w:t>**Versión:** 1.0</w:t>
      </w:r>
    </w:p>
    <w:p>
      <w:r>
        <w:t>**Fecha:** 2024-12-13</w:t>
      </w:r>
    </w:p>
    <w:p>
      <w:r>
        <w:t>**Tipo:** Bloque Operativo - Procedimiento TES</w:t>
      </w:r>
    </w:p>
    <w:p>
      <w:r>
        <w:t>────────────────────────────────────────────────────────────</w:t>
      </w:r>
    </w:p>
    <w:p>
      <w:pPr>
        <w:pStyle w:val="Heading2"/>
      </w:pPr>
      <w:r>
        <w:t>3.8.1 Objetivo operativo</w:t>
      </w:r>
    </w:p>
    <w:p>
      <w:r>
        <w:t>Proteger heridas, controlar sangrado leve/moderado, reducir contaminación, estabilizar tejidos y asegurar que el vendaje no falle durante traslado, integrando el manejo con **control de hemorragias (3.6), aspiración (3.2), control térmico (3.9) e inmovilización (Bloque 2)**.</w:t>
      </w:r>
    </w:p>
    <w:p>
      <w:r>
        <w:t>Este capítulo se centra en **material, técnicas operativas, seguridad, logística y errores**, no en sutura, desbridamiento ni exploración profunda.</w:t>
      </w:r>
    </w:p>
    <w:p>
      <w:r>
        <w:t>────────────────────────────────────────────────────────────</w:t>
      </w:r>
    </w:p>
    <w:p>
      <w:pPr>
        <w:pStyle w:val="Heading2"/>
      </w:pPr>
      <w:r>
        <w:t>3.8.2 Alcance y límites</w:t>
      </w:r>
    </w:p>
    <w:p>
      <w:pPr>
        <w:pStyle w:val="Heading3"/>
      </w:pPr>
      <w:r>
        <w:t>Alcance del capítulo</w:t>
      </w:r>
    </w:p>
    <w:p>
      <w:r>
        <w:t>Este capítulo cubre:</w:t>
      </w:r>
    </w:p>
    <w:p>
      <w:pPr>
        <w:pStyle w:val="ListBullet"/>
      </w:pPr>
      <w:r>
        <w:t>**Manejo operativo** de abrasiones, laceraciones, colgajos, heridas penetrantes, cuerpos extraños in situ, amputaciones traumáticas.</w:t>
      </w:r>
    </w:p>
    <w:p>
      <w:pPr>
        <w:pStyle w:val="ListBullet"/>
      </w:pPr>
      <w:r>
        <w:t>**Material de curas** y su uso funcional.</w:t>
      </w:r>
    </w:p>
    <w:p>
      <w:pPr>
        <w:pStyle w:val="ListBullet"/>
      </w:pPr>
      <w:r>
        <w:t>**Técnicas de vendaje** y fijación.</w:t>
      </w:r>
    </w:p>
    <w:p>
      <w:pPr>
        <w:pStyle w:val="ListBullet"/>
      </w:pPr>
      <w:r>
        <w:t>**Integración** con control de hemorragias, aspiración, control térmico e inmovilización.</w:t>
      </w:r>
    </w:p>
    <w:p>
      <w:pPr>
        <w:pStyle w:val="Heading3"/>
      </w:pPr>
      <w:r>
        <w:t>Límites del capítulo</w:t>
      </w:r>
    </w:p>
    <w:p>
      <w:r>
        <w:t>**Este capítulo NO cubre:**</w:t>
      </w:r>
    </w:p>
    <w:p>
      <w:pPr>
        <w:pStyle w:val="ListBullet"/>
      </w:pPr>
      <w:r>
        <w:t>Sutura o técnicas quirúrgicas.</w:t>
      </w:r>
    </w:p>
    <w:p>
      <w:pPr>
        <w:pStyle w:val="ListBullet"/>
      </w:pPr>
      <w:r>
        <w:t>Desbridamiento o exploración profunda.</w:t>
      </w:r>
    </w:p>
    <w:p>
      <w:pPr>
        <w:pStyle w:val="ListBullet"/>
      </w:pPr>
      <w:r>
        <w:t>Tratamiento hospitalario de heridas.</w:t>
      </w:r>
    </w:p>
    <w:p>
      <w:pPr>
        <w:pStyle w:val="ListBullet"/>
      </w:pPr>
      <w:r>
        <w:t>Indicaciones clínicas avanzadas (criterio médico).</w:t>
      </w:r>
    </w:p>
    <w:p>
      <w:r>
        <w:t>**Este capítulo SÍ cubre:**</w:t>
      </w:r>
    </w:p>
    <w:p>
      <w:pPr>
        <w:pStyle w:val="ListBullet"/>
      </w:pPr>
      <w:r>
        <w:t>Técnicas básicas de manejo prehospitalario de heridas.</w:t>
      </w:r>
    </w:p>
    <w:p>
      <w:pPr>
        <w:pStyle w:val="ListBullet"/>
      </w:pPr>
      <w:r>
        <w:t>Material y su uso operativo.</w:t>
      </w:r>
    </w:p>
    <w:p>
      <w:pPr>
        <w:pStyle w:val="ListBullet"/>
      </w:pPr>
      <w:r>
        <w:t>Técnicas de vendaje y fijación.</w:t>
      </w:r>
    </w:p>
    <w:p>
      <w:pPr>
        <w:pStyle w:val="ListBullet"/>
      </w:pPr>
      <w:r>
        <w:t>Integración con otras técnicas TES.</w:t>
      </w:r>
    </w:p>
    <w:p>
      <w:r>
        <w:t>**Integración:**</w:t>
      </w:r>
    </w:p>
    <w:p>
      <w:pPr>
        <w:pStyle w:val="ListBullet"/>
      </w:pPr>
      <w:r>
        <w:t>Se integra con control de hemorragias (3.6).</w:t>
      </w:r>
    </w:p>
    <w:p>
      <w:pPr>
        <w:pStyle w:val="ListBullet"/>
      </w:pPr>
      <w:r>
        <w:t>Se integra con aspiración (3.2).</w:t>
      </w:r>
    </w:p>
    <w:p>
      <w:pPr>
        <w:pStyle w:val="ListBullet"/>
      </w:pPr>
      <w:r>
        <w:t>Se integra con control térmico (3.9).</w:t>
      </w:r>
    </w:p>
    <w:p>
      <w:pPr>
        <w:pStyle w:val="ListBullet"/>
      </w:pPr>
      <w:r>
        <w:t>Se integra con inmovilización (Bloque 2, 2.6, 2.8, 2.13).</w:t>
      </w:r>
    </w:p>
    <w:p>
      <w:r>
        <w:t>────────────────────────────────────────────────────────────</w:t>
      </w:r>
    </w:p>
    <w:p>
      <w:pPr>
        <w:pStyle w:val="Heading2"/>
      </w:pPr>
      <w:r>
        <w:t>3.8.3 Seguridad e higiene (bioseguridad real)</w:t>
      </w:r>
    </w:p>
    <w:p>
      <w:pPr>
        <w:pStyle w:val="Heading3"/>
      </w:pPr>
      <w:r>
        <w:t>EPI (Equipos de Protección Individual)</w:t>
      </w:r>
    </w:p>
    <w:p>
      <w:r>
        <w:t>**Guantes:**</w:t>
      </w:r>
    </w:p>
    <w:p>
      <w:pPr>
        <w:pStyle w:val="ListBullet"/>
      </w:pPr>
      <w:r>
        <w:t>Usar guantes siempre al manipular heridas.</w:t>
      </w:r>
    </w:p>
    <w:p>
      <w:pPr>
        <w:pStyle w:val="ListBullet"/>
      </w:pPr>
      <w:r>
        <w:t>Cambiar guantes si se contaminan.</w:t>
      </w:r>
    </w:p>
    <w:p>
      <w:pPr>
        <w:pStyle w:val="ListBullet"/>
      </w:pPr>
      <w:r>
        <w:t>Retirar guantes correctamente después de uso.</w:t>
      </w:r>
    </w:p>
    <w:p>
      <w:pPr>
        <w:pStyle w:val="ListBullet"/>
      </w:pPr>
      <w:r>
        <w:t>Usar guantes de protección adecuada según riesgo.</w:t>
      </w:r>
    </w:p>
    <w:p>
      <w:r>
        <w:t>**Protección ocular/mascarilla:**</w:t>
      </w:r>
    </w:p>
    <w:p>
      <w:pPr>
        <w:pStyle w:val="ListBullet"/>
      </w:pPr>
      <w:r>
        <w:t>Usar protección ocular si hay riesgo de salpicaduras o aerosoles.</w:t>
      </w:r>
    </w:p>
    <w:p>
      <w:pPr>
        <w:pStyle w:val="ListBullet"/>
      </w:pPr>
      <w:r>
        <w:t>Usar mascarilla si hay riesgo de aerosoles.</w:t>
      </w:r>
    </w:p>
    <w:p>
      <w:pPr>
        <w:pStyle w:val="ListBullet"/>
      </w:pPr>
      <w:r>
        <w:t>Protección facial completa si riesgo es alto.</w:t>
      </w:r>
    </w:p>
    <w:p>
      <w:r>
        <w:t>**Consideraciones:**</w:t>
      </w:r>
    </w:p>
    <w:p>
      <w:pPr>
        <w:pStyle w:val="ListBullet"/>
      </w:pPr>
      <w:r>
        <w:t>Evaluar riesgo antes de intervenir.</w:t>
      </w:r>
    </w:p>
    <w:p>
      <w:pPr>
        <w:pStyle w:val="ListBullet"/>
      </w:pPr>
      <w:r>
        <w:t>Usar EPI adecuado según riesgo.</w:t>
      </w:r>
    </w:p>
    <w:p>
      <w:pPr>
        <w:pStyle w:val="ListBullet"/>
      </w:pPr>
      <w:r>
        <w:t>No omitir EPI por prisa.</w:t>
      </w:r>
    </w:p>
    <w:p>
      <w:r>
        <w:t>────────────────────────────────────────────────────────────</w:t>
      </w:r>
    </w:p>
    <w:p>
      <w:pPr>
        <w:pStyle w:val="Heading3"/>
      </w:pPr>
      <w:r>
        <w:t>Control de salpicaduras</w:t>
      </w:r>
    </w:p>
    <w:p>
      <w:r>
        <w:t>**Principios:**</w:t>
      </w:r>
    </w:p>
    <w:p>
      <w:pPr>
        <w:pStyle w:val="ListBullet"/>
      </w:pPr>
      <w:r>
        <w:t>Contener sangre y secreciones en apósitos/gasas.</w:t>
      </w:r>
    </w:p>
    <w:p>
      <w:pPr>
        <w:pStyle w:val="ListBullet"/>
      </w:pPr>
      <w:r>
        <w:t>Evitar derrames o salpicaduras.</w:t>
      </w:r>
    </w:p>
    <w:p>
      <w:pPr>
        <w:pStyle w:val="ListBullet"/>
      </w:pPr>
      <w:r>
        <w:t>Usar material de contención si es necesario.</w:t>
      </w:r>
    </w:p>
    <w:p>
      <w:r>
        <w:t>**Técnica:**</w:t>
      </w:r>
    </w:p>
    <w:p>
      <w:pPr>
        <w:pStyle w:val="ListBullet"/>
      </w:pPr>
      <w:r>
        <w:t>Trabajar con material de contención.</w:t>
      </w:r>
    </w:p>
    <w:p>
      <w:pPr>
        <w:pStyle w:val="ListBullet"/>
      </w:pPr>
      <w:r>
        <w:t>Gestionar salpicaduras de forma segura.</w:t>
      </w:r>
    </w:p>
    <w:p>
      <w:pPr>
        <w:pStyle w:val="ListBullet"/>
      </w:pPr>
      <w:r>
        <w:t>Descontaminar si hay derrames.</w:t>
      </w:r>
    </w:p>
    <w:p>
      <w:r>
        <w:t>────────────────────────────────────────────────────────────</w:t>
      </w:r>
    </w:p>
    <w:p>
      <w:pPr>
        <w:pStyle w:val="Heading3"/>
      </w:pPr>
      <w:r>
        <w:t>Zona limpia vs zona sucia</w:t>
      </w:r>
    </w:p>
    <w:p>
      <w:r>
        <w:t>**Principios:**</w:t>
      </w:r>
    </w:p>
    <w:p>
      <w:pPr>
        <w:pStyle w:val="ListBullet"/>
      </w:pPr>
      <w:r>
        <w:t>Separar material limpio de material usado.</w:t>
      </w:r>
    </w:p>
    <w:p>
      <w:pPr>
        <w:pStyle w:val="ListBullet"/>
      </w:pPr>
      <w:r>
        <w:t>No contaminar material limpio con material usado.</w:t>
      </w:r>
    </w:p>
    <w:p>
      <w:pPr>
        <w:pStyle w:val="ListBullet"/>
      </w:pPr>
      <w:r>
        <w:t>Gestionar zonas de trabajo (limpia/sucia).</w:t>
      </w:r>
    </w:p>
    <w:p>
      <w:r>
        <w:t>**Técnica:**</w:t>
      </w:r>
    </w:p>
    <w:p>
      <w:pPr>
        <w:pStyle w:val="ListBullet"/>
      </w:pPr>
      <w:r>
        <w:t>Organizar material limpio en zona separada.</w:t>
      </w:r>
    </w:p>
    <w:p>
      <w:pPr>
        <w:pStyle w:val="ListBullet"/>
      </w:pPr>
      <w:r>
        <w:t>Gestionar material usado en zona separada.</w:t>
      </w:r>
    </w:p>
    <w:p>
      <w:pPr>
        <w:pStyle w:val="ListBullet"/>
      </w:pPr>
      <w:r>
        <w:t>No mezclar material limpio con material usado.</w:t>
      </w:r>
    </w:p>
    <w:p>
      <w:r>
        <w:t>────────────────────────────────────────────────────────────</w:t>
      </w:r>
    </w:p>
    <w:p>
      <w:pPr>
        <w:pStyle w:val="Heading3"/>
      </w:pPr>
      <w:r>
        <w:t>Punzantes/residuos</w:t>
      </w:r>
    </w:p>
    <w:p>
      <w:r>
        <w:t>**Principios:**</w:t>
      </w:r>
    </w:p>
    <w:p>
      <w:pPr>
        <w:pStyle w:val="ListBullet"/>
      </w:pPr>
      <w:r>
        <w:t>Gestionar punzantes correctamente.</w:t>
      </w:r>
    </w:p>
    <w:p>
      <w:pPr>
        <w:pStyle w:val="ListBullet"/>
      </w:pPr>
      <w:r>
        <w:t>Usar contenedor de punzantes.</w:t>
      </w:r>
    </w:p>
    <w:p>
      <w:pPr>
        <w:pStyle w:val="ListBullet"/>
      </w:pPr>
      <w:r>
        <w:t>Gestionar residuos según protocolo.</w:t>
      </w:r>
    </w:p>
    <w:p>
      <w:r>
        <w:t>**Técnica:**</w:t>
      </w:r>
    </w:p>
    <w:p>
      <w:pPr>
        <w:pStyle w:val="ListBullet"/>
      </w:pPr>
      <w:r>
        <w:t>Usar contenedor de punzantes siempre.</w:t>
      </w:r>
    </w:p>
    <w:p>
      <w:pPr>
        <w:pStyle w:val="ListBullet"/>
      </w:pPr>
      <w:r>
        <w:t>No reutilizar punzantes.</w:t>
      </w:r>
    </w:p>
    <w:p>
      <w:pPr>
        <w:pStyle w:val="ListBullet"/>
      </w:pPr>
      <w:r>
        <w:t>Gestionar residuos según protocolo.</w:t>
      </w:r>
    </w:p>
    <w:p>
      <w:r>
        <w:t>────────────────────────────────────────────────────────────</w:t>
      </w:r>
    </w:p>
    <w:p>
      <w:pPr>
        <w:pStyle w:val="Heading2"/>
      </w:pPr>
      <w:r>
        <w:t>3.8.4 Material (inventario funcional)</w:t>
      </w:r>
    </w:p>
    <w:p>
      <w:pPr>
        <w:pStyle w:val="Heading3"/>
      </w:pPr>
      <w:r>
        <w:t>Gasas estériles/compresas/apósitos</w:t>
      </w:r>
    </w:p>
    <w:p>
      <w:r>
        <w:t>**Función:**</w:t>
      </w:r>
    </w:p>
    <w:p>
      <w:pPr>
        <w:pStyle w:val="ListBullet"/>
      </w:pPr>
      <w:r>
        <w:t>Cobertura de heridas.</w:t>
      </w:r>
    </w:p>
    <w:p>
      <w:pPr>
        <w:pStyle w:val="ListBullet"/>
      </w:pPr>
      <w:r>
        <w:t>Control de sangrado leve/moderado.</w:t>
      </w:r>
    </w:p>
    <w:p>
      <w:pPr>
        <w:pStyle w:val="ListBullet"/>
      </w:pPr>
      <w:r>
        <w:t>Protección de heridas.</w:t>
      </w:r>
    </w:p>
    <w:p>
      <w:r>
        <w:t>**Verificación:**</w:t>
      </w:r>
    </w:p>
    <w:p>
      <w:pPr>
        <w:pStyle w:val="ListBullet"/>
      </w:pPr>
      <w:r>
        <w:t>Verificar que están disponibles.</w:t>
      </w:r>
    </w:p>
    <w:p>
      <w:pPr>
        <w:pStyle w:val="ListBullet"/>
      </w:pPr>
      <w:r>
        <w:t>Verificar que están en buen estado (no caducados, no dañados).</w:t>
      </w:r>
    </w:p>
    <w:p>
      <w:pPr>
        <w:pStyle w:val="ListBullet"/>
      </w:pPr>
      <w:r>
        <w:t>Verificar que hay suficientes cantidades.</w:t>
      </w:r>
    </w:p>
    <w:p>
      <w:r>
        <w:t>────────────────────────────────────────────────────────────</w:t>
      </w:r>
    </w:p>
    <w:p>
      <w:pPr>
        <w:pStyle w:val="Heading3"/>
      </w:pPr>
      <w:r>
        <w:t>Apósitos no adherentes (si hay)</w:t>
      </w:r>
    </w:p>
    <w:p>
      <w:r>
        <w:t>**Función:**</w:t>
      </w:r>
    </w:p>
    <w:p>
      <w:pPr>
        <w:pStyle w:val="ListBullet"/>
      </w:pPr>
      <w:r>
        <w:t>Cobertura que no se adhiere a heridas.</w:t>
      </w:r>
    </w:p>
    <w:p>
      <w:pPr>
        <w:pStyle w:val="ListBullet"/>
      </w:pPr>
      <w:r>
        <w:t>Protección de heridas.</w:t>
      </w:r>
    </w:p>
    <w:p>
      <w:pPr>
        <w:pStyle w:val="ListBullet"/>
      </w:pPr>
      <w:r>
        <w:t>Prevención de daño al retirar.</w:t>
      </w:r>
    </w:p>
    <w:p>
      <w:r>
        <w:t>**Verificación:**</w:t>
      </w:r>
    </w:p>
    <w:p>
      <w:pPr>
        <w:pStyle w:val="ListBullet"/>
      </w:pPr>
      <w:r>
        <w:t>Verificar que están disponibles (si están en dotación).</w:t>
      </w:r>
    </w:p>
    <w:p>
      <w:pPr>
        <w:pStyle w:val="ListBullet"/>
      </w:pPr>
      <w:r>
        <w:t>Verificar que están en buen estado.</w:t>
      </w:r>
    </w:p>
    <w:p>
      <w:pPr>
        <w:pStyle w:val="ListBullet"/>
      </w:pPr>
      <w:r>
        <w:t>Verificar que se usan según protocolo.</w:t>
      </w:r>
    </w:p>
    <w:p>
      <w:r>
        <w:t>────────────────────────────────────────────────────────────</w:t>
      </w:r>
    </w:p>
    <w:p>
      <w:pPr>
        <w:pStyle w:val="Heading3"/>
      </w:pPr>
      <w:r>
        <w:t>Vendas crepé/elástica/cohesiva; triangular; tubular si existe</w:t>
      </w:r>
    </w:p>
    <w:p>
      <w:r>
        <w:t>**Venda crepé:**</w:t>
      </w:r>
    </w:p>
    <w:p>
      <w:pPr>
        <w:pStyle w:val="ListBullet"/>
      </w:pPr>
      <w:r>
        <w:t>Venda de algodón para fijación.</w:t>
      </w:r>
    </w:p>
    <w:p>
      <w:pPr>
        <w:pStyle w:val="ListBullet"/>
      </w:pPr>
      <w:r>
        <w:t>Uso en vendajes de fijación.</w:t>
      </w:r>
    </w:p>
    <w:p>
      <w:pPr>
        <w:pStyle w:val="ListBullet"/>
      </w:pPr>
      <w:r>
        <w:t>Tamaños variables según necesidad.</w:t>
      </w:r>
    </w:p>
    <w:p>
      <w:r>
        <w:t>**Venda elástica:**</w:t>
      </w:r>
    </w:p>
    <w:p>
      <w:pPr>
        <w:pStyle w:val="ListBullet"/>
      </w:pPr>
      <w:r>
        <w:t>Venda elástica para compresión.</w:t>
      </w:r>
    </w:p>
    <w:p>
      <w:pPr>
        <w:pStyle w:val="ListBullet"/>
      </w:pPr>
      <w:r>
        <w:t>Uso en vendajes compresivos.</w:t>
      </w:r>
    </w:p>
    <w:p>
      <w:pPr>
        <w:pStyle w:val="ListBullet"/>
      </w:pPr>
      <w:r>
        <w:t>Tamaños variables según necesidad.</w:t>
      </w:r>
    </w:p>
    <w:p>
      <w:r>
        <w:t>**Venda cohesiva:**</w:t>
      </w:r>
    </w:p>
    <w:p>
      <w:pPr>
        <w:pStyle w:val="ListBullet"/>
      </w:pPr>
      <w:r>
        <w:t>Venda que se adhiere a sí misma.</w:t>
      </w:r>
    </w:p>
    <w:p>
      <w:pPr>
        <w:pStyle w:val="ListBullet"/>
      </w:pPr>
      <w:r>
        <w:t>Uso en fijación sin necesidad de cinta.</w:t>
      </w:r>
    </w:p>
    <w:p>
      <w:pPr>
        <w:pStyle w:val="ListBullet"/>
      </w:pPr>
      <w:r>
        <w:t>Tamaños variables según necesidad.</w:t>
      </w:r>
    </w:p>
    <w:p>
      <w:r>
        <w:t>**Venda triangular:**</w:t>
      </w:r>
    </w:p>
    <w:p>
      <w:pPr>
        <w:pStyle w:val="ListBullet"/>
      </w:pPr>
      <w:r>
        <w:t>Pañuelo triangular para inmovilización y fijación.</w:t>
      </w:r>
    </w:p>
    <w:p>
      <w:pPr>
        <w:pStyle w:val="ListBullet"/>
      </w:pPr>
      <w:r>
        <w:t>Uso en vendajes y cabestrillos.</w:t>
      </w:r>
    </w:p>
    <w:p>
      <w:pPr>
        <w:pStyle w:val="ListBullet"/>
      </w:pPr>
      <w:r>
        <w:t>Material versátil.</w:t>
      </w:r>
    </w:p>
    <w:p>
      <w:r>
        <w:t>**Venda tubular:**</w:t>
      </w:r>
    </w:p>
    <w:p>
      <w:pPr>
        <w:pStyle w:val="ListBullet"/>
      </w:pPr>
      <w:r>
        <w:t>Venda tubular para fijación (si existe en dotación).</w:t>
      </w:r>
    </w:p>
    <w:p>
      <w:pPr>
        <w:pStyle w:val="ListBullet"/>
      </w:pPr>
      <w:r>
        <w:t>Uso en vendajes de fijación.</w:t>
      </w:r>
    </w:p>
    <w:p>
      <w:pPr>
        <w:pStyle w:val="ListBullet"/>
      </w:pPr>
      <w:r>
        <w:t>Tamaños variables según necesidad.</w:t>
      </w:r>
    </w:p>
    <w:p>
      <w:r>
        <w:t>**Verificación:**</w:t>
      </w:r>
    </w:p>
    <w:p>
      <w:pPr>
        <w:pStyle w:val="ListBullet"/>
      </w:pPr>
      <w:r>
        <w:t>Verificar que vendas están disponibles.</w:t>
      </w:r>
    </w:p>
    <w:p>
      <w:pPr>
        <w:pStyle w:val="ListBullet"/>
      </w:pPr>
      <w:r>
        <w:t>Verificar que están en buen estado.</w:t>
      </w:r>
    </w:p>
    <w:p>
      <w:pPr>
        <w:pStyle w:val="ListBullet"/>
      </w:pPr>
      <w:r>
        <w:t>Verificar que hay tamaños adecuados.</w:t>
      </w:r>
    </w:p>
    <w:p>
      <w:r>
        <w:t>────────────────────────────────────────────────────────────</w:t>
      </w:r>
    </w:p>
    <w:p>
      <w:pPr>
        <w:pStyle w:val="Heading3"/>
      </w:pPr>
      <w:r>
        <w:t>Cinta/esparadrapo; tijeras trauma</w:t>
      </w:r>
    </w:p>
    <w:p>
      <w:r>
        <w:t>**Cinta adhesiva/esparadrapo:**</w:t>
      </w:r>
    </w:p>
    <w:p>
      <w:pPr>
        <w:pStyle w:val="ListBullet"/>
      </w:pPr>
      <w:r>
        <w:t>Cinta para fijación de apósitos.</w:t>
      </w:r>
    </w:p>
    <w:p>
      <w:pPr>
        <w:pStyle w:val="ListBullet"/>
      </w:pPr>
      <w:r>
        <w:t>Tamaños variables según necesidad.</w:t>
      </w:r>
    </w:p>
    <w:p>
      <w:pPr>
        <w:pStyle w:val="ListBullet"/>
      </w:pPr>
      <w:r>
        <w:t>Material básico para fijación.</w:t>
      </w:r>
    </w:p>
    <w:p>
      <w:r>
        <w:t>**Tijeras de trauma:**</w:t>
      </w:r>
    </w:p>
    <w:p>
      <w:pPr>
        <w:pStyle w:val="ListBullet"/>
      </w:pPr>
      <w:r>
        <w:t>Tijeras para cortar ropa y material.</w:t>
      </w:r>
    </w:p>
    <w:p>
      <w:pPr>
        <w:pStyle w:val="ListBullet"/>
      </w:pPr>
      <w:r>
        <w:t>Tijeras de seguridad (punta roma).</w:t>
      </w:r>
    </w:p>
    <w:p>
      <w:pPr>
        <w:pStyle w:val="ListBullet"/>
      </w:pPr>
      <w:r>
        <w:t>Material esencial para acceso.</w:t>
      </w:r>
    </w:p>
    <w:p>
      <w:r>
        <w:t>**Verificación:**</w:t>
      </w:r>
    </w:p>
    <w:p>
      <w:pPr>
        <w:pStyle w:val="ListBullet"/>
      </w:pPr>
      <w:r>
        <w:t>Verificar que cinta/tijeras están disponibles.</w:t>
      </w:r>
    </w:p>
    <w:p>
      <w:pPr>
        <w:pStyle w:val="ListBullet"/>
      </w:pPr>
      <w:r>
        <w:t>Verificar que están en buen estado.</w:t>
      </w:r>
    </w:p>
    <w:p>
      <w:pPr>
        <w:pStyle w:val="ListBullet"/>
      </w:pPr>
      <w:r>
        <w:t>Verificar que tijeras cortan correctamente.</w:t>
      </w:r>
    </w:p>
    <w:p>
      <w:r>
        <w:t>────────────────────────────────────────────────────────────</w:t>
      </w:r>
    </w:p>
    <w:p>
      <w:pPr>
        <w:pStyle w:val="Heading3"/>
      </w:pPr>
      <w:r>
        <w:t>Suero fisiológico (limpieza superficial externa)</w:t>
      </w:r>
    </w:p>
    <w:p>
      <w:r>
        <w:t>**Función:**</w:t>
      </w:r>
    </w:p>
    <w:p>
      <w:pPr>
        <w:pStyle w:val="ListBullet"/>
      </w:pPr>
      <w:r>
        <w:t>Limpieza superficial externa de heridas.</w:t>
      </w:r>
    </w:p>
    <w:p>
      <w:pPr>
        <w:pStyle w:val="ListBullet"/>
      </w:pPr>
      <w:r>
        <w:t>Irrigación suave si procede.</w:t>
      </w:r>
    </w:p>
    <w:p>
      <w:pPr>
        <w:pStyle w:val="ListBullet"/>
      </w:pPr>
      <w:r>
        <w:t>Material básico para limpieza.</w:t>
      </w:r>
    </w:p>
    <w:p>
      <w:r>
        <w:t>**Verificación:**</w:t>
      </w:r>
    </w:p>
    <w:p>
      <w:pPr>
        <w:pStyle w:val="ListBullet"/>
      </w:pPr>
      <w:r>
        <w:t>Verificar que está disponible.</w:t>
      </w:r>
    </w:p>
    <w:p>
      <w:pPr>
        <w:pStyle w:val="ListBullet"/>
      </w:pPr>
      <w:r>
        <w:t>Verificar que está en buen estado.</w:t>
      </w:r>
    </w:p>
    <w:p>
      <w:pPr>
        <w:pStyle w:val="ListBullet"/>
      </w:pPr>
      <w:r>
        <w:t>Verificar que se usa según protocolo.</w:t>
      </w:r>
    </w:p>
    <w:p>
      <w:r>
        <w:t>**Nota:** Solo para limpieza superficial externa. No para exploración profunda ni desbridamiento.</w:t>
      </w:r>
    </w:p>
    <w:p>
      <w:r>
        <w:t>────────────────────────────────────────────────────────────</w:t>
      </w:r>
    </w:p>
    <w:p>
      <w:pPr>
        <w:pStyle w:val="Heading3"/>
      </w:pPr>
      <w:r>
        <w:t>Manta térmica</w:t>
      </w:r>
    </w:p>
    <w:p>
      <w:r>
        <w:t>**Función:**</w:t>
      </w:r>
    </w:p>
    <w:p>
      <w:pPr>
        <w:pStyle w:val="ListBullet"/>
      </w:pPr>
      <w:r>
        <w:t>Control térmico del paciente.</w:t>
      </w:r>
    </w:p>
    <w:p>
      <w:pPr>
        <w:pStyle w:val="ListBullet"/>
      </w:pPr>
      <w:r>
        <w:t>Prevención de hipotermia.</w:t>
      </w:r>
    </w:p>
    <w:p>
      <w:pPr>
        <w:pStyle w:val="ListBullet"/>
      </w:pPr>
      <w:r>
        <w:t>Aislamiento térmico.</w:t>
      </w:r>
    </w:p>
    <w:p>
      <w:r>
        <w:t>**Verificación:**</w:t>
      </w:r>
    </w:p>
    <w:p>
      <w:pPr>
        <w:pStyle w:val="ListBullet"/>
      </w:pPr>
      <w:r>
        <w:t>Verificar que está disponible.</w:t>
      </w:r>
    </w:p>
    <w:p>
      <w:pPr>
        <w:pStyle w:val="ListBullet"/>
      </w:pPr>
      <w:r>
        <w:t>Verificar que está en buen estado.</w:t>
      </w:r>
    </w:p>
    <w:p>
      <w:pPr>
        <w:pStyle w:val="ListBullet"/>
      </w:pPr>
      <w:r>
        <w:t>Usar según necesidad (ver 3.9).</w:t>
      </w:r>
    </w:p>
    <w:p>
      <w:r>
        <w:t>────────────────────────────────────────────────────────────</w:t>
      </w:r>
    </w:p>
    <w:p>
      <w:pPr>
        <w:pStyle w:val="Heading3"/>
      </w:pPr>
      <w:r>
        <w:t>Hemostáticos/torniquete: enlazar a 3.6 (no duplicar técnica avanzada)</w:t>
      </w:r>
    </w:p>
    <w:p>
      <w:r>
        <w:t>**Función:**</w:t>
      </w:r>
    </w:p>
    <w:p>
      <w:pPr>
        <w:pStyle w:val="ListBullet"/>
      </w:pPr>
      <w:r>
        <w:t>Control de hemorragias (ver 3.6).</w:t>
      </w:r>
    </w:p>
    <w:p>
      <w:pPr>
        <w:pStyle w:val="ListBullet"/>
      </w:pPr>
      <w:r>
        <w:t>Material para control de sangrado.</w:t>
      </w:r>
    </w:p>
    <w:p>
      <w:r>
        <w:t>**Enlace:**</w:t>
      </w:r>
    </w:p>
    <w:p>
      <w:pPr>
        <w:pStyle w:val="ListBullet"/>
      </w:pPr>
      <w:r>
        <w:t>Ver 3.6 – Control de Hemorragias y Material de Curas para técnicas avanzadas.</w:t>
      </w:r>
    </w:p>
    <w:p>
      <w:r>
        <w:t>**Nota:** No duplicar técnicas avanzadas de control de hemorragias. Enlazar a 3.6.</w:t>
      </w:r>
    </w:p>
    <w:p>
      <w:r>
        <w:t>────────────────────────────────────────────────────────────</w:t>
      </w:r>
    </w:p>
    <w:p>
      <w:pPr>
        <w:pStyle w:val="Heading2"/>
      </w:pPr>
      <w:r>
        <w:t>3.8.5 Principios TES para curas de campo</w:t>
      </w:r>
    </w:p>
    <w:p>
      <w:pPr>
        <w:pStyle w:val="Heading3"/>
      </w:pPr>
      <w:r>
        <w:t>Exposición mínima y control del entorno</w:t>
      </w:r>
    </w:p>
    <w:p>
      <w:r>
        <w:t>**Principio:**</w:t>
      </w:r>
    </w:p>
    <w:p>
      <w:pPr>
        <w:pStyle w:val="ListBullet"/>
      </w:pPr>
      <w:r>
        <w:t>Exponer solo lo necesario para intervenir.</w:t>
      </w:r>
    </w:p>
    <w:p>
      <w:pPr>
        <w:pStyle w:val="ListBullet"/>
      </w:pPr>
      <w:r>
        <w:t>Controlar entorno (espacio, iluminación, condiciones).</w:t>
      </w:r>
    </w:p>
    <w:p>
      <w:pPr>
        <w:pStyle w:val="ListBullet"/>
      </w:pPr>
      <w:r>
        <w:t>Minimizar exposición para prevenir contaminación e hipotermia.</w:t>
      </w:r>
    </w:p>
    <w:p>
      <w:r>
        <w:t>**Técnica:**</w:t>
      </w:r>
    </w:p>
    <w:p>
      <w:pPr>
        <w:pStyle w:val="ListNumber"/>
      </w:pPr>
      <w:r>
        <w:t>Exponer solo la zona necesaria.</w:t>
      </w:r>
    </w:p>
    <w:p>
      <w:pPr>
        <w:pStyle w:val="ListNumber"/>
      </w:pPr>
      <w:r>
        <w:t>Controlar entorno (espacio, iluminación).</w:t>
      </w:r>
    </w:p>
    <w:p>
      <w:pPr>
        <w:pStyle w:val="ListNumber"/>
      </w:pPr>
      <w:r>
        <w:t>Cubrir inmediatamente después de intervenir.</w:t>
      </w:r>
    </w:p>
    <w:p>
      <w:pPr>
        <w:pStyle w:val="ListNumber"/>
      </w:pPr>
      <w:r>
        <w:t>Minimizar tiempo de exposición.</w:t>
      </w:r>
    </w:p>
    <w:p>
      <w:r>
        <w:t>────────────────────────────────────────────────────────────</w:t>
      </w:r>
    </w:p>
    <w:p>
      <w:pPr>
        <w:pStyle w:val="Heading3"/>
      </w:pPr>
      <w:r>
        <w:t>Limpieza superficial sin "hurgar"</w:t>
      </w:r>
    </w:p>
    <w:p>
      <w:r>
        <w:t>**Principio:**</w:t>
      </w:r>
    </w:p>
    <w:p>
      <w:pPr>
        <w:pStyle w:val="ListBullet"/>
      </w:pPr>
      <w:r>
        <w:t>Limpieza superficial externa solamente.</w:t>
      </w:r>
    </w:p>
    <w:p>
      <w:pPr>
        <w:pStyle w:val="ListBullet"/>
      </w:pPr>
      <w:r>
        <w:t>**NO explorar profundidad** ni "hurgar" en heridas.</w:t>
      </w:r>
    </w:p>
    <w:p>
      <w:pPr>
        <w:pStyle w:val="ListBullet"/>
      </w:pPr>
      <w:r>
        <w:t>Limpieza suave y controlada.</w:t>
      </w:r>
    </w:p>
    <w:p>
      <w:r>
        <w:t>**Técnica:**</w:t>
      </w:r>
    </w:p>
    <w:p>
      <w:pPr>
        <w:pStyle w:val="ListNumber"/>
      </w:pPr>
      <w:r>
        <w:t>Limpiar superficie externa con suero fisiológico si procede.</w:t>
      </w:r>
    </w:p>
    <w:p>
      <w:pPr>
        <w:pStyle w:val="ListNumber"/>
      </w:pPr>
      <w:r>
        <w:t>No explorar profundidad.</w:t>
      </w:r>
    </w:p>
    <w:p>
      <w:pPr>
        <w:pStyle w:val="ListNumber"/>
      </w:pPr>
      <w:r>
        <w:t>No "hurgar" en heridas.</w:t>
      </w:r>
    </w:p>
    <w:p>
      <w:pPr>
        <w:pStyle w:val="ListNumber"/>
      </w:pPr>
      <w:r>
        <w:t>Limpieza suave y controlada.</w:t>
      </w:r>
    </w:p>
    <w:p>
      <w:r>
        <w:t>────────────────────────────────────────────────────────────</w:t>
      </w:r>
    </w:p>
    <w:p>
      <w:pPr>
        <w:pStyle w:val="Heading3"/>
      </w:pPr>
      <w:r>
        <w:t>Cobertura limpia y fijación estable</w:t>
      </w:r>
    </w:p>
    <w:p>
      <w:r>
        <w:t>**Principio:**</w:t>
      </w:r>
    </w:p>
    <w:p>
      <w:pPr>
        <w:pStyle w:val="ListBullet"/>
      </w:pPr>
      <w:r>
        <w:t>Cobertura limpia y no adherente.</w:t>
      </w:r>
    </w:p>
    <w:p>
      <w:pPr>
        <w:pStyle w:val="ListBullet"/>
      </w:pPr>
      <w:r>
        <w:t>Fijación estable para evitar desplazamiento.</w:t>
      </w:r>
    </w:p>
    <w:p>
      <w:pPr>
        <w:pStyle w:val="ListBullet"/>
      </w:pPr>
      <w:r>
        <w:t>Prevención de contaminación.</w:t>
      </w:r>
    </w:p>
    <w:p>
      <w:r>
        <w:t>**Técnica:**</w:t>
      </w:r>
    </w:p>
    <w:p>
      <w:pPr>
        <w:pStyle w:val="ListNumber"/>
      </w:pPr>
      <w:r>
        <w:t>Cubrir con material limpio/no adherente.</w:t>
      </w:r>
    </w:p>
    <w:p>
      <w:pPr>
        <w:pStyle w:val="ListNumber"/>
      </w:pPr>
      <w:r>
        <w:t>Fijar correctamente para evitar desplazamiento.</w:t>
      </w:r>
    </w:p>
    <w:p>
      <w:pPr>
        <w:pStyle w:val="ListNumber"/>
      </w:pPr>
      <w:r>
        <w:t>Verificar que cobertura no se desplaza.</w:t>
      </w:r>
    </w:p>
    <w:p>
      <w:pPr>
        <w:pStyle w:val="ListNumber"/>
      </w:pPr>
      <w:r>
        <w:t>Re-verificar después de movimientos.</w:t>
      </w:r>
    </w:p>
    <w:p>
      <w:r>
        <w:t>────────────────────────────────────────────────────────────</w:t>
      </w:r>
    </w:p>
    <w:p>
      <w:pPr>
        <w:pStyle w:val="Heading3"/>
      </w:pPr>
      <w:r>
        <w:t>No retirar apósitos empapados: reforzar</w:t>
      </w:r>
    </w:p>
    <w:p>
      <w:r>
        <w:t>**Principio crítico:**</w:t>
      </w:r>
    </w:p>
    <w:p>
      <w:pPr>
        <w:pStyle w:val="ListBullet"/>
      </w:pPr>
      <w:r>
        <w:t>**NUNCA retirar apósitos empapados de sangre.**</w:t>
      </w:r>
    </w:p>
    <w:p>
      <w:pPr>
        <w:pStyle w:val="ListBullet"/>
      </w:pPr>
      <w:r>
        <w:t>Retirar apósitos puede reactivar sangrado.</w:t>
      </w:r>
    </w:p>
    <w:p>
      <w:pPr>
        <w:pStyle w:val="ListBullet"/>
      </w:pPr>
      <w:r>
        <w:t>Reforzar con más apósitos sobre el empapado.</w:t>
      </w:r>
    </w:p>
    <w:p>
      <w:r>
        <w:t>**Técnica:**</w:t>
      </w:r>
    </w:p>
    <w:p>
      <w:pPr>
        <w:pStyle w:val="ListBullet"/>
      </w:pPr>
      <w:r>
        <w:t>Si apósito se empapa: añadir más apósitos encima.</w:t>
      </w:r>
    </w:p>
    <w:p>
      <w:pPr>
        <w:pStyle w:val="ListBullet"/>
      </w:pPr>
      <w:r>
        <w:t>Mantener presión sobre apósitos empapados.</w:t>
      </w:r>
    </w:p>
    <w:p>
      <w:pPr>
        <w:pStyle w:val="ListBullet"/>
      </w:pPr>
      <w:r>
        <w:t>No retirar hasta llegar a centro sanitario si es posible.</w:t>
      </w:r>
    </w:p>
    <w:p>
      <w:r>
        <w:t>────────────────────────────────────────────────────────────</w:t>
      </w:r>
    </w:p>
    <w:p>
      <w:pPr>
        <w:pStyle w:val="Heading3"/>
      </w:pPr>
      <w:r>
        <w:t>Reevaluación distal si vendaje compresivo</w:t>
      </w:r>
    </w:p>
    <w:p>
      <w:r>
        <w:t>**Principio:**</w:t>
      </w:r>
    </w:p>
    <w:p>
      <w:pPr>
        <w:pStyle w:val="ListBullet"/>
      </w:pPr>
      <w:r>
        <w:t>Verificar que circulación distal no está comprometida.</w:t>
      </w:r>
    </w:p>
    <w:p>
      <w:pPr>
        <w:pStyle w:val="ListBullet"/>
      </w:pPr>
      <w:r>
        <w:t>Controlar pulso, color, temperatura y sensibilidad distal.</w:t>
      </w:r>
    </w:p>
    <w:p>
      <w:pPr>
        <w:pStyle w:val="ListBullet"/>
      </w:pPr>
      <w:r>
        <w:t>Ajustar compresión si es necesario.</w:t>
      </w:r>
    </w:p>
    <w:p>
      <w:r>
        <w:t>**Técnica:**</w:t>
      </w:r>
    </w:p>
    <w:p>
      <w:pPr>
        <w:pStyle w:val="ListBullet"/>
      </w:pPr>
      <w:r>
        <w:t>Verificar pulso distal (si es accesible).</w:t>
      </w:r>
    </w:p>
    <w:p>
      <w:pPr>
        <w:pStyle w:val="ListBullet"/>
      </w:pPr>
      <w:r>
        <w:t>Verificar color y temperatura distal.</w:t>
      </w:r>
    </w:p>
    <w:p>
      <w:pPr>
        <w:pStyle w:val="ListBullet"/>
      </w:pPr>
      <w:r>
        <w:t>Verificar sensibilidad (si paciente está consciente).</w:t>
      </w:r>
    </w:p>
    <w:p>
      <w:pPr>
        <w:pStyle w:val="ListBullet"/>
      </w:pPr>
      <w:r>
        <w:t>Ajustar compresión si hay compromiso circulatorio.</w:t>
      </w:r>
    </w:p>
    <w:p>
      <w:r>
        <w:t>────────────────────────────────────────────────────────────</w:t>
      </w:r>
    </w:p>
    <w:p>
      <w:pPr>
        <w:pStyle w:val="Heading3"/>
      </w:pPr>
      <w:r>
        <w:t>Revisión tras transferencias</w:t>
      </w:r>
    </w:p>
    <w:p>
      <w:r>
        <w:t>**Principio:**</w:t>
      </w:r>
    </w:p>
    <w:p>
      <w:pPr>
        <w:pStyle w:val="ListBullet"/>
      </w:pPr>
      <w:r>
        <w:t>Vendajes pueden aflojarse o desplazarse durante transferencias.</w:t>
      </w:r>
    </w:p>
    <w:p>
      <w:pPr>
        <w:pStyle w:val="ListBullet"/>
      </w:pPr>
      <w:r>
        <w:t>Re-verificar que vendaje sigue efectivo después de cada movimiento.</w:t>
      </w:r>
    </w:p>
    <w:p>
      <w:pPr>
        <w:pStyle w:val="ListBullet"/>
      </w:pPr>
      <w:r>
        <w:t>Ajustar si es necesario.</w:t>
      </w:r>
    </w:p>
    <w:p>
      <w:r>
        <w:t>**Técnica:**</w:t>
      </w:r>
    </w:p>
    <w:p>
      <w:pPr>
        <w:pStyle w:val="ListBullet"/>
      </w:pPr>
      <w:r>
        <w:t>Re-verificar vendaje después de transferencias (ver 2.8, 2.13).</w:t>
      </w:r>
    </w:p>
    <w:p>
      <w:pPr>
        <w:pStyle w:val="ListBullet"/>
      </w:pPr>
      <w:r>
        <w:t>Verificar que compresión se mantiene.</w:t>
      </w:r>
    </w:p>
    <w:p>
      <w:pPr>
        <w:pStyle w:val="ListBullet"/>
      </w:pPr>
      <w:r>
        <w:t>Verificar que no hay desplazamiento.</w:t>
      </w:r>
    </w:p>
    <w:p>
      <w:pPr>
        <w:pStyle w:val="ListBullet"/>
      </w:pPr>
      <w:r>
        <w:t>Ajustar si es necesario.</w:t>
      </w:r>
    </w:p>
    <w:p>
      <w:r>
        <w:t>────────────────────────────────────────────────────────────</w:t>
      </w:r>
    </w:p>
    <w:p>
      <w:pPr>
        <w:pStyle w:val="Heading2"/>
      </w:pPr>
      <w:r>
        <w:t>3.8.6 Procedimientos paso a paso por situación</w:t>
      </w:r>
    </w:p>
    <w:p>
      <w:pPr>
        <w:pStyle w:val="Heading3"/>
      </w:pPr>
      <w:r>
        <w:t>A) Abrasiones / superficiales</w:t>
      </w:r>
    </w:p>
    <w:p>
      <w:r>
        <w:t>**Indicación operativa:**</w:t>
      </w:r>
    </w:p>
    <w:p>
      <w:pPr>
        <w:pStyle w:val="ListBullet"/>
      </w:pPr>
      <w:r>
        <w:t>Abrasiones o heridas superficiales.</w:t>
      </w:r>
    </w:p>
    <w:p>
      <w:pPr>
        <w:pStyle w:val="ListBullet"/>
      </w:pPr>
      <w:r>
        <w:t>Sangrado leve o ausente.</w:t>
      </w:r>
    </w:p>
    <w:p>
      <w:pPr>
        <w:pStyle w:val="ListBullet"/>
      </w:pPr>
      <w:r>
        <w:t>Herida accesible.</w:t>
      </w:r>
    </w:p>
    <w:p>
      <w:r>
        <w:t>**Procedimiento paso a paso:**</w:t>
      </w:r>
    </w:p>
    <w:p>
      <w:pPr>
        <w:pStyle w:val="ListNumber"/>
      </w:pPr>
      <w:r>
        <w:t>**Preparación**</w:t>
      </w:r>
    </w:p>
    <w:p>
      <w:pPr>
        <w:pStyle w:val="ListBullet"/>
      </w:pPr>
      <w:r>
        <w:t>Usar EPI adecuado (guantes, protección ocular si hay riesgo).</w:t>
      </w:r>
    </w:p>
    <w:p>
      <w:pPr>
        <w:pStyle w:val="ListBullet"/>
      </w:pPr>
      <w:r>
        <w:t>Preparar gasas/compresas/apósitos.</w:t>
      </w:r>
    </w:p>
    <w:p>
      <w:pPr>
        <w:pStyle w:val="ListBullet"/>
      </w:pPr>
      <w:r>
        <w:t>Preparar suero fisiológico si procede.</w:t>
      </w:r>
    </w:p>
    <w:p>
      <w:pPr>
        <w:pStyle w:val="ListNumber"/>
      </w:pPr>
      <w:r>
        <w:t>**Limpieza superficial**</w:t>
      </w:r>
    </w:p>
    <w:p>
      <w:pPr>
        <w:pStyle w:val="ListBullet"/>
      </w:pPr>
      <w:r>
        <w:t>Limpiar superficie externa con suero fisiológico si procede.</w:t>
      </w:r>
    </w:p>
    <w:p>
      <w:pPr>
        <w:pStyle w:val="ListBullet"/>
      </w:pPr>
      <w:r>
        <w:t>Limpieza suave y controlada.</w:t>
      </w:r>
    </w:p>
    <w:p>
      <w:pPr>
        <w:pStyle w:val="ListBullet"/>
      </w:pPr>
      <w:r>
        <w:t>No "hurgar" ni explorar profundidad.</w:t>
      </w:r>
    </w:p>
    <w:p>
      <w:pPr>
        <w:pStyle w:val="ListNumber"/>
      </w:pPr>
      <w:r>
        <w:t>**Cobertura**</w:t>
      </w:r>
    </w:p>
    <w:p>
      <w:pPr>
        <w:pStyle w:val="ListBullet"/>
      </w:pPr>
      <w:r>
        <w:t>Cubrir con gasa/compresa/apósito no adherente.</w:t>
      </w:r>
    </w:p>
    <w:p>
      <w:pPr>
        <w:pStyle w:val="ListBullet"/>
      </w:pPr>
      <w:r>
        <w:t>Cubrir completamente sin comprimir.</w:t>
      </w:r>
    </w:p>
    <w:p>
      <w:pPr>
        <w:pStyle w:val="ListNumber"/>
      </w:pPr>
      <w:r>
        <w:t>**Fijación**</w:t>
      </w:r>
    </w:p>
    <w:p>
      <w:pPr>
        <w:pStyle w:val="ListBullet"/>
      </w:pPr>
      <w:r>
        <w:t>Fijar con venda o cinta adhesiva.</w:t>
      </w:r>
    </w:p>
    <w:p>
      <w:pPr>
        <w:pStyle w:val="ListBullet"/>
      </w:pPr>
      <w:r>
        <w:t>Verificar que cobertura no se desplaza.</w:t>
      </w:r>
    </w:p>
    <w:p>
      <w:pPr>
        <w:pStyle w:val="ListBullet"/>
      </w:pPr>
      <w:r>
        <w:t>Verificar que fijación es adecuada.</w:t>
      </w:r>
    </w:p>
    <w:p>
      <w:pPr>
        <w:pStyle w:val="ListNumber"/>
      </w:pPr>
      <w:r>
        <w:t>**Verificación**</w:t>
      </w:r>
    </w:p>
    <w:p>
      <w:pPr>
        <w:pStyle w:val="ListBullet"/>
      </w:pPr>
      <w:r>
        <w:t>Verificar que cobertura está bien fijada.</w:t>
      </w:r>
    </w:p>
    <w:p>
      <w:pPr>
        <w:pStyle w:val="ListBullet"/>
      </w:pPr>
      <w:r>
        <w:t>Verificar que no hay problemas.</w:t>
      </w:r>
    </w:p>
    <w:p>
      <w:pPr>
        <w:pStyle w:val="ListBullet"/>
      </w:pPr>
      <w:r>
        <w:t>Re-verificar después de movimientos.</w:t>
      </w:r>
    </w:p>
    <w:p>
      <w:r>
        <w:t>**Errores frecuentes:**</w:t>
      </w:r>
    </w:p>
    <w:p>
      <w:pPr>
        <w:pStyle w:val="ListBullet"/>
      </w:pPr>
      <w:r>
        <w:t>Limpieza agresiva ("hurgar").</w:t>
      </w:r>
    </w:p>
    <w:p>
      <w:pPr>
        <w:pStyle w:val="ListBullet"/>
      </w:pPr>
      <w:r>
        <w:t>Cobertura que se desplaza.</w:t>
      </w:r>
    </w:p>
    <w:p>
      <w:pPr>
        <w:pStyle w:val="ListBullet"/>
      </w:pPr>
      <w:r>
        <w:t>Fijación insuficiente.</w:t>
      </w:r>
    </w:p>
    <w:p>
      <w:r>
        <w:t>────────────────────────────────────────────────────────────</w:t>
      </w:r>
    </w:p>
    <w:p>
      <w:pPr>
        <w:pStyle w:val="Heading3"/>
      </w:pPr>
      <w:r>
        <w:t>B) Laceración con sangrado leve/moderado</w:t>
      </w:r>
    </w:p>
    <w:p>
      <w:r>
        <w:t>**Indicación operativa:**</w:t>
      </w:r>
    </w:p>
    <w:p>
      <w:pPr>
        <w:pStyle w:val="ListBullet"/>
      </w:pPr>
      <w:r>
        <w:t>Laceración con sangrado leve/moderado.</w:t>
      </w:r>
    </w:p>
    <w:p>
      <w:pPr>
        <w:pStyle w:val="ListBullet"/>
      </w:pPr>
      <w:r>
        <w:t>Herida accesible.</w:t>
      </w:r>
    </w:p>
    <w:p>
      <w:pPr>
        <w:pStyle w:val="ListBullet"/>
      </w:pPr>
      <w:r>
        <w:t>Necesidad de control de sangrado.</w:t>
      </w:r>
    </w:p>
    <w:p>
      <w:r>
        <w:t>**Procedimiento paso a paso:**</w:t>
      </w:r>
    </w:p>
    <w:p>
      <w:pPr>
        <w:pStyle w:val="ListNumber"/>
      </w:pPr>
      <w:r>
        <w:t>**Preparación**</w:t>
      </w:r>
    </w:p>
    <w:p>
      <w:pPr>
        <w:pStyle w:val="ListBullet"/>
      </w:pPr>
      <w:r>
        <w:t>Usar EPI adecuado.</w:t>
      </w:r>
    </w:p>
    <w:p>
      <w:pPr>
        <w:pStyle w:val="ListBullet"/>
      </w:pPr>
      <w:r>
        <w:t>Preparar gasas/compresas/apósitos.</w:t>
      </w:r>
    </w:p>
    <w:p>
      <w:pPr>
        <w:pStyle w:val="ListBullet"/>
      </w:pPr>
      <w:r>
        <w:t>Preparar material para presión directa.</w:t>
      </w:r>
    </w:p>
    <w:p>
      <w:pPr>
        <w:pStyle w:val="ListNumber"/>
      </w:pPr>
      <w:r>
        <w:t>**Presión directa**</w:t>
      </w:r>
    </w:p>
    <w:p>
      <w:pPr>
        <w:pStyle w:val="ListBullet"/>
      </w:pPr>
      <w:r>
        <w:t>Aplicar presión directa sobre herida con gasa/compresa.</w:t>
      </w:r>
    </w:p>
    <w:p>
      <w:pPr>
        <w:pStyle w:val="ListBullet"/>
      </w:pPr>
      <w:r>
        <w:t>Presión firme pero no excesiva.</w:t>
      </w:r>
    </w:p>
    <w:p>
      <w:pPr>
        <w:pStyle w:val="ListBullet"/>
      </w:pPr>
      <w:r>
        <w:t>Mantener presión hasta que sangrado se controle.</w:t>
      </w:r>
    </w:p>
    <w:p>
      <w:pPr>
        <w:pStyle w:val="ListNumber"/>
      </w:pPr>
      <w:r>
        <w:t>**Apósito**</w:t>
      </w:r>
    </w:p>
    <w:p>
      <w:pPr>
        <w:pStyle w:val="ListBullet"/>
      </w:pPr>
      <w:r>
        <w:t>Colocar apósito sobre herida.</w:t>
      </w:r>
    </w:p>
    <w:p>
      <w:pPr>
        <w:pStyle w:val="ListBullet"/>
      </w:pPr>
      <w:r>
        <w:t>Mantener presión mientras se coloca.</w:t>
      </w:r>
    </w:p>
    <w:p>
      <w:pPr>
        <w:pStyle w:val="ListNumber"/>
      </w:pPr>
      <w:r>
        <w:t>**Vendaje estable**</w:t>
      </w:r>
    </w:p>
    <w:p>
      <w:pPr>
        <w:pStyle w:val="ListBullet"/>
      </w:pPr>
      <w:r>
        <w:t>Aplicar vendaje compresivo si es necesario.</w:t>
      </w:r>
    </w:p>
    <w:p>
      <w:pPr>
        <w:pStyle w:val="ListBullet"/>
      </w:pPr>
      <w:r>
        <w:t>Fijar correctamente para evitar desplazamiento.</w:t>
      </w:r>
    </w:p>
    <w:p>
      <w:pPr>
        <w:pStyle w:val="ListBullet"/>
      </w:pPr>
      <w:r>
        <w:t>Verificar que compresión es adecuada.</w:t>
      </w:r>
    </w:p>
    <w:p>
      <w:pPr>
        <w:pStyle w:val="ListNumber"/>
      </w:pPr>
      <w:r>
        <w:t>**Control distal**</w:t>
      </w:r>
    </w:p>
    <w:p>
      <w:pPr>
        <w:pStyle w:val="ListBullet"/>
      </w:pPr>
      <w:r>
        <w:t>Verificar pulso, color, temperatura y sensibilidad distal (si es accesible).</w:t>
      </w:r>
    </w:p>
    <w:p>
      <w:pPr>
        <w:pStyle w:val="ListBullet"/>
      </w:pPr>
      <w:r>
        <w:t>Ajustar compresión si hay compromiso circulatorio.</w:t>
      </w:r>
    </w:p>
    <w:p>
      <w:pPr>
        <w:pStyle w:val="ListNumber"/>
      </w:pPr>
      <w:r>
        <w:t>**Verificación**</w:t>
      </w:r>
    </w:p>
    <w:p>
      <w:pPr>
        <w:pStyle w:val="ListBullet"/>
      </w:pPr>
      <w:r>
        <w:t>Verificar que sangrado se controla.</w:t>
      </w:r>
    </w:p>
    <w:p>
      <w:pPr>
        <w:pStyle w:val="ListBullet"/>
      </w:pPr>
      <w:r>
        <w:t>Verificar que vendaje está bien fijado.</w:t>
      </w:r>
    </w:p>
    <w:p>
      <w:pPr>
        <w:pStyle w:val="ListBullet"/>
      </w:pPr>
      <w:r>
        <w:t>Re-verificar después de movimientos.</w:t>
      </w:r>
    </w:p>
    <w:p>
      <w:r>
        <w:t>**Errores frecuentes:**</w:t>
      </w:r>
    </w:p>
    <w:p>
      <w:pPr>
        <w:pStyle w:val="ListBullet"/>
      </w:pPr>
      <w:r>
        <w:t>Presión insuficiente (sangrado no se controla).</w:t>
      </w:r>
    </w:p>
    <w:p>
      <w:pPr>
        <w:pStyle w:val="ListBullet"/>
      </w:pPr>
      <w:r>
        <w:t>Retirar apósito empapado (reactiva sangrado).</w:t>
      </w:r>
    </w:p>
    <w:p>
      <w:pPr>
        <w:pStyle w:val="ListBullet"/>
      </w:pPr>
      <w:r>
        <w:t>Vendaje que se desplaza.</w:t>
      </w:r>
    </w:p>
    <w:p>
      <w:pPr>
        <w:pStyle w:val="ListBullet"/>
      </w:pPr>
      <w:r>
        <w:t>No verificar circulación distal.</w:t>
      </w:r>
    </w:p>
    <w:p>
      <w:r>
        <w:t>────────────────────────────────────────────────────────────</w:t>
      </w:r>
    </w:p>
    <w:p>
      <w:pPr>
        <w:pStyle w:val="Heading3"/>
      </w:pPr>
      <w:r>
        <w:t>C) Colgajo cutáneo</w:t>
      </w:r>
    </w:p>
    <w:p>
      <w:r>
        <w:t>**Indicación operativa:**</w:t>
      </w:r>
    </w:p>
    <w:p>
      <w:pPr>
        <w:pStyle w:val="ListBullet"/>
      </w:pPr>
      <w:r>
        <w:t>Colgajo cutáneo (piel desprendida pero unida).</w:t>
      </w:r>
    </w:p>
    <w:p>
      <w:pPr>
        <w:pStyle w:val="ListBullet"/>
      </w:pPr>
      <w:r>
        <w:t>Necesidad de proteger colgajo.</w:t>
      </w:r>
    </w:p>
    <w:p>
      <w:r>
        <w:t>**Procedimiento paso a paso:**</w:t>
      </w:r>
    </w:p>
    <w:p>
      <w:pPr>
        <w:pStyle w:val="ListNumber"/>
      </w:pPr>
      <w:r>
        <w:t>**Preparación**</w:t>
      </w:r>
    </w:p>
    <w:p>
      <w:pPr>
        <w:pStyle w:val="ListBullet"/>
      </w:pPr>
      <w:r>
        <w:t>Usar EPI adecuado.</w:t>
      </w:r>
    </w:p>
    <w:p>
      <w:pPr>
        <w:pStyle w:val="ListBullet"/>
      </w:pPr>
      <w:r>
        <w:t>Preparar apósitos no adherentes.</w:t>
      </w:r>
    </w:p>
    <w:p>
      <w:pPr>
        <w:pStyle w:val="ListBullet"/>
      </w:pPr>
      <w:r>
        <w:t>Preparar material de fijación.</w:t>
      </w:r>
    </w:p>
    <w:p>
      <w:pPr>
        <w:pStyle w:val="ListNumber"/>
      </w:pPr>
      <w:r>
        <w:t>**No arrancar**</w:t>
      </w:r>
    </w:p>
    <w:p>
      <w:pPr>
        <w:pStyle w:val="ListBullet"/>
      </w:pPr>
      <w:r>
        <w:t>**NUNCA arrancar colgajo.**</w:t>
      </w:r>
    </w:p>
    <w:p>
      <w:pPr>
        <w:pStyle w:val="ListBullet"/>
      </w:pPr>
      <w:r>
        <w:t>Dejar colgajo en su posición.</w:t>
      </w:r>
    </w:p>
    <w:p>
      <w:pPr>
        <w:pStyle w:val="ListNumber"/>
      </w:pPr>
      <w:r>
        <w:t>**Recolocar suave si viable**</w:t>
      </w:r>
    </w:p>
    <w:p>
      <w:pPr>
        <w:pStyle w:val="ListBullet"/>
      </w:pPr>
      <w:r>
        <w:t>Recolocar colgajo suavemente si es viable.</w:t>
      </w:r>
    </w:p>
    <w:p>
      <w:pPr>
        <w:pStyle w:val="ListBullet"/>
      </w:pPr>
      <w:r>
        <w:t>No forzar si no se puede recolocar.</w:t>
      </w:r>
    </w:p>
    <w:p>
      <w:pPr>
        <w:pStyle w:val="ListBullet"/>
      </w:pPr>
      <w:r>
        <w:t>No forzar si hay resistencia.</w:t>
      </w:r>
    </w:p>
    <w:p>
      <w:pPr>
        <w:pStyle w:val="ListNumber"/>
      </w:pPr>
      <w:r>
        <w:t>**Cobertura no adherente**</w:t>
      </w:r>
    </w:p>
    <w:p>
      <w:pPr>
        <w:pStyle w:val="ListBullet"/>
      </w:pPr>
      <w:r>
        <w:t>Cubrir con apósito no adherente.</w:t>
      </w:r>
    </w:p>
    <w:p>
      <w:pPr>
        <w:pStyle w:val="ListBullet"/>
      </w:pPr>
      <w:r>
        <w:t>Proteger colgajo sin comprimir.</w:t>
      </w:r>
    </w:p>
    <w:p>
      <w:pPr>
        <w:pStyle w:val="ListNumber"/>
      </w:pPr>
      <w:r>
        <w:t>**Fijación sin tensión**</w:t>
      </w:r>
    </w:p>
    <w:p>
      <w:pPr>
        <w:pStyle w:val="ListBullet"/>
      </w:pPr>
      <w:r>
        <w:t>Fijar sin tensión (no apretar colgajo).</w:t>
      </w:r>
    </w:p>
    <w:p>
      <w:pPr>
        <w:pStyle w:val="ListBullet"/>
      </w:pPr>
      <w:r>
        <w:t>Verificar que fijación no comprime colgajo.</w:t>
      </w:r>
    </w:p>
    <w:p>
      <w:pPr>
        <w:pStyle w:val="ListBullet"/>
      </w:pPr>
      <w:r>
        <w:t>Verificar que cobertura no se desplaza.</w:t>
      </w:r>
    </w:p>
    <w:p>
      <w:pPr>
        <w:pStyle w:val="ListNumber"/>
      </w:pPr>
      <w:r>
        <w:t>**Verificación**</w:t>
      </w:r>
    </w:p>
    <w:p>
      <w:pPr>
        <w:pStyle w:val="ListBullet"/>
      </w:pPr>
      <w:r>
        <w:t>Verificar que colgajo está protegido.</w:t>
      </w:r>
    </w:p>
    <w:p>
      <w:pPr>
        <w:pStyle w:val="ListBullet"/>
      </w:pPr>
      <w:r>
        <w:t>Verificar que fijación es adecuada.</w:t>
      </w:r>
    </w:p>
    <w:p>
      <w:pPr>
        <w:pStyle w:val="ListBullet"/>
      </w:pPr>
      <w:r>
        <w:t>Re-verificar después de movimientos.</w:t>
      </w:r>
    </w:p>
    <w:p>
      <w:r>
        <w:t>**Errores frecuentes:**</w:t>
      </w:r>
    </w:p>
    <w:p>
      <w:pPr>
        <w:pStyle w:val="ListBullet"/>
      </w:pPr>
      <w:r>
        <w:t>Arrancar colgajo.</w:t>
      </w:r>
    </w:p>
    <w:p>
      <w:pPr>
        <w:pStyle w:val="ListBullet"/>
      </w:pPr>
      <w:r>
        <w:t>Fijación con tensión (comprime colgajo).</w:t>
      </w:r>
    </w:p>
    <w:p>
      <w:pPr>
        <w:pStyle w:val="ListBullet"/>
      </w:pPr>
      <w:r>
        <w:t>Cobertura adherente (daña colgajo al retirar).</w:t>
      </w:r>
    </w:p>
    <w:p>
      <w:r>
        <w:t>────────────────────────────────────────────────────────────</w:t>
      </w:r>
    </w:p>
    <w:p>
      <w:pPr>
        <w:pStyle w:val="Heading3"/>
      </w:pPr>
      <w:r>
        <w:t>D) Penetrante sin cuerpo extraño visible</w:t>
      </w:r>
    </w:p>
    <w:p>
      <w:r>
        <w:t>**Indicación operativa:**</w:t>
      </w:r>
    </w:p>
    <w:p>
      <w:pPr>
        <w:pStyle w:val="ListBullet"/>
      </w:pPr>
      <w:r>
        <w:t>Herida penetrante sin cuerpo extraño visible.</w:t>
      </w:r>
    </w:p>
    <w:p>
      <w:pPr>
        <w:pStyle w:val="ListBullet"/>
      </w:pPr>
      <w:r>
        <w:t>Necesidad de proteger herida.</w:t>
      </w:r>
    </w:p>
    <w:p>
      <w:r>
        <w:t>**Procedimiento paso a paso:**</w:t>
      </w:r>
    </w:p>
    <w:p>
      <w:pPr>
        <w:pStyle w:val="ListNumber"/>
      </w:pPr>
      <w:r>
        <w:t>**Preparación**</w:t>
      </w:r>
    </w:p>
    <w:p>
      <w:pPr>
        <w:pStyle w:val="ListBullet"/>
      </w:pPr>
      <w:r>
        <w:t>Usar EPI adecuado.</w:t>
      </w:r>
    </w:p>
    <w:p>
      <w:pPr>
        <w:pStyle w:val="ListBullet"/>
      </w:pPr>
      <w:r>
        <w:t>Preparar gasas/compresas/apósitos.</w:t>
      </w:r>
    </w:p>
    <w:p>
      <w:pPr>
        <w:pStyle w:val="ListBullet"/>
      </w:pPr>
      <w:r>
        <w:t>Preparar material de fijación.</w:t>
      </w:r>
    </w:p>
    <w:p>
      <w:pPr>
        <w:pStyle w:val="ListNumber"/>
      </w:pPr>
      <w:r>
        <w:t>**No explorar profundidad**</w:t>
      </w:r>
    </w:p>
    <w:p>
      <w:pPr>
        <w:pStyle w:val="ListBullet"/>
      </w:pPr>
      <w:r>
        <w:t>**NUNCA explorar profundidad** con dedos o instrumental.</w:t>
      </w:r>
    </w:p>
    <w:p>
      <w:pPr>
        <w:pStyle w:val="ListBullet"/>
      </w:pPr>
      <w:r>
        <w:t>No "hurgar" en herida.</w:t>
      </w:r>
    </w:p>
    <w:p>
      <w:pPr>
        <w:pStyle w:val="ListBullet"/>
      </w:pPr>
      <w:r>
        <w:t>Solo cubrir y proteger.</w:t>
      </w:r>
    </w:p>
    <w:p>
      <w:pPr>
        <w:pStyle w:val="ListNumber"/>
      </w:pPr>
      <w:r>
        <w:t>**Cubrir y fijar**</w:t>
      </w:r>
    </w:p>
    <w:p>
      <w:pPr>
        <w:pStyle w:val="ListBullet"/>
      </w:pPr>
      <w:r>
        <w:t>Cubrir herida con gasa/compresa/apósito.</w:t>
      </w:r>
    </w:p>
    <w:p>
      <w:pPr>
        <w:pStyle w:val="ListBullet"/>
      </w:pPr>
      <w:r>
        <w:t>Fijar correctamente para evitar desplazamiento.</w:t>
      </w:r>
    </w:p>
    <w:p>
      <w:pPr>
        <w:pStyle w:val="ListBullet"/>
      </w:pPr>
      <w:r>
        <w:t>Verificar que cobertura no se desplaza.</w:t>
      </w:r>
    </w:p>
    <w:p>
      <w:pPr>
        <w:pStyle w:val="ListNumber"/>
      </w:pPr>
      <w:r>
        <w:t>**Vigilar desplazamientos**</w:t>
      </w:r>
    </w:p>
    <w:p>
      <w:pPr>
        <w:pStyle w:val="ListBullet"/>
      </w:pPr>
      <w:r>
        <w:t>Vigilar que cobertura no se desplaza.</w:t>
      </w:r>
    </w:p>
    <w:p>
      <w:pPr>
        <w:pStyle w:val="ListBullet"/>
      </w:pPr>
      <w:r>
        <w:t>Re-verificar después de movimientos.</w:t>
      </w:r>
    </w:p>
    <w:p>
      <w:pPr>
        <w:pStyle w:val="ListBullet"/>
      </w:pPr>
      <w:r>
        <w:t>Ajustar si es necesario.</w:t>
      </w:r>
    </w:p>
    <w:p>
      <w:pPr>
        <w:pStyle w:val="ListNumber"/>
      </w:pPr>
      <w:r>
        <w:t>**Verificación**</w:t>
      </w:r>
    </w:p>
    <w:p>
      <w:pPr>
        <w:pStyle w:val="ListBullet"/>
      </w:pPr>
      <w:r>
        <w:t>Verificar que herida está protegida.</w:t>
      </w:r>
    </w:p>
    <w:p>
      <w:pPr>
        <w:pStyle w:val="ListBullet"/>
      </w:pPr>
      <w:r>
        <w:t>Verificar que cobertura está bien fijada.</w:t>
      </w:r>
    </w:p>
    <w:p>
      <w:pPr>
        <w:pStyle w:val="ListBullet"/>
      </w:pPr>
      <w:r>
        <w:t>Re-verificar después de movimientos.</w:t>
      </w:r>
    </w:p>
    <w:p>
      <w:r>
        <w:t>**Errores frecuentes:**</w:t>
      </w:r>
    </w:p>
    <w:p>
      <w:pPr>
        <w:pStyle w:val="ListBullet"/>
      </w:pPr>
      <w:r>
        <w:t>Explorar profundidad (riesgo de lesión).</w:t>
      </w:r>
    </w:p>
    <w:p>
      <w:pPr>
        <w:pStyle w:val="ListBullet"/>
      </w:pPr>
      <w:r>
        <w:t>Cobertura que se desplaza.</w:t>
      </w:r>
    </w:p>
    <w:p>
      <w:pPr>
        <w:pStyle w:val="ListBullet"/>
      </w:pPr>
      <w:r>
        <w:t>No vigilar desplazamientos.</w:t>
      </w:r>
    </w:p>
    <w:p>
      <w:r>
        <w:t>────────────────────────────────────────────────────────────</w:t>
      </w:r>
    </w:p>
    <w:p>
      <w:pPr>
        <w:pStyle w:val="Heading3"/>
      </w:pPr>
      <w:r>
        <w:t>E) Penetrante con cuerpo extraño incrustado</w:t>
      </w:r>
    </w:p>
    <w:p>
      <w:r>
        <w:t>**Indicación operativa:**</w:t>
      </w:r>
    </w:p>
    <w:p>
      <w:pPr>
        <w:pStyle w:val="ListBullet"/>
      </w:pPr>
      <w:r>
        <w:t>Herida penetrante con cuerpo extraño incrustado.</w:t>
      </w:r>
    </w:p>
    <w:p>
      <w:pPr>
        <w:pStyle w:val="ListBullet"/>
      </w:pPr>
      <w:r>
        <w:t>Necesidad de estabilizar cuerpo extraño.</w:t>
      </w:r>
    </w:p>
    <w:p>
      <w:r>
        <w:t>**Procedimiento paso a paso:**</w:t>
      </w:r>
    </w:p>
    <w:p>
      <w:pPr>
        <w:pStyle w:val="ListNumber"/>
      </w:pPr>
      <w:r>
        <w:t>**Preparación**</w:t>
      </w:r>
    </w:p>
    <w:p>
      <w:pPr>
        <w:pStyle w:val="ListBullet"/>
      </w:pPr>
      <w:r>
        <w:t>Usar EPI adecuado.</w:t>
      </w:r>
    </w:p>
    <w:p>
      <w:pPr>
        <w:pStyle w:val="ListBullet"/>
      </w:pPr>
      <w:r>
        <w:t>Preparar gasas/rollos para estabilización.</w:t>
      </w:r>
    </w:p>
    <w:p>
      <w:pPr>
        <w:pStyle w:val="ListBullet"/>
      </w:pPr>
      <w:r>
        <w:t>Preparar material de fijación.</w:t>
      </w:r>
    </w:p>
    <w:p>
      <w:pPr>
        <w:pStyle w:val="ListNumber"/>
      </w:pPr>
      <w:r>
        <w:t>**No retirar**</w:t>
      </w:r>
    </w:p>
    <w:p>
      <w:pPr>
        <w:pStyle w:val="ListBullet"/>
      </w:pPr>
      <w:r>
        <w:t>**NUNCA retirar cuerpo extraño incrustado.**</w:t>
      </w:r>
    </w:p>
    <w:p>
      <w:pPr>
        <w:pStyle w:val="ListBullet"/>
      </w:pPr>
      <w:r>
        <w:t>Retirar puede causar lesión o reactivar sangrado.</w:t>
      </w:r>
    </w:p>
    <w:p>
      <w:pPr>
        <w:pStyle w:val="ListBullet"/>
      </w:pPr>
      <w:r>
        <w:t>Dejar cuerpo extraño en su posición.</w:t>
      </w:r>
    </w:p>
    <w:p>
      <w:pPr>
        <w:pStyle w:val="ListNumber"/>
      </w:pPr>
      <w:r>
        <w:t>**Estabilizar con "anillos" de gasa/rollos**</w:t>
      </w:r>
    </w:p>
    <w:p>
      <w:pPr>
        <w:pStyle w:val="ListBullet"/>
      </w:pPr>
      <w:r>
        <w:t>Crear "anillos" de gasa o rollos alrededor del cuerpo extraño.</w:t>
      </w:r>
    </w:p>
    <w:p>
      <w:pPr>
        <w:pStyle w:val="ListBullet"/>
      </w:pPr>
      <w:r>
        <w:t>Estabilizar sin comprimir cuerpo extraño.</w:t>
      </w:r>
    </w:p>
    <w:p>
      <w:pPr>
        <w:pStyle w:val="ListBullet"/>
      </w:pPr>
      <w:r>
        <w:t>Proteger cuerpo extraño de movimientos.</w:t>
      </w:r>
    </w:p>
    <w:p>
      <w:pPr>
        <w:pStyle w:val="ListNumber"/>
      </w:pPr>
      <w:r>
        <w:t>**Fijar sin mover**</w:t>
      </w:r>
    </w:p>
    <w:p>
      <w:pPr>
        <w:pStyle w:val="ListBullet"/>
      </w:pPr>
      <w:r>
        <w:t>Fijar estabilización sin mover cuerpo extraño.</w:t>
      </w:r>
    </w:p>
    <w:p>
      <w:pPr>
        <w:pStyle w:val="ListBullet"/>
      </w:pPr>
      <w:r>
        <w:t>Verificar que cuerpo extraño no se mueve.</w:t>
      </w:r>
    </w:p>
    <w:p>
      <w:pPr>
        <w:pStyle w:val="ListBullet"/>
      </w:pPr>
      <w:r>
        <w:t>Verificar que fijación es adecuada.</w:t>
      </w:r>
    </w:p>
    <w:p>
      <w:pPr>
        <w:pStyle w:val="ListNumber"/>
      </w:pPr>
      <w:r>
        <w:t>**Control sangrado periférico**</w:t>
      </w:r>
    </w:p>
    <w:p>
      <w:pPr>
        <w:pStyle w:val="ListBullet"/>
      </w:pPr>
      <w:r>
        <w:t>Controlar sangrado alrededor del cuerpo extraño si es necesario.</w:t>
      </w:r>
    </w:p>
    <w:p>
      <w:pPr>
        <w:pStyle w:val="ListBullet"/>
      </w:pPr>
      <w:r>
        <w:t>Aplicar presión alrededor (no sobre cuerpo extraño).</w:t>
      </w:r>
    </w:p>
    <w:p>
      <w:pPr>
        <w:pStyle w:val="ListBullet"/>
      </w:pPr>
      <w:r>
        <w:t>No comprimir cuerpo extraño.</w:t>
      </w:r>
    </w:p>
    <w:p>
      <w:pPr>
        <w:pStyle w:val="ListNumber"/>
      </w:pPr>
      <w:r>
        <w:t>**Verificación**</w:t>
      </w:r>
    </w:p>
    <w:p>
      <w:pPr>
        <w:pStyle w:val="ListBullet"/>
      </w:pPr>
      <w:r>
        <w:t>Verificar que cuerpo extraño está estabilizado.</w:t>
      </w:r>
    </w:p>
    <w:p>
      <w:pPr>
        <w:pStyle w:val="ListBullet"/>
      </w:pPr>
      <w:r>
        <w:t>Verificar que no se mueve.</w:t>
      </w:r>
    </w:p>
    <w:p>
      <w:pPr>
        <w:pStyle w:val="ListBullet"/>
      </w:pPr>
      <w:r>
        <w:t>Re-verificar después de movimientos.</w:t>
      </w:r>
    </w:p>
    <w:p>
      <w:r>
        <w:t>**Errores críticos:**</w:t>
      </w:r>
    </w:p>
    <w:p>
      <w:pPr>
        <w:pStyle w:val="ListBullet"/>
      </w:pPr>
      <w:r>
        <w:t>Retirar cuerpo extraño (riesgo de lesión, reactiva sangrado).</w:t>
      </w:r>
    </w:p>
    <w:p>
      <w:pPr>
        <w:pStyle w:val="ListBullet"/>
      </w:pPr>
      <w:r>
        <w:t>Comprimir cuerpo extraño (puede causar lesión).</w:t>
      </w:r>
    </w:p>
    <w:p>
      <w:pPr>
        <w:pStyle w:val="ListBullet"/>
      </w:pPr>
      <w:r>
        <w:t>No estabilizar (cuerpo extraño se mueve, causa lesión).</w:t>
      </w:r>
    </w:p>
    <w:p>
      <w:r>
        <w:t>────────────────────────────────────────────────────────────</w:t>
      </w:r>
    </w:p>
    <w:p>
      <w:pPr>
        <w:pStyle w:val="Heading3"/>
      </w:pPr>
      <w:r>
        <w:t>F) Amputación traumática / parte separada</w:t>
      </w:r>
    </w:p>
    <w:p>
      <w:r>
        <w:t>**Indicación operativa:**</w:t>
      </w:r>
    </w:p>
    <w:p>
      <w:pPr>
        <w:pStyle w:val="ListBullet"/>
      </w:pPr>
      <w:r>
        <w:t>Amputación traumática (parte del cuerpo separada).</w:t>
      </w:r>
    </w:p>
    <w:p>
      <w:pPr>
        <w:pStyle w:val="ListBullet"/>
      </w:pPr>
      <w:r>
        <w:t>Necesidad de cuidar muñón y parte amputada.</w:t>
      </w:r>
    </w:p>
    <w:p>
      <w:r>
        <w:t>**Procedimiento paso a paso:**</w:t>
      </w:r>
    </w:p>
    <w:p>
      <w:r>
        <w:t>**Cuidado del muñón:**</w:t>
      </w:r>
    </w:p>
    <w:p>
      <w:pPr>
        <w:pStyle w:val="ListNumber"/>
      </w:pPr>
      <w:r>
        <w:t>**Control sangrado**</w:t>
      </w:r>
    </w:p>
    <w:p>
      <w:pPr>
        <w:pStyle w:val="ListBullet"/>
      </w:pPr>
      <w:r>
        <w:t>Aplicar presión directa sobre muñón.</w:t>
      </w:r>
    </w:p>
    <w:p>
      <w:pPr>
        <w:pStyle w:val="ListBullet"/>
      </w:pPr>
      <w:r>
        <w:t>Controlar sangrado según técnicas de 3.6.</w:t>
      </w:r>
    </w:p>
    <w:p>
      <w:pPr>
        <w:pStyle w:val="ListBullet"/>
      </w:pPr>
      <w:r>
        <w:t>No aplicar torniquete directamente sobre muñón si es posible.</w:t>
      </w:r>
    </w:p>
    <w:p>
      <w:pPr>
        <w:pStyle w:val="ListNumber"/>
      </w:pPr>
      <w:r>
        <w:t>**Cobertura**</w:t>
      </w:r>
    </w:p>
    <w:p>
      <w:pPr>
        <w:pStyle w:val="ListBullet"/>
      </w:pPr>
      <w:r>
        <w:t>Cubrir muñón con gasa/compresa/apósito.</w:t>
      </w:r>
    </w:p>
    <w:p>
      <w:pPr>
        <w:pStyle w:val="ListBullet"/>
      </w:pPr>
      <w:r>
        <w:t>Fijar correctamente para evitar desplazamiento.</w:t>
      </w:r>
    </w:p>
    <w:p>
      <w:pPr>
        <w:pStyle w:val="ListBullet"/>
      </w:pPr>
      <w:r>
        <w:t>Verificar que cobertura no se desplaza.</w:t>
      </w:r>
    </w:p>
    <w:p>
      <w:r>
        <w:t>**Parte amputada:**</w:t>
      </w:r>
    </w:p>
    <w:p>
      <w:pPr>
        <w:pStyle w:val="ListNumber"/>
      </w:pPr>
      <w:r>
        <w:t>**Envoltura y bolsa estanca**</w:t>
      </w:r>
    </w:p>
    <w:p>
      <w:pPr>
        <w:pStyle w:val="ListBullet"/>
      </w:pPr>
      <w:r>
        <w:t>Envolver parte amputada en gasa/compresa estéril.</w:t>
      </w:r>
    </w:p>
    <w:p>
      <w:pPr>
        <w:pStyle w:val="ListBullet"/>
      </w:pPr>
      <w:r>
        <w:t>Colocar en bolsa estanca (bolsa de plástico).</w:t>
      </w:r>
    </w:p>
    <w:p>
      <w:pPr>
        <w:pStyle w:val="ListBullet"/>
      </w:pPr>
      <w:r>
        <w:t>Cerrar bolsa correctamente.</w:t>
      </w:r>
    </w:p>
    <w:p>
      <w:pPr>
        <w:pStyle w:val="ListNumber"/>
      </w:pPr>
      <w:r>
        <w:t>**Segunda bolsa con frío (sin hielo directo) si protocolo lo contempla**</w:t>
      </w:r>
    </w:p>
    <w:p>
      <w:pPr>
        <w:pStyle w:val="ListBullet"/>
      </w:pPr>
      <w:r>
        <w:t>Colocar bolsa estanca en segunda bolsa con frío (si protocolo lo contempla).</w:t>
      </w:r>
    </w:p>
    <w:p>
      <w:pPr>
        <w:pStyle w:val="ListBullet"/>
      </w:pPr>
      <w:r>
        <w:t>**NUNCA poner hielo directo** sobre parte amputada.</w:t>
      </w:r>
    </w:p>
    <w:p>
      <w:pPr>
        <w:pStyle w:val="ListBullet"/>
      </w:pPr>
      <w:r>
        <w:t>Seguir protocolo del servicio.</w:t>
      </w:r>
    </w:p>
    <w:p>
      <w:pPr>
        <w:pStyle w:val="ListNumber"/>
      </w:pPr>
      <w:r>
        <w:t>**Etiquetado simple**</w:t>
      </w:r>
    </w:p>
    <w:p>
      <w:pPr>
        <w:pStyle w:val="ListBullet"/>
      </w:pPr>
      <w:r>
        <w:t>Etiquetar bolsa con información básica (hora, identificación si es posible).</w:t>
      </w:r>
    </w:p>
    <w:p>
      <w:pPr>
        <w:pStyle w:val="ListBullet"/>
      </w:pPr>
      <w:r>
        <w:t>Documentar en hoja de registro.</w:t>
      </w:r>
    </w:p>
    <w:p>
      <w:pPr>
        <w:pStyle w:val="ListBullet"/>
      </w:pPr>
      <w:r>
        <w:t>Transportar con paciente.</w:t>
      </w:r>
    </w:p>
    <w:p>
      <w:r>
        <w:t>**Verificación:**</w:t>
      </w:r>
    </w:p>
    <w:p>
      <w:pPr>
        <w:pStyle w:val="ListBullet"/>
      </w:pPr>
      <w:r>
        <w:t>Verificar que muñón está protegido.</w:t>
      </w:r>
    </w:p>
    <w:p>
      <w:pPr>
        <w:pStyle w:val="ListBullet"/>
      </w:pPr>
      <w:r>
        <w:t>Verificar que parte amputada está correctamente envuelta y etiquetada.</w:t>
      </w:r>
    </w:p>
    <w:p>
      <w:pPr>
        <w:pStyle w:val="ListBullet"/>
      </w:pPr>
      <w:r>
        <w:t>Re-verificar después de movimientos.</w:t>
      </w:r>
    </w:p>
    <w:p>
      <w:r>
        <w:t>**Errores frecuentes:**</w:t>
      </w:r>
    </w:p>
    <w:p>
      <w:pPr>
        <w:pStyle w:val="ListBullet"/>
      </w:pPr>
      <w:r>
        <w:t>No cuidar muñón (sangrado, contaminación).</w:t>
      </w:r>
    </w:p>
    <w:p>
      <w:pPr>
        <w:pStyle w:val="ListBullet"/>
      </w:pPr>
      <w:r>
        <w:t>Poner hielo directo sobre parte amputada (riesgo de lesión por frío).</w:t>
      </w:r>
    </w:p>
    <w:p>
      <w:pPr>
        <w:pStyle w:val="ListBullet"/>
      </w:pPr>
      <w:r>
        <w:t>No etiquetar parte amputada (confusión, pérdida).</w:t>
      </w:r>
    </w:p>
    <w:p>
      <w:r>
        <w:t>────────────────────────────────────────────────────────────</w:t>
      </w:r>
    </w:p>
    <w:p>
      <w:pPr>
        <w:pStyle w:val="Heading3"/>
      </w:pPr>
      <w:r>
        <w:t>G) Sangre oral/nasal en trauma</w:t>
      </w:r>
    </w:p>
    <w:p>
      <w:r>
        <w:t>**Indicación operativa:**</w:t>
      </w:r>
    </w:p>
    <w:p>
      <w:pPr>
        <w:pStyle w:val="ListBullet"/>
      </w:pPr>
      <w:r>
        <w:t>Sangre oral/nasal en trauma.</w:t>
      </w:r>
    </w:p>
    <w:p>
      <w:pPr>
        <w:pStyle w:val="ListBullet"/>
      </w:pPr>
      <w:r>
        <w:t>Necesidad de contención y aspiración.</w:t>
      </w:r>
    </w:p>
    <w:p>
      <w:r>
        <w:t>**Procedimiento paso a paso:**</w:t>
      </w:r>
    </w:p>
    <w:p>
      <w:pPr>
        <w:pStyle w:val="ListNumber"/>
      </w:pPr>
      <w:r>
        <w:t>**Contención**</w:t>
      </w:r>
    </w:p>
    <w:p>
      <w:pPr>
        <w:pStyle w:val="ListBullet"/>
      </w:pPr>
      <w:r>
        <w:t>Contener sangre con gasas/compresas si es posible.</w:t>
      </w:r>
    </w:p>
    <w:p>
      <w:pPr>
        <w:pStyle w:val="ListBullet"/>
      </w:pPr>
      <w:r>
        <w:t>Evitar derrames o salpicaduras.</w:t>
      </w:r>
    </w:p>
    <w:p>
      <w:pPr>
        <w:pStyle w:val="ListBullet"/>
      </w:pPr>
      <w:r>
        <w:t>Gestionar de forma segura.</w:t>
      </w:r>
    </w:p>
    <w:p>
      <w:pPr>
        <w:pStyle w:val="ListNumber"/>
      </w:pPr>
      <w:r>
        <w:t>**Enlace a aspiración (3.2)**</w:t>
      </w:r>
    </w:p>
    <w:p>
      <w:pPr>
        <w:pStyle w:val="ListBullet"/>
      </w:pPr>
      <w:r>
        <w:t>Aplicar técnicas de aspiración si es necesario (ver 3.2).</w:t>
      </w:r>
    </w:p>
    <w:p>
      <w:pPr>
        <w:pStyle w:val="ListBullet"/>
      </w:pPr>
      <w:r>
        <w:t>Coordinar con otras técnicas.</w:t>
      </w:r>
    </w:p>
    <w:p>
      <w:pPr>
        <w:pStyle w:val="ListBullet"/>
      </w:pPr>
      <w:r>
        <w:t>Gestionar durante traslado.</w:t>
      </w:r>
    </w:p>
    <w:p>
      <w:pPr>
        <w:pStyle w:val="ListNumber"/>
      </w:pPr>
      <w:r>
        <w:t>**Gestión durante traslado**</w:t>
      </w:r>
    </w:p>
    <w:p>
      <w:pPr>
        <w:pStyle w:val="ListBullet"/>
      </w:pPr>
      <w:r>
        <w:t>Gestionar sangre durante traslado.</w:t>
      </w:r>
    </w:p>
    <w:p>
      <w:pPr>
        <w:pStyle w:val="ListBullet"/>
      </w:pPr>
      <w:r>
        <w:t>Re-verificar después de movimientos.</w:t>
      </w:r>
    </w:p>
    <w:p>
      <w:pPr>
        <w:pStyle w:val="ListBullet"/>
      </w:pPr>
      <w:r>
        <w:t>Ajustar si es necesario.</w:t>
      </w:r>
    </w:p>
    <w:p>
      <w:r>
        <w:t>**Enlace:**</w:t>
      </w:r>
    </w:p>
    <w:p>
      <w:pPr>
        <w:pStyle w:val="ListBullet"/>
      </w:pPr>
      <w:r>
        <w:t>Ver 3.2 – Aspiración: Material y Uso Seguro para técnicas de aspiración.</w:t>
      </w:r>
    </w:p>
    <w:p>
      <w:r>
        <w:t>────────────────────────────────────────────────────────────</w:t>
      </w:r>
    </w:p>
    <w:p>
      <w:pPr>
        <w:pStyle w:val="Heading2"/>
      </w:pPr>
      <w:r>
        <w:t>3.8.7 Vendajes y fijaciones útiles en calle</w:t>
      </w:r>
    </w:p>
    <w:p>
      <w:pPr>
        <w:pStyle w:val="Heading3"/>
      </w:pPr>
      <w:r>
        <w:t>Circular/espiral</w:t>
      </w:r>
    </w:p>
    <w:p>
      <w:r>
        <w:t>**Técnica:**</w:t>
      </w:r>
    </w:p>
    <w:p>
      <w:pPr>
        <w:pStyle w:val="ListBullet"/>
      </w:pPr>
      <w:r>
        <w:t>Vendaje circular: envolver alrededor de extremidad de forma circular.</w:t>
      </w:r>
    </w:p>
    <w:p>
      <w:pPr>
        <w:pStyle w:val="ListBullet"/>
      </w:pPr>
      <w:r>
        <w:t>Vendaje espiral: envolver en espiral alrededor de extremidad.</w:t>
      </w:r>
    </w:p>
    <w:p>
      <w:pPr>
        <w:pStyle w:val="ListBullet"/>
      </w:pPr>
      <w:r>
        <w:t>Uso en fijación de apósitos en extremidades.</w:t>
      </w:r>
    </w:p>
    <w:p>
      <w:r>
        <w:t>**Consideraciones:**</w:t>
      </w:r>
    </w:p>
    <w:p>
      <w:pPr>
        <w:pStyle w:val="ListBullet"/>
      </w:pPr>
      <w:r>
        <w:t>Aplicar tensión uniforme.</w:t>
      </w:r>
    </w:p>
    <w:p>
      <w:pPr>
        <w:pStyle w:val="ListBullet"/>
      </w:pPr>
      <w:r>
        <w:t>No comprimir excesivamente.</w:t>
      </w:r>
    </w:p>
    <w:p>
      <w:pPr>
        <w:pStyle w:val="ListBullet"/>
      </w:pPr>
      <w:r>
        <w:t>Verificar que fijación es adecuada.</w:t>
      </w:r>
    </w:p>
    <w:p>
      <w:r>
        <w:t>────────────────────────────────────────────────────────────</w:t>
      </w:r>
    </w:p>
    <w:p>
      <w:pPr>
        <w:pStyle w:val="Heading3"/>
      </w:pPr>
      <w:r>
        <w:t>En "8" en articulaciones (enfoque de fijación)</w:t>
      </w:r>
    </w:p>
    <w:p>
      <w:r>
        <w:t>**Técnica:**</w:t>
      </w:r>
    </w:p>
    <w:p>
      <w:pPr>
        <w:pStyle w:val="ListBullet"/>
      </w:pPr>
      <w:r>
        <w:t>Vendaje en "8": cruzar sobre articulación en forma de "8".</w:t>
      </w:r>
    </w:p>
    <w:p>
      <w:pPr>
        <w:pStyle w:val="ListBullet"/>
      </w:pPr>
      <w:r>
        <w:t>Uso en fijación de apósitos en articulaciones.</w:t>
      </w:r>
    </w:p>
    <w:p>
      <w:pPr>
        <w:pStyle w:val="ListBullet"/>
      </w:pPr>
      <w:r>
        <w:t>Proporciona fijación estable en articulaciones.</w:t>
      </w:r>
    </w:p>
    <w:p>
      <w:r>
        <w:t>**Consideraciones:**</w:t>
      </w:r>
    </w:p>
    <w:p>
      <w:pPr>
        <w:pStyle w:val="ListBullet"/>
      </w:pPr>
      <w:r>
        <w:t>Aplicar tensión uniforme.</w:t>
      </w:r>
    </w:p>
    <w:p>
      <w:pPr>
        <w:pStyle w:val="ListBullet"/>
      </w:pPr>
      <w:r>
        <w:t>No comprimir excesivamente.</w:t>
      </w:r>
    </w:p>
    <w:p>
      <w:pPr>
        <w:pStyle w:val="ListBullet"/>
      </w:pPr>
      <w:r>
        <w:t>Verificar que fijación es adecuada.</w:t>
      </w:r>
    </w:p>
    <w:p>
      <w:r>
        <w:t>────────────────────────────────────────────────────────────</w:t>
      </w:r>
    </w:p>
    <w:p>
      <w:pPr>
        <w:pStyle w:val="Heading3"/>
      </w:pPr>
      <w:r>
        <w:t>Cohesiva: ventajas y errores</w:t>
      </w:r>
    </w:p>
    <w:p>
      <w:r>
        <w:t>**Ventajas:**</w:t>
      </w:r>
    </w:p>
    <w:p>
      <w:pPr>
        <w:pStyle w:val="ListBullet"/>
      </w:pPr>
      <w:r>
        <w:t>Se adhiere a sí misma (no necesita cinta).</w:t>
      </w:r>
    </w:p>
    <w:p>
      <w:pPr>
        <w:pStyle w:val="ListBullet"/>
      </w:pPr>
      <w:r>
        <w:t>Fácil de aplicar.</w:t>
      </w:r>
    </w:p>
    <w:p>
      <w:pPr>
        <w:pStyle w:val="ListBullet"/>
      </w:pPr>
      <w:r>
        <w:t>No se desenrolla.</w:t>
      </w:r>
    </w:p>
    <w:p>
      <w:r>
        <w:t>**Errores frecuentes:**</w:t>
      </w:r>
    </w:p>
    <w:p>
      <w:pPr>
        <w:pStyle w:val="ListBullet"/>
      </w:pPr>
      <w:r>
        <w:t>Aplicar demasiada tensión (compresión excesiva).</w:t>
      </w:r>
    </w:p>
    <w:p>
      <w:pPr>
        <w:pStyle w:val="ListBullet"/>
      </w:pPr>
      <w:r>
        <w:t>No verificar que fijación es adecuada.</w:t>
      </w:r>
    </w:p>
    <w:p>
      <w:pPr>
        <w:pStyle w:val="ListBullet"/>
      </w:pPr>
      <w:r>
        <w:t>No re-verificar después de movimientos.</w:t>
      </w:r>
    </w:p>
    <w:p>
      <w:r>
        <w:t>────────────────────────────────────────────────────────────</w:t>
      </w:r>
    </w:p>
    <w:p>
      <w:pPr>
        <w:pStyle w:val="Heading3"/>
      </w:pPr>
      <w:r>
        <w:t>Cabestrillo básico y sujeción (si lo usas como complemento)</w:t>
      </w:r>
    </w:p>
    <w:p>
      <w:r>
        <w:t>**Técnica:**</w:t>
      </w:r>
    </w:p>
    <w:p>
      <w:pPr>
        <w:pStyle w:val="ListBullet"/>
      </w:pPr>
      <w:r>
        <w:t>Cabestrillo: inmovilización de miembro superior.</w:t>
      </w:r>
    </w:p>
    <w:p>
      <w:pPr>
        <w:pStyle w:val="ListBullet"/>
      </w:pPr>
      <w:r>
        <w:t>Uso como complemento de vendajes.</w:t>
      </w:r>
    </w:p>
    <w:p>
      <w:pPr>
        <w:pStyle w:val="ListBullet"/>
      </w:pPr>
      <w:r>
        <w:t>Proporciona soporte y protección.</w:t>
      </w:r>
    </w:p>
    <w:p>
      <w:r>
        <w:t>**Consideraciones:**</w:t>
      </w:r>
    </w:p>
    <w:p>
      <w:pPr>
        <w:pStyle w:val="ListBullet"/>
      </w:pPr>
      <w:r>
        <w:t>Aplicar correctamente.</w:t>
      </w:r>
    </w:p>
    <w:p>
      <w:pPr>
        <w:pStyle w:val="ListBullet"/>
      </w:pPr>
      <w:r>
        <w:t>Verificar que proporciona soporte adecuado.</w:t>
      </w:r>
    </w:p>
    <w:p>
      <w:pPr>
        <w:pStyle w:val="ListBullet"/>
      </w:pPr>
      <w:r>
        <w:t>Re-verificar después de movimientos.</w:t>
      </w:r>
    </w:p>
    <w:p>
      <w:r>
        <w:t>────────────────────────────────────────────────────────────</w:t>
      </w:r>
    </w:p>
    <w:p>
      <w:pPr>
        <w:pStyle w:val="Heading2"/>
      </w:pPr>
      <w:r>
        <w:t>3.8.8 Integración con inmovilización y traslado</w:t>
      </w:r>
    </w:p>
    <w:p>
      <w:pPr>
        <w:pStyle w:val="Heading3"/>
      </w:pPr>
      <w:r>
        <w:t>Integración con inmovilización (2.6, 2.8, 2.13)</w:t>
      </w:r>
    </w:p>
    <w:p>
      <w:r>
        <w:t>**Correas y puntos de presión:**</w:t>
      </w:r>
    </w:p>
    <w:p>
      <w:pPr>
        <w:pStyle w:val="ListBullet"/>
      </w:pPr>
      <w:r>
        <w:t>Verificar que correas de inmovilización no comprimen vendajes.</w:t>
      </w:r>
    </w:p>
    <w:p>
      <w:pPr>
        <w:pStyle w:val="ListBullet"/>
      </w:pPr>
      <w:r>
        <w:t>Ajustar correas para evitar puntos de presión sobre heridas.</w:t>
      </w:r>
    </w:p>
    <w:p>
      <w:pPr>
        <w:pStyle w:val="ListBullet"/>
      </w:pPr>
      <w:r>
        <w:t>Re-verificar vendajes después de colocar inmovilización.</w:t>
      </w:r>
    </w:p>
    <w:p>
      <w:r>
        <w:t>**Evitar desplazamiento del apósito:**</w:t>
      </w:r>
    </w:p>
    <w:p>
      <w:pPr>
        <w:pStyle w:val="ListBullet"/>
      </w:pPr>
      <w:r>
        <w:t>Fijar vendajes de forma que no se desplazan durante inmovilización.</w:t>
      </w:r>
    </w:p>
    <w:p>
      <w:pPr>
        <w:pStyle w:val="ListBullet"/>
      </w:pPr>
      <w:r>
        <w:t>Verificar que vendajes no interfieren con inmovilización.</w:t>
      </w:r>
    </w:p>
    <w:p>
      <w:pPr>
        <w:pStyle w:val="ListBullet"/>
      </w:pPr>
      <w:r>
        <w:t>Re-verificar después de colocar inmovilización.</w:t>
      </w:r>
    </w:p>
    <w:p>
      <w:r>
        <w:t>**Consideraciones:**</w:t>
      </w:r>
    </w:p>
    <w:p>
      <w:pPr>
        <w:pStyle w:val="ListBullet"/>
      </w:pPr>
      <w:r>
        <w:t>Coordinar inmovilización con manejo de heridas.</w:t>
      </w:r>
    </w:p>
    <w:p>
      <w:pPr>
        <w:pStyle w:val="ListBullet"/>
      </w:pPr>
      <w:r>
        <w:t>No comprometer vendajes por inmovilización.</w:t>
      </w:r>
    </w:p>
    <w:p>
      <w:pPr>
        <w:pStyle w:val="ListBullet"/>
      </w:pPr>
      <w:r>
        <w:t>No comprometer inmovilización por vendajes.</w:t>
      </w:r>
    </w:p>
    <w:p>
      <w:r>
        <w:t>────────────────────────────────────────────────────────────</w:t>
      </w:r>
    </w:p>
    <w:p>
      <w:pPr>
        <w:pStyle w:val="Heading3"/>
      </w:pPr>
      <w:r>
        <w:t>Protección térmica y privacidad</w:t>
      </w:r>
    </w:p>
    <w:p>
      <w:r>
        <w:t>**Principio:**</w:t>
      </w:r>
    </w:p>
    <w:p>
      <w:pPr>
        <w:pStyle w:val="ListBullet"/>
      </w:pPr>
      <w:r>
        <w:t>Protección térmica es parte del manejo de heridas.</w:t>
      </w:r>
    </w:p>
    <w:p>
      <w:pPr>
        <w:pStyle w:val="ListBullet"/>
      </w:pPr>
      <w:r>
        <w:t>Prevenir hipotermia durante manejo.</w:t>
      </w:r>
    </w:p>
    <w:p>
      <w:pPr>
        <w:pStyle w:val="ListBullet"/>
      </w:pPr>
      <w:r>
        <w:t>Mantener privacidad del paciente.</w:t>
      </w:r>
    </w:p>
    <w:p>
      <w:r>
        <w:t>**Técnica:**</w:t>
      </w:r>
    </w:p>
    <w:p>
      <w:pPr>
        <w:pStyle w:val="ListBullet"/>
      </w:pPr>
      <w:r>
        <w:t>Aplicar manta térmica según necesidad (ver 3.9).</w:t>
      </w:r>
    </w:p>
    <w:p>
      <w:pPr>
        <w:pStyle w:val="ListBullet"/>
      </w:pPr>
      <w:r>
        <w:t>Cubrir áreas no expuestas.</w:t>
      </w:r>
    </w:p>
    <w:p>
      <w:pPr>
        <w:pStyle w:val="ListBullet"/>
      </w:pPr>
      <w:r>
        <w:t>Mantener privacidad durante manejo.</w:t>
      </w:r>
    </w:p>
    <w:p>
      <w:r>
        <w:t>────────────────────────────────────────────────────────────</w:t>
      </w:r>
    </w:p>
    <w:p>
      <w:pPr>
        <w:pStyle w:val="Heading2"/>
      </w:pPr>
      <w:r>
        <w:t>3.8.9 Problemas frecuentes y resolución rápida</w:t>
      </w:r>
    </w:p>
    <w:p>
      <w:pPr>
        <w:pStyle w:val="Heading3"/>
      </w:pPr>
      <w:r>
        <w:t>Vendaje se afloja</w:t>
      </w:r>
    </w:p>
    <w:p>
      <w:r>
        <w:t>**Causas posibles:**</w:t>
      </w:r>
    </w:p>
    <w:p>
      <w:pPr>
        <w:pStyle w:val="ListBullet"/>
      </w:pPr>
      <w:r>
        <w:t>Fijación insuficiente.</w:t>
      </w:r>
    </w:p>
    <w:p>
      <w:pPr>
        <w:pStyle w:val="ListBullet"/>
      </w:pPr>
      <w:r>
        <w:t>Movimientos bruscos.</w:t>
      </w:r>
    </w:p>
    <w:p>
      <w:pPr>
        <w:pStyle w:val="ListBullet"/>
      </w:pPr>
      <w:r>
        <w:t>Fricción con ropa o inmovilización.</w:t>
      </w:r>
    </w:p>
    <w:p>
      <w:r>
        <w:t>**Resolución rápida:**</w:t>
      </w:r>
    </w:p>
    <w:p>
      <w:pPr>
        <w:pStyle w:val="ListNumber"/>
      </w:pPr>
      <w:r>
        <w:t>Re-verificar vendaje después de movimientos.</w:t>
      </w:r>
    </w:p>
    <w:p>
      <w:pPr>
        <w:pStyle w:val="ListNumber"/>
      </w:pPr>
      <w:r>
        <w:t>Re-fijar si es necesario.</w:t>
      </w:r>
    </w:p>
    <w:p>
      <w:pPr>
        <w:pStyle w:val="ListNumber"/>
      </w:pPr>
      <w:r>
        <w:t>Ajustar fijación para evitar aflojamiento.</w:t>
      </w:r>
    </w:p>
    <w:p>
      <w:pPr>
        <w:pStyle w:val="ListNumber"/>
      </w:pPr>
      <w:r>
        <w:t>Re-verificar que fijación es adecuada.</w:t>
      </w:r>
    </w:p>
    <w:p>
      <w:r>
        <w:t>────────────────────────────────────────────────────────────</w:t>
      </w:r>
    </w:p>
    <w:p>
      <w:pPr>
        <w:pStyle w:val="Heading3"/>
      </w:pPr>
      <w:r>
        <w:t>Apósito se pega</w:t>
      </w:r>
    </w:p>
    <w:p>
      <w:r>
        <w:t>**Causas posibles:**</w:t>
      </w:r>
    </w:p>
    <w:p>
      <w:pPr>
        <w:pStyle w:val="ListBullet"/>
      </w:pPr>
      <w:r>
        <w:t>Apósito adherente se adhiere a herida.</w:t>
      </w:r>
    </w:p>
    <w:p>
      <w:pPr>
        <w:pStyle w:val="ListBullet"/>
      </w:pPr>
      <w:r>
        <w:t>Fijación incorrecta.</w:t>
      </w:r>
    </w:p>
    <w:p>
      <w:r>
        <w:t>**Resolución rápida:**</w:t>
      </w:r>
    </w:p>
    <w:p>
      <w:pPr>
        <w:pStyle w:val="ListNumber"/>
      </w:pPr>
      <w:r>
        <w:t>Usar apósito no adherente si está disponible.</w:t>
      </w:r>
    </w:p>
    <w:p>
      <w:pPr>
        <w:pStyle w:val="ListNumber"/>
      </w:pPr>
      <w:r>
        <w:t>Ajustar fijación para evitar adherencia.</w:t>
      </w:r>
    </w:p>
    <w:p>
      <w:pPr>
        <w:pStyle w:val="ListNumber"/>
      </w:pPr>
      <w:r>
        <w:t>Si se pega: no forzar retirada, dejar a centro sanitario.</w:t>
      </w:r>
    </w:p>
    <w:p>
      <w:r>
        <w:t>────────────────────────────────────────────────────────────</w:t>
      </w:r>
    </w:p>
    <w:p>
      <w:pPr>
        <w:pStyle w:val="Heading3"/>
      </w:pPr>
      <w:r>
        <w:t>Sangrado reaparece</w:t>
      </w:r>
    </w:p>
    <w:p>
      <w:r>
        <w:t>**Causas posibles:**</w:t>
      </w:r>
    </w:p>
    <w:p>
      <w:pPr>
        <w:pStyle w:val="ListBullet"/>
      </w:pPr>
      <w:r>
        <w:t>Compresión insuficiente.</w:t>
      </w:r>
    </w:p>
    <w:p>
      <w:pPr>
        <w:pStyle w:val="ListBullet"/>
      </w:pPr>
      <w:r>
        <w:t>Vendaje mal aplicado.</w:t>
      </w:r>
    </w:p>
    <w:p>
      <w:pPr>
        <w:pStyle w:val="ListBullet"/>
      </w:pPr>
      <w:r>
        <w:t>Herida que requiere técnica diferente.</w:t>
      </w:r>
    </w:p>
    <w:p>
      <w:r>
        <w:t>**Resolución rápida:**</w:t>
      </w:r>
    </w:p>
    <w:p>
      <w:pPr>
        <w:pStyle w:val="ListNumber"/>
      </w:pPr>
      <w:r>
        <w:t>Reforzar con más apósitos (no retirar empapados).</w:t>
      </w:r>
    </w:p>
    <w:p>
      <w:pPr>
        <w:pStyle w:val="ListNumber"/>
      </w:pPr>
      <w:r>
        <w:t>Aumentar compresión si es posible.</w:t>
      </w:r>
    </w:p>
    <w:p>
      <w:pPr>
        <w:pStyle w:val="ListNumber"/>
      </w:pPr>
      <w:r>
        <w:t>Considerar técnica alternativa si protocolo lo contempla (ver 3.6).</w:t>
      </w:r>
    </w:p>
    <w:p>
      <w:pPr>
        <w:pStyle w:val="ListNumber"/>
      </w:pPr>
      <w:r>
        <w:t>Comunicar al médico si sangrado no se controla.</w:t>
      </w:r>
    </w:p>
    <w:p>
      <w:r>
        <w:t>────────────────────────────────────────────────────────────</w:t>
      </w:r>
    </w:p>
    <w:p>
      <w:pPr>
        <w:pStyle w:val="Heading3"/>
      </w:pPr>
      <w:r>
        <w:t>Compromiso distal</w:t>
      </w:r>
    </w:p>
    <w:p>
      <w:r>
        <w:t>**Causas posibles:**</w:t>
      </w:r>
    </w:p>
    <w:p>
      <w:pPr>
        <w:pStyle w:val="ListBullet"/>
      </w:pPr>
      <w:r>
        <w:t>Compresión excesiva.</w:t>
      </w:r>
    </w:p>
    <w:p>
      <w:pPr>
        <w:pStyle w:val="ListBullet"/>
      </w:pPr>
      <w:r>
        <w:t>Vendaje mal aplicado.</w:t>
      </w:r>
    </w:p>
    <w:p>
      <w:pPr>
        <w:pStyle w:val="ListBullet"/>
      </w:pPr>
      <w:r>
        <w:t>Lesión vascular asociada.</w:t>
      </w:r>
    </w:p>
    <w:p>
      <w:r>
        <w:t>**Resolución rápida:**</w:t>
      </w:r>
    </w:p>
    <w:p>
      <w:pPr>
        <w:pStyle w:val="ListNumber"/>
      </w:pPr>
      <w:r>
        <w:t>Verificar pulso, color, temperatura y sensibilidad distal.</w:t>
      </w:r>
    </w:p>
    <w:p>
      <w:pPr>
        <w:pStyle w:val="ListNumber"/>
      </w:pPr>
      <w:r>
        <w:t>Reducir compresión ligeramente si hay compromiso.</w:t>
      </w:r>
    </w:p>
    <w:p>
      <w:pPr>
        <w:pStyle w:val="ListNumber"/>
      </w:pPr>
      <w:r>
        <w:t>Re-verificar después de ajuste.</w:t>
      </w:r>
    </w:p>
    <w:p>
      <w:pPr>
        <w:pStyle w:val="ListNumber"/>
      </w:pPr>
      <w:r>
        <w:t>Comunicar al médico si compromiso persiste.</w:t>
      </w:r>
    </w:p>
    <w:p>
      <w:r>
        <w:t>────────────────────────────────────────────────────────────</w:t>
      </w:r>
    </w:p>
    <w:p>
      <w:pPr>
        <w:pStyle w:val="Heading2"/>
      </w:pPr>
      <w:r>
        <w:t>3.8.10 Errores críticos y señales de alarma</w:t>
      </w:r>
    </w:p>
    <w:p>
      <w:pPr>
        <w:pStyle w:val="Heading3"/>
      </w:pPr>
      <w:r>
        <w:t>Errores críticos</w:t>
      </w:r>
    </w:p>
    <w:p>
      <w:r>
        <w:t>**Error 1: Explorar con dedos/instrumental**</w:t>
      </w:r>
    </w:p>
    <w:p>
      <w:pPr>
        <w:pStyle w:val="ListBullet"/>
      </w:pPr>
      <w:r>
        <w:t>❌ Explorar profundidad de heridas con dedos o instrumental.</w:t>
      </w:r>
    </w:p>
    <w:p>
      <w:pPr>
        <w:pStyle w:val="ListBullet"/>
      </w:pPr>
      <w:r>
        <w:t>**Consecuencia:** Riesgo de lesión, infección, empeoramiento de herida.</w:t>
      </w:r>
    </w:p>
    <w:p>
      <w:pPr>
        <w:pStyle w:val="ListBullet"/>
      </w:pPr>
      <w:r>
        <w:t>**Prevención:** NUNCA explorar profundidad, solo cubrir y proteger.</w:t>
      </w:r>
    </w:p>
    <w:p>
      <w:r>
        <w:t>**Error 2: Retirar cuerpo extraño incrustado**</w:t>
      </w:r>
    </w:p>
    <w:p>
      <w:pPr>
        <w:pStyle w:val="ListBullet"/>
      </w:pPr>
      <w:r>
        <w:t>❌ Retirar cuerpo extraño incrustado.</w:t>
      </w:r>
    </w:p>
    <w:p>
      <w:pPr>
        <w:pStyle w:val="ListBullet"/>
      </w:pPr>
      <w:r>
        <w:t>**Consecuencia:** Lesión, reactiva sangrado, empeoramiento.</w:t>
      </w:r>
    </w:p>
    <w:p>
      <w:pPr>
        <w:pStyle w:val="ListBullet"/>
      </w:pPr>
      <w:r>
        <w:t>**Prevención:** NUNCA retirar cuerpo extraño, estabilizar con "anillos" de gasa.</w:t>
      </w:r>
    </w:p>
    <w:p>
      <w:r>
        <w:t>**Error 3: Compresión excesiva con compromiso distal**</w:t>
      </w:r>
    </w:p>
    <w:p>
      <w:pPr>
        <w:pStyle w:val="ListBullet"/>
      </w:pPr>
      <w:r>
        <w:t>❌ Aplicar compresión excesiva sin verificar circulación distal.</w:t>
      </w:r>
    </w:p>
    <w:p>
      <w:pPr>
        <w:pStyle w:val="ListBullet"/>
      </w:pPr>
      <w:r>
        <w:t>**Consecuencia:** Compromiso circulatorio, isquemia, lesión secundaria.</w:t>
      </w:r>
    </w:p>
    <w:p>
      <w:pPr>
        <w:pStyle w:val="ListBullet"/>
      </w:pPr>
      <w:r>
        <w:t>**Prevención:** Verificar circulación distal antes y después de compresión, ajustar si es necesario.</w:t>
      </w:r>
    </w:p>
    <w:p>
      <w:r>
        <w:t>**Error 4: Contaminación cruzada**</w:t>
      </w:r>
    </w:p>
    <w:p>
      <w:pPr>
        <w:pStyle w:val="ListBullet"/>
      </w:pPr>
      <w:r>
        <w:t>❌ No gestionar correctamente material usado, no usar EPI adecuado.</w:t>
      </w:r>
    </w:p>
    <w:p>
      <w:pPr>
        <w:pStyle w:val="ListBullet"/>
      </w:pPr>
      <w:r>
        <w:t>**Consecuencia:** Contaminación cruzada, riesgo biológico.</w:t>
      </w:r>
    </w:p>
    <w:p>
      <w:pPr>
        <w:pStyle w:val="ListBullet"/>
      </w:pPr>
      <w:r>
        <w:t>**Prevención:** Gestionar material usado correctamente, usar EPI adecuado, separar limpio de usado.</w:t>
      </w:r>
    </w:p>
    <w:p>
      <w:r>
        <w:t>────────────────────────────────────────────────────────────</w:t>
      </w:r>
    </w:p>
    <w:p>
      <w:pPr>
        <w:pStyle w:val="Heading3"/>
      </w:pPr>
      <w:r>
        <w:t>Señales de alarma (cuándo parar y reevaluar)</w:t>
      </w:r>
    </w:p>
    <w:p>
      <w:r>
        <w:t>**Señal de alarma 1: Sangrado masivo que no se controla**</w:t>
      </w:r>
    </w:p>
    <w:p>
      <w:pPr>
        <w:pStyle w:val="ListBullet"/>
      </w:pPr>
      <w:r>
        <w:t>**Acción:** Parar, reforzar compresión, considerar técnica alternativa si protocolo lo contempla (ver 3.6), comunicar al médico.</w:t>
      </w:r>
    </w:p>
    <w:p>
      <w:pPr>
        <w:pStyle w:val="ListBullet"/>
      </w:pPr>
      <w:r>
        <w:t>**Si persiste:** Comunicar al médico inmediatamente.</w:t>
      </w:r>
    </w:p>
    <w:p>
      <w:r>
        <w:t>**Señal de alarma 2: Compromiso circulatorio distal**</w:t>
      </w:r>
    </w:p>
    <w:p>
      <w:pPr>
        <w:pStyle w:val="ListBullet"/>
      </w:pPr>
      <w:r>
        <w:t>**Acción:** Parar, reducir compresión ligeramente, re-verificar circulación distal.</w:t>
      </w:r>
    </w:p>
    <w:p>
      <w:pPr>
        <w:pStyle w:val="ListBullet"/>
      </w:pPr>
      <w:r>
        <w:t>**Si persiste:** Comunicar al médico, ajustar técnica.</w:t>
      </w:r>
    </w:p>
    <w:p>
      <w:r>
        <w:t>**Señal de alarma 3: Vendaje desplazado durante traslado**</w:t>
      </w:r>
    </w:p>
    <w:p>
      <w:pPr>
        <w:pStyle w:val="ListBullet"/>
      </w:pPr>
      <w:r>
        <w:t>**Acción:** Parar, re-fijar vendaje, re-verificar que fijación es adecuada.</w:t>
      </w:r>
    </w:p>
    <w:p>
      <w:pPr>
        <w:pStyle w:val="ListBullet"/>
      </w:pPr>
      <w:r>
        <w:t>**Si persiste:** Ajustar fijación, considerar alternativa.</w:t>
      </w:r>
    </w:p>
    <w:p>
      <w:r>
        <w:t>**Señal de alarma 4: Contaminación durante uso**</w:t>
      </w:r>
    </w:p>
    <w:p>
      <w:pPr>
        <w:pStyle w:val="ListBullet"/>
      </w:pPr>
      <w:r>
        <w:t>**Acción:** Parar, cambiar EPI si es necesario, descontaminar, continuar con precaución.</w:t>
      </w:r>
    </w:p>
    <w:p>
      <w:pPr>
        <w:pStyle w:val="ListBullet"/>
      </w:pPr>
      <w:r>
        <w:t>**Si persiste:** Evaluar riesgo, considerar alternativas.</w:t>
      </w:r>
    </w:p>
    <w:p>
      <w:r>
        <w:t>**Principio:**</w:t>
      </w:r>
    </w:p>
    <w:p>
      <w:pPr>
        <w:pStyle w:val="ListBullet"/>
      </w:pPr>
      <w:r>
        <w:t>**Si hay señal de alarma: PARAR, RE-EVALUAR, AJUSTAR, COMUNICAR.**</w:t>
      </w:r>
    </w:p>
    <w:p>
      <w:pPr>
        <w:pStyle w:val="ListBullet"/>
      </w:pPr>
      <w:r>
        <w:t>**No continuar si hay riesgo para paciente o manejo es inefectivo.**</w:t>
      </w:r>
    </w:p>
    <w:p>
      <w:r>
        <w:t>────────────────────────────────────────────────────────────</w:t>
      </w:r>
    </w:p>
    <w:p>
      <w:pPr>
        <w:pStyle w:val="Heading2"/>
      </w:pPr>
      <w:r>
        <w:t>3.8.11 Puntos clave TES</w:t>
      </w:r>
    </w:p>
    <w:p>
      <w:pPr>
        <w:pStyle w:val="ListBullet"/>
      </w:pPr>
      <w:r>
        <w:t>**Siempre usar EPI adecuado** (guantes, protección ocular si hay riesgo de salpicaduras) al manipular heridas.</w:t>
      </w:r>
    </w:p>
    <w:p>
      <w:pPr>
        <w:pStyle w:val="ListBullet"/>
      </w:pPr>
      <w:r>
        <w:t>**Exposición mínima y control del entorno** (exponer solo lo necesario, controlar espacio e iluminación, cubrir inmediatamente después de intervenir).</w:t>
      </w:r>
    </w:p>
    <w:p>
      <w:pPr>
        <w:pStyle w:val="ListBullet"/>
      </w:pPr>
      <w:r>
        <w:t>**Limpieza superficial sin "hurgar"** (limpiar superficie externa solamente, NO explorar profundidad, limpieza suave y controlada).</w:t>
      </w:r>
    </w:p>
    <w:p>
      <w:pPr>
        <w:pStyle w:val="ListBullet"/>
      </w:pPr>
      <w:r>
        <w:t>**Cobertura limpia y fijación estable** (material limpio/no adherente, fijación adecuada para evitar desplazamiento, re-verificar después de movimientos).</w:t>
      </w:r>
    </w:p>
    <w:p>
      <w:pPr>
        <w:pStyle w:val="ListBullet"/>
      </w:pPr>
      <w:r>
        <w:t>**NUNCA retirar apósitos empapados** (reforzar con más apósitos encima, retirar puede reactivar sangrado).</w:t>
      </w:r>
    </w:p>
    <w:p>
      <w:pPr>
        <w:pStyle w:val="ListBullet"/>
      </w:pPr>
      <w:r>
        <w:t>**Reevaluación distal si vendaje compresivo** (verificar pulso, color, temperatura y sensibilidad distal, ajustar si es necesario).</w:t>
      </w:r>
    </w:p>
    <w:p>
      <w:pPr>
        <w:pStyle w:val="ListBullet"/>
      </w:pPr>
      <w:r>
        <w:t>**Revisión tras transferencias** (re-verificar que vendajes no se han desplazado, que fijación es adecuada, ajustar si es necesario).</w:t>
      </w:r>
    </w:p>
    <w:p>
      <w:pPr>
        <w:pStyle w:val="ListBullet"/>
      </w:pPr>
      <w:r>
        <w:t>**NUNCA explorar profundidad** de heridas con dedos o instrumental (solo cubrir y proteger).</w:t>
      </w:r>
    </w:p>
    <w:p>
      <w:pPr>
        <w:pStyle w:val="ListBullet"/>
      </w:pPr>
      <w:r>
        <w:t>**NUNCA retirar cuerpo extraño incrustado** (estabilizar con "anillos" de gasa/rollos, fijar sin mover).</w:t>
      </w:r>
    </w:p>
    <w:p>
      <w:pPr>
        <w:pStyle w:val="ListBullet"/>
      </w:pPr>
      <w:r>
        <w:t>**Amputación: cuidar muñón y parte amputada** (control sangrado en muñón, envolver parte amputada en bolsa estanca, segunda bolsa con frío si protocolo contempla, NUNCA hielo directo, etiquetar).</w:t>
      </w:r>
    </w:p>
    <w:p>
      <w:pPr>
        <w:pStyle w:val="ListBullet"/>
      </w:pPr>
      <w:r>
        <w:t>**Integración con inmovilización** (correas que no comprimen vendajes, re-verificar después de colocar inmovilización).</w:t>
      </w:r>
    </w:p>
    <w:p>
      <w:pPr>
        <w:pStyle w:val="ListBullet"/>
      </w:pPr>
      <w:r>
        <w:t>**Protección térmica y privacidad** (aplicar manta térmica según necesidad, mantener privacidad durante manejo).</w:t>
      </w:r>
    </w:p>
    <w:p>
      <w:pPr>
        <w:pStyle w:val="ListBullet"/>
      </w:pPr>
      <w:r>
        <w:t>**Un TES lesionado detiene la asistencia:** aplicar ergonomía (postura correcta, usar EPI, prevenir lesiones).</w:t>
      </w:r>
    </w:p>
    <w:p>
      <w:r>
        <w:t>────────────────────────────────────────────────────────────</w:t>
      </w:r>
    </w:p>
    <w:p>
      <w:pPr>
        <w:pStyle w:val="Heading2"/>
      </w:pPr>
      <w:r>
        <w:t>3.8.12 Cierre del capítulo</w:t>
      </w:r>
    </w:p>
    <w:p>
      <w:r>
        <w:t>Este capítulo se integra con:</w:t>
      </w:r>
    </w:p>
    <w:p>
      <w:pPr>
        <w:pStyle w:val="ListBullet"/>
      </w:pPr>
      <w:r>
        <w:t>**3.6 – Control de Hemorragias y Material de Curas** (técnicas avanzadas de control de sangrado)</w:t>
      </w:r>
    </w:p>
    <w:p>
      <w:pPr>
        <w:pStyle w:val="ListBullet"/>
      </w:pPr>
      <w:r>
        <w:t>**3.2 – Aspiración: Material y Uso Seguro** (aspiración de sangre oral/nasal)</w:t>
      </w:r>
    </w:p>
    <w:p>
      <w:pPr>
        <w:pStyle w:val="ListBullet"/>
      </w:pPr>
      <w:r>
        <w:t>**3.9 – Exposición, Aislamiento Térmico y Prevención de Hipotermia** (protección térmica y privacidad)</w:t>
      </w:r>
    </w:p>
    <w:p>
      <w:pPr>
        <w:pStyle w:val="ListBullet"/>
      </w:pPr>
      <w:r>
        <w:t>**Bloque 2 – Inmovilización y Movilización** (2.6, 2.8, 2.13: integración con inmovilización y traslado)</w:t>
      </w:r>
    </w:p>
    <w:p>
      <w:r>
        <w:t>**Transición:**</w:t>
      </w:r>
    </w:p>
    <w:p>
      <w:pPr>
        <w:pStyle w:val="ListBullet"/>
      </w:pPr>
      <w:r>
        <w:t>Este capítulo proporciona técnicas operativas de **manejo prehospitalario de heridas**.</w:t>
      </w:r>
    </w:p>
    <w:p>
      <w:pPr>
        <w:pStyle w:val="ListBullet"/>
      </w:pPr>
      <w:r>
        <w:t>Los capítulos siguientes desarrollan **control térmico (3.9)** y **monitorización básica (3.10)**.</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La **limpieza superficial** es suficiente (NO explorar profundidad)</w:t>
      </w:r>
    </w:p>
    <w:p>
      <w:pPr>
        <w:pStyle w:val="ListBullet"/>
      </w:pPr>
      <w:r>
        <w:t>**NUNCA retirar** apósitos empapados (reforzar con más apósitos)</w:t>
      </w:r>
    </w:p>
    <w:p>
      <w:pPr>
        <w:pStyle w:val="ListBullet"/>
      </w:pPr>
      <w:r>
        <w:t>**NUNCA explorar** profundidad con dedos o instrumental</w:t>
      </w:r>
    </w:p>
    <w:p>
      <w:pPr>
        <w:pStyle w:val="ListBullet"/>
      </w:pPr>
      <w:r>
        <w:t>**NUNCA retirar** cuerpo extraño incrustado (estabilizar con "anillos")</w:t>
      </w:r>
    </w:p>
    <w:p>
      <w:pPr>
        <w:pStyle w:val="ListBullet"/>
      </w:pPr>
      <w:r>
        <w:t>**Re-verificar** después de transferencias (vendajes pueden desplazarse)</w:t>
      </w:r>
    </w:p>
    <w:p>
      <w:r>
        <w:t>**Principios No Negociables:**</w:t>
      </w:r>
    </w:p>
    <w:p>
      <w:pPr>
        <w:pStyle w:val="ListBullet"/>
      </w:pPr>
      <w:r>
        <w:t>**NUNCA explorar** profundidad de heridas</w:t>
      </w:r>
    </w:p>
    <w:p>
      <w:pPr>
        <w:pStyle w:val="ListBullet"/>
      </w:pPr>
      <w:r>
        <w:t>**NUNCA retirar** cuerpo extraño incrustado</w:t>
      </w:r>
    </w:p>
    <w:p>
      <w:pPr>
        <w:pStyle w:val="ListBullet"/>
      </w:pPr>
      <w:r>
        <w:t>**NUNCA retirar** apósitos empapados</w:t>
      </w:r>
    </w:p>
    <w:p>
      <w:pPr>
        <w:pStyle w:val="ListBullet"/>
      </w:pPr>
      <w:r>
        <w:t>**SIEMPRE usar** EPI adecuado según riesgo</w:t>
      </w:r>
    </w:p>
    <w:p>
      <w:pPr>
        <w:pStyle w:val="ListBullet"/>
      </w:pPr>
      <w:r>
        <w:t>**SIEMPRE re-verificar** vendajes después de transferencias</w:t>
      </w:r>
    </w:p>
    <w:p>
      <w:pPr>
        <w:pStyle w:val="ListBullet"/>
      </w:pPr>
      <w:r>
        <w:t>**SIEMPRE proteger** privacidad y temperatura del paciente</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3.99 – Cierre del Bloque 3: uso operativo del material en intervención (TES)</w:t>
      </w:r>
    </w:p>
    <w:p>
      <w:pPr>
        <w:pStyle w:val="Heading1"/>
      </w:pPr>
      <w:r>
        <w:t>3.99 – Cierre del Bloque 3: uso operativo del material en intervención (TES)</w:t>
      </w:r>
    </w:p>
    <w:p>
      <w:pPr>
        <w:pStyle w:val="Heading2"/>
      </w:pPr>
      <w:r>
        <w:t>Manual TES Digital – Flujos operativos integrados del material sanitario</w:t>
      </w:r>
    </w:p>
    <w:p>
      <w:r>
        <w:t>**Versión:** 1.0</w:t>
      </w:r>
    </w:p>
    <w:p>
      <w:r>
        <w:t>**Fecha:** 2024-12-13</w:t>
      </w:r>
    </w:p>
    <w:p>
      <w:r>
        <w:t>**Tipo:** Bloque Operativo - Cierre Integrador</w:t>
      </w:r>
    </w:p>
    <w:p>
      <w:r>
        <w:t>────────────────────────────────────────────────────────────</w:t>
      </w:r>
    </w:p>
    <w:p>
      <w:pPr>
        <w:pStyle w:val="Heading2"/>
      </w:pPr>
      <w:r>
        <w:t>3.99.1 Objetivo operativo</w:t>
      </w:r>
    </w:p>
    <w:p>
      <w:r>
        <w:t>Unificar el uso del material del Bloque 3 en **flujos de intervención reales**: preparación, despliegue en escena, trabajo durante el traslado y cierre post-servicio, integrando todos los capítulos del Bloque 3 en un marco operativo coherente.</w:t>
      </w:r>
    </w:p>
    <w:p>
      <w:r>
        <w:t>Este capítulo es **marco operativo logístico**, no algoritmo clínico ni protocolo asistencial.</w:t>
      </w:r>
    </w:p>
    <w:p>
      <w:r>
        <w:t>────────────────────────────────────────────────────────────</w:t>
      </w:r>
    </w:p>
    <w:p>
      <w:pPr>
        <w:pStyle w:val="Heading2"/>
      </w:pPr>
      <w:r>
        <w:t>3.99.2 Alcance y límites</w:t>
      </w:r>
    </w:p>
    <w:p>
      <w:pPr>
        <w:pStyle w:val="Heading3"/>
      </w:pPr>
      <w:r>
        <w:t>Alcance del capítulo</w:t>
      </w:r>
    </w:p>
    <w:p>
      <w:r>
        <w:t>Este capítulo cubre:</w:t>
      </w:r>
    </w:p>
    <w:p>
      <w:pPr>
        <w:pStyle w:val="ListBullet"/>
      </w:pPr>
      <w:r>
        <w:t>**Flujos operativos integrados** del material del Bloque 3.</w:t>
      </w:r>
    </w:p>
    <w:p>
      <w:pPr>
        <w:pStyle w:val="ListBullet"/>
      </w:pPr>
      <w:r>
        <w:t>**Preparación, despliegue, intervención y cierre** en intervención real.</w:t>
      </w:r>
    </w:p>
    <w:p>
      <w:pPr>
        <w:pStyle w:val="ListBullet"/>
      </w:pPr>
      <w:r>
        <w:t>**Organización y seguridad** como parte del procedimiento.</w:t>
      </w:r>
    </w:p>
    <w:p>
      <w:pPr>
        <w:pStyle w:val="ListBullet"/>
      </w:pPr>
      <w:r>
        <w:t>**Integración** de todos los capítulos del Bloque 3.</w:t>
      </w:r>
    </w:p>
    <w:p>
      <w:pPr>
        <w:pStyle w:val="Heading3"/>
      </w:pPr>
      <w:r>
        <w:t>Límites del capítulo</w:t>
      </w:r>
    </w:p>
    <w:p>
      <w:r>
        <w:t>**Este capítulo NO cubre:**</w:t>
      </w:r>
    </w:p>
    <w:p>
      <w:pPr>
        <w:pStyle w:val="ListBullet"/>
      </w:pPr>
      <w:r>
        <w:t>Algoritmos clínicos ni protocolos asistenciales.</w:t>
      </w:r>
    </w:p>
    <w:p>
      <w:pPr>
        <w:pStyle w:val="ListBullet"/>
      </w:pPr>
      <w:r>
        <w:t>Decisiones terapéuticas ni indicaciones clínicas.</w:t>
      </w:r>
    </w:p>
    <w:p>
      <w:pPr>
        <w:pStyle w:val="ListBullet"/>
      </w:pPr>
      <w:r>
        <w:t>Técnicas específicas de cada procedimiento (ver capítulos individuales).</w:t>
      </w:r>
    </w:p>
    <w:p>
      <w:r>
        <w:t>**Este capítulo SÍ cubre:**</w:t>
      </w:r>
    </w:p>
    <w:p>
      <w:pPr>
        <w:pStyle w:val="ListBullet"/>
      </w:pPr>
      <w:r>
        <w:t>Marco operativo logístico de uso del material.</w:t>
      </w:r>
    </w:p>
    <w:p>
      <w:pPr>
        <w:pStyle w:val="ListBullet"/>
      </w:pPr>
      <w:r>
        <w:t>Flujos de preparación, despliegue, intervención y cierre.</w:t>
      </w:r>
    </w:p>
    <w:p>
      <w:pPr>
        <w:pStyle w:val="ListBullet"/>
      </w:pPr>
      <w:r>
        <w:t>Organización y seguridad operativa.</w:t>
      </w:r>
    </w:p>
    <w:p>
      <w:r>
        <w:t>**Nota:** Este capítulo es marco operativo, no sustituye los capítulos detallados. Consultar capítulos específicos para técnicas detalladas.</w:t>
      </w:r>
    </w:p>
    <w:p>
      <w:r>
        <w:t>**Integración:**</w:t>
      </w:r>
    </w:p>
    <w:p>
      <w:pPr>
        <w:pStyle w:val="ListBullet"/>
      </w:pPr>
      <w:r>
        <w:t>Integra todos los capítulos del Bloque 3 (3.0–3.18, 3.X–3.X5).</w:t>
      </w:r>
    </w:p>
    <w:p>
      <w:pPr>
        <w:pStyle w:val="ListBullet"/>
      </w:pPr>
      <w:r>
        <w:t>Se relaciona con Bloque 2 (inmovilización y traslado).</w:t>
      </w:r>
    </w:p>
    <w:p>
      <w:r>
        <w:t>────────────────────────────────────────────────────────────</w:t>
      </w:r>
    </w:p>
    <w:p>
      <w:pPr>
        <w:pStyle w:val="Heading2"/>
      </w:pPr>
      <w:r>
        <w:t>3.99.3 Principios TES del Bloque 3 (resumen integrador)</w:t>
      </w:r>
    </w:p>
    <w:p>
      <w:pPr>
        <w:pStyle w:val="Heading3"/>
      </w:pPr>
      <w:r>
        <w:t>Material "funcional" &gt; material "presente"</w:t>
      </w:r>
    </w:p>
    <w:p>
      <w:r>
        <w:t>**Principio:**</w:t>
      </w:r>
    </w:p>
    <w:p>
      <w:pPr>
        <w:pStyle w:val="ListBullet"/>
      </w:pPr>
      <w:r>
        <w:t>Material debe estar **funcional**, no solo presente.</w:t>
      </w:r>
    </w:p>
    <w:p>
      <w:pPr>
        <w:pStyle w:val="ListBullet"/>
      </w:pPr>
      <w:r>
        <w:t>Material presente pero no funcional no sirve.</w:t>
      </w:r>
    </w:p>
    <w:p>
      <w:pPr>
        <w:pStyle w:val="ListBullet"/>
      </w:pPr>
      <w:r>
        <w:t>Verificar funcionalidad durante chequeo.</w:t>
      </w:r>
    </w:p>
    <w:p>
      <w:r>
        <w:t>**Aplicación:**</w:t>
      </w:r>
    </w:p>
    <w:p>
      <w:pPr>
        <w:pStyle w:val="ListBullet"/>
      </w:pPr>
      <w:r>
        <w:t>Probar equipos durante chequeo (no solo verificar presencia).</w:t>
      </w:r>
    </w:p>
    <w:p>
      <w:pPr>
        <w:pStyle w:val="ListBullet"/>
      </w:pPr>
      <w:r>
        <w:t>Verificar baterías, presiones, conexiones.</w:t>
      </w:r>
    </w:p>
    <w:p>
      <w:pPr>
        <w:pStyle w:val="ListBullet"/>
      </w:pPr>
      <w:r>
        <w:t>No asumir que material funciona solo porque está disponible.</w:t>
      </w:r>
    </w:p>
    <w:p>
      <w:r>
        <w:t>────────────────────────────────────────────────────────────</w:t>
      </w:r>
    </w:p>
    <w:p>
      <w:pPr>
        <w:pStyle w:val="Heading3"/>
      </w:pPr>
      <w:r>
        <w:t>Organización modular y orden fijo (3.5 / 3.X2 / 3.X3 / 3.X5)</w:t>
      </w:r>
    </w:p>
    <w:p>
      <w:r>
        <w:t>**Principio:**</w:t>
      </w:r>
    </w:p>
    <w:p>
      <w:pPr>
        <w:pStyle w:val="ListBullet"/>
      </w:pPr>
      <w:r>
        <w:t>Organizar material en módulos (vía aérea/O₂, curas, monitorización).</w:t>
      </w:r>
    </w:p>
    <w:p>
      <w:pPr>
        <w:pStyle w:val="ListBullet"/>
      </w:pPr>
      <w:r>
        <w:t>Mantener orden fijo en maletines (facilita localización rápida).</w:t>
      </w:r>
    </w:p>
    <w:p>
      <w:pPr>
        <w:pStyle w:val="ListBullet"/>
      </w:pPr>
      <w:r>
        <w:t>Usar checklists para verificación.</w:t>
      </w:r>
    </w:p>
    <w:p>
      <w:r>
        <w:t>**Aplicación:**</w:t>
      </w:r>
    </w:p>
    <w:p>
      <w:pPr>
        <w:pStyle w:val="ListBullet"/>
      </w:pPr>
      <w:r>
        <w:t>Organizar material según estructura de maletines (ver 3.5, 3.X2, 3.X3).</w:t>
      </w:r>
    </w:p>
    <w:p>
      <w:pPr>
        <w:pStyle w:val="ListBullet"/>
      </w:pPr>
      <w:r>
        <w:t>Mantener orden fijo siempre.</w:t>
      </w:r>
    </w:p>
    <w:p>
      <w:pPr>
        <w:pStyle w:val="ListBullet"/>
      </w:pPr>
      <w:r>
        <w:t>Usar checklist maestro (ver 3.X5) para verificación.</w:t>
      </w:r>
    </w:p>
    <w:p>
      <w:r>
        <w:t>**Enlaces:**</w:t>
      </w:r>
    </w:p>
    <w:p>
      <w:pPr>
        <w:pStyle w:val="ListBullet"/>
      </w:pPr>
      <w:r>
        <w:t>Ver 3.5 – Maletín de Vía Aérea y Oxigenoterapia: Organización y Chequeo Operativo</w:t>
      </w:r>
    </w:p>
    <w:p>
      <w:pPr>
        <w:pStyle w:val="ListBullet"/>
      </w:pPr>
      <w:r>
        <w:t>Ver 3.X2 – Maletín de Curas/Trauma Sanitario: Organización y Chequeo Operativo</w:t>
      </w:r>
    </w:p>
    <w:p>
      <w:pPr>
        <w:pStyle w:val="ListBullet"/>
      </w:pPr>
      <w:r>
        <w:t>Ver 3.X3 – Bolsa/Estuche de Monitorización: Organización y Chequeo Operativo</w:t>
      </w:r>
    </w:p>
    <w:p>
      <w:pPr>
        <w:pStyle w:val="ListBullet"/>
      </w:pPr>
      <w:r>
        <w:t>Ver 3.X5 – Checklist Maestro Bloque 3</w:t>
      </w:r>
    </w:p>
    <w:p>
      <w:r>
        <w:t>────────────────────────────────────────────────────────────</w:t>
      </w:r>
    </w:p>
    <w:p>
      <w:pPr>
        <w:pStyle w:val="Heading3"/>
      </w:pPr>
      <w:r>
        <w:t>Seguridad y bioseguridad como parte del procedimiento (3.14)</w:t>
      </w:r>
    </w:p>
    <w:p>
      <w:r>
        <w:t>**Principio:**</w:t>
      </w:r>
    </w:p>
    <w:p>
      <w:pPr>
        <w:pStyle w:val="ListBullet"/>
      </w:pPr>
      <w:r>
        <w:t>Seguridad y bioseguridad son parte integral del procedimiento.</w:t>
      </w:r>
    </w:p>
    <w:p>
      <w:pPr>
        <w:pStyle w:val="ListBullet"/>
      </w:pPr>
      <w:r>
        <w:t>No son "extras" opcionales.</w:t>
      </w:r>
    </w:p>
    <w:p>
      <w:pPr>
        <w:pStyle w:val="ListBullet"/>
      </w:pPr>
      <w:r>
        <w:t>Aplicar desde el inicio hasta el cierre.</w:t>
      </w:r>
    </w:p>
    <w:p>
      <w:r>
        <w:t>**Aplicación:**</w:t>
      </w:r>
    </w:p>
    <w:p>
      <w:pPr>
        <w:pStyle w:val="ListBullet"/>
      </w:pPr>
      <w:r>
        <w:t>Usar EPI adecuado desde el inicio.</w:t>
      </w:r>
    </w:p>
    <w:p>
      <w:pPr>
        <w:pStyle w:val="ListBullet"/>
      </w:pPr>
      <w:r>
        <w:t>Gestionar punzantes y residuos correctamente.</w:t>
      </w:r>
    </w:p>
    <w:p>
      <w:pPr>
        <w:pStyle w:val="ListBullet"/>
      </w:pPr>
      <w:r>
        <w:t>Limpiar y desinfectar material después de uso (ver 3.14).</w:t>
      </w:r>
    </w:p>
    <w:p>
      <w:r>
        <w:t>**Enlace:**</w:t>
      </w:r>
    </w:p>
    <w:p>
      <w:pPr>
        <w:pStyle w:val="ListBullet"/>
      </w:pPr>
      <w:r>
        <w:t>Ver 3.14 – Bioseguridad y Descontaminación del Material</w:t>
      </w:r>
    </w:p>
    <w:p>
      <w:r>
        <w:t>────────────────────────────────────────────────────────────</w:t>
      </w:r>
    </w:p>
    <w:p>
      <w:pPr>
        <w:pStyle w:val="Heading3"/>
      </w:pPr>
      <w:r>
        <w:t>Reevaluación tras cada transferencia y cada cambio de entorno (Bloque 2 + 3.10–3.12)</w:t>
      </w:r>
    </w:p>
    <w:p>
      <w:r>
        <w:t>**Principio:**</w:t>
      </w:r>
    </w:p>
    <w:p>
      <w:pPr>
        <w:pStyle w:val="ListBullet"/>
      </w:pPr>
      <w:r>
        <w:t>Reevaluar material y constantes tras cada transferencia.</w:t>
      </w:r>
    </w:p>
    <w:p>
      <w:pPr>
        <w:pStyle w:val="ListBullet"/>
      </w:pPr>
      <w:r>
        <w:t>Reevaluar tras cada cambio de entorno (escena → ambulancia).</w:t>
      </w:r>
    </w:p>
    <w:p>
      <w:pPr>
        <w:pStyle w:val="ListBullet"/>
      </w:pPr>
      <w:r>
        <w:t>No asumir que todo sigue funcionando.</w:t>
      </w:r>
    </w:p>
    <w:p>
      <w:r>
        <w:t>**Aplicación:**</w:t>
      </w:r>
    </w:p>
    <w:p>
      <w:pPr>
        <w:pStyle w:val="ListBullet"/>
      </w:pPr>
      <w:r>
        <w:t>Re-verificar fijaciones, correas, cables/tubos después de transferencias (ver Bloque 2).</w:t>
      </w:r>
    </w:p>
    <w:p>
      <w:pPr>
        <w:pStyle w:val="ListBullet"/>
      </w:pPr>
      <w:r>
        <w:t>Re-verificar constantes después de transferencias (ver 3.10–3.12).</w:t>
      </w:r>
    </w:p>
    <w:p>
      <w:pPr>
        <w:pStyle w:val="ListBullet"/>
      </w:pPr>
      <w:r>
        <w:t>Ajustar si es necesario.</w:t>
      </w:r>
    </w:p>
    <w:p>
      <w:r>
        <w:t>**Enlaces:**</w:t>
      </w:r>
    </w:p>
    <w:p>
      <w:pPr>
        <w:pStyle w:val="ListBullet"/>
      </w:pPr>
      <w:r>
        <w:t>Ver Bloque 2 (inmovilización y traslado)</w:t>
      </w:r>
    </w:p>
    <w:p>
      <w:pPr>
        <w:pStyle w:val="ListBullet"/>
      </w:pPr>
      <w:r>
        <w:t>Ver 3.10 – Monitorización Básica: Material y Uso Seguro</w:t>
      </w:r>
    </w:p>
    <w:p>
      <w:pPr>
        <w:pStyle w:val="ListBullet"/>
      </w:pPr>
      <w:r>
        <w:t>Ver 3.11 – Glucómetro y Control de Glucemia: Uso Operativo</w:t>
      </w:r>
    </w:p>
    <w:p>
      <w:pPr>
        <w:pStyle w:val="ListBullet"/>
      </w:pPr>
      <w:r>
        <w:t>Ver 3.12 – Termometría Clínica: Material y Toma Segura</w:t>
      </w:r>
    </w:p>
    <w:p>
      <w:r>
        <w:t>────────────────────────────────────────────────────────────</w:t>
      </w:r>
    </w:p>
    <w:p>
      <w:pPr>
        <w:pStyle w:val="Heading3"/>
      </w:pPr>
      <w:r>
        <w:t>Control térmico siempre que haya exposición (3.9)</w:t>
      </w:r>
    </w:p>
    <w:p>
      <w:r>
        <w:t>**Principio:**</w:t>
      </w:r>
    </w:p>
    <w:p>
      <w:pPr>
        <w:pStyle w:val="ListBullet"/>
      </w:pPr>
      <w:r>
        <w:t>Control térmico es prioritario siempre que haya exposición.</w:t>
      </w:r>
    </w:p>
    <w:p>
      <w:pPr>
        <w:pStyle w:val="ListBullet"/>
      </w:pPr>
      <w:r>
        <w:t>No es "extra" opcional.</w:t>
      </w:r>
    </w:p>
    <w:p>
      <w:pPr>
        <w:pStyle w:val="ListBullet"/>
      </w:pPr>
      <w:r>
        <w:t>Aplicar desde el inicio hasta el cierre.</w:t>
      </w:r>
    </w:p>
    <w:p>
      <w:r>
        <w:t>**Aplicación:**</w:t>
      </w:r>
    </w:p>
    <w:p>
      <w:pPr>
        <w:pStyle w:val="ListBullet"/>
      </w:pPr>
      <w:r>
        <w:t>Aplicar control térmico desde el inicio (ver 3.9).</w:t>
      </w:r>
    </w:p>
    <w:p>
      <w:pPr>
        <w:pStyle w:val="ListBullet"/>
      </w:pPr>
      <w:r>
        <w:t>Mantener durante todo el proceso.</w:t>
      </w:r>
    </w:p>
    <w:p>
      <w:pPr>
        <w:pStyle w:val="ListBullet"/>
      </w:pPr>
      <w:r>
        <w:t>Re-verificar después de movimientos.</w:t>
      </w:r>
    </w:p>
    <w:p>
      <w:r>
        <w:t>**Enlace:**</w:t>
      </w:r>
    </w:p>
    <w:p>
      <w:pPr>
        <w:pStyle w:val="ListBullet"/>
      </w:pPr>
      <w:r>
        <w:t>Ver 3.9 – Exposición, Aislamiento Térmico y Prevención de Hipotermia</w:t>
      </w:r>
    </w:p>
    <w:p>
      <w:r>
        <w:t>────────────────────────────────────────────────────────────</w:t>
      </w:r>
    </w:p>
    <w:p>
      <w:pPr>
        <w:pStyle w:val="Heading2"/>
      </w:pPr>
      <w:r>
        <w:t>3.99.4 Flujo operativo 1: Preparación antes de salir (inicio de turno)</w:t>
      </w:r>
    </w:p>
    <w:p>
      <w:pPr>
        <w:pStyle w:val="Heading3"/>
      </w:pPr>
      <w:r>
        <w:t>Referencia al checklist maestro (3.X5)</w:t>
      </w:r>
    </w:p>
    <w:p>
      <w:r>
        <w:t>**Procedimiento:**</w:t>
      </w:r>
    </w:p>
    <w:p>
      <w:pPr>
        <w:pStyle w:val="ListBullet"/>
      </w:pPr>
      <w:r>
        <w:t>Usar checklist maestro de inicio de turno (ver 3.X5).</w:t>
      </w:r>
    </w:p>
    <w:p>
      <w:pPr>
        <w:pStyle w:val="ListBullet"/>
      </w:pPr>
      <w:r>
        <w:t>Seguir procedimiento completo paso a paso.</w:t>
      </w:r>
    </w:p>
    <w:p>
      <w:pPr>
        <w:pStyle w:val="ListBullet"/>
      </w:pPr>
      <w:r>
        <w:t>No omitir verificaciones.</w:t>
      </w:r>
    </w:p>
    <w:p>
      <w:r>
        <w:t>**Enlace:**</w:t>
      </w:r>
    </w:p>
    <w:p>
      <w:pPr>
        <w:pStyle w:val="ListBullet"/>
      </w:pPr>
      <w:r>
        <w:t>Ver 3.X5 – Checklist Maestro Bloque 3 (Salida / Pre-Escena / Post-Servicio) para checklist completo.</w:t>
      </w:r>
    </w:p>
    <w:p>
      <w:r>
        <w:t>────────────────────────────────────────────────────────────</w:t>
      </w:r>
    </w:p>
    <w:p>
      <w:pPr>
        <w:pStyle w:val="Heading3"/>
      </w:pPr>
      <w:r>
        <w:t>Qué se verifica sí o sí: O₂, aspiración, BVM, tallas, consumibles, punzantes</w:t>
      </w:r>
    </w:p>
    <w:p>
      <w:r>
        <w:t>**Verificación obligatoria:**</w:t>
      </w:r>
    </w:p>
    <w:p>
      <w:pPr>
        <w:pStyle w:val="ListNumber"/>
      </w:pPr>
      <w:r>
        <w:t>**O₂**</w:t>
      </w:r>
    </w:p>
    <w:p>
      <w:pPr>
        <w:pStyle w:val="ListBullet"/>
      </w:pPr>
      <w:r>
        <w:t>Presión de botellas (verificar que presión es adecuada).</w:t>
      </w:r>
    </w:p>
    <w:p>
      <w:pPr>
        <w:pStyle w:val="ListBullet"/>
      </w:pPr>
      <w:r>
        <w:t>Fijación de botellas (verificar que están seguras).</w:t>
      </w:r>
    </w:p>
    <w:p>
      <w:pPr>
        <w:pStyle w:val="ListBullet"/>
      </w:pPr>
      <w:r>
        <w:t>Regulador y caudalímetro (verificar que funcionan).</w:t>
      </w:r>
    </w:p>
    <w:p>
      <w:pPr>
        <w:pStyle w:val="ListBullet"/>
      </w:pPr>
      <w:r>
        <w:t>Tubuladuras (verificar que están disponibles y en buen estado).</w:t>
      </w:r>
    </w:p>
    <w:p>
      <w:pPr>
        <w:pStyle w:val="ListBullet"/>
      </w:pPr>
      <w:r>
        <w:t>Prueba de flujo (verificar que flujo se ajusta correctamente).</w:t>
      </w:r>
    </w:p>
    <w:p>
      <w:pPr>
        <w:pStyle w:val="ListNumber"/>
      </w:pPr>
      <w:r>
        <w:t>**Aspiración**</w:t>
      </w:r>
    </w:p>
    <w:p>
      <w:pPr>
        <w:pStyle w:val="ListBullet"/>
      </w:pPr>
      <w:r>
        <w:t>Batería cargada (si aplica).</w:t>
      </w:r>
    </w:p>
    <w:p>
      <w:pPr>
        <w:pStyle w:val="ListBullet"/>
      </w:pPr>
      <w:r>
        <w:t>Frasco disponible y en buen estado.</w:t>
      </w:r>
    </w:p>
    <w:p>
      <w:pPr>
        <w:pStyle w:val="ListBullet"/>
      </w:pPr>
      <w:r>
        <w:t>Tubuladuras disponibles y en buen estado.</w:t>
      </w:r>
    </w:p>
    <w:p>
      <w:pPr>
        <w:pStyle w:val="ListBullet"/>
      </w:pPr>
      <w:r>
        <w:t>Cánulas/sondas disponibles (Yankauer, sondas flexibles).</w:t>
      </w:r>
    </w:p>
    <w:p>
      <w:pPr>
        <w:pStyle w:val="ListBullet"/>
      </w:pPr>
      <w:r>
        <w:t>Prueba de succión (verificar que se genera vacío).</w:t>
      </w:r>
    </w:p>
    <w:p>
      <w:pPr>
        <w:pStyle w:val="ListNumber"/>
      </w:pPr>
      <w:r>
        <w:t>**BVM**</w:t>
      </w:r>
    </w:p>
    <w:p>
      <w:pPr>
        <w:pStyle w:val="ListBullet"/>
      </w:pPr>
      <w:r>
        <w:t>Válvula funciona correctamente.</w:t>
      </w:r>
    </w:p>
    <w:p>
      <w:pPr>
        <w:pStyle w:val="ListBullet"/>
      </w:pPr>
      <w:r>
        <w:t>Reservorio disponible y en buen estado (si aplica).</w:t>
      </w:r>
    </w:p>
    <w:p>
      <w:pPr>
        <w:pStyle w:val="ListBullet"/>
      </w:pPr>
      <w:r>
        <w:t>Mascarillas por tallas (adulto, pediátrico, neonatal según dotación).</w:t>
      </w:r>
    </w:p>
    <w:p>
      <w:pPr>
        <w:pStyle w:val="ListBullet"/>
      </w:pPr>
      <w:r>
        <w:t>Filtros disponibles (si aplica).</w:t>
      </w:r>
    </w:p>
    <w:p>
      <w:pPr>
        <w:pStyle w:val="ListNumber"/>
      </w:pPr>
      <w:r>
        <w:t>**Tallas**</w:t>
      </w:r>
    </w:p>
    <w:p>
      <w:pPr>
        <w:pStyle w:val="ListBullet"/>
      </w:pPr>
      <w:r>
        <w:t>Cánulas OPA/NPA por tallas (verificar tallas más usadas).</w:t>
      </w:r>
    </w:p>
    <w:p>
      <w:pPr>
        <w:pStyle w:val="ListBullet"/>
      </w:pPr>
      <w:r>
        <w:t>Mascarillas por tallas (verificar tallas más usadas).</w:t>
      </w:r>
    </w:p>
    <w:p>
      <w:pPr>
        <w:pStyle w:val="ListBullet"/>
      </w:pPr>
      <w:r>
        <w:t>Manguitos de tensiómetro por tallas (verificar tallas más usadas).</w:t>
      </w:r>
    </w:p>
    <w:p>
      <w:pPr>
        <w:pStyle w:val="ListNumber"/>
      </w:pPr>
      <w:r>
        <w:t>**Consumibles**</w:t>
      </w:r>
    </w:p>
    <w:p>
      <w:pPr>
        <w:pStyle w:val="ListBullet"/>
      </w:pPr>
      <w:r>
        <w:t>Gasas/compresas/apósitos (verificar que están disponibles y no caducados).</w:t>
      </w:r>
    </w:p>
    <w:p>
      <w:pPr>
        <w:pStyle w:val="ListBullet"/>
      </w:pPr>
      <w:r>
        <w:t>Vendas (verificar que están disponibles).</w:t>
      </w:r>
    </w:p>
    <w:p>
      <w:pPr>
        <w:pStyle w:val="ListBullet"/>
      </w:pPr>
      <w:r>
        <w:t>Tiras de glucemia (verificar que están disponibles y en fecha).</w:t>
      </w:r>
    </w:p>
    <w:p>
      <w:pPr>
        <w:pStyle w:val="ListBullet"/>
      </w:pPr>
      <w:r>
        <w:t>Fundas de termómetro (verificar que están disponibles si aplica).</w:t>
      </w:r>
    </w:p>
    <w:p>
      <w:pPr>
        <w:pStyle w:val="ListNumber"/>
      </w:pPr>
      <w:r>
        <w:t>**Punzantes**</w:t>
      </w:r>
    </w:p>
    <w:p>
      <w:pPr>
        <w:pStyle w:val="ListBullet"/>
      </w:pPr>
      <w:r>
        <w:t>Contenedor de punzantes disponible y accesible.</w:t>
      </w:r>
    </w:p>
    <w:p>
      <w:pPr>
        <w:pStyle w:val="ListBullet"/>
      </w:pPr>
      <w:r>
        <w:t>Contenedor no lleno.</w:t>
      </w:r>
    </w:p>
    <w:p>
      <w:pPr>
        <w:pStyle w:val="ListBullet"/>
      </w:pPr>
      <w:r>
        <w:t>Verificar que no hay punzantes fuera del contenedor.</w:t>
      </w:r>
    </w:p>
    <w:p>
      <w:r>
        <w:t>**Tiempo estimado:** 15-20 minutos aproximadamente.</w:t>
      </w:r>
    </w:p>
    <w:p>
      <w:r>
        <w:t>────────────────────────────────────────────────────────────</w:t>
      </w:r>
    </w:p>
    <w:p>
      <w:pPr>
        <w:pStyle w:val="Heading2"/>
      </w:pPr>
      <w:r>
        <w:t>3.99.5 Flujo operativo 2: Preparación "pre-escena" (antes de entrar)</w:t>
      </w:r>
    </w:p>
    <w:p>
      <w:pPr>
        <w:pStyle w:val="Heading3"/>
      </w:pPr>
      <w:r>
        <w:t>Selección de módulos por previsión (sin clínica): vía aérea/curas/monitor/térmico</w:t>
      </w:r>
    </w:p>
    <w:p>
      <w:r>
        <w:t>**Procedimiento:**</w:t>
      </w:r>
    </w:p>
    <w:p>
      <w:pPr>
        <w:pStyle w:val="ListNumber"/>
      </w:pPr>
      <w:r>
        <w:t>**Evaluar situación (sin clínica)**</w:t>
      </w:r>
    </w:p>
    <w:p>
      <w:pPr>
        <w:pStyle w:val="ListBullet"/>
      </w:pPr>
      <w:r>
        <w:t>Evaluar tipo de situación según información disponible (trauma, médico, etc.).</w:t>
      </w:r>
    </w:p>
    <w:p>
      <w:pPr>
        <w:pStyle w:val="ListBullet"/>
      </w:pPr>
      <w:r>
        <w:t>Identificar material crítico probablemente necesario.</w:t>
      </w:r>
    </w:p>
    <w:p>
      <w:pPr>
        <w:pStyle w:val="ListNumber"/>
      </w:pPr>
      <w:r>
        <w:t>**Seleccionar módulos**</w:t>
      </w:r>
    </w:p>
    <w:p>
      <w:pPr>
        <w:pStyle w:val="ListBullet"/>
      </w:pPr>
      <w:r>
        <w:t>**Vía aérea/O₂:** Si hay riesgo de compromiso de vía aérea o necesidad probable de oxigenoterapia.</w:t>
      </w:r>
    </w:p>
    <w:p>
      <w:pPr>
        <w:pStyle w:val="ListBullet"/>
      </w:pPr>
      <w:r>
        <w:t>**Curas:** Si hay heridas, hemorragias o quemaduras visibles o probables.</w:t>
      </w:r>
    </w:p>
    <w:p>
      <w:pPr>
        <w:pStyle w:val="ListBullet"/>
      </w:pPr>
      <w:r>
        <w:t>**Monitor:** Si es necesario monitorizar constantes (situación crítica, traslado largo, etc.).</w:t>
      </w:r>
    </w:p>
    <w:p>
      <w:pPr>
        <w:pStyle w:val="ListBullet"/>
      </w:pPr>
      <w:r>
        <w:t>**Térmico:** Si hay riesgo de hipotermia o necesidad de control térmico (trauma, quemaduras, ambiente frío, etc.).</w:t>
      </w:r>
    </w:p>
    <w:p>
      <w:pPr>
        <w:pStyle w:val="ListNumber"/>
      </w:pPr>
      <w:r>
        <w:t>**Preparar módulos seleccionados**</w:t>
      </w:r>
    </w:p>
    <w:p>
      <w:pPr>
        <w:pStyle w:val="ListBullet"/>
      </w:pPr>
      <w:r>
        <w:t>Preparar material de módulos seleccionados para uso inmediato.</w:t>
      </w:r>
    </w:p>
    <w:p>
      <w:pPr>
        <w:pStyle w:val="ListBullet"/>
      </w:pPr>
      <w:r>
        <w:t>Verificar que material crítico está accesible.</w:t>
      </w:r>
    </w:p>
    <w:p>
      <w:pPr>
        <w:pStyle w:val="ListBullet"/>
      </w:pPr>
      <w:r>
        <w:t>Verificar que material crítico funciona (prueba rápida si es necesario).</w:t>
      </w:r>
    </w:p>
    <w:p>
      <w:r>
        <w:t>**Tiempo estimado:** 2-5 minutos aproximadamente.</w:t>
      </w:r>
    </w:p>
    <w:p>
      <w:r>
        <w:t>────────────────────────────────────────────────────────────</w:t>
      </w:r>
    </w:p>
    <w:p>
      <w:pPr>
        <w:pStyle w:val="Heading3"/>
      </w:pPr>
      <w:r>
        <w:t>Ruta de trabajo y control de escena (3.17, 3.15)</w:t>
      </w:r>
    </w:p>
    <w:p>
      <w:r>
        <w:t>**Procedimiento:**</w:t>
      </w:r>
    </w:p>
    <w:p>
      <w:pPr>
        <w:pStyle w:val="ListNumber"/>
      </w:pPr>
      <w:r>
        <w:t>**Control de escena (3.17)**</w:t>
      </w:r>
    </w:p>
    <w:p>
      <w:pPr>
        <w:pStyle w:val="ListBullet"/>
      </w:pPr>
      <w:r>
        <w:t>Posicionar ambulancia para protección si procede.</w:t>
      </w:r>
    </w:p>
    <w:p>
      <w:pPr>
        <w:pStyle w:val="ListBullet"/>
      </w:pPr>
      <w:r>
        <w:t>Usar EPI de visibilidad (chaleco alta visibilidad).</w:t>
      </w:r>
    </w:p>
    <w:p>
      <w:pPr>
        <w:pStyle w:val="ListBullet"/>
      </w:pPr>
      <w:r>
        <w:t>Delimitar perímetro y ruta segura de camilla.</w:t>
      </w:r>
    </w:p>
    <w:p>
      <w:pPr>
        <w:pStyle w:val="ListBullet"/>
      </w:pPr>
      <w:r>
        <w:t>Iluminar zona de trabajo y ruta.</w:t>
      </w:r>
    </w:p>
    <w:p>
      <w:pPr>
        <w:pStyle w:val="ListBullet"/>
      </w:pPr>
      <w:r>
        <w:t>Revisar riesgos (cristales, barro, pendientes).</w:t>
      </w:r>
    </w:p>
    <w:p>
      <w:pPr>
        <w:pStyle w:val="ListNumber"/>
      </w:pPr>
      <w:r>
        <w:t>**Ruta de trabajo (3.15)**</w:t>
      </w:r>
    </w:p>
    <w:p>
      <w:pPr>
        <w:pStyle w:val="ListBullet"/>
      </w:pPr>
      <w:r>
        <w:t>Elegir "zona limpia" para dejar maletines.</w:t>
      </w:r>
    </w:p>
    <w:p>
      <w:pPr>
        <w:pStyle w:val="ListBullet"/>
      </w:pPr>
      <w:r>
        <w:t>Definir ruta de camilla/silla y despejar obstáculos.</w:t>
      </w:r>
    </w:p>
    <w:p>
      <w:pPr>
        <w:pStyle w:val="ListBullet"/>
      </w:pPr>
      <w:r>
        <w:t>Colocar material por prioridades (vía aérea/curas/monitorización).</w:t>
      </w:r>
    </w:p>
    <w:p>
      <w:r>
        <w:t>**Enlaces:**</w:t>
      </w:r>
    </w:p>
    <w:p>
      <w:pPr>
        <w:pStyle w:val="ListBullet"/>
      </w:pPr>
      <w:r>
        <w:t>Ver 3.17 – Señalización, Iluminación y Seguridad de Escena</w:t>
      </w:r>
    </w:p>
    <w:p>
      <w:pPr>
        <w:pStyle w:val="ListBullet"/>
      </w:pPr>
      <w:r>
        <w:t>Ver 3.15 – Gestión del Material en Escena y Ambulancia</w:t>
      </w:r>
    </w:p>
    <w:p>
      <w:r>
        <w:t>────────────────────────────────────────────────────────────</w:t>
      </w:r>
    </w:p>
    <w:p>
      <w:pPr>
        <w:pStyle w:val="Heading3"/>
      </w:pPr>
      <w:r>
        <w:t>Preparar contención de residuos y EPI</w:t>
      </w:r>
    </w:p>
    <w:p>
      <w:r>
        <w:t>**Procedimiento:**</w:t>
      </w:r>
    </w:p>
    <w:p>
      <w:pPr>
        <w:pStyle w:val="ListNumber"/>
      </w:pPr>
      <w:r>
        <w:t>**Contención de residuos**</w:t>
      </w:r>
    </w:p>
    <w:p>
      <w:pPr>
        <w:pStyle w:val="ListBullet"/>
      </w:pPr>
      <w:r>
        <w:t>Preparar bolsas de residuos biológicos.</w:t>
      </w:r>
    </w:p>
    <w:p>
      <w:pPr>
        <w:pStyle w:val="ListBullet"/>
      </w:pPr>
      <w:r>
        <w:t>Preparar bolsas de residuos no biológicos.</w:t>
      </w:r>
    </w:p>
    <w:p>
      <w:pPr>
        <w:pStyle w:val="ListBullet"/>
      </w:pPr>
      <w:r>
        <w:t>Colocar bolsas en zona accesible.</w:t>
      </w:r>
    </w:p>
    <w:p>
      <w:pPr>
        <w:pStyle w:val="ListNumber"/>
      </w:pPr>
      <w:r>
        <w:t>**EPI**</w:t>
      </w:r>
    </w:p>
    <w:p>
      <w:pPr>
        <w:pStyle w:val="ListBullet"/>
      </w:pPr>
      <w:r>
        <w:t>Usar guantes (tallas adecuadas).</w:t>
      </w:r>
    </w:p>
    <w:p>
      <w:pPr>
        <w:pStyle w:val="ListBullet"/>
      </w:pPr>
      <w:r>
        <w:t>Usar protección ocular si hay riesgo de salpicaduras.</w:t>
      </w:r>
    </w:p>
    <w:p>
      <w:pPr>
        <w:pStyle w:val="ListBullet"/>
      </w:pPr>
      <w:r>
        <w:t>Usar mascarilla si hay riesgo de aerosoles.</w:t>
      </w:r>
    </w:p>
    <w:p>
      <w:pPr>
        <w:pStyle w:val="ListBullet"/>
      </w:pPr>
      <w:r>
        <w:t>Verificar que EPI está disponible y en buen estado.</w:t>
      </w:r>
    </w:p>
    <w:p>
      <w:r>
        <w:t>────────────────────────────────────────────────────────────</w:t>
      </w:r>
    </w:p>
    <w:p>
      <w:pPr>
        <w:pStyle w:val="Heading2"/>
      </w:pPr>
      <w:r>
        <w:t>3.99.6 Flujo operativo 3: Despliegue en escena (orden y prioridades logísticas)</w:t>
      </w:r>
    </w:p>
    <w:p>
      <w:pPr>
        <w:pStyle w:val="Heading3"/>
      </w:pPr>
      <w:r>
        <w:t>Dónde se coloca el material (zona limpia)</w:t>
      </w:r>
    </w:p>
    <w:p>
      <w:r>
        <w:t>**Procedimiento:**</w:t>
      </w:r>
    </w:p>
    <w:p>
      <w:pPr>
        <w:pStyle w:val="ListNumber"/>
      </w:pPr>
      <w:r>
        <w:t>**Identificar zona limpia**</w:t>
      </w:r>
    </w:p>
    <w:p>
      <w:pPr>
        <w:pStyle w:val="ListBullet"/>
      </w:pPr>
      <w:r>
        <w:t>Identificar zona segura y accesible para maletines.</w:t>
      </w:r>
    </w:p>
    <w:p>
      <w:pPr>
        <w:pStyle w:val="ListBullet"/>
      </w:pPr>
      <w:r>
        <w:t>Zona que no interfiere con ruta de camilla/silla.</w:t>
      </w:r>
    </w:p>
    <w:p>
      <w:pPr>
        <w:pStyle w:val="ListBullet"/>
      </w:pPr>
      <w:r>
        <w:t>Zona protegida si es posible.</w:t>
      </w:r>
    </w:p>
    <w:p>
      <w:pPr>
        <w:pStyle w:val="ListNumber"/>
      </w:pPr>
      <w:r>
        <w:t>**Colocar maletines**</w:t>
      </w:r>
    </w:p>
    <w:p>
      <w:pPr>
        <w:pStyle w:val="ListBullet"/>
      </w:pPr>
      <w:r>
        <w:t>Colocar maletines en zona limpia.</w:t>
      </w:r>
    </w:p>
    <w:p>
      <w:pPr>
        <w:pStyle w:val="ListBullet"/>
      </w:pPr>
      <w:r>
        <w:t>Organizar según prioridades (vía aérea/curas/monitorización).</w:t>
      </w:r>
    </w:p>
    <w:p>
      <w:pPr>
        <w:pStyle w:val="ListBullet"/>
      </w:pPr>
      <w:r>
        <w:t>Verificar que maletines están accesibles.</w:t>
      </w:r>
    </w:p>
    <w:p>
      <w:pPr>
        <w:pStyle w:val="ListNumber"/>
      </w:pPr>
      <w:r>
        <w:t>**Mantener zona limpia**</w:t>
      </w:r>
    </w:p>
    <w:p>
      <w:pPr>
        <w:pStyle w:val="ListBullet"/>
      </w:pPr>
      <w:r>
        <w:t>No dispersar material innecesariamente.</w:t>
      </w:r>
    </w:p>
    <w:p>
      <w:pPr>
        <w:pStyle w:val="ListBullet"/>
      </w:pPr>
      <w:r>
        <w:t>Mantener material "en su sitio".</w:t>
      </w:r>
    </w:p>
    <w:p>
      <w:pPr>
        <w:pStyle w:val="ListBullet"/>
      </w:pPr>
      <w:r>
        <w:t>No contaminar zona limpia con material usado.</w:t>
      </w:r>
    </w:p>
    <w:p>
      <w:r>
        <w:t>────────────────────────────────────────────────────────────</w:t>
      </w:r>
    </w:p>
    <w:p>
      <w:pPr>
        <w:pStyle w:val="Heading3"/>
      </w:pPr>
      <w:r>
        <w:t>Cómo evitar dispersión</w:t>
      </w:r>
    </w:p>
    <w:p>
      <w:r>
        <w:t>**Procedimiento:**</w:t>
      </w:r>
    </w:p>
    <w:p>
      <w:pPr>
        <w:pStyle w:val="ListNumber"/>
      </w:pPr>
      <w:r>
        <w:t>**Organizar material por módulos**</w:t>
      </w:r>
    </w:p>
    <w:p>
      <w:pPr>
        <w:pStyle w:val="ListBullet"/>
      </w:pPr>
      <w:r>
        <w:t>Mantener material organizado por módulos (vía aérea, curas, monitorización).</w:t>
      </w:r>
    </w:p>
    <w:p>
      <w:pPr>
        <w:pStyle w:val="ListBullet"/>
      </w:pPr>
      <w:r>
        <w:t>No mezclar módulos.</w:t>
      </w:r>
    </w:p>
    <w:p>
      <w:pPr>
        <w:pStyle w:val="ListNumber"/>
      </w:pPr>
      <w:r>
        <w:t>**Material "en su sitio"**</w:t>
      </w:r>
    </w:p>
    <w:p>
      <w:pPr>
        <w:pStyle w:val="ListBullet"/>
      </w:pPr>
      <w:r>
        <w:t>Colocar material en zonas definidas.</w:t>
      </w:r>
    </w:p>
    <w:p>
      <w:pPr>
        <w:pStyle w:val="ListBullet"/>
      </w:pPr>
      <w:r>
        <w:t>No dispersar material innecesariamente.</w:t>
      </w:r>
    </w:p>
    <w:p>
      <w:pPr>
        <w:pStyle w:val="ListBullet"/>
      </w:pPr>
      <w:r>
        <w:t>Recoger material sobrante antes de mover.</w:t>
      </w:r>
    </w:p>
    <w:p>
      <w:pPr>
        <w:pStyle w:val="ListNumber"/>
      </w:pPr>
      <w:r>
        <w:t>**Un responsable de material**</w:t>
      </w:r>
    </w:p>
    <w:p>
      <w:pPr>
        <w:pStyle w:val="ListBullet"/>
      </w:pPr>
      <w:r>
        <w:t>Asignar responsable de material durante maniobras.</w:t>
      </w:r>
    </w:p>
    <w:p>
      <w:pPr>
        <w:pStyle w:val="ListBullet"/>
      </w:pPr>
      <w:r>
        <w:t>Responsable coordina material y previene dispersión.</w:t>
      </w:r>
    </w:p>
    <w:p>
      <w:r>
        <w:t>────────────────────────────────────────────────────────────</w:t>
      </w:r>
    </w:p>
    <w:p>
      <w:pPr>
        <w:pStyle w:val="Heading3"/>
      </w:pPr>
      <w:r>
        <w:t>Gestión de tubuladuras/cables (3.15)</w:t>
      </w:r>
    </w:p>
    <w:p>
      <w:r>
        <w:t>**Procedimiento:**</w:t>
      </w:r>
    </w:p>
    <w:p>
      <w:pPr>
        <w:pStyle w:val="ListNumber"/>
      </w:pPr>
      <w:r>
        <w:t>**Organizar tubuladuras/cables**</w:t>
      </w:r>
    </w:p>
    <w:p>
      <w:pPr>
        <w:pStyle w:val="ListBullet"/>
      </w:pPr>
      <w:r>
        <w:t>Organizar tubuladuras/cables por un lado.</w:t>
      </w:r>
    </w:p>
    <w:p>
      <w:pPr>
        <w:pStyle w:val="ListBullet"/>
      </w:pPr>
      <w:r>
        <w:t>Evitar cruzar tubuladuras.</w:t>
      </w:r>
    </w:p>
    <w:p>
      <w:pPr>
        <w:pStyle w:val="ListBullet"/>
      </w:pPr>
      <w:r>
        <w:t>Evitar cruzar ruta de camilla/silla.</w:t>
      </w:r>
    </w:p>
    <w:p>
      <w:pPr>
        <w:pStyle w:val="ListNumber"/>
      </w:pPr>
      <w:r>
        <w:t>**Fijar tubuladuras/cables**</w:t>
      </w:r>
    </w:p>
    <w:p>
      <w:pPr>
        <w:pStyle w:val="ListBullet"/>
      </w:pPr>
      <w:r>
        <w:t>Fijar tubuladuras/cables para evitar enganches.</w:t>
      </w:r>
    </w:p>
    <w:p>
      <w:pPr>
        <w:pStyle w:val="ListBullet"/>
      </w:pPr>
      <w:r>
        <w:t>Organizar sin tensiones.</w:t>
      </w:r>
    </w:p>
    <w:p>
      <w:pPr>
        <w:pStyle w:val="ListBullet"/>
      </w:pPr>
      <w:r>
        <w:t>Re-verificar después de movimientos.</w:t>
      </w:r>
    </w:p>
    <w:p>
      <w:r>
        <w:t>**Enlace:**</w:t>
      </w:r>
    </w:p>
    <w:p>
      <w:pPr>
        <w:pStyle w:val="ListBullet"/>
      </w:pPr>
      <w:r>
        <w:t>Ver 3.15 – Gestión del Material en Escena y Ambulancia para gestión detallada.</w:t>
      </w:r>
    </w:p>
    <w:p>
      <w:r>
        <w:t>────────────────────────────────────────────────────────────</w:t>
      </w:r>
    </w:p>
    <w:p>
      <w:pPr>
        <w:pStyle w:val="Heading3"/>
      </w:pPr>
      <w:r>
        <w:t>Comunicación mínima con paciente (3.16) para facilitar colocaciones</w:t>
      </w:r>
    </w:p>
    <w:p>
      <w:r>
        <w:t>**Procedimiento:**</w:t>
      </w:r>
    </w:p>
    <w:p>
      <w:pPr>
        <w:pStyle w:val="ListNumber"/>
      </w:pPr>
      <w:r>
        <w:t>**Explicar brevemente**</w:t>
      </w:r>
    </w:p>
    <w:p>
      <w:pPr>
        <w:pStyle w:val="ListBullet"/>
      </w:pPr>
      <w:r>
        <w:t>Explicar brevemente qué se va a hacer (ej: "te voy a poner oxígeno").</w:t>
      </w:r>
    </w:p>
    <w:p>
      <w:pPr>
        <w:pStyle w:val="ListBullet"/>
      </w:pPr>
      <w:r>
        <w:t>Anticipar sensaciones (ej: "vas a notar el flujo de aire").</w:t>
      </w:r>
    </w:p>
    <w:p>
      <w:pPr>
        <w:pStyle w:val="ListBullet"/>
      </w:pPr>
      <w:r>
        <w:t>Decir cuánto dura (ej: "solo un momento").</w:t>
      </w:r>
    </w:p>
    <w:p>
      <w:pPr>
        <w:pStyle w:val="ListNumber"/>
      </w:pPr>
      <w:r>
        <w:t>**Instrucciones simples**</w:t>
      </w:r>
    </w:p>
    <w:p>
      <w:pPr>
        <w:pStyle w:val="ListBullet"/>
      </w:pPr>
      <w:r>
        <w:t>Dar instrucciones simples, de una en una.</w:t>
      </w:r>
    </w:p>
    <w:p>
      <w:pPr>
        <w:pStyle w:val="ListBullet"/>
      </w:pPr>
      <w:r>
        <w:t>Verificar comprensión ("¿me sigues?").</w:t>
      </w:r>
    </w:p>
    <w:p>
      <w:pPr>
        <w:pStyle w:val="ListBullet"/>
      </w:pPr>
      <w:r>
        <w:t>Mantener liderazgo y tono tranquilo.</w:t>
      </w:r>
    </w:p>
    <w:p>
      <w:r>
        <w:t>**Enlace:**</w:t>
      </w:r>
    </w:p>
    <w:p>
      <w:pPr>
        <w:pStyle w:val="ListBullet"/>
      </w:pPr>
      <w:r>
        <w:t>Ver 3.16 – Comunicación Operativa con el Paciente durante Procedimientos para comunicación detallada.</w:t>
      </w:r>
    </w:p>
    <w:p>
      <w:r>
        <w:t>────────────────────────────────────────────────────────────</w:t>
      </w:r>
    </w:p>
    <w:p>
      <w:pPr>
        <w:pStyle w:val="Heading2"/>
      </w:pPr>
      <w:r>
        <w:t>3.99.7 Flujo operativo 4: Intervención + traslado (mantener lo hecho)</w:t>
      </w:r>
    </w:p>
    <w:p>
      <w:pPr>
        <w:pStyle w:val="Heading3"/>
      </w:pPr>
      <w:r>
        <w:t>Reevaluación de: O₂/dispositivo (3.0–3.1)</w:t>
      </w:r>
    </w:p>
    <w:p>
      <w:r>
        <w:t>**Procedimiento:**</w:t>
      </w:r>
    </w:p>
    <w:p>
      <w:pPr>
        <w:pStyle w:val="ListNumber"/>
      </w:pPr>
      <w:r>
        <w:t>**Re-verificar O₂**</w:t>
      </w:r>
    </w:p>
    <w:p>
      <w:pPr>
        <w:pStyle w:val="ListBullet"/>
      </w:pPr>
      <w:r>
        <w:t>Re-verificar presión de botella después de uso.</w:t>
      </w:r>
    </w:p>
    <w:p>
      <w:pPr>
        <w:pStyle w:val="ListBullet"/>
      </w:pPr>
      <w:r>
        <w:t>Re-verificar que flujo se mantiene.</w:t>
      </w:r>
    </w:p>
    <w:p>
      <w:pPr>
        <w:pStyle w:val="ListBullet"/>
      </w:pPr>
      <w:r>
        <w:t>Re-verificar que dispositivo está bien colocado.</w:t>
      </w:r>
    </w:p>
    <w:p>
      <w:pPr>
        <w:pStyle w:val="ListNumber"/>
      </w:pPr>
      <w:r>
        <w:t>**Re-verificar dispositivo**</w:t>
      </w:r>
    </w:p>
    <w:p>
      <w:pPr>
        <w:pStyle w:val="ListBullet"/>
      </w:pPr>
      <w:r>
        <w:t>Re-verificar que dispositivo (gafas, mascarilla, etc.) está bien colocado.</w:t>
      </w:r>
    </w:p>
    <w:p>
      <w:pPr>
        <w:pStyle w:val="ListBullet"/>
      </w:pPr>
      <w:r>
        <w:t>Re-verificar que no se ha desplazado.</w:t>
      </w:r>
    </w:p>
    <w:p>
      <w:pPr>
        <w:pStyle w:val="ListBullet"/>
      </w:pPr>
      <w:r>
        <w:t>Ajustar si es necesario.</w:t>
      </w:r>
    </w:p>
    <w:p>
      <w:r>
        <w:t>**Enlaces:**</w:t>
      </w:r>
    </w:p>
    <w:p>
      <w:pPr>
        <w:pStyle w:val="ListBullet"/>
      </w:pPr>
      <w:r>
        <w:t>Ver 3.0 – Oxigenoterapia: Fundamentos Operativos y Seguridad TES</w:t>
      </w:r>
    </w:p>
    <w:p>
      <w:pPr>
        <w:pStyle w:val="ListBullet"/>
      </w:pPr>
      <w:r>
        <w:t>Ver 3.1 – Dispositivos de Oxigenoterapia: Uso Operativo por Dispositivo</w:t>
      </w:r>
    </w:p>
    <w:p>
      <w:r>
        <w:t>────────────────────────────────────────────────────────────</w:t>
      </w:r>
    </w:p>
    <w:p>
      <w:pPr>
        <w:pStyle w:val="Heading3"/>
      </w:pPr>
      <w:r>
        <w:t>Reevaluación de: Aspiración (3.2)</w:t>
      </w:r>
    </w:p>
    <w:p>
      <w:r>
        <w:t>**Procedimiento:**</w:t>
      </w:r>
    </w:p>
    <w:p>
      <w:pPr>
        <w:pStyle w:val="ListNumber"/>
      </w:pPr>
      <w:r>
        <w:t>**Re-verificar aspiración**</w:t>
      </w:r>
    </w:p>
    <w:p>
      <w:pPr>
        <w:pStyle w:val="ListBullet"/>
      </w:pPr>
      <w:r>
        <w:t>Re-verificar que aspiración sigue funcionando (batería si aplica).</w:t>
      </w:r>
    </w:p>
    <w:p>
      <w:pPr>
        <w:pStyle w:val="ListBullet"/>
      </w:pPr>
      <w:r>
        <w:t>Re-verificar que frasco no está lleno.</w:t>
      </w:r>
    </w:p>
    <w:p>
      <w:pPr>
        <w:pStyle w:val="ListBullet"/>
      </w:pPr>
      <w:r>
        <w:t>Re-verificar que tubuladuras no se han desconectado.</w:t>
      </w:r>
    </w:p>
    <w:p>
      <w:pPr>
        <w:pStyle w:val="ListNumber"/>
      </w:pPr>
      <w:r>
        <w:t>**Re-verificar material de aspiración**</w:t>
      </w:r>
    </w:p>
    <w:p>
      <w:pPr>
        <w:pStyle w:val="ListBullet"/>
      </w:pPr>
      <w:r>
        <w:t>Re-verificar que cánulas/sondas están disponibles.</w:t>
      </w:r>
    </w:p>
    <w:p>
      <w:pPr>
        <w:pStyle w:val="ListBullet"/>
      </w:pPr>
      <w:r>
        <w:t>Tener aspiración lista si hay riesgo de náusea/vómito.</w:t>
      </w:r>
    </w:p>
    <w:p>
      <w:r>
        <w:t>**Enlace:**</w:t>
      </w:r>
    </w:p>
    <w:p>
      <w:pPr>
        <w:pStyle w:val="ListBullet"/>
      </w:pPr>
      <w:r>
        <w:t>Ver 3.2 – Aspiración: Material y Uso Seguro</w:t>
      </w:r>
    </w:p>
    <w:p>
      <w:r>
        <w:t>────────────────────────────────────────────────────────────</w:t>
      </w:r>
    </w:p>
    <w:p>
      <w:pPr>
        <w:pStyle w:val="Heading3"/>
      </w:pPr>
      <w:r>
        <w:t>Reevaluación de: BVM/cánulas (3.3–3.4)</w:t>
      </w:r>
    </w:p>
    <w:p>
      <w:r>
        <w:t>**Procedimiento:**</w:t>
      </w:r>
    </w:p>
    <w:p>
      <w:pPr>
        <w:pStyle w:val="ListNumber"/>
      </w:pPr>
      <w:r>
        <w:t>**Re-verificar BVM**</w:t>
      </w:r>
    </w:p>
    <w:p>
      <w:pPr>
        <w:pStyle w:val="ListBullet"/>
      </w:pPr>
      <w:r>
        <w:t>Re-verificar que BVM sigue funcionando (válvula, reservorio si aplica).</w:t>
      </w:r>
    </w:p>
    <w:p>
      <w:pPr>
        <w:pStyle w:val="ListBullet"/>
      </w:pPr>
      <w:r>
        <w:t>Re-verificar que mascarilla está bien colocada.</w:t>
      </w:r>
    </w:p>
    <w:p>
      <w:pPr>
        <w:pStyle w:val="ListBullet"/>
      </w:pPr>
      <w:r>
        <w:t>Re-verificar que no se ha desplazado.</w:t>
      </w:r>
    </w:p>
    <w:p>
      <w:pPr>
        <w:pStyle w:val="ListNumber"/>
      </w:pPr>
      <w:r>
        <w:t>**Re-verificar cánulas**</w:t>
      </w:r>
    </w:p>
    <w:p>
      <w:pPr>
        <w:pStyle w:val="ListBullet"/>
      </w:pPr>
      <w:r>
        <w:t>Re-verificar que cánulas están bien colocadas (si se usan).</w:t>
      </w:r>
    </w:p>
    <w:p>
      <w:pPr>
        <w:pStyle w:val="ListBullet"/>
      </w:pPr>
      <w:r>
        <w:t>Re-verificar que no se han desplazado.</w:t>
      </w:r>
    </w:p>
    <w:p>
      <w:pPr>
        <w:pStyle w:val="ListBullet"/>
      </w:pPr>
      <w:r>
        <w:t>Ajustar si es necesario.</w:t>
      </w:r>
    </w:p>
    <w:p>
      <w:r>
        <w:t>**Enlaces:**</w:t>
      </w:r>
    </w:p>
    <w:p>
      <w:pPr>
        <w:pStyle w:val="ListBullet"/>
      </w:pPr>
      <w:r>
        <w:t>Ver 3.3 – Bolsa-Válvula-Mascarilla (BVM): Material y Uso Seguro</w:t>
      </w:r>
    </w:p>
    <w:p>
      <w:pPr>
        <w:pStyle w:val="ListBullet"/>
      </w:pPr>
      <w:r>
        <w:t>Ver 3.4 – Cánulas (OPA/NPA): Uso Seguro Operativo</w:t>
      </w:r>
    </w:p>
    <w:p>
      <w:r>
        <w:t>────────────────────────────────────────────────────────────</w:t>
      </w:r>
    </w:p>
    <w:p>
      <w:pPr>
        <w:pStyle w:val="Heading3"/>
      </w:pPr>
      <w:r>
        <w:t>Reevaluación de: Vendajes/curas (3.6–3.8)</w:t>
      </w:r>
    </w:p>
    <w:p>
      <w:r>
        <w:t>**Procedimiento:**</w:t>
      </w:r>
    </w:p>
    <w:p>
      <w:pPr>
        <w:pStyle w:val="ListNumber"/>
      </w:pPr>
      <w:r>
        <w:t>**Re-verificar vendajes**</w:t>
      </w:r>
    </w:p>
    <w:p>
      <w:pPr>
        <w:pStyle w:val="ListBullet"/>
      </w:pPr>
      <w:r>
        <w:t>Re-verificar que vendajes no se han desplazado.</w:t>
      </w:r>
    </w:p>
    <w:p>
      <w:pPr>
        <w:pStyle w:val="ListBullet"/>
      </w:pPr>
      <w:r>
        <w:t>Re-verificar que fijación es adecuada.</w:t>
      </w:r>
    </w:p>
    <w:p>
      <w:pPr>
        <w:pStyle w:val="ListBullet"/>
      </w:pPr>
      <w:r>
        <w:t>Re-verificar que no hay sangrado que reaparece.</w:t>
      </w:r>
    </w:p>
    <w:p>
      <w:pPr>
        <w:pStyle w:val="ListNumber"/>
      </w:pPr>
      <w:r>
        <w:t>**Re-verificar curas**</w:t>
      </w:r>
    </w:p>
    <w:p>
      <w:pPr>
        <w:pStyle w:val="ListBullet"/>
      </w:pPr>
      <w:r>
        <w:t>Re-verificar que coberturas están bien fijadas.</w:t>
      </w:r>
    </w:p>
    <w:p>
      <w:pPr>
        <w:pStyle w:val="ListBullet"/>
      </w:pPr>
      <w:r>
        <w:t>Re-verificar que no se han desplazado.</w:t>
      </w:r>
    </w:p>
    <w:p>
      <w:pPr>
        <w:pStyle w:val="ListBullet"/>
      </w:pPr>
      <w:r>
        <w:t>Ajustar si es necesario.</w:t>
      </w:r>
    </w:p>
    <w:p>
      <w:r>
        <w:t>**Enlaces:**</w:t>
      </w:r>
    </w:p>
    <w:p>
      <w:pPr>
        <w:pStyle w:val="ListBullet"/>
      </w:pPr>
      <w:r>
        <w:t>Ver 3.6 – Control de Hemorragias y Material de Curas: Uso Operativo TES</w:t>
      </w:r>
    </w:p>
    <w:p>
      <w:pPr>
        <w:pStyle w:val="ListBullet"/>
      </w:pPr>
      <w:r>
        <w:t>Ver 3.7 – Quemaduras: Material y Manejo Operativo TES</w:t>
      </w:r>
    </w:p>
    <w:p>
      <w:pPr>
        <w:pStyle w:val="ListBullet"/>
      </w:pPr>
      <w:r>
        <w:t>Ver 3.8 – Heridas, Vendajes y Manejo de Lesiones Abiertas</w:t>
      </w:r>
    </w:p>
    <w:p>
      <w:r>
        <w:t>────────────────────────────────────────────────────────────</w:t>
      </w:r>
    </w:p>
    <w:p>
      <w:pPr>
        <w:pStyle w:val="Heading3"/>
      </w:pPr>
      <w:r>
        <w:t>Reevaluación de: Térmico (3.9)</w:t>
      </w:r>
    </w:p>
    <w:p>
      <w:r>
        <w:t>**Procedimiento:**</w:t>
      </w:r>
    </w:p>
    <w:p>
      <w:pPr>
        <w:pStyle w:val="ListNumber"/>
      </w:pPr>
      <w:r>
        <w:t>**Re-verificar control térmico**</w:t>
      </w:r>
    </w:p>
    <w:p>
      <w:pPr>
        <w:pStyle w:val="ListBullet"/>
      </w:pPr>
      <w:r>
        <w:t>Re-verificar que manta térmica/mantas no se han desplazado.</w:t>
      </w:r>
    </w:p>
    <w:p>
      <w:pPr>
        <w:pStyle w:val="ListBullet"/>
      </w:pPr>
      <w:r>
        <w:t>Re-verificar que aislamiento se mantiene.</w:t>
      </w:r>
    </w:p>
    <w:p>
      <w:pPr>
        <w:pStyle w:val="ListBullet"/>
      </w:pPr>
      <w:r>
        <w:t>Re-verificar que paciente no se enfría.</w:t>
      </w:r>
    </w:p>
    <w:p>
      <w:pPr>
        <w:pStyle w:val="ListNumber"/>
      </w:pPr>
      <w:r>
        <w:t>**Ajustar si es necesario**</w:t>
      </w:r>
    </w:p>
    <w:p>
      <w:pPr>
        <w:pStyle w:val="ListBullet"/>
      </w:pPr>
      <w:r>
        <w:t>Reforzar aislamiento si es necesario.</w:t>
      </w:r>
    </w:p>
    <w:p>
      <w:pPr>
        <w:pStyle w:val="ListBullet"/>
      </w:pPr>
      <w:r>
        <w:t>Ajustar coberturas si se han desplazado.</w:t>
      </w:r>
    </w:p>
    <w:p>
      <w:pPr>
        <w:pStyle w:val="ListBullet"/>
      </w:pPr>
      <w:r>
        <w:t>Aumentar calefacción en ambulancia si es posible.</w:t>
      </w:r>
    </w:p>
    <w:p>
      <w:r>
        <w:t>**Enlace:**</w:t>
      </w:r>
    </w:p>
    <w:p>
      <w:pPr>
        <w:pStyle w:val="ListBullet"/>
      </w:pPr>
      <w:r>
        <w:t>Ver 3.9 – Exposición, Aislamiento Térmico y Prevención de Hipotermia</w:t>
      </w:r>
    </w:p>
    <w:p>
      <w:r>
        <w:t>────────────────────────────────────────────────────────────</w:t>
      </w:r>
    </w:p>
    <w:p>
      <w:pPr>
        <w:pStyle w:val="Heading3"/>
      </w:pPr>
      <w:r>
        <w:t>Reevaluación de: Constantes (3.10–3.12)</w:t>
      </w:r>
    </w:p>
    <w:p>
      <w:r>
        <w:t>**Procedimiento:**</w:t>
      </w:r>
    </w:p>
    <w:p>
      <w:pPr>
        <w:pStyle w:val="ListNumber"/>
      </w:pPr>
      <w:r>
        <w:t>**Re-verificar constantes**</w:t>
      </w:r>
    </w:p>
    <w:p>
      <w:pPr>
        <w:pStyle w:val="ListBullet"/>
      </w:pPr>
      <w:r>
        <w:t>Re-verificar que sensores/electrodos están bien colocados.</w:t>
      </w:r>
    </w:p>
    <w:p>
      <w:pPr>
        <w:pStyle w:val="ListBullet"/>
      </w:pPr>
      <w:r>
        <w:t>Re-verificar que cables no se han desconectado.</w:t>
      </w:r>
    </w:p>
    <w:p>
      <w:pPr>
        <w:pStyle w:val="ListBullet"/>
      </w:pPr>
      <w:r>
        <w:t>Re-verificar que lecturas son estables.</w:t>
      </w:r>
    </w:p>
    <w:p>
      <w:pPr>
        <w:pStyle w:val="ListNumber"/>
      </w:pPr>
      <w:r>
        <w:t>**Re-verificar equipos**</w:t>
      </w:r>
    </w:p>
    <w:p>
      <w:pPr>
        <w:pStyle w:val="ListBullet"/>
      </w:pPr>
      <w:r>
        <w:t>Re-verificar que equipos siguen funcionando (batería si aplica).</w:t>
      </w:r>
    </w:p>
    <w:p>
      <w:pPr>
        <w:pStyle w:val="ListBullet"/>
      </w:pPr>
      <w:r>
        <w:t>Re-verificar que no hay artefactos.</w:t>
      </w:r>
    </w:p>
    <w:p>
      <w:pPr>
        <w:pStyle w:val="ListBullet"/>
      </w:pPr>
      <w:r>
        <w:t>Ajustar si es necesario.</w:t>
      </w:r>
    </w:p>
    <w:p>
      <w:r>
        <w:t>**Enlaces:**</w:t>
      </w:r>
    </w:p>
    <w:p>
      <w:pPr>
        <w:pStyle w:val="ListBullet"/>
      </w:pPr>
      <w:r>
        <w:t>Ver 3.10 – Monitorización Básica: Material y Uso Seguro</w:t>
      </w:r>
    </w:p>
    <w:p>
      <w:pPr>
        <w:pStyle w:val="ListBullet"/>
      </w:pPr>
      <w:r>
        <w:t>Ver 3.11 – Glucómetro y Control de Glucemia: Uso Operativo</w:t>
      </w:r>
    </w:p>
    <w:p>
      <w:pPr>
        <w:pStyle w:val="ListBullet"/>
      </w:pPr>
      <w:r>
        <w:t>Ver 3.12 – Termometría Clínica: Material y Toma Segura</w:t>
      </w:r>
    </w:p>
    <w:p>
      <w:r>
        <w:t>────────────────────────────────────────────────────────────</w:t>
      </w:r>
    </w:p>
    <w:p>
      <w:pPr>
        <w:pStyle w:val="Heading3"/>
      </w:pPr>
      <w:r>
        <w:t>Qué se revisa tras cada transferencia (Bloque 2): fijaciones, correas, puntos de presión, cables y cobertura</w:t>
      </w:r>
    </w:p>
    <w:p>
      <w:r>
        <w:t>**Procedimiento:**</w:t>
      </w:r>
    </w:p>
    <w:p>
      <w:pPr>
        <w:pStyle w:val="ListNumber"/>
      </w:pPr>
      <w:r>
        <w:t>**Fijaciones**</w:t>
      </w:r>
    </w:p>
    <w:p>
      <w:pPr>
        <w:pStyle w:val="ListBullet"/>
      </w:pPr>
      <w:r>
        <w:t>Re-verificar que fijaciones de inmovilización no se han aflojado.</w:t>
      </w:r>
    </w:p>
    <w:p>
      <w:pPr>
        <w:pStyle w:val="ListBullet"/>
      </w:pPr>
      <w:r>
        <w:t>Re-verificar que fijaciones de vendajes/dispositivos no se han desplazado.</w:t>
      </w:r>
    </w:p>
    <w:p>
      <w:pPr>
        <w:pStyle w:val="ListBullet"/>
      </w:pPr>
      <w:r>
        <w:t>Ajustar si es necesario.</w:t>
      </w:r>
    </w:p>
    <w:p>
      <w:pPr>
        <w:pStyle w:val="ListNumber"/>
      </w:pPr>
      <w:r>
        <w:t>**Correas**</w:t>
      </w:r>
    </w:p>
    <w:p>
      <w:pPr>
        <w:pStyle w:val="ListBullet"/>
      </w:pPr>
      <w:r>
        <w:t>Re-verificar que correas de inmovilización no comprimen vendajes/dispositivos.</w:t>
      </w:r>
    </w:p>
    <w:p>
      <w:pPr>
        <w:pStyle w:val="ListBullet"/>
      </w:pPr>
      <w:r>
        <w:t>Re-verificar que correas no causan puntos de presión.</w:t>
      </w:r>
    </w:p>
    <w:p>
      <w:pPr>
        <w:pStyle w:val="ListBullet"/>
      </w:pPr>
      <w:r>
        <w:t>Ajustar si es necesario.</w:t>
      </w:r>
    </w:p>
    <w:p>
      <w:pPr>
        <w:pStyle w:val="ListNumber"/>
      </w:pPr>
      <w:r>
        <w:t>**Puntos de presión**</w:t>
      </w:r>
    </w:p>
    <w:p>
      <w:pPr>
        <w:pStyle w:val="ListBullet"/>
      </w:pPr>
      <w:r>
        <w:t>Re-verificar que acolchado en puntos de presión no se ha desplazado.</w:t>
      </w:r>
    </w:p>
    <w:p>
      <w:pPr>
        <w:pStyle w:val="ListBullet"/>
      </w:pPr>
      <w:r>
        <w:t>Re-verificar que no hay nuevos puntos de presión.</w:t>
      </w:r>
    </w:p>
    <w:p>
      <w:pPr>
        <w:pStyle w:val="ListBullet"/>
      </w:pPr>
      <w:r>
        <w:t>Ajustar si es necesario.</w:t>
      </w:r>
    </w:p>
    <w:p>
      <w:pPr>
        <w:pStyle w:val="ListNumber"/>
      </w:pPr>
      <w:r>
        <w:t>**Cables y tubuladuras**</w:t>
      </w:r>
    </w:p>
    <w:p>
      <w:pPr>
        <w:pStyle w:val="ListBullet"/>
      </w:pPr>
      <w:r>
        <w:t>Re-verificar que cables/tubuladuras no se han desconectado.</w:t>
      </w:r>
    </w:p>
    <w:p>
      <w:pPr>
        <w:pStyle w:val="ListBullet"/>
      </w:pPr>
      <w:r>
        <w:t>Re-verificar que cables/tubuladuras no están tensos.</w:t>
      </w:r>
    </w:p>
    <w:p>
      <w:pPr>
        <w:pStyle w:val="ListBullet"/>
      </w:pPr>
      <w:r>
        <w:t>Re-verificar que no hay enganches.</w:t>
      </w:r>
    </w:p>
    <w:p>
      <w:pPr>
        <w:pStyle w:val="ListBullet"/>
      </w:pPr>
      <w:r>
        <w:t>Ajustar si es necesario.</w:t>
      </w:r>
    </w:p>
    <w:p>
      <w:pPr>
        <w:pStyle w:val="ListNumber"/>
      </w:pPr>
      <w:r>
        <w:t>**Cobertura**</w:t>
      </w:r>
    </w:p>
    <w:p>
      <w:pPr>
        <w:pStyle w:val="ListBullet"/>
      </w:pPr>
      <w:r>
        <w:t>Re-verificar que coberturas (vendajes, apósitos, mantas) no se han desplazado.</w:t>
      </w:r>
    </w:p>
    <w:p>
      <w:pPr>
        <w:pStyle w:val="ListBullet"/>
      </w:pPr>
      <w:r>
        <w:t>Re-verificar que control térmico se mantiene.</w:t>
      </w:r>
    </w:p>
    <w:p>
      <w:pPr>
        <w:pStyle w:val="ListBullet"/>
      </w:pPr>
      <w:r>
        <w:t>Ajustar si es necesario.</w:t>
      </w:r>
    </w:p>
    <w:p>
      <w:r>
        <w:t>**Enlace:**</w:t>
      </w:r>
    </w:p>
    <w:p>
      <w:pPr>
        <w:pStyle w:val="ListBullet"/>
      </w:pPr>
      <w:r>
        <w:t>Ver Bloque 2 (inmovilización y traslado) para técnicas de transferencia.</w:t>
      </w:r>
    </w:p>
    <w:p>
      <w:r>
        <w:t>────────────────────────────────────────────────────────────</w:t>
      </w:r>
    </w:p>
    <w:p>
      <w:pPr>
        <w:pStyle w:val="Heading2"/>
      </w:pPr>
      <w:r>
        <w:t>3.99.8 Flujo operativo 5: Cierre post-servicio</w:t>
      </w:r>
    </w:p>
    <w:p>
      <w:pPr>
        <w:pStyle w:val="Heading3"/>
      </w:pPr>
      <w:r>
        <w:t>Descontaminación (3.14)</w:t>
      </w:r>
    </w:p>
    <w:p>
      <w:r>
        <w:t>**Procedimiento:**</w:t>
      </w:r>
    </w:p>
    <w:p>
      <w:pPr>
        <w:pStyle w:val="ListNumber"/>
      </w:pPr>
      <w:r>
        <w:t>**Asegurar punzantes y residuos**</w:t>
      </w:r>
    </w:p>
    <w:p>
      <w:pPr>
        <w:pStyle w:val="ListBullet"/>
      </w:pPr>
      <w:r>
        <w:t>Verificar que todos los punzantes están en contenedor.</w:t>
      </w:r>
    </w:p>
    <w:p>
      <w:pPr>
        <w:pStyle w:val="ListBullet"/>
      </w:pPr>
      <w:r>
        <w:t>Gestionar residuos biológicos y no biológicos.</w:t>
      </w:r>
    </w:p>
    <w:p>
      <w:pPr>
        <w:pStyle w:val="ListBullet"/>
      </w:pPr>
      <w:r>
        <w:t>Cerrar bolsas y contenedor correctamente.</w:t>
      </w:r>
    </w:p>
    <w:p>
      <w:pPr>
        <w:pStyle w:val="ListNumber"/>
      </w:pPr>
      <w:r>
        <w:t>**Limpieza preliminar**</w:t>
      </w:r>
    </w:p>
    <w:p>
      <w:pPr>
        <w:pStyle w:val="ListBullet"/>
      </w:pPr>
      <w:r>
        <w:t>Retirar suciedad visible.</w:t>
      </w:r>
    </w:p>
    <w:p>
      <w:pPr>
        <w:pStyle w:val="ListBullet"/>
      </w:pPr>
      <w:r>
        <w:t>Enjuagar si es necesario.</w:t>
      </w:r>
    </w:p>
    <w:p>
      <w:pPr>
        <w:pStyle w:val="ListNumber"/>
      </w:pPr>
      <w:r>
        <w:t>**Desinfección**</w:t>
      </w:r>
    </w:p>
    <w:p>
      <w:pPr>
        <w:pStyle w:val="ListBullet"/>
      </w:pPr>
      <w:r>
        <w:t>Aplicar desinfectante según protocolo.</w:t>
      </w:r>
    </w:p>
    <w:p>
      <w:pPr>
        <w:pStyle w:val="ListBullet"/>
      </w:pPr>
      <w:r>
        <w:t>Respetar tiempos de contacto si protocolo lo contempla.</w:t>
      </w:r>
    </w:p>
    <w:p>
      <w:pPr>
        <w:pStyle w:val="ListNumber"/>
      </w:pPr>
      <w:r>
        <w:t>**Secado**</w:t>
      </w:r>
    </w:p>
    <w:p>
      <w:pPr>
        <w:pStyle w:val="ListBullet"/>
      </w:pPr>
      <w:r>
        <w:t>Secar material completamente.</w:t>
      </w:r>
    </w:p>
    <w:p>
      <w:pPr>
        <w:pStyle w:val="ListBullet"/>
      </w:pPr>
      <w:r>
        <w:t>No guardar material húmedo.</w:t>
      </w:r>
    </w:p>
    <w:p>
      <w:r>
        <w:t>**Enlace:**</w:t>
      </w:r>
    </w:p>
    <w:p>
      <w:pPr>
        <w:pStyle w:val="ListBullet"/>
      </w:pPr>
      <w:r>
        <w:t>Ver 3.14 – Bioseguridad y Descontaminación del Material para procedimientos detallados.</w:t>
      </w:r>
    </w:p>
    <w:p>
      <w:r>
        <w:t>────────────────────────────────────────────────────────────</w:t>
      </w:r>
    </w:p>
    <w:p>
      <w:pPr>
        <w:pStyle w:val="Heading3"/>
      </w:pPr>
      <w:r>
        <w:t>Reposición (3.X5)</w:t>
      </w:r>
    </w:p>
    <w:p>
      <w:r>
        <w:t>**Procedimiento:**</w:t>
      </w:r>
    </w:p>
    <w:p>
      <w:pPr>
        <w:pStyle w:val="ListNumber"/>
      </w:pPr>
      <w:r>
        <w:t>**Identificar material usado**</w:t>
      </w:r>
    </w:p>
    <w:p>
      <w:pPr>
        <w:pStyle w:val="ListBullet"/>
      </w:pPr>
      <w:r>
        <w:t>Identificar material consumido durante servicio.</w:t>
      </w:r>
    </w:p>
    <w:p>
      <w:pPr>
        <w:pStyle w:val="ListBullet"/>
      </w:pPr>
      <w:r>
        <w:t>Identificar material dañado.</w:t>
      </w:r>
    </w:p>
    <w:p>
      <w:pPr>
        <w:pStyle w:val="ListNumber"/>
      </w:pPr>
      <w:r>
        <w:t>**Reponer material**</w:t>
      </w:r>
    </w:p>
    <w:p>
      <w:pPr>
        <w:pStyle w:val="ListBullet"/>
      </w:pPr>
      <w:r>
        <w:t>Reponer material consumido si es posible.</w:t>
      </w:r>
    </w:p>
    <w:p>
      <w:pPr>
        <w:pStyle w:val="ListBullet"/>
      </w:pPr>
      <w:r>
        <w:t>Reponer material dañado si es posible.</w:t>
      </w:r>
    </w:p>
    <w:p>
      <w:pPr>
        <w:pStyle w:val="ListBullet"/>
      </w:pPr>
      <w:r>
        <w:t>Verificar que reposición es completa.</w:t>
      </w:r>
    </w:p>
    <w:p>
      <w:pPr>
        <w:pStyle w:val="ListNumber"/>
      </w:pPr>
      <w:r>
        <w:t>**Solicitar reposición si no es posible**</w:t>
      </w:r>
    </w:p>
    <w:p>
      <w:pPr>
        <w:pStyle w:val="ListBullet"/>
      </w:pPr>
      <w:r>
        <w:t>Solicitar reposición de material faltante según protocolo.</w:t>
      </w:r>
    </w:p>
    <w:p>
      <w:pPr>
        <w:pStyle w:val="ListBullet"/>
      </w:pPr>
      <w:r>
        <w:t>Comunicar prioridad si es necesario.</w:t>
      </w:r>
    </w:p>
    <w:p>
      <w:r>
        <w:t>**Enlace:**</w:t>
      </w:r>
    </w:p>
    <w:p>
      <w:pPr>
        <w:pStyle w:val="ListBullet"/>
      </w:pPr>
      <w:r>
        <w:t>Ver 3.X5 – Checklist Maestro Bloque 3 para checklist de reposición.</w:t>
      </w:r>
    </w:p>
    <w:p>
      <w:r>
        <w:t>────────────────────────────────────────────────────────────</w:t>
      </w:r>
    </w:p>
    <w:p>
      <w:pPr>
        <w:pStyle w:val="Heading3"/>
      </w:pPr>
      <w:r>
        <w:t>Registro de consumos/incidencias (3.18)</w:t>
      </w:r>
    </w:p>
    <w:p>
      <w:r>
        <w:t>**Procedimiento:**</w:t>
      </w:r>
    </w:p>
    <w:p>
      <w:pPr>
        <w:pStyle w:val="ListNumber"/>
      </w:pPr>
      <w:r>
        <w:t>**Registrar consumos críticos**</w:t>
      </w:r>
    </w:p>
    <w:p>
      <w:pPr>
        <w:pStyle w:val="ListBullet"/>
      </w:pPr>
      <w:r>
        <w:t>Registrar O₂ (presión final/cambio botella).</w:t>
      </w:r>
    </w:p>
    <w:p>
      <w:pPr>
        <w:pStyle w:val="ListBullet"/>
      </w:pPr>
      <w:r>
        <w:t>Registrar mascarillas, BVM/filtros, aspiración.</w:t>
      </w:r>
    </w:p>
    <w:p>
      <w:pPr>
        <w:pStyle w:val="ListBullet"/>
      </w:pPr>
      <w:r>
        <w:t>Registrar hemostáticos/torniquete si aplica.</w:t>
      </w:r>
    </w:p>
    <w:p>
      <w:pPr>
        <w:pStyle w:val="ListNumber"/>
      </w:pPr>
      <w:r>
        <w:t>**Registrar mediciones/equipos usados**</w:t>
      </w:r>
    </w:p>
    <w:p>
      <w:pPr>
        <w:pStyle w:val="ListBullet"/>
      </w:pPr>
      <w:r>
        <w:t>Registrar electrodos, tiras glucemia, fundas termómetro si aplica.</w:t>
      </w:r>
    </w:p>
    <w:p>
      <w:pPr>
        <w:pStyle w:val="ListNumber"/>
      </w:pPr>
      <w:r>
        <w:t>**Registrar incidencias**</w:t>
      </w:r>
    </w:p>
    <w:p>
      <w:pPr>
        <w:pStyle w:val="ListBullet"/>
      </w:pPr>
      <w:r>
        <w:t>Registrar batería baja, fugas, roturas, material caducado.</w:t>
      </w:r>
    </w:p>
    <w:p>
      <w:pPr>
        <w:pStyle w:val="ListBullet"/>
      </w:pPr>
      <w:r>
        <w:t>Registrar observaciones de seguridad (pinchazo, derrame, contaminación).</w:t>
      </w:r>
    </w:p>
    <w:p>
      <w:pPr>
        <w:pStyle w:val="ListNumber"/>
      </w:pPr>
      <w:r>
        <w:t>**Comunicar incidencias si es necesario**</w:t>
      </w:r>
    </w:p>
    <w:p>
      <w:pPr>
        <w:pStyle w:val="ListBullet"/>
      </w:pPr>
      <w:r>
        <w:t>Comunicar incidencias según protocolo.</w:t>
      </w:r>
    </w:p>
    <w:p>
      <w:pPr>
        <w:pStyle w:val="ListBullet"/>
      </w:pPr>
      <w:r>
        <w:t>Comunicar necesidades de reposición.</w:t>
      </w:r>
    </w:p>
    <w:p>
      <w:r>
        <w:t>**Enlace:**</w:t>
      </w:r>
    </w:p>
    <w:p>
      <w:pPr>
        <w:pStyle w:val="ListBullet"/>
      </w:pPr>
      <w:r>
        <w:t>Ver 3.18 – Documentación Operativa del Material Usado e Incidencias para registro detallado.</w:t>
      </w:r>
    </w:p>
    <w:p>
      <w:r>
        <w:t>────────────────────────────────────────────────────────────</w:t>
      </w:r>
    </w:p>
    <w:p>
      <w:pPr>
        <w:pStyle w:val="Heading3"/>
      </w:pPr>
      <w:r>
        <w:t>"Maletín cerrado y listo" como criterio final</w:t>
      </w:r>
    </w:p>
    <w:p>
      <w:r>
        <w:t>**Procedimiento:**</w:t>
      </w:r>
    </w:p>
    <w:p>
      <w:pPr>
        <w:pStyle w:val="ListNumber"/>
      </w:pPr>
      <w:r>
        <w:t>**Verificar maletines**</w:t>
      </w:r>
    </w:p>
    <w:p>
      <w:pPr>
        <w:pStyle w:val="ListBullet"/>
      </w:pPr>
      <w:r>
        <w:t>Verificar que maletines están completos (ver 3.5, 3.X2, 3.X3).</w:t>
      </w:r>
    </w:p>
    <w:p>
      <w:pPr>
        <w:pStyle w:val="ListBullet"/>
      </w:pPr>
      <w:r>
        <w:t>Verificar que material está limpio y seco.</w:t>
      </w:r>
    </w:p>
    <w:p>
      <w:pPr>
        <w:pStyle w:val="ListBullet"/>
      </w:pPr>
      <w:r>
        <w:t>Verificar que no falta material crítico.</w:t>
      </w:r>
    </w:p>
    <w:p>
      <w:pPr>
        <w:pStyle w:val="ListNumber"/>
      </w:pPr>
      <w:r>
        <w:t>**Cerrar maletines**</w:t>
      </w:r>
    </w:p>
    <w:p>
      <w:pPr>
        <w:pStyle w:val="ListBullet"/>
      </w:pPr>
      <w:r>
        <w:t>Cerrar maletines correctamente.</w:t>
      </w:r>
    </w:p>
    <w:p>
      <w:pPr>
        <w:pStyle w:val="ListBullet"/>
      </w:pPr>
      <w:r>
        <w:t>Verificar que maletines están cerrados.</w:t>
      </w:r>
    </w:p>
    <w:p>
      <w:pPr>
        <w:pStyle w:val="ListBullet"/>
      </w:pPr>
      <w:r>
        <w:t>Verificar que maletines están listos para siguiente servicio.</w:t>
      </w:r>
    </w:p>
    <w:p>
      <w:pPr>
        <w:pStyle w:val="ListNumber"/>
      </w:pPr>
      <w:r>
        <w:t>**Criterio final**</w:t>
      </w:r>
    </w:p>
    <w:p>
      <w:pPr>
        <w:pStyle w:val="ListBullet"/>
      </w:pPr>
      <w:r>
        <w:t>**"Maletín cerrado y listo"** significa:</w:t>
      </w:r>
    </w:p>
    <w:p>
      <w:pPr>
        <w:pStyle w:val="ListBullet"/>
      </w:pPr>
      <w:r>
        <w:t>Material completo y funcional.</w:t>
      </w:r>
    </w:p>
    <w:p>
      <w:pPr>
        <w:pStyle w:val="ListBullet"/>
      </w:pPr>
      <w:r>
        <w:t>Material limpio y seco.</w:t>
      </w:r>
    </w:p>
    <w:p>
      <w:pPr>
        <w:pStyle w:val="ListBullet"/>
      </w:pPr>
      <w:r>
        <w:t>Material organizado según estructura.</w:t>
      </w:r>
    </w:p>
    <w:p>
      <w:pPr>
        <w:pStyle w:val="ListBullet"/>
      </w:pPr>
      <w:r>
        <w:t>Material listo para siguiente servicio.</w:t>
      </w:r>
    </w:p>
    <w:p>
      <w:r>
        <w:t>**Enlaces:**</w:t>
      </w:r>
    </w:p>
    <w:p>
      <w:pPr>
        <w:pStyle w:val="ListBullet"/>
      </w:pPr>
      <w:r>
        <w:t>Ver 3.5 – Maletín de Vía Aérea y Oxigenoterapia: Organización y Chequeo Operativo</w:t>
      </w:r>
    </w:p>
    <w:p>
      <w:pPr>
        <w:pStyle w:val="ListBullet"/>
      </w:pPr>
      <w:r>
        <w:t>Ver 3.X2 – Maletín de Curas/Trauma Sanitario: Organización y Chequeo Operativo</w:t>
      </w:r>
    </w:p>
    <w:p>
      <w:pPr>
        <w:pStyle w:val="ListBullet"/>
      </w:pPr>
      <w:r>
        <w:t>Ver 3.X3 – Bolsa/Estuche de Monitorización: Organización y Chequeo Operativo</w:t>
      </w:r>
    </w:p>
    <w:p>
      <w:r>
        <w:t>────────────────────────────────────────────────────────────</w:t>
      </w:r>
    </w:p>
    <w:p>
      <w:pPr>
        <w:pStyle w:val="Heading2"/>
      </w:pPr>
      <w:r>
        <w:t>3.99.9 Errores sistémicos típicos (no técnicos)</w:t>
      </w:r>
    </w:p>
    <w:p>
      <w:pPr>
        <w:pStyle w:val="Heading3"/>
      </w:pPr>
      <w:r>
        <w:t>Checklists "de memoria"</w:t>
      </w:r>
    </w:p>
    <w:p>
      <w:r>
        <w:t>**Error:**</w:t>
      </w:r>
    </w:p>
    <w:p>
      <w:pPr>
        <w:pStyle w:val="ListBullet"/>
      </w:pPr>
      <w:r>
        <w:t>Hacer checklists "de memoria" sin verificar realmente.</w:t>
      </w:r>
    </w:p>
    <w:p>
      <w:pPr>
        <w:pStyle w:val="ListBullet"/>
      </w:pPr>
      <w:r>
        <w:t>Asumir que material está bien sin verificar.</w:t>
      </w:r>
    </w:p>
    <w:p>
      <w:pPr>
        <w:pStyle w:val="ListBullet"/>
      </w:pPr>
      <w:r>
        <w:t>Omitir verificaciones por prisa.</w:t>
      </w:r>
    </w:p>
    <w:p>
      <w:r>
        <w:t>**Consecuencia:**</w:t>
      </w:r>
    </w:p>
    <w:p>
      <w:pPr>
        <w:pStyle w:val="ListBullet"/>
      </w:pPr>
      <w:r>
        <w:t>Material no funcional cuando se necesita.</w:t>
      </w:r>
    </w:p>
    <w:p>
      <w:pPr>
        <w:pStyle w:val="ListBullet"/>
      </w:pPr>
      <w:r>
        <w:t>Falta de material crítico.</w:t>
      </w:r>
    </w:p>
    <w:p>
      <w:pPr>
        <w:pStyle w:val="ListBullet"/>
      </w:pPr>
      <w:r>
        <w:t>Equipos sin batería o con fugas.</w:t>
      </w:r>
    </w:p>
    <w:p>
      <w:r>
        <w:t>**Prevención:**</w:t>
      </w:r>
    </w:p>
    <w:p>
      <w:pPr>
        <w:pStyle w:val="ListBullet"/>
      </w:pPr>
      <w:r>
        <w:t>Seguir checklist paso a paso (ver 3.X5).</w:t>
      </w:r>
    </w:p>
    <w:p>
      <w:pPr>
        <w:pStyle w:val="ListBullet"/>
      </w:pPr>
      <w:r>
        <w:t>Verificar realmente, no asumir.</w:t>
      </w:r>
    </w:p>
    <w:p>
      <w:pPr>
        <w:pStyle w:val="ListBullet"/>
      </w:pPr>
      <w:r>
        <w:t>No omitir verificaciones por prisa.</w:t>
      </w:r>
    </w:p>
    <w:p>
      <w:r>
        <w:t>────────────────────────────────────────────────────────────</w:t>
      </w:r>
    </w:p>
    <w:p>
      <w:pPr>
        <w:pStyle w:val="Heading3"/>
      </w:pPr>
      <w:r>
        <w:t>Material sin tallas</w:t>
      </w:r>
    </w:p>
    <w:p>
      <w:r>
        <w:t>**Error:**</w:t>
      </w:r>
    </w:p>
    <w:p>
      <w:pPr>
        <w:pStyle w:val="ListBullet"/>
      </w:pPr>
      <w:r>
        <w:t>No verificar tallas durante chequeo.</w:t>
      </w:r>
    </w:p>
    <w:p>
      <w:pPr>
        <w:pStyle w:val="ListBullet"/>
      </w:pPr>
      <w:r>
        <w:t>Faltan mascarillas de tallas más usadas.</w:t>
      </w:r>
    </w:p>
    <w:p>
      <w:pPr>
        <w:pStyle w:val="ListBullet"/>
      </w:pPr>
      <w:r>
        <w:t>Faltan OPA/NPA de tallas críticas.</w:t>
      </w:r>
    </w:p>
    <w:p>
      <w:r>
        <w:t>**Consecuencia:**</w:t>
      </w:r>
    </w:p>
    <w:p>
      <w:pPr>
        <w:pStyle w:val="ListBullet"/>
      </w:pPr>
      <w:r>
        <w:t>No se puede usar material adecuado.</w:t>
      </w:r>
    </w:p>
    <w:p>
      <w:pPr>
        <w:pStyle w:val="ListBullet"/>
      </w:pPr>
      <w:r>
        <w:t>Compromiso de atención.</w:t>
      </w:r>
    </w:p>
    <w:p>
      <w:r>
        <w:t>**Prevención:**</w:t>
      </w:r>
    </w:p>
    <w:p>
      <w:pPr>
        <w:pStyle w:val="ListBullet"/>
      </w:pPr>
      <w:r>
        <w:t>Verificar tallas durante chequeo.</w:t>
      </w:r>
    </w:p>
    <w:p>
      <w:pPr>
        <w:pStyle w:val="ListBullet"/>
      </w:pPr>
      <w:r>
        <w:t>Reponer tallas críticas.</w:t>
      </w:r>
    </w:p>
    <w:p>
      <w:pPr>
        <w:pStyle w:val="ListBullet"/>
      </w:pPr>
      <w:r>
        <w:t>Tener tallas más usadas siempre disponibles.</w:t>
      </w:r>
    </w:p>
    <w:p>
      <w:r>
        <w:t>────────────────────────────────────────────────────────────</w:t>
      </w:r>
    </w:p>
    <w:p>
      <w:pPr>
        <w:pStyle w:val="Heading3"/>
      </w:pPr>
      <w:r>
        <w:t>Equipos sin batería</w:t>
      </w:r>
    </w:p>
    <w:p>
      <w:r>
        <w:t>**Error:**</w:t>
      </w:r>
    </w:p>
    <w:p>
      <w:pPr>
        <w:pStyle w:val="ListBullet"/>
      </w:pPr>
      <w:r>
        <w:t>No verificar baterías durante chequeo.</w:t>
      </w:r>
    </w:p>
    <w:p>
      <w:pPr>
        <w:pStyle w:val="ListBullet"/>
      </w:pPr>
      <w:r>
        <w:t>Equipos con batería descargada cuando se necesitan.</w:t>
      </w:r>
    </w:p>
    <w:p>
      <w:pPr>
        <w:pStyle w:val="ListBullet"/>
      </w:pPr>
      <w:r>
        <w:t>No probar equipos durante chequeo.</w:t>
      </w:r>
    </w:p>
    <w:p>
      <w:r>
        <w:t>**Consecuencia:**</w:t>
      </w:r>
    </w:p>
    <w:p>
      <w:pPr>
        <w:pStyle w:val="ListBullet"/>
      </w:pPr>
      <w:r>
        <w:t>Equipos no funcionan cuando se necesitan.</w:t>
      </w:r>
    </w:p>
    <w:p>
      <w:pPr>
        <w:pStyle w:val="ListBullet"/>
      </w:pPr>
      <w:r>
        <w:t>Compromiso de atención.</w:t>
      </w:r>
    </w:p>
    <w:p>
      <w:r>
        <w:t>**Prevención:**</w:t>
      </w:r>
    </w:p>
    <w:p>
      <w:pPr>
        <w:pStyle w:val="ListBullet"/>
      </w:pPr>
      <w:r>
        <w:t>Verificar baterías durante chequeo.</w:t>
      </w:r>
    </w:p>
    <w:p>
      <w:pPr>
        <w:pStyle w:val="ListBullet"/>
      </w:pPr>
      <w:r>
        <w:t>Probar equipos durante chequeo.</w:t>
      </w:r>
    </w:p>
    <w:p>
      <w:pPr>
        <w:pStyle w:val="ListBullet"/>
      </w:pPr>
      <w:r>
        <w:t>No asumir que equipos funcionan solo porque están disponibles.</w:t>
      </w:r>
    </w:p>
    <w:p>
      <w:r>
        <w:t>────────────────────────────────────────────────────────────</w:t>
      </w:r>
    </w:p>
    <w:p>
      <w:pPr>
        <w:pStyle w:val="Heading3"/>
      </w:pPr>
      <w:r>
        <w:t>Falta de registro → repetición de fallos</w:t>
      </w:r>
    </w:p>
    <w:p>
      <w:r>
        <w:t>**Error:**</w:t>
      </w:r>
    </w:p>
    <w:p>
      <w:pPr>
        <w:pStyle w:val="ListBullet"/>
      </w:pPr>
      <w:r>
        <w:t>No registrar incidencias de equipo.</w:t>
      </w:r>
    </w:p>
    <w:p>
      <w:pPr>
        <w:pStyle w:val="ListBullet"/>
      </w:pPr>
      <w:r>
        <w:t>No registrar consumos críticos.</w:t>
      </w:r>
    </w:p>
    <w:p>
      <w:pPr>
        <w:pStyle w:val="ListBullet"/>
      </w:pPr>
      <w:r>
        <w:t>No comunicar necesidades de reposición.</w:t>
      </w:r>
    </w:p>
    <w:p>
      <w:r>
        <w:t>**Consecuencia:**</w:t>
      </w:r>
    </w:p>
    <w:p>
      <w:pPr>
        <w:pStyle w:val="ListBullet"/>
      </w:pPr>
      <w:r>
        <w:t>Fallos se repiten en siguiente servicio.</w:t>
      </w:r>
    </w:p>
    <w:p>
      <w:pPr>
        <w:pStyle w:val="ListBullet"/>
      </w:pPr>
      <w:r>
        <w:t>Material no disponible cuando se necesita.</w:t>
      </w:r>
    </w:p>
    <w:p>
      <w:pPr>
        <w:pStyle w:val="ListBullet"/>
      </w:pPr>
      <w:r>
        <w:t>Problemas no se resuelven.</w:t>
      </w:r>
    </w:p>
    <w:p>
      <w:r>
        <w:t>**Prevención:**</w:t>
      </w:r>
    </w:p>
    <w:p>
      <w:pPr>
        <w:pStyle w:val="ListBullet"/>
      </w:pPr>
      <w:r>
        <w:t>Registrar todas las incidencias (ver 3.18).</w:t>
      </w:r>
    </w:p>
    <w:p>
      <w:pPr>
        <w:pStyle w:val="ListBullet"/>
      </w:pPr>
      <w:r>
        <w:t>Registrar consumos críticos.</w:t>
      </w:r>
    </w:p>
    <w:p>
      <w:pPr>
        <w:pStyle w:val="ListBullet"/>
      </w:pPr>
      <w:r>
        <w:t>Comunicar necesidades de reposición.</w:t>
      </w:r>
    </w:p>
    <w:p>
      <w:r>
        <w:t>────────────────────────────────────────────────────────────</w:t>
      </w:r>
    </w:p>
    <w:p>
      <w:pPr>
        <w:pStyle w:val="Heading3"/>
      </w:pPr>
      <w:r>
        <w:t>No separar limpio/sucio</w:t>
      </w:r>
    </w:p>
    <w:p>
      <w:r>
        <w:t>**Error:**</w:t>
      </w:r>
    </w:p>
    <w:p>
      <w:pPr>
        <w:pStyle w:val="ListBullet"/>
      </w:pPr>
      <w:r>
        <w:t>Mezclar material limpio con material sucio.</w:t>
      </w:r>
    </w:p>
    <w:p>
      <w:pPr>
        <w:pStyle w:val="ListBullet"/>
      </w:pPr>
      <w:r>
        <w:t>Guardar material sucio en maletines.</w:t>
      </w:r>
    </w:p>
    <w:p>
      <w:pPr>
        <w:pStyle w:val="ListBullet"/>
      </w:pPr>
      <w:r>
        <w:t>No separar zonas limpia y sucia durante limpieza.</w:t>
      </w:r>
    </w:p>
    <w:p>
      <w:r>
        <w:t>**Consecuencia:**</w:t>
      </w:r>
    </w:p>
    <w:p>
      <w:pPr>
        <w:pStyle w:val="ListBullet"/>
      </w:pPr>
      <w:r>
        <w:t>Contaminación cruzada.</w:t>
      </w:r>
    </w:p>
    <w:p>
      <w:pPr>
        <w:pStyle w:val="ListBullet"/>
      </w:pPr>
      <w:r>
        <w:t>Material no listo para siguiente servicio.</w:t>
      </w:r>
    </w:p>
    <w:p>
      <w:pPr>
        <w:pStyle w:val="ListBullet"/>
      </w:pPr>
      <w:r>
        <w:t>Riesgo biológico.</w:t>
      </w:r>
    </w:p>
    <w:p>
      <w:r>
        <w:t>**Prevención:**</w:t>
      </w:r>
    </w:p>
    <w:p>
      <w:pPr>
        <w:pStyle w:val="ListBullet"/>
      </w:pPr>
      <w:r>
        <w:t>Separar zonas limpia y sucia (ver 3.14).</w:t>
      </w:r>
    </w:p>
    <w:p>
      <w:pPr>
        <w:pStyle w:val="ListBullet"/>
      </w:pPr>
      <w:r>
        <w:t>No mezclar material limpio con sucio.</w:t>
      </w:r>
    </w:p>
    <w:p>
      <w:pPr>
        <w:pStyle w:val="ListBullet"/>
      </w:pPr>
      <w:r>
        <w:t>Limpiar y secar material antes de guardar.</w:t>
      </w:r>
    </w:p>
    <w:p>
      <w:r>
        <w:t>────────────────────────────────────────────────────────────</w:t>
      </w:r>
    </w:p>
    <w:p>
      <w:pPr>
        <w:pStyle w:val="Heading2"/>
      </w:pPr>
      <w:r>
        <w:t>3.99.10 Puntos clave TES</w:t>
      </w:r>
    </w:p>
    <w:p>
      <w:pPr>
        <w:pStyle w:val="ListBullet"/>
      </w:pPr>
      <w:r>
        <w:t>**Material "funcional" &gt; material "presente"** (verificar funcionalidad durante chequeo, probar equipos, no asumir que funcionan).</w:t>
      </w:r>
    </w:p>
    <w:p>
      <w:pPr>
        <w:pStyle w:val="ListBullet"/>
      </w:pPr>
      <w:r>
        <w:t>**Organización modular y orden fijo** (organizar en módulos, mantener orden fijo en maletines, usar checklists).</w:t>
      </w:r>
    </w:p>
    <w:p>
      <w:pPr>
        <w:pStyle w:val="ListBullet"/>
      </w:pPr>
      <w:r>
        <w:t>**Seguridad y bioseguridad como parte del procedimiento** (aplicar desde inicio hasta cierre, no son "extras" opcionales).</w:t>
      </w:r>
    </w:p>
    <w:p>
      <w:pPr>
        <w:pStyle w:val="ListBullet"/>
      </w:pPr>
      <w:r>
        <w:t>**Reevaluación tras cada transferencia y cada cambio de entorno** (re-verificar fijaciones, correas, cables/tubos, constantes, ajustar si es necesario).</w:t>
      </w:r>
    </w:p>
    <w:p>
      <w:pPr>
        <w:pStyle w:val="ListBullet"/>
      </w:pPr>
      <w:r>
        <w:t>**Control térmico siempre que haya exposición** (aplicar desde inicio, mantener durante todo el proceso, re-verificar después de movimientos).</w:t>
      </w:r>
    </w:p>
    <w:p>
      <w:pPr>
        <w:pStyle w:val="ListBullet"/>
      </w:pPr>
      <w:r>
        <w:t>**Preparación antes de salir: verificar O₂, aspiración, BVM, tallas, consumibles, punzantes** (usar checklist maestro 3.X5, no omitir verificaciones).</w:t>
      </w:r>
    </w:p>
    <w:p>
      <w:pPr>
        <w:pStyle w:val="ListBullet"/>
      </w:pPr>
      <w:r>
        <w:t>**Preparación pre-escena: seleccionar módulos por previsión, control de escena, preparar residuos y EPI** (evaluar situación, seleccionar módulos necesarios, asegurar escena).</w:t>
      </w:r>
    </w:p>
    <w:p>
      <w:pPr>
        <w:pStyle w:val="ListBullet"/>
      </w:pPr>
      <w:r>
        <w:t>**Despliegue en escena: zona limpia, evitar dispersión, gestionar tubuladuras/cables, comunicación mínima** (organizar material, mantener "en su sitio", fijar cables/tubos, explicar al paciente).</w:t>
      </w:r>
    </w:p>
    <w:p>
      <w:pPr>
        <w:pStyle w:val="ListBullet"/>
      </w:pPr>
      <w:r>
        <w:t>**Intervención + traslado: reevaluar O₂, aspiración, BVM/cánulas, vendajes/curas, térmico, constantes** (re-verificar después de cada transferencia, ajustar si es necesario).</w:t>
      </w:r>
    </w:p>
    <w:p>
      <w:pPr>
        <w:pStyle w:val="ListBullet"/>
      </w:pPr>
      <w:r>
        <w:t>**Revisar tras cada transferencia: fijaciones, correas, puntos de presión, cables/tubuladuras, cobertura** (re-verificar que no se han desplazado, ajustar si es necesario).</w:t>
      </w:r>
    </w:p>
    <w:p>
      <w:pPr>
        <w:pStyle w:val="ListBullet"/>
      </w:pPr>
      <w:r>
        <w:t>**Cierre post-servicio: descontaminación, reposición, registro, "maletín cerrado y listo"** (limpiar y desinfectar, reponer material, registrar incidencias, verificar que maletines están listos).</w:t>
      </w:r>
    </w:p>
    <w:p>
      <w:pPr>
        <w:pStyle w:val="ListBullet"/>
      </w:pPr>
      <w:r>
        <w:t>**NUNCA hacer checklists "de memoria"** (seguir checklist paso a paso, verificar realmente, no asumir).</w:t>
      </w:r>
    </w:p>
    <w:p>
      <w:pPr>
        <w:pStyle w:val="ListBullet"/>
      </w:pPr>
      <w:r>
        <w:t>**NUNCA omitir verificación de tallas** (verificar durante chequeo, reponer tallas críticas, tener tallas más usadas disponibles).</w:t>
      </w:r>
    </w:p>
    <w:p>
      <w:pPr>
        <w:pStyle w:val="ListBullet"/>
      </w:pPr>
      <w:r>
        <w:t>**NUNCA omitir verificación de baterías** (verificar durante chequeo, probar equipos, no asumir que funcionan).</w:t>
      </w:r>
    </w:p>
    <w:p>
      <w:pPr>
        <w:pStyle w:val="ListBullet"/>
      </w:pPr>
      <w:r>
        <w:t>**NUNCA omitir registro de incidencias** (registrar todas las incidencias, comunicar necesidades, prevenir repetición de fallos).</w:t>
      </w:r>
    </w:p>
    <w:p>
      <w:pPr>
        <w:pStyle w:val="ListBullet"/>
      </w:pPr>
      <w:r>
        <w:t>**Un TES lesionado detiene la asistencia:** aplicar ergonomía (postura correcta, prevenir lesiones durante manejo de material).</w:t>
      </w:r>
    </w:p>
    <w:p>
      <w:r>
        <w:t>────────────────────────────────────────────────────────────</w:t>
      </w:r>
    </w:p>
    <w:p>
      <w:pPr>
        <w:pStyle w:val="Heading2"/>
      </w:pPr>
      <w:r>
        <w:t>3.99.11 Cierre del Bloque 3</w:t>
      </w:r>
    </w:p>
    <w:p>
      <w:r>
        <w:t>Este capítulo cierra el **Bloque 3 – Material Sanitario y Oxigenoterapia**, unificando todos los capítulos en flujos operativos integrados.</w:t>
      </w:r>
    </w:p>
    <w:p>
      <w:r>
        <w:t>**Capítulos del Bloque 3:**</w:t>
      </w:r>
    </w:p>
    <w:p>
      <w:pPr>
        <w:pStyle w:val="ListBullet"/>
      </w:pPr>
      <w:r>
        <w:t>**3.0–3.5:** Oxigenoterapia y vía aérea</w:t>
      </w:r>
    </w:p>
    <w:p>
      <w:pPr>
        <w:pStyle w:val="ListBullet"/>
      </w:pPr>
      <w:r>
        <w:t>**3.6–3.8:** Curas, hemorragias, quemaduras, heridas</w:t>
      </w:r>
    </w:p>
    <w:p>
      <w:pPr>
        <w:pStyle w:val="ListBullet"/>
      </w:pPr>
      <w:r>
        <w:t>**3.9:** Control térmico</w:t>
      </w:r>
    </w:p>
    <w:p>
      <w:pPr>
        <w:pStyle w:val="ListBullet"/>
      </w:pPr>
      <w:r>
        <w:t>**3.10–3.12:** Monitorización básica</w:t>
      </w:r>
    </w:p>
    <w:p>
      <w:pPr>
        <w:pStyle w:val="ListBullet"/>
      </w:pPr>
      <w:r>
        <w:t>**3.13–3.18:** Transversales (confort, bioseguridad, gestión, comunicación, señalización, documentación)</w:t>
      </w:r>
    </w:p>
    <w:p>
      <w:pPr>
        <w:pStyle w:val="ListBullet"/>
      </w:pPr>
      <w:r>
        <w:t>**3.X–3.X5:** Inventarios y checklists</w:t>
      </w:r>
    </w:p>
    <w:p>
      <w:pPr>
        <w:pStyle w:val="ListBullet"/>
      </w:pPr>
      <w:r>
        <w:t>**3.99:** Cierre integrador</w:t>
      </w:r>
    </w:p>
    <w:p>
      <w:r>
        <w:t>**Enlaces clave:**</w:t>
      </w:r>
    </w:p>
    <w:p>
      <w:r>
        <w:t>**Inventario global:**</w:t>
      </w:r>
    </w:p>
    <w:p>
      <w:pPr>
        <w:pStyle w:val="ListBullet"/>
      </w:pPr>
      <w:r>
        <w:t>3.X4 – Inventario Global del Bloque 3 (mapa único del material con enlaces)</w:t>
      </w:r>
    </w:p>
    <w:p>
      <w:r>
        <w:t>**Capítulos clave para app:**</w:t>
      </w:r>
    </w:p>
    <w:p>
      <w:pPr>
        <w:pStyle w:val="ListBullet"/>
      </w:pPr>
      <w:r>
        <w:t>3.0 – Oxigenoterapia: Fundamentos Operativos y Seguridad TES (fundamentos y cálculo de duración de botellas)</w:t>
      </w:r>
    </w:p>
    <w:p>
      <w:pPr>
        <w:pStyle w:val="ListBullet"/>
      </w:pPr>
      <w:r>
        <w:t>3.5 – Maletín de Vía Aérea y Oxigenoterapia: Organización y Chequeo Operativo (organización y checklist de maletín)</w:t>
      </w:r>
    </w:p>
    <w:p>
      <w:pPr>
        <w:pStyle w:val="ListBullet"/>
      </w:pPr>
      <w:r>
        <w:t>3.X5 – Checklist Maestro Bloque 3 (checklist completo de inicio de turno, pre-escena y post-servicio)</w:t>
      </w:r>
    </w:p>
    <w:p>
      <w:pPr>
        <w:pStyle w:val="ListBullet"/>
      </w:pPr>
      <w:r>
        <w:t>3.18 – Documentación Operativa del Material Usado e Incidencias (registro de consumos e incidencias)</w:t>
      </w:r>
    </w:p>
    <w:p>
      <w:r>
        <w:t>**Transición:**</w:t>
      </w:r>
    </w:p>
    <w:p>
      <w:pPr>
        <w:pStyle w:val="ListBullet"/>
      </w:pPr>
      <w:r>
        <w:t>Este capítulo proporciona **flujos operativos integrados** del material del Bloque 3.</w:t>
      </w:r>
    </w:p>
    <w:p>
      <w:pPr>
        <w:pStyle w:val="ListBullet"/>
      </w:pPr>
      <w:r>
        <w:t>El Bloque 3 está completo y listo para uso operativo.</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Este capítulo es **marco operativo logístico**, no algoritmo clínico</w:t>
      </w:r>
    </w:p>
    <w:p>
      <w:pPr>
        <w:pStyle w:val="ListBullet"/>
      </w:pPr>
      <w:r>
        <w:t>**Material "funcional" &gt; material "presente"** (verificar funcionalidad, no solo presencia)</w:t>
      </w:r>
    </w:p>
    <w:p>
      <w:pPr>
        <w:pStyle w:val="ListBullet"/>
      </w:pPr>
      <w:r>
        <w:t>**Reevaluación tras cada transferencia** (re-verificar fijaciones, correas, cables/tubos, constantes)</w:t>
      </w:r>
    </w:p>
    <w:p>
      <w:pPr>
        <w:pStyle w:val="ListBullet"/>
      </w:pPr>
      <w:r>
        <w:t>**"Maletín cerrado y listo"** como criterio final (material completo, limpio, seco, organizado, listo)</w:t>
      </w:r>
    </w:p>
    <w:p>
      <w:r>
        <w:t>**Principios No Negociables:**</w:t>
      </w:r>
    </w:p>
    <w:p>
      <w:pPr>
        <w:pStyle w:val="ListBullet"/>
      </w:pPr>
      <w:r>
        <w:t>**NUNCA hacer** checklists "de memoria" (seguir checklist paso a paso, verificar realmente)</w:t>
      </w:r>
    </w:p>
    <w:p>
      <w:pPr>
        <w:pStyle w:val="ListBullet"/>
      </w:pPr>
      <w:r>
        <w:t>**NUNCA omitir** verificación de tallas y baterías</w:t>
      </w:r>
    </w:p>
    <w:p>
      <w:pPr>
        <w:pStyle w:val="ListBullet"/>
      </w:pPr>
      <w:r>
        <w:t>**NUNCA omitir** registro de incidencias</w:t>
      </w:r>
    </w:p>
    <w:p>
      <w:pPr>
        <w:pStyle w:val="ListBullet"/>
      </w:pPr>
      <w:r>
        <w:t>**NUNCA mezclar** material limpio con sucio</w:t>
      </w:r>
    </w:p>
    <w:p>
      <w:pPr>
        <w:pStyle w:val="ListBullet"/>
      </w:pPr>
      <w:r>
        <w:t>**SIEMPRE verificar** funcionalidad durante chequeo</w:t>
      </w:r>
    </w:p>
    <w:p>
      <w:pPr>
        <w:pStyle w:val="ListBullet"/>
      </w:pPr>
      <w:r>
        <w:t>**SIEMPRE reevaluar** después de transferencias</w:t>
      </w:r>
    </w:p>
    <w:p>
      <w:pPr>
        <w:pStyle w:val="ListBullet"/>
      </w:pPr>
      <w:r>
        <w:t>**SIEMPRE cerrar** maletines "listos" para siguiente servicio</w:t>
      </w:r>
    </w:p>
    <w:p>
      <w:r>
        <w:t>**Validación Médica:** Pendiente de validación médica profesional antes de uso en producción.</w:t>
      </w:r>
    </w:p>
    <w:p>
      <w:r>
        <w:t>────────────────────────────────────────────────────────────</w:t>
      </w:r>
    </w:p>
    <w:p>
      <w:r>
        <w:t>**Versión:** 1.0</w:t>
      </w:r>
    </w:p>
    <w:p>
      <w:r>
        <w:t>**Última actualización:** 2024-12-13</w:t>
      </w:r>
    </w:p>
    <w:p>
      <w:r>
        <w:t>**Tipo:** Bloque Operativo - Cierre Integrador</w:t>
      </w:r>
    </w:p>
    <w:p>
      <w:r>
        <w:t>────────────────────────────────────────────────────────────</w:t>
      </w:r>
    </w:p>
    <w:p>
      <w:pPr>
        <w:pStyle w:val="Heading2"/>
      </w:pPr>
      <w:r>
        <w:t>🔗 Enlaces recomendados / Guía de referencia</w:t>
      </w:r>
    </w:p>
    <w:p>
      <w:pPr>
        <w:pStyle w:val="ListBullet"/>
      </w:pPr>
      <w:r>
        <w:t>ABCDE Operativo</w:t>
      </w:r>
    </w:p>
    <w:p/>
    <w:p>
      <w:r>
        <w:t>────────────────────────────────────────────────────────────</w:t>
      </w:r>
    </w:p>
    <w:p/>
    <w:p>
      <w:pPr>
        <w:pStyle w:val="Heading1"/>
      </w:pPr>
      <w:r>
        <w:t>3.9 – Exposición, aislamiento térmico y prevención de hipotermia (operativo TES)</w:t>
      </w:r>
    </w:p>
    <w:p>
      <w:pPr>
        <w:pStyle w:val="Heading1"/>
      </w:pPr>
      <w:r>
        <w:t>3.9 – Exposición, aislamiento térmico y prevención de hipotermia (operativo TES)</w:t>
      </w:r>
    </w:p>
    <w:p>
      <w:pPr>
        <w:pStyle w:val="Heading2"/>
      </w:pPr>
      <w:r>
        <w:t>Manual TES Digital – Control térmico en emergencias prehospitalarias</w:t>
      </w:r>
    </w:p>
    <w:p>
      <w:r>
        <w:t>**Versión:** 1.0</w:t>
      </w:r>
    </w:p>
    <w:p>
      <w:r>
        <w:t>**Fecha:** 2024-12-13</w:t>
      </w:r>
    </w:p>
    <w:p>
      <w:r>
        <w:t>**Tipo:** Bloque Operativo - Procedimiento TES</w:t>
      </w:r>
    </w:p>
    <w:p>
      <w:r>
        <w:t>────────────────────────────────────────────────────────────</w:t>
      </w:r>
    </w:p>
    <w:p>
      <w:pPr>
        <w:pStyle w:val="Heading2"/>
      </w:pPr>
      <w:r>
        <w:t>3.9.1 Objetivo operativo</w:t>
      </w:r>
    </w:p>
    <w:p>
      <w:r>
        <w:t>Exponer lo imprescindible para intervenir y valorar, **sin provocar hipotermia**, sin perder control del paciente y manteniendo dignidad, integrando el control térmico con **curas (3.6, 3.8), quemaduras (3.7), inmovilización (Bloque 2) y traslado (2.8, 2.13)**.</w:t>
      </w:r>
    </w:p>
    <w:p>
      <w:r>
        <w:t>Este capítulo se centra en **material, técnicas operativas, logística y errores**, no en fisiología extensa ni tratamiento hospitalario de hipotermia.</w:t>
      </w:r>
    </w:p>
    <w:p>
      <w:r>
        <w:t>────────────────────────────────────────────────────────────</w:t>
      </w:r>
    </w:p>
    <w:p>
      <w:pPr>
        <w:pStyle w:val="Heading2"/>
      </w:pPr>
      <w:r>
        <w:t>3.9.2 Alcance y límites</w:t>
      </w:r>
    </w:p>
    <w:p>
      <w:pPr>
        <w:pStyle w:val="Heading3"/>
      </w:pPr>
      <w:r>
        <w:t>Alcance del capítulo</w:t>
      </w:r>
    </w:p>
    <w:p>
      <w:r>
        <w:t>Este capítulo cubre:</w:t>
      </w:r>
    </w:p>
    <w:p>
      <w:pPr>
        <w:pStyle w:val="ListBullet"/>
      </w:pPr>
      <w:r>
        <w:t>**Control térmico** en escena, durante extricación y traslado.</w:t>
      </w:r>
    </w:p>
    <w:p>
      <w:pPr>
        <w:pStyle w:val="ListBullet"/>
      </w:pPr>
      <w:r>
        <w:t>**Exposición controlada** para intervenir sin provocar hipotermia.</w:t>
      </w:r>
    </w:p>
    <w:p>
      <w:pPr>
        <w:pStyle w:val="ListBullet"/>
      </w:pPr>
      <w:r>
        <w:t>**Aislamiento térmico** del paciente.</w:t>
      </w:r>
    </w:p>
    <w:p>
      <w:pPr>
        <w:pStyle w:val="ListBullet"/>
      </w:pPr>
      <w:r>
        <w:t>**Integración** con otras técnicas TES.</w:t>
      </w:r>
    </w:p>
    <w:p>
      <w:pPr>
        <w:pStyle w:val="Heading3"/>
      </w:pPr>
      <w:r>
        <w:t>Límites del capítulo</w:t>
      </w:r>
    </w:p>
    <w:p>
      <w:r>
        <w:t>**Este capítulo NO cubre:**</w:t>
      </w:r>
    </w:p>
    <w:p>
      <w:pPr>
        <w:pStyle w:val="ListBullet"/>
      </w:pPr>
      <w:r>
        <w:t>Fisiología extensa de hipotermia.</w:t>
      </w:r>
    </w:p>
    <w:p>
      <w:pPr>
        <w:pStyle w:val="ListBullet"/>
      </w:pPr>
      <w:r>
        <w:t>Tratamiento hospitalario de hipotermia.</w:t>
      </w:r>
    </w:p>
    <w:p>
      <w:pPr>
        <w:pStyle w:val="ListBullet"/>
      </w:pPr>
      <w:r>
        <w:t>Indicaciones clínicas avanzadas (criterio médico).</w:t>
      </w:r>
    </w:p>
    <w:p>
      <w:r>
        <w:t>**Este capítulo SÍ cubre:**</w:t>
      </w:r>
    </w:p>
    <w:p>
      <w:pPr>
        <w:pStyle w:val="ListBullet"/>
      </w:pPr>
      <w:r>
        <w:t>Técnicas básicas de control térmico en campo.</w:t>
      </w:r>
    </w:p>
    <w:p>
      <w:pPr>
        <w:pStyle w:val="ListBullet"/>
      </w:pPr>
      <w:r>
        <w:t>Material y su uso operativo.</w:t>
      </w:r>
    </w:p>
    <w:p>
      <w:pPr>
        <w:pStyle w:val="ListBullet"/>
      </w:pPr>
      <w:r>
        <w:t>Exposición controlada y aislamiento térmico.</w:t>
      </w:r>
    </w:p>
    <w:p>
      <w:pPr>
        <w:pStyle w:val="ListBullet"/>
      </w:pPr>
      <w:r>
        <w:t>Integración con otras técnicas TES.</w:t>
      </w:r>
    </w:p>
    <w:p>
      <w:r>
        <w:t>**Integración:**</w:t>
      </w:r>
    </w:p>
    <w:p>
      <w:pPr>
        <w:pStyle w:val="ListBullet"/>
      </w:pPr>
      <w:r>
        <w:t>Se integra con curas (3.6, 3.8).</w:t>
      </w:r>
    </w:p>
    <w:p>
      <w:pPr>
        <w:pStyle w:val="ListBullet"/>
      </w:pPr>
      <w:r>
        <w:t>Se integra con quemaduras (3.7).</w:t>
      </w:r>
    </w:p>
    <w:p>
      <w:pPr>
        <w:pStyle w:val="ListBullet"/>
      </w:pPr>
      <w:r>
        <w:t>Se integra con inmovilización (Bloque 2, 2.6, 2.8, 2.13).</w:t>
      </w:r>
    </w:p>
    <w:p>
      <w:r>
        <w:t>────────────────────────────────────────────────────────────</w:t>
      </w:r>
    </w:p>
    <w:p>
      <w:pPr>
        <w:pStyle w:val="Heading2"/>
      </w:pPr>
      <w:r>
        <w:t>3.9.3 Principios TES aplicados</w:t>
      </w:r>
    </w:p>
    <w:p>
      <w:pPr>
        <w:pStyle w:val="Heading3"/>
      </w:pPr>
      <w:r>
        <w:t>Exposición por zonas y "cubrir inmediatamente"</w:t>
      </w:r>
    </w:p>
    <w:p>
      <w:r>
        <w:t>**Principio:**</w:t>
      </w:r>
    </w:p>
    <w:p>
      <w:pPr>
        <w:pStyle w:val="ListBullet"/>
      </w:pPr>
      <w:r>
        <w:t>Exponer solo la zona necesaria para intervenir.</w:t>
      </w:r>
    </w:p>
    <w:p>
      <w:pPr>
        <w:pStyle w:val="ListBullet"/>
      </w:pPr>
      <w:r>
        <w:t>Cubrir inmediatamente después de intervenir.</w:t>
      </w:r>
    </w:p>
    <w:p>
      <w:pPr>
        <w:pStyle w:val="ListBullet"/>
      </w:pPr>
      <w:r>
        <w:t>Minimizar tiempo de exposición.</w:t>
      </w:r>
    </w:p>
    <w:p>
      <w:r>
        <w:t>**Técnica:**</w:t>
      </w:r>
    </w:p>
    <w:p>
      <w:pPr>
        <w:pStyle w:val="ListNumber"/>
      </w:pPr>
      <w:r>
        <w:t>Exponer solo la zona necesaria.</w:t>
      </w:r>
    </w:p>
    <w:p>
      <w:pPr>
        <w:pStyle w:val="ListNumber"/>
      </w:pPr>
      <w:r>
        <w:t>Intervenir/valorar rápido.</w:t>
      </w:r>
    </w:p>
    <w:p>
      <w:pPr>
        <w:pStyle w:val="ListNumber"/>
      </w:pPr>
      <w:r>
        <w:t>Cubrir inmediatamente después de intervenir.</w:t>
      </w:r>
    </w:p>
    <w:p>
      <w:pPr>
        <w:pStyle w:val="ListNumber"/>
      </w:pPr>
      <w:r>
        <w:t>Repetir por zonas si es necesario.</w:t>
      </w:r>
    </w:p>
    <w:p>
      <w:r>
        <w:t>────────────────────────────────────────────────────────────</w:t>
      </w:r>
    </w:p>
    <w:p>
      <w:pPr>
        <w:pStyle w:val="Heading3"/>
      </w:pPr>
      <w:r>
        <w:t>Aislar del suelo y del viento</w:t>
      </w:r>
    </w:p>
    <w:p>
      <w:r>
        <w:t>**Principio:**</w:t>
      </w:r>
    </w:p>
    <w:p>
      <w:pPr>
        <w:pStyle w:val="ListBullet"/>
      </w:pPr>
      <w:r>
        <w:t>Aislar al paciente del suelo (frío, humedad).</w:t>
      </w:r>
    </w:p>
    <w:p>
      <w:pPr>
        <w:pStyle w:val="ListBullet"/>
      </w:pPr>
      <w:r>
        <w:t>Aislar del viento (corrientes de aire).</w:t>
      </w:r>
    </w:p>
    <w:p>
      <w:pPr>
        <w:pStyle w:val="ListBullet"/>
      </w:pPr>
      <w:r>
        <w:t>Prevenir pérdida de calor.</w:t>
      </w:r>
    </w:p>
    <w:p>
      <w:r>
        <w:t>**Técnica:**</w:t>
      </w:r>
    </w:p>
    <w:p>
      <w:pPr>
        <w:pStyle w:val="ListNumber"/>
      </w:pPr>
      <w:r>
        <w:t>Colocar aislante bajo el paciente (camilla, tablero, colchón de vacío, mantas).</w:t>
      </w:r>
    </w:p>
    <w:p>
      <w:pPr>
        <w:pStyle w:val="ListNumber"/>
      </w:pPr>
      <w:r>
        <w:t>Proteger del viento (paravientos, mantas, posición).</w:t>
      </w:r>
    </w:p>
    <w:p>
      <w:pPr>
        <w:pStyle w:val="ListNumber"/>
      </w:pPr>
      <w:r>
        <w:t>Verificar que aislamiento es adecuado.</w:t>
      </w:r>
    </w:p>
    <w:p>
      <w:r>
        <w:t>────────────────────────────────────────────────────────────</w:t>
      </w:r>
    </w:p>
    <w:p>
      <w:pPr>
        <w:pStyle w:val="Heading3"/>
      </w:pPr>
      <w:r>
        <w:t>Control térmico como parte del empaquetado (no como "extra")</w:t>
      </w:r>
    </w:p>
    <w:p>
      <w:r>
        <w:t>**Principio:**</w:t>
      </w:r>
    </w:p>
    <w:p>
      <w:pPr>
        <w:pStyle w:val="ListBullet"/>
      </w:pPr>
      <w:r>
        <w:t>Control térmico es parte integral del empaquetado del paciente.</w:t>
      </w:r>
    </w:p>
    <w:p>
      <w:pPr>
        <w:pStyle w:val="ListBullet"/>
      </w:pPr>
      <w:r>
        <w:t>No es un "extra" opcional.</w:t>
      </w:r>
    </w:p>
    <w:p>
      <w:pPr>
        <w:pStyle w:val="ListBullet"/>
      </w:pPr>
      <w:r>
        <w:t>Prioridad alta en trauma, quemaduras y pacientes vulnerables.</w:t>
      </w:r>
    </w:p>
    <w:p>
      <w:r>
        <w:t>**Técnica:**</w:t>
      </w:r>
    </w:p>
    <w:p>
      <w:pPr>
        <w:pStyle w:val="ListNumber"/>
      </w:pPr>
      <w:r>
        <w:t>Incluir control térmico en planificación del empaquetado.</w:t>
      </w:r>
    </w:p>
    <w:p>
      <w:pPr>
        <w:pStyle w:val="ListNumber"/>
      </w:pPr>
      <w:r>
        <w:t>Aplicar manta térmica y aislamiento desde el inicio.</w:t>
      </w:r>
    </w:p>
    <w:p>
      <w:pPr>
        <w:pStyle w:val="ListNumber"/>
      </w:pPr>
      <w:r>
        <w:t>Mantener durante todo el proceso.</w:t>
      </w:r>
    </w:p>
    <w:p>
      <w:r>
        <w:t>────────────────────────────────────────────────────────────</w:t>
      </w:r>
    </w:p>
    <w:p>
      <w:pPr>
        <w:pStyle w:val="Heading3"/>
      </w:pPr>
      <w:r>
        <w:t>Prioridad alta en trauma, quemaduras y pacientes vulnerables</w:t>
      </w:r>
    </w:p>
    <w:p>
      <w:r>
        <w:t>**Principio:**</w:t>
      </w:r>
    </w:p>
    <w:p>
      <w:pPr>
        <w:pStyle w:val="ListBullet"/>
      </w:pPr>
      <w:r>
        <w:t>Prioridad alta en trauma (shock, pérdida de sangre).</w:t>
      </w:r>
    </w:p>
    <w:p>
      <w:pPr>
        <w:pStyle w:val="ListBullet"/>
      </w:pPr>
      <w:r>
        <w:t>Prioridad alta en quemaduras (pérdida de barrera térmica).</w:t>
      </w:r>
    </w:p>
    <w:p>
      <w:pPr>
        <w:pStyle w:val="ListBullet"/>
      </w:pPr>
      <w:r>
        <w:t>Prioridad alta en pacientes vulnerables (ancianos, niños, enfermos).</w:t>
      </w:r>
    </w:p>
    <w:p>
      <w:r>
        <w:t>**Técnica:**</w:t>
      </w:r>
    </w:p>
    <w:p>
      <w:pPr>
        <w:pStyle w:val="ListNumber"/>
      </w:pPr>
      <w:r>
        <w:t>Aplicar control térmico desde el inicio en estos casos.</w:t>
      </w:r>
    </w:p>
    <w:p>
      <w:pPr>
        <w:pStyle w:val="ListNumber"/>
      </w:pPr>
      <w:r>
        <w:t>Reforzar aislamiento si es necesario.</w:t>
      </w:r>
    </w:p>
    <w:p>
      <w:pPr>
        <w:pStyle w:val="ListNumber"/>
      </w:pPr>
      <w:r>
        <w:t>Monitorear temperatura (ver 3.12).</w:t>
      </w:r>
    </w:p>
    <w:p>
      <w:r>
        <w:t>────────────────────────────────────────────────────────────</w:t>
      </w:r>
    </w:p>
    <w:p>
      <w:pPr>
        <w:pStyle w:val="Heading2"/>
      </w:pPr>
      <w:r>
        <w:t>3.9.4 Material y recursos útiles</w:t>
      </w:r>
    </w:p>
    <w:p>
      <w:pPr>
        <w:pStyle w:val="Heading3"/>
      </w:pPr>
      <w:r>
        <w:t>Manta térmica, mantas/sábanas</w:t>
      </w:r>
    </w:p>
    <w:p>
      <w:r>
        <w:t>**Manta térmica:**</w:t>
      </w:r>
    </w:p>
    <w:p>
      <w:pPr>
        <w:pStyle w:val="ListBullet"/>
      </w:pPr>
      <w:r>
        <w:t>Manta de material reflectante para control térmico.</w:t>
      </w:r>
    </w:p>
    <w:p>
      <w:pPr>
        <w:pStyle w:val="ListBullet"/>
      </w:pPr>
      <w:r>
        <w:t>Uso prioritario en trauma, quemaduras y pacientes vulnerables.</w:t>
      </w:r>
    </w:p>
    <w:p>
      <w:pPr>
        <w:pStyle w:val="ListBullet"/>
      </w:pPr>
      <w:r>
        <w:t>Material esencial para aislamiento térmico.</w:t>
      </w:r>
    </w:p>
    <w:p>
      <w:r>
        <w:t>**Mantas/sábanas:**</w:t>
      </w:r>
    </w:p>
    <w:p>
      <w:pPr>
        <w:pStyle w:val="ListBullet"/>
      </w:pPr>
      <w:r>
        <w:t>Mantas convencionales para aislamiento adicional.</w:t>
      </w:r>
    </w:p>
    <w:p>
      <w:pPr>
        <w:pStyle w:val="ListBullet"/>
      </w:pPr>
      <w:r>
        <w:t>Uso como complemento de manta térmica.</w:t>
      </w:r>
    </w:p>
    <w:p>
      <w:pPr>
        <w:pStyle w:val="ListBullet"/>
      </w:pPr>
      <w:r>
        <w:t>Material básico para aislamiento.</w:t>
      </w:r>
    </w:p>
    <w:p>
      <w:r>
        <w:t>**Verificación:**</w:t>
      </w:r>
    </w:p>
    <w:p>
      <w:pPr>
        <w:pStyle w:val="ListBullet"/>
      </w:pPr>
      <w:r>
        <w:t>Verificar que están disponibles.</w:t>
      </w:r>
    </w:p>
    <w:p>
      <w:pPr>
        <w:pStyle w:val="ListBullet"/>
      </w:pPr>
      <w:r>
        <w:t>Verificar que están en buen estado.</w:t>
      </w:r>
    </w:p>
    <w:p>
      <w:pPr>
        <w:pStyle w:val="ListBullet"/>
      </w:pPr>
      <w:r>
        <w:t>Usar según necesidad.</w:t>
      </w:r>
    </w:p>
    <w:p>
      <w:r>
        <w:t>────────────────────────────────────────────────────────────</w:t>
      </w:r>
    </w:p>
    <w:p>
      <w:pPr>
        <w:pStyle w:val="Heading3"/>
      </w:pPr>
      <w:r>
        <w:t>Aislante del suelo (camilla, tablero/colchón de vacío como aislamiento, mantas bajo el paciente)</w:t>
      </w:r>
    </w:p>
    <w:p>
      <w:r>
        <w:t>**Camilla:**</w:t>
      </w:r>
    </w:p>
    <w:p>
      <w:pPr>
        <w:pStyle w:val="ListBullet"/>
      </w:pPr>
      <w:r>
        <w:t>Aislamiento del suelo durante traslado.</w:t>
      </w:r>
    </w:p>
    <w:p>
      <w:pPr>
        <w:pStyle w:val="ListBullet"/>
      </w:pPr>
      <w:r>
        <w:t>Prevención de pérdida de calor por contacto con suelo.</w:t>
      </w:r>
    </w:p>
    <w:p>
      <w:r>
        <w:t>**Tablero/colchón de vacío:**</w:t>
      </w:r>
    </w:p>
    <w:p>
      <w:pPr>
        <w:pStyle w:val="ListBullet"/>
      </w:pPr>
      <w:r>
        <w:t>Aislamiento del suelo durante inmovilización.</w:t>
      </w:r>
    </w:p>
    <w:p>
      <w:pPr>
        <w:pStyle w:val="ListBullet"/>
      </w:pPr>
      <w:r>
        <w:t>Prevención de pérdida de calor por contacto con suelo.</w:t>
      </w:r>
    </w:p>
    <w:p>
      <w:r>
        <w:t>**Mantas bajo el paciente:**</w:t>
      </w:r>
    </w:p>
    <w:p>
      <w:pPr>
        <w:pStyle w:val="ListBullet"/>
      </w:pPr>
      <w:r>
        <w:t>Aislamiento adicional del suelo.</w:t>
      </w:r>
    </w:p>
    <w:p>
      <w:pPr>
        <w:pStyle w:val="ListBullet"/>
      </w:pPr>
      <w:r>
        <w:t>Prevención de pérdida de calor.</w:t>
      </w:r>
    </w:p>
    <w:p>
      <w:r>
        <w:t>**Verificación:**</w:t>
      </w:r>
    </w:p>
    <w:p>
      <w:pPr>
        <w:pStyle w:val="ListBullet"/>
      </w:pPr>
      <w:r>
        <w:t>Verificar que están disponibles.</w:t>
      </w:r>
    </w:p>
    <w:p>
      <w:pPr>
        <w:pStyle w:val="ListBullet"/>
      </w:pPr>
      <w:r>
        <w:t>Verificar que se usan correctamente.</w:t>
      </w:r>
    </w:p>
    <w:p>
      <w:pPr>
        <w:pStyle w:val="ListBullet"/>
      </w:pPr>
      <w:r>
        <w:t>Aplicar según necesidad.</w:t>
      </w:r>
    </w:p>
    <w:p>
      <w:r>
        <w:t>────────────────────────────────────────────────────────────</w:t>
      </w:r>
    </w:p>
    <w:p>
      <w:pPr>
        <w:pStyle w:val="Heading3"/>
      </w:pPr>
      <w:r>
        <w:t>Calefacción de ambulancia; paravientos improvisado (si procede)</w:t>
      </w:r>
    </w:p>
    <w:p>
      <w:r>
        <w:t>**Calefacción de ambulancia:**</w:t>
      </w:r>
    </w:p>
    <w:p>
      <w:pPr>
        <w:pStyle w:val="ListBullet"/>
      </w:pPr>
      <w:r>
        <w:t>Calefacción para mantener temperatura durante traslado.</w:t>
      </w:r>
    </w:p>
    <w:p>
      <w:pPr>
        <w:pStyle w:val="ListBullet"/>
      </w:pPr>
      <w:r>
        <w:t>Prevención de hipotermia durante transporte.</w:t>
      </w:r>
    </w:p>
    <w:p>
      <w:r>
        <w:t>**Paravientos improvisado:**</w:t>
      </w:r>
    </w:p>
    <w:p>
      <w:pPr>
        <w:pStyle w:val="ListBullet"/>
      </w:pPr>
      <w:r>
        <w:t>Protección del viento en escena (si procede).</w:t>
      </w:r>
    </w:p>
    <w:p>
      <w:pPr>
        <w:pStyle w:val="ListBullet"/>
      </w:pPr>
      <w:r>
        <w:t>Prevención de pérdida de calor por viento.</w:t>
      </w:r>
    </w:p>
    <w:p>
      <w:r>
        <w:t>**Verificación:**</w:t>
      </w:r>
    </w:p>
    <w:p>
      <w:pPr>
        <w:pStyle w:val="ListBullet"/>
      </w:pPr>
      <w:r>
        <w:t>Verificar que calefacción funciona.</w:t>
      </w:r>
    </w:p>
    <w:p>
      <w:pPr>
        <w:pStyle w:val="ListBullet"/>
      </w:pPr>
      <w:r>
        <w:t>Aplicar paravientos si es necesario.</w:t>
      </w:r>
    </w:p>
    <w:p>
      <w:r>
        <w:t>────────────────────────────────────────────────────────────</w:t>
      </w:r>
    </w:p>
    <w:p>
      <w:pPr>
        <w:pStyle w:val="Heading3"/>
      </w:pPr>
      <w:r>
        <w:t>Tijeras de trauma para ropa; paños para cubrir</w:t>
      </w:r>
    </w:p>
    <w:p>
      <w:r>
        <w:t>**Tijeras de trauma:**</w:t>
      </w:r>
    </w:p>
    <w:p>
      <w:pPr>
        <w:pStyle w:val="ListBullet"/>
      </w:pPr>
      <w:r>
        <w:t>Cortar ropa para exponer zonas necesarias.</w:t>
      </w:r>
    </w:p>
    <w:p>
      <w:pPr>
        <w:pStyle w:val="ListBullet"/>
      </w:pPr>
      <w:r>
        <w:t>Acceso controlado sin exposición excesiva.</w:t>
      </w:r>
    </w:p>
    <w:p>
      <w:r>
        <w:t>**Paños para cubrir:**</w:t>
      </w:r>
    </w:p>
    <w:p>
      <w:pPr>
        <w:pStyle w:val="ListBullet"/>
      </w:pPr>
      <w:r>
        <w:t>Cubrir áreas no expuestas.</w:t>
      </w:r>
    </w:p>
    <w:p>
      <w:pPr>
        <w:pStyle w:val="ListBullet"/>
      </w:pPr>
      <w:r>
        <w:t>Mantener privacidad y temperatura.</w:t>
      </w:r>
    </w:p>
    <w:p>
      <w:r>
        <w:t>**Verificación:**</w:t>
      </w:r>
    </w:p>
    <w:p>
      <w:pPr>
        <w:pStyle w:val="ListBullet"/>
      </w:pPr>
      <w:r>
        <w:t>Verificar que están disponibles.</w:t>
      </w:r>
    </w:p>
    <w:p>
      <w:pPr>
        <w:pStyle w:val="ListBullet"/>
      </w:pPr>
      <w:r>
        <w:t>Verificar que están en buen estado.</w:t>
      </w:r>
    </w:p>
    <w:p>
      <w:r>
        <w:t>────────────────────────────────────────────────────────────</w:t>
      </w:r>
    </w:p>
    <w:p>
      <w:pPr>
        <w:pStyle w:val="Heading2"/>
      </w:pPr>
      <w:r>
        <w:t>3.9.5 Procedimiento paso a paso: exposición controlada</w:t>
      </w:r>
    </w:p>
    <w:p>
      <w:pPr>
        <w:pStyle w:val="Heading3"/>
      </w:pPr>
      <w:r>
        <w:t>Preparar cobertura antes de cortar/retirar ropa</w:t>
      </w:r>
    </w:p>
    <w:p>
      <w:r>
        <w:t>**Principio:**</w:t>
      </w:r>
    </w:p>
    <w:p>
      <w:pPr>
        <w:pStyle w:val="ListBullet"/>
      </w:pPr>
      <w:r>
        <w:t>Preparar cobertura antes de exponer.</w:t>
      </w:r>
    </w:p>
    <w:p>
      <w:pPr>
        <w:pStyle w:val="ListBullet"/>
      </w:pPr>
      <w:r>
        <w:t>Tener material listo para cubrir inmediatamente.</w:t>
      </w:r>
    </w:p>
    <w:p>
      <w:pPr>
        <w:pStyle w:val="ListBullet"/>
      </w:pPr>
      <w:r>
        <w:t>No exponer sin tener cobertura preparada.</w:t>
      </w:r>
    </w:p>
    <w:p>
      <w:r>
        <w:t>**Técnica:**</w:t>
      </w:r>
    </w:p>
    <w:p>
      <w:pPr>
        <w:pStyle w:val="ListNumber"/>
      </w:pPr>
      <w:r>
        <w:t>Preparar manta térmica, mantas o paños.</w:t>
      </w:r>
    </w:p>
    <w:p>
      <w:pPr>
        <w:pStyle w:val="ListNumber"/>
      </w:pPr>
      <w:r>
        <w:t>Tener material listo antes de cortar/retirar ropa.</w:t>
      </w:r>
    </w:p>
    <w:p>
      <w:pPr>
        <w:pStyle w:val="ListNumber"/>
      </w:pPr>
      <w:r>
        <w:t>Preparar para cubrir inmediatamente después de exponer.</w:t>
      </w:r>
    </w:p>
    <w:p>
      <w:r>
        <w:t>────────────────────────────────────────────────────────────</w:t>
      </w:r>
    </w:p>
    <w:p>
      <w:pPr>
        <w:pStyle w:val="Heading3"/>
      </w:pPr>
      <w:r>
        <w:t>Exponer solo la zona necesaria (torso / pelvis / extremidades)</w:t>
      </w:r>
    </w:p>
    <w:p>
      <w:r>
        <w:t>**Principio:**</w:t>
      </w:r>
    </w:p>
    <w:p>
      <w:pPr>
        <w:pStyle w:val="ListBullet"/>
      </w:pPr>
      <w:r>
        <w:t>Exponer solo la zona necesaria para intervenir.</w:t>
      </w:r>
    </w:p>
    <w:p>
      <w:pPr>
        <w:pStyle w:val="ListBullet"/>
      </w:pPr>
      <w:r>
        <w:t>No exponer más de lo necesario.</w:t>
      </w:r>
    </w:p>
    <w:p>
      <w:pPr>
        <w:pStyle w:val="ListBullet"/>
      </w:pPr>
      <w:r>
        <w:t>Minimizar exposición.</w:t>
      </w:r>
    </w:p>
    <w:p>
      <w:r>
        <w:t>**Técnica:**</w:t>
      </w:r>
    </w:p>
    <w:p>
      <w:pPr>
        <w:pStyle w:val="ListNumber"/>
      </w:pPr>
      <w:r>
        <w:t>Identificar zona necesaria para intervenir.</w:t>
      </w:r>
    </w:p>
    <w:p>
      <w:pPr>
        <w:pStyle w:val="ListNumber"/>
      </w:pPr>
      <w:r>
        <w:t>Exponer solo esa zona.</w:t>
      </w:r>
    </w:p>
    <w:p>
      <w:pPr>
        <w:pStyle w:val="ListNumber"/>
      </w:pPr>
      <w:r>
        <w:t>Mantener resto del cuerpo cubierto.</w:t>
      </w:r>
    </w:p>
    <w:p>
      <w:pPr>
        <w:pStyle w:val="ListNumber"/>
      </w:pPr>
      <w:r>
        <w:t>Cubrir inmediatamente después de intervenir.</w:t>
      </w:r>
    </w:p>
    <w:p>
      <w:r>
        <w:t>────────────────────────────────────────────────────────────</w:t>
      </w:r>
    </w:p>
    <w:p>
      <w:pPr>
        <w:pStyle w:val="Heading3"/>
      </w:pPr>
      <w:r>
        <w:t>Intervenir/valorar rápido (curas, vendaje, inmovilización)</w:t>
      </w:r>
    </w:p>
    <w:p>
      <w:r>
        <w:t>**Principio:**</w:t>
      </w:r>
    </w:p>
    <w:p>
      <w:pPr>
        <w:pStyle w:val="ListBullet"/>
      </w:pPr>
      <w:r>
        <w:t>Intervenir/valorar de forma rápida y eficiente.</w:t>
      </w:r>
    </w:p>
    <w:p>
      <w:pPr>
        <w:pStyle w:val="ListBullet"/>
      </w:pPr>
      <w:r>
        <w:t>Minimizar tiempo de exposición.</w:t>
      </w:r>
    </w:p>
    <w:p>
      <w:pPr>
        <w:pStyle w:val="ListBullet"/>
      </w:pPr>
      <w:r>
        <w:t>No prolongar exposición innecesariamente.</w:t>
      </w:r>
    </w:p>
    <w:p>
      <w:r>
        <w:t>**Técnica:**</w:t>
      </w:r>
    </w:p>
    <w:p>
      <w:pPr>
        <w:pStyle w:val="ListNumber"/>
      </w:pPr>
      <w:r>
        <w:t>Intervenir/valorar de forma rápida.</w:t>
      </w:r>
    </w:p>
    <w:p>
      <w:pPr>
        <w:pStyle w:val="ListNumber"/>
      </w:pPr>
      <w:r>
        <w:t>Realizar curas, vendaje o inmovilización eficientemente.</w:t>
      </w:r>
    </w:p>
    <w:p>
      <w:pPr>
        <w:pStyle w:val="ListNumber"/>
      </w:pPr>
      <w:r>
        <w:t>No prolongar exposición.</w:t>
      </w:r>
    </w:p>
    <w:p>
      <w:pPr>
        <w:pStyle w:val="ListNumber"/>
      </w:pPr>
      <w:r>
        <w:t>Cubrir inmediatamente después de intervenir.</w:t>
      </w:r>
    </w:p>
    <w:p>
      <w:r>
        <w:t>────────────────────────────────────────────────────────────</w:t>
      </w:r>
    </w:p>
    <w:p>
      <w:pPr>
        <w:pStyle w:val="Heading3"/>
      </w:pPr>
      <w:r>
        <w:t>Cubrir de nuevo y fijar (evitar desplazamientos con correas)</w:t>
      </w:r>
    </w:p>
    <w:p>
      <w:r>
        <w:t>**Principio:**</w:t>
      </w:r>
    </w:p>
    <w:p>
      <w:pPr>
        <w:pStyle w:val="ListBullet"/>
      </w:pPr>
      <w:r>
        <w:t>Cubrir inmediatamente después de intervenir.</w:t>
      </w:r>
    </w:p>
    <w:p>
      <w:pPr>
        <w:pStyle w:val="ListBullet"/>
      </w:pPr>
      <w:r>
        <w:t>Fijar cobertura para evitar desplazamiento.</w:t>
      </w:r>
    </w:p>
    <w:p>
      <w:pPr>
        <w:pStyle w:val="ListBullet"/>
      </w:pPr>
      <w:r>
        <w:t>Verificar que cobertura no se desplaza.</w:t>
      </w:r>
    </w:p>
    <w:p>
      <w:r>
        <w:t>**Técnica:**</w:t>
      </w:r>
    </w:p>
    <w:p>
      <w:pPr>
        <w:pStyle w:val="ListNumber"/>
      </w:pPr>
      <w:r>
        <w:t>Cubrir inmediatamente después de intervenir.</w:t>
      </w:r>
    </w:p>
    <w:p>
      <w:pPr>
        <w:pStyle w:val="ListNumber"/>
      </w:pPr>
      <w:r>
        <w:t>Fijar cobertura (con correas, vendas, cinta si es necesario).</w:t>
      </w:r>
    </w:p>
    <w:p>
      <w:pPr>
        <w:pStyle w:val="ListNumber"/>
      </w:pPr>
      <w:r>
        <w:t>Verificar que cobertura no se desplaza.</w:t>
      </w:r>
    </w:p>
    <w:p>
      <w:pPr>
        <w:pStyle w:val="ListNumber"/>
      </w:pPr>
      <w:r>
        <w:t>Re-verificar después de movimientos.</w:t>
      </w:r>
    </w:p>
    <w:p>
      <w:r>
        <w:t>────────────────────────────────────────────────────────────</w:t>
      </w:r>
    </w:p>
    <w:p>
      <w:pPr>
        <w:pStyle w:val="Heading3"/>
      </w:pPr>
      <w:r>
        <w:t>Repetir por zonas si es necesario</w:t>
      </w:r>
    </w:p>
    <w:p>
      <w:r>
        <w:t>**Principio:**</w:t>
      </w:r>
    </w:p>
    <w:p>
      <w:pPr>
        <w:pStyle w:val="ListBullet"/>
      </w:pPr>
      <w:r>
        <w:t>Si es necesario intervenir en múltiples zonas, repetir proceso.</w:t>
      </w:r>
    </w:p>
    <w:p>
      <w:pPr>
        <w:pStyle w:val="ListBullet"/>
      </w:pPr>
      <w:r>
        <w:t>Exponer una zona, intervenir, cubrir.</w:t>
      </w:r>
    </w:p>
    <w:p>
      <w:pPr>
        <w:pStyle w:val="ListBullet"/>
      </w:pPr>
      <w:r>
        <w:t>Luego exponer siguiente zona si es necesario.</w:t>
      </w:r>
    </w:p>
    <w:p>
      <w:r>
        <w:t>**Técnica:**</w:t>
      </w:r>
    </w:p>
    <w:p>
      <w:pPr>
        <w:pStyle w:val="ListNumber"/>
      </w:pPr>
      <w:r>
        <w:t>Exponer primera zona, intervenir, cubrir.</w:t>
      </w:r>
    </w:p>
    <w:p>
      <w:pPr>
        <w:pStyle w:val="ListNumber"/>
      </w:pPr>
      <w:r>
        <w:t>Si es necesario: exponer siguiente zona, intervenir, cubrir.</w:t>
      </w:r>
    </w:p>
    <w:p>
      <w:pPr>
        <w:pStyle w:val="ListNumber"/>
      </w:pPr>
      <w:r>
        <w:t>Repetir proceso por zonas.</w:t>
      </w:r>
    </w:p>
    <w:p>
      <w:pPr>
        <w:pStyle w:val="ListNumber"/>
      </w:pPr>
      <w:r>
        <w:t>Mantener resto del cuerpo cubierto durante todo el proceso.</w:t>
      </w:r>
    </w:p>
    <w:p>
      <w:r>
        <w:t>────────────────────────────────────────────────────────────</w:t>
      </w:r>
    </w:p>
    <w:p>
      <w:pPr>
        <w:pStyle w:val="Heading3"/>
      </w:pPr>
      <w:r>
        <w:t>Reevaluar: temperatura periférica, temblor, confort (en términos operativos)</w:t>
      </w:r>
    </w:p>
    <w:p>
      <w:r>
        <w:t>**Principio:**</w:t>
      </w:r>
    </w:p>
    <w:p>
      <w:pPr>
        <w:pStyle w:val="ListBullet"/>
      </w:pPr>
      <w:r>
        <w:t>Reevaluar temperatura periférica, temblor y confort.</w:t>
      </w:r>
    </w:p>
    <w:p>
      <w:pPr>
        <w:pStyle w:val="ListBullet"/>
      </w:pPr>
      <w:r>
        <w:t>Detectar señales de enfriamiento.</w:t>
      </w:r>
    </w:p>
    <w:p>
      <w:pPr>
        <w:pStyle w:val="ListBullet"/>
      </w:pPr>
      <w:r>
        <w:t>Ajustar aislamiento si es necesario.</w:t>
      </w:r>
    </w:p>
    <w:p>
      <w:r>
        <w:t>**Técnica:**</w:t>
      </w:r>
    </w:p>
    <w:p>
      <w:pPr>
        <w:pStyle w:val="ListNumber"/>
      </w:pPr>
      <w:r>
        <w:t>Observar temperatura periférica (manos, pies).</w:t>
      </w:r>
    </w:p>
    <w:p>
      <w:pPr>
        <w:pStyle w:val="ListNumber"/>
      </w:pPr>
      <w:r>
        <w:t>Observar temblor (si paciente está consciente).</w:t>
      </w:r>
    </w:p>
    <w:p>
      <w:pPr>
        <w:pStyle w:val="ListNumber"/>
      </w:pPr>
      <w:r>
        <w:t>Observar confort (si paciente está consciente).</w:t>
      </w:r>
    </w:p>
    <w:p>
      <w:pPr>
        <w:pStyle w:val="ListNumber"/>
      </w:pPr>
      <w:r>
        <w:t>Ajustar aislamiento si hay señales de enfriamiento.</w:t>
      </w:r>
    </w:p>
    <w:p>
      <w:r>
        <w:t>────────────────────────────────────────────────────────────</w:t>
      </w:r>
    </w:p>
    <w:p>
      <w:pPr>
        <w:pStyle w:val="Heading2"/>
      </w:pPr>
      <w:r>
        <w:t>3.9.6 Prevención de hipotermia en extricación y traslado</w:t>
      </w:r>
    </w:p>
    <w:p>
      <w:pPr>
        <w:pStyle w:val="Heading3"/>
      </w:pPr>
      <w:r>
        <w:t>Aislar del suelo, minimizar corrientes, cubrir cabeza/cuello según contexto</w:t>
      </w:r>
    </w:p>
    <w:p>
      <w:r>
        <w:t>**Principio:**</w:t>
      </w:r>
    </w:p>
    <w:p>
      <w:pPr>
        <w:pStyle w:val="ListBullet"/>
      </w:pPr>
      <w:r>
        <w:t>Aislar del suelo durante extricación y traslado.</w:t>
      </w:r>
    </w:p>
    <w:p>
      <w:pPr>
        <w:pStyle w:val="ListBullet"/>
      </w:pPr>
      <w:r>
        <w:t>Minimizar corrientes de aire.</w:t>
      </w:r>
    </w:p>
    <w:p>
      <w:pPr>
        <w:pStyle w:val="ListBullet"/>
      </w:pPr>
      <w:r>
        <w:t>Cubrir cabeza/cuello según contexto (pérdida de calor importante).</w:t>
      </w:r>
    </w:p>
    <w:p>
      <w:r>
        <w:t>**Técnica:**</w:t>
      </w:r>
    </w:p>
    <w:p>
      <w:pPr>
        <w:pStyle w:val="ListNumber"/>
      </w:pPr>
      <w:r>
        <w:t>Colocar aislante bajo el paciente (camilla, tablero, colchón de vacío, mantas).</w:t>
      </w:r>
    </w:p>
    <w:p>
      <w:pPr>
        <w:pStyle w:val="ListNumber"/>
      </w:pPr>
      <w:r>
        <w:t>Proteger del viento (paravientos, mantas, posición).</w:t>
      </w:r>
    </w:p>
    <w:p>
      <w:pPr>
        <w:pStyle w:val="ListNumber"/>
      </w:pPr>
      <w:r>
        <w:t>Cubrir cabeza/cuello si es necesario (manta, gorro).</w:t>
      </w:r>
    </w:p>
    <w:p>
      <w:pPr>
        <w:pStyle w:val="ListNumber"/>
      </w:pPr>
      <w:r>
        <w:t>Verificar que aislamiento es adecuado.</w:t>
      </w:r>
    </w:p>
    <w:p>
      <w:r>
        <w:t>────────────────────────────────────────────────────────────</w:t>
      </w:r>
    </w:p>
    <w:p>
      <w:pPr>
        <w:pStyle w:val="Heading3"/>
      </w:pPr>
      <w:r>
        <w:t>En escaleras/ascensor: evitar exposición prolongada por "pausas"</w:t>
      </w:r>
    </w:p>
    <w:p>
      <w:r>
        <w:t>**Principio:**</w:t>
      </w:r>
    </w:p>
    <w:p>
      <w:pPr>
        <w:pStyle w:val="ListBullet"/>
      </w:pPr>
      <w:r>
        <w:t>Evitar pausas prolongadas en escaleras/ascensor.</w:t>
      </w:r>
    </w:p>
    <w:p>
      <w:pPr>
        <w:pStyle w:val="ListBullet"/>
      </w:pPr>
      <w:r>
        <w:t>Minimizar tiempo de exposición durante pausas.</w:t>
      </w:r>
    </w:p>
    <w:p>
      <w:pPr>
        <w:pStyle w:val="ListBullet"/>
      </w:pPr>
      <w:r>
        <w:t>Mantener aislamiento durante pausas.</w:t>
      </w:r>
    </w:p>
    <w:p>
      <w:r>
        <w:t>**Técnica:**</w:t>
      </w:r>
    </w:p>
    <w:p>
      <w:pPr>
        <w:pStyle w:val="ListNumber"/>
      </w:pPr>
      <w:r>
        <w:t>Planificar ruta para minimizar pausas.</w:t>
      </w:r>
    </w:p>
    <w:p>
      <w:pPr>
        <w:pStyle w:val="ListNumber"/>
      </w:pPr>
      <w:r>
        <w:t>Si hay pausa: mantener aislamiento.</w:t>
      </w:r>
    </w:p>
    <w:p>
      <w:pPr>
        <w:pStyle w:val="ListNumber"/>
      </w:pPr>
      <w:r>
        <w:t>No prolongar pausas innecesariamente.</w:t>
      </w:r>
    </w:p>
    <w:p>
      <w:pPr>
        <w:pStyle w:val="ListNumber"/>
      </w:pPr>
      <w:r>
        <w:t>Continuar traslado de forma eficiente.</w:t>
      </w:r>
    </w:p>
    <w:p>
      <w:r>
        <w:t>────────────────────────────────────────────────────────────</w:t>
      </w:r>
    </w:p>
    <w:p>
      <w:pPr>
        <w:pStyle w:val="Heading3"/>
      </w:pPr>
      <w:r>
        <w:t>En ambulancia: controlar calefacción y mantener cobertura</w:t>
      </w:r>
    </w:p>
    <w:p>
      <w:r>
        <w:t>**Principio:**</w:t>
      </w:r>
    </w:p>
    <w:p>
      <w:pPr>
        <w:pStyle w:val="ListBullet"/>
      </w:pPr>
      <w:r>
        <w:t>Controlar calefacción en ambulancia.</w:t>
      </w:r>
    </w:p>
    <w:p>
      <w:pPr>
        <w:pStyle w:val="ListBullet"/>
      </w:pPr>
      <w:r>
        <w:t>Mantener cobertura durante traslado.</w:t>
      </w:r>
    </w:p>
    <w:p>
      <w:pPr>
        <w:pStyle w:val="ListBullet"/>
      </w:pPr>
      <w:r>
        <w:t>Prevenir pérdida de calor durante transporte.</w:t>
      </w:r>
    </w:p>
    <w:p>
      <w:r>
        <w:t>**Técnica:**</w:t>
      </w:r>
    </w:p>
    <w:p>
      <w:pPr>
        <w:pStyle w:val="ListNumber"/>
      </w:pPr>
      <w:r>
        <w:t>Activar calefacción en ambulancia si es necesario.</w:t>
      </w:r>
    </w:p>
    <w:p>
      <w:pPr>
        <w:pStyle w:val="ListNumber"/>
      </w:pPr>
      <w:r>
        <w:t>Mantener cobertura durante traslado.</w:t>
      </w:r>
    </w:p>
    <w:p>
      <w:pPr>
        <w:pStyle w:val="ListNumber"/>
      </w:pPr>
      <w:r>
        <w:t>Verificar que temperatura se mantiene.</w:t>
      </w:r>
    </w:p>
    <w:p>
      <w:pPr>
        <w:pStyle w:val="ListNumber"/>
      </w:pPr>
      <w:r>
        <w:t>Re-verificar después de movimientos.</w:t>
      </w:r>
    </w:p>
    <w:p>
      <w:r>
        <w:t>────────────────────────────────────────────────────────────</w:t>
      </w:r>
    </w:p>
    <w:p>
      <w:pPr>
        <w:pStyle w:val="Heading2"/>
      </w:pPr>
      <w:r>
        <w:t>3.9.7 Integración con otros capítulos</w:t>
      </w:r>
    </w:p>
    <w:p>
      <w:pPr>
        <w:pStyle w:val="Heading3"/>
      </w:pPr>
      <w:r>
        <w:t>Con curas/hemorragias (3.6/3.8): vendajes que no se desplazan</w:t>
      </w:r>
    </w:p>
    <w:p>
      <w:r>
        <w:t>**Principio:**</w:t>
      </w:r>
    </w:p>
    <w:p>
      <w:pPr>
        <w:pStyle w:val="ListBullet"/>
      </w:pPr>
      <w:r>
        <w:t>Coordinar control térmico con curas/hemorragias.</w:t>
      </w:r>
    </w:p>
    <w:p>
      <w:pPr>
        <w:pStyle w:val="ListBullet"/>
      </w:pPr>
      <w:r>
        <w:t>Vendajes que no se desplazan con correas o coberturas.</w:t>
      </w:r>
    </w:p>
    <w:p>
      <w:pPr>
        <w:pStyle w:val="ListBullet"/>
      </w:pPr>
      <w:r>
        <w:t>Mantener control térmico durante curas.</w:t>
      </w:r>
    </w:p>
    <w:p>
      <w:r>
        <w:t>**Técnica:**</w:t>
      </w:r>
    </w:p>
    <w:p>
      <w:pPr>
        <w:pStyle w:val="ListNumber"/>
      </w:pPr>
      <w:r>
        <w:t>Aplicar control térmico desde el inicio.</w:t>
      </w:r>
    </w:p>
    <w:p>
      <w:pPr>
        <w:pStyle w:val="ListNumber"/>
      </w:pPr>
      <w:r>
        <w:t>Coordinar con curas/hemorragias.</w:t>
      </w:r>
    </w:p>
    <w:p>
      <w:pPr>
        <w:pStyle w:val="ListNumber"/>
      </w:pPr>
      <w:r>
        <w:t>Verificar que vendajes no se desplazan.</w:t>
      </w:r>
    </w:p>
    <w:p>
      <w:pPr>
        <w:pStyle w:val="ListNumber"/>
      </w:pPr>
      <w:r>
        <w:t>Mantener control térmico durante todo el proceso.</w:t>
      </w:r>
    </w:p>
    <w:p>
      <w:r>
        <w:t>────────────────────────────────────────────────────────────</w:t>
      </w:r>
    </w:p>
    <w:p>
      <w:pPr>
        <w:pStyle w:val="Heading3"/>
      </w:pPr>
      <w:r>
        <w:t>Con quemaduras (3.7): riesgo alto de hipotermia</w:t>
      </w:r>
    </w:p>
    <w:p>
      <w:r>
        <w:t>**Principio:**</w:t>
      </w:r>
    </w:p>
    <w:p>
      <w:pPr>
        <w:pStyle w:val="ListBullet"/>
      </w:pPr>
      <w:r>
        <w:t>Quemaduras tienen riesgo alto de hipotermia.</w:t>
      </w:r>
    </w:p>
    <w:p>
      <w:pPr>
        <w:pStyle w:val="ListBullet"/>
      </w:pPr>
      <w:r>
        <w:t>Priorizar control térmico en quemaduras.</w:t>
      </w:r>
    </w:p>
    <w:p>
      <w:pPr>
        <w:pStyle w:val="ListBullet"/>
      </w:pPr>
      <w:r>
        <w:t>Prevenir hipotermia durante manejo de quemaduras.</w:t>
      </w:r>
    </w:p>
    <w:p>
      <w:r>
        <w:t>**Técnica:**</w:t>
      </w:r>
    </w:p>
    <w:p>
      <w:pPr>
        <w:pStyle w:val="ListNumber"/>
      </w:pPr>
      <w:r>
        <w:t>Aplicar control térmico desde el inicio en quemaduras.</w:t>
      </w:r>
    </w:p>
    <w:p>
      <w:pPr>
        <w:pStyle w:val="ListNumber"/>
      </w:pPr>
      <w:r>
        <w:t>Reforzar aislamiento si es necesario.</w:t>
      </w:r>
    </w:p>
    <w:p>
      <w:pPr>
        <w:pStyle w:val="ListNumber"/>
      </w:pPr>
      <w:r>
        <w:t>Monitorear temperatura (ver 3.12).</w:t>
      </w:r>
    </w:p>
    <w:p>
      <w:pPr>
        <w:pStyle w:val="ListNumber"/>
      </w:pPr>
      <w:r>
        <w:t>Mantener control térmico durante todo el proceso.</w:t>
      </w:r>
    </w:p>
    <w:p>
      <w:r>
        <w:t>────────────────────────────────────────────────────────────</w:t>
      </w:r>
    </w:p>
    <w:p>
      <w:pPr>
        <w:pStyle w:val="Heading3"/>
      </w:pPr>
      <w:r>
        <w:t>Con Bloque 2: 2.6/2.8/2.13 (colchón, transferencias, evacuación)</w:t>
      </w:r>
    </w:p>
    <w:p>
      <w:r>
        <w:t>**Principio:**</w:t>
      </w:r>
    </w:p>
    <w:p>
      <w:pPr>
        <w:pStyle w:val="ListBullet"/>
      </w:pPr>
      <w:r>
        <w:t>Integrar control térmico con inmovilización y traslado.</w:t>
      </w:r>
    </w:p>
    <w:p>
      <w:pPr>
        <w:pStyle w:val="ListBullet"/>
      </w:pPr>
      <w:r>
        <w:t>Colchón de vacío, transferencias y evacuación.</w:t>
      </w:r>
    </w:p>
    <w:p>
      <w:pPr>
        <w:pStyle w:val="ListBullet"/>
      </w:pPr>
      <w:r>
        <w:t>Mantener control térmico durante movimientos.</w:t>
      </w:r>
    </w:p>
    <w:p>
      <w:r>
        <w:t>**Técnica:**</w:t>
      </w:r>
    </w:p>
    <w:p>
      <w:pPr>
        <w:pStyle w:val="ListNumber"/>
      </w:pPr>
      <w:r>
        <w:t>Aplicar control térmico antes de inmovilización.</w:t>
      </w:r>
    </w:p>
    <w:p>
      <w:pPr>
        <w:pStyle w:val="ListNumber"/>
      </w:pPr>
      <w:r>
        <w:t>Mantener durante transferencias.</w:t>
      </w:r>
    </w:p>
    <w:p>
      <w:pPr>
        <w:pStyle w:val="ListNumber"/>
      </w:pPr>
      <w:r>
        <w:t>Re-verificar después de movimientos.</w:t>
      </w:r>
    </w:p>
    <w:p>
      <w:pPr>
        <w:pStyle w:val="ListNumber"/>
      </w:pPr>
      <w:r>
        <w:t>Ajustar si es necesario.</w:t>
      </w:r>
    </w:p>
    <w:p>
      <w:r>
        <w:t>────────────────────────────────────────────────────────────</w:t>
      </w:r>
    </w:p>
    <w:p>
      <w:pPr>
        <w:pStyle w:val="Heading2"/>
      </w:pPr>
      <w:r>
        <w:t>3.9.8 Problemas frecuentes y resolución rápida</w:t>
      </w:r>
    </w:p>
    <w:p>
      <w:pPr>
        <w:pStyle w:val="Heading3"/>
      </w:pPr>
      <w:r>
        <w:t>Cobertura se desplaza: fijar mejor, cohesiva/cinta, reorganizar correas</w:t>
      </w:r>
    </w:p>
    <w:p>
      <w:r>
        <w:t>**Causas posibles:**</w:t>
      </w:r>
    </w:p>
    <w:p>
      <w:pPr>
        <w:pStyle w:val="ListBullet"/>
      </w:pPr>
      <w:r>
        <w:t>Fijación insuficiente.</w:t>
      </w:r>
    </w:p>
    <w:p>
      <w:pPr>
        <w:pStyle w:val="ListBullet"/>
      </w:pPr>
      <w:r>
        <w:t>Movimientos bruscos.</w:t>
      </w:r>
    </w:p>
    <w:p>
      <w:pPr>
        <w:pStyle w:val="ListBullet"/>
      </w:pPr>
      <w:r>
        <w:t>Correas de inmovilización que desplazan cobertura.</w:t>
      </w:r>
    </w:p>
    <w:p>
      <w:r>
        <w:t>**Resolución rápida:**</w:t>
      </w:r>
    </w:p>
    <w:p>
      <w:pPr>
        <w:pStyle w:val="ListNumber"/>
      </w:pPr>
      <w:r>
        <w:t>Re-fijar cobertura (mejor fijación, cohesiva/cinta).</w:t>
      </w:r>
    </w:p>
    <w:p>
      <w:pPr>
        <w:pStyle w:val="ListNumber"/>
      </w:pPr>
      <w:r>
        <w:t>Reorganizar correas para evitar desplazamiento.</w:t>
      </w:r>
    </w:p>
    <w:p>
      <w:pPr>
        <w:pStyle w:val="ListNumber"/>
      </w:pPr>
      <w:r>
        <w:t>Re-verificar después de movimientos.</w:t>
      </w:r>
    </w:p>
    <w:p>
      <w:pPr>
        <w:pStyle w:val="ListNumber"/>
      </w:pPr>
      <w:r>
        <w:t>Ajustar si es necesario.</w:t>
      </w:r>
    </w:p>
    <w:p>
      <w:r>
        <w:t>────────────────────────────────────────────────────────────</w:t>
      </w:r>
    </w:p>
    <w:p>
      <w:pPr>
        <w:pStyle w:val="Heading3"/>
      </w:pPr>
      <w:r>
        <w:t>Paciente se enfría: añadir aislamiento inferior, reducir exposición, aumentar calefacción</w:t>
      </w:r>
    </w:p>
    <w:p>
      <w:r>
        <w:t>**Causas posibles:**</w:t>
      </w:r>
    </w:p>
    <w:p>
      <w:pPr>
        <w:pStyle w:val="ListBullet"/>
      </w:pPr>
      <w:r>
        <w:t>Aislamiento insuficiente.</w:t>
      </w:r>
    </w:p>
    <w:p>
      <w:pPr>
        <w:pStyle w:val="ListBullet"/>
      </w:pPr>
      <w:r>
        <w:t>Exposición prolongada.</w:t>
      </w:r>
    </w:p>
    <w:p>
      <w:pPr>
        <w:pStyle w:val="ListBullet"/>
      </w:pPr>
      <w:r>
        <w:t>Ambiente frío.</w:t>
      </w:r>
    </w:p>
    <w:p>
      <w:r>
        <w:t>**Resolución rápida:**</w:t>
      </w:r>
    </w:p>
    <w:p>
      <w:pPr>
        <w:pStyle w:val="ListNumber"/>
      </w:pPr>
      <w:r>
        <w:t>Añadir aislamiento inferior (más mantas bajo paciente).</w:t>
      </w:r>
    </w:p>
    <w:p>
      <w:pPr>
        <w:pStyle w:val="ListNumber"/>
      </w:pPr>
      <w:r>
        <w:t>Reducir exposición (cubrir más, reducir tiempo de exposición).</w:t>
      </w:r>
    </w:p>
    <w:p>
      <w:pPr>
        <w:pStyle w:val="ListNumber"/>
      </w:pPr>
      <w:r>
        <w:t>Aumentar calefacción en ambulancia si es posible.</w:t>
      </w:r>
    </w:p>
    <w:p>
      <w:pPr>
        <w:pStyle w:val="ListNumber"/>
      </w:pPr>
      <w:r>
        <w:t>Re-verificar temperatura después de ajuste.</w:t>
      </w:r>
    </w:p>
    <w:p>
      <w:r>
        <w:t>────────────────────────────────────────────────────────────</w:t>
      </w:r>
    </w:p>
    <w:p>
      <w:pPr>
        <w:pStyle w:val="Heading3"/>
      </w:pPr>
      <w:r>
        <w:t>Ropa mojada: retirar si es posible y cubrir (operativo)</w:t>
      </w:r>
    </w:p>
    <w:p>
      <w:r>
        <w:t>**Causas posibles:**</w:t>
      </w:r>
    </w:p>
    <w:p>
      <w:pPr>
        <w:pStyle w:val="ListBullet"/>
      </w:pPr>
      <w:r>
        <w:t>Ropa mojada aumenta pérdida de calor.</w:t>
      </w:r>
    </w:p>
    <w:p>
      <w:pPr>
        <w:pStyle w:val="ListBullet"/>
      </w:pPr>
      <w:r>
        <w:t>Ambiente húmedo.</w:t>
      </w:r>
    </w:p>
    <w:p>
      <w:r>
        <w:t>**Resolución rápida:**</w:t>
      </w:r>
    </w:p>
    <w:p>
      <w:pPr>
        <w:pStyle w:val="ListNumber"/>
      </w:pPr>
      <w:r>
        <w:t>Retirar ropa mojada si es posible (cortar con tijeras de trauma).</w:t>
      </w:r>
    </w:p>
    <w:p>
      <w:pPr>
        <w:pStyle w:val="ListNumber"/>
      </w:pPr>
      <w:r>
        <w:t>Cubrir inmediatamente con manta térmica/mantas.</w:t>
      </w:r>
    </w:p>
    <w:p>
      <w:pPr>
        <w:pStyle w:val="ListNumber"/>
      </w:pPr>
      <w:r>
        <w:t>Aislar del suelo.</w:t>
      </w:r>
    </w:p>
    <w:p>
      <w:pPr>
        <w:pStyle w:val="ListNumber"/>
      </w:pPr>
      <w:r>
        <w:t>Re-verificar temperatura después de ajuste.</w:t>
      </w:r>
    </w:p>
    <w:p>
      <w:r>
        <w:t>────────────────────────────────────────────────────────────</w:t>
      </w:r>
    </w:p>
    <w:p>
      <w:pPr>
        <w:pStyle w:val="Heading2"/>
      </w:pPr>
      <w:r>
        <w:t>3.9.9 Errores críticos y señales de alarma</w:t>
      </w:r>
    </w:p>
    <w:p>
      <w:pPr>
        <w:pStyle w:val="Heading3"/>
      </w:pPr>
      <w:r>
        <w:t>Errores críticos</w:t>
      </w:r>
    </w:p>
    <w:p>
      <w:r>
        <w:t>**Error 1: Exposición prolongada por falta de planificación**</w:t>
      </w:r>
    </w:p>
    <w:p>
      <w:pPr>
        <w:pStyle w:val="ListBullet"/>
      </w:pPr>
      <w:r>
        <w:t>❌ Exponer al paciente sin planificar intervención, prolongar exposición innecesariamente.</w:t>
      </w:r>
    </w:p>
    <w:p>
      <w:pPr>
        <w:pStyle w:val="ListBullet"/>
      </w:pPr>
      <w:r>
        <w:t>**Consecuencia:** Hipotermia, empeoramiento del estado del paciente.</w:t>
      </w:r>
    </w:p>
    <w:p>
      <w:pPr>
        <w:pStyle w:val="ListBullet"/>
      </w:pPr>
      <w:r>
        <w:t>**Prevención:** Planificar intervención, exponer solo lo necesario, cubrir inmediatamente.</w:t>
      </w:r>
    </w:p>
    <w:p>
      <w:r>
        <w:t>**Error 2: Cortar ropa sin tener cobertura lista**</w:t>
      </w:r>
    </w:p>
    <w:p>
      <w:pPr>
        <w:pStyle w:val="ListBullet"/>
      </w:pPr>
      <w:r>
        <w:t>❌ Cortar ropa sin tener cobertura preparada para cubrir inmediatamente.</w:t>
      </w:r>
    </w:p>
    <w:p>
      <w:pPr>
        <w:pStyle w:val="ListBullet"/>
      </w:pPr>
      <w:r>
        <w:t>**Consecuencia:** Exposición prolongada, pérdida de calor, hipotermia.</w:t>
      </w:r>
    </w:p>
    <w:p>
      <w:pPr>
        <w:pStyle w:val="ListBullet"/>
      </w:pPr>
      <w:r>
        <w:t>**Prevención:** Preparar cobertura antes de cortar/retirar ropa, tener material listo.</w:t>
      </w:r>
    </w:p>
    <w:p>
      <w:r>
        <w:t>**Error 3: Dejar al paciente sobre superficie fría sin aislante**</w:t>
      </w:r>
    </w:p>
    <w:p>
      <w:pPr>
        <w:pStyle w:val="ListBullet"/>
      </w:pPr>
      <w:r>
        <w:t>❌ Dejar al paciente sobre suelo frío, húmedo o superficie fría sin aislante.</w:t>
      </w:r>
    </w:p>
    <w:p>
      <w:pPr>
        <w:pStyle w:val="ListBullet"/>
      </w:pPr>
      <w:r>
        <w:t>**Consecuencia:** Pérdida de calor por contacto, hipotermia.</w:t>
      </w:r>
    </w:p>
    <w:p>
      <w:pPr>
        <w:pStyle w:val="ListBullet"/>
      </w:pPr>
      <w:r>
        <w:t>**Prevención:** Aislar del suelo siempre (camilla, tablero, colchón de vacío, mantas).</w:t>
      </w:r>
    </w:p>
    <w:p>
      <w:r>
        <w:t>────────────────────────────────────────────────────────────</w:t>
      </w:r>
    </w:p>
    <w:p>
      <w:pPr>
        <w:pStyle w:val="Heading3"/>
      </w:pPr>
      <w:r>
        <w:t>Señales de alarma (señales operativas de empeoramiento térmico)</w:t>
      </w:r>
    </w:p>
    <w:p>
      <w:r>
        <w:t>**Señal de alarma 1: Temblor intenso**</w:t>
      </w:r>
    </w:p>
    <w:p>
      <w:pPr>
        <w:pStyle w:val="ListBullet"/>
      </w:pPr>
      <w:r>
        <w:t>**Acción:** Reforzar aislamiento, aumentar calefacción, reducir exposición, priorizar traslado.</w:t>
      </w:r>
    </w:p>
    <w:p>
      <w:pPr>
        <w:pStyle w:val="ListBullet"/>
      </w:pPr>
      <w:r>
        <w:t>**Consideración:** Posible hipotermia, priorizar control térmico.</w:t>
      </w:r>
    </w:p>
    <w:p>
      <w:r>
        <w:t>**Señal de alarma 2: Piel muy fría**</w:t>
      </w:r>
    </w:p>
    <w:p>
      <w:pPr>
        <w:pStyle w:val="ListBullet"/>
      </w:pPr>
      <w:r>
        <w:t>**Acción:** Reforzar aislamiento, aumentar calefacción, reducir exposición, priorizar traslado.</w:t>
      </w:r>
    </w:p>
    <w:p>
      <w:pPr>
        <w:pStyle w:val="ListBullet"/>
      </w:pPr>
      <w:r>
        <w:t>**Consideración:** Posible hipotermia, priorizar control térmico.</w:t>
      </w:r>
    </w:p>
    <w:p>
      <w:r>
        <w:t>**Señal de alarma 3: Deterioro general**</w:t>
      </w:r>
    </w:p>
    <w:p>
      <w:pPr>
        <w:pStyle w:val="ListBullet"/>
      </w:pPr>
      <w:r>
        <w:t>**Acción:** Reforzar aislamiento, aplicar soporte vital si es necesario, priorizar traslado, comunicar al médico.</w:t>
      </w:r>
    </w:p>
    <w:p>
      <w:pPr>
        <w:pStyle w:val="ListBullet"/>
      </w:pPr>
      <w:r>
        <w:t>**Consideración:** Posible hipotermia severa, priorizar traslado.</w:t>
      </w:r>
    </w:p>
    <w:p>
      <w:r>
        <w:t>**Principio:**</w:t>
      </w:r>
    </w:p>
    <w:p>
      <w:pPr>
        <w:pStyle w:val="ListBullet"/>
      </w:pPr>
      <w:r>
        <w:t>**Si hay señal de alarma: REFORZAR AISLAMIENTO, REDUCIR EXPOSICIÓN, PRIORIZAR TRASLADO, COMUNICAR.**</w:t>
      </w:r>
    </w:p>
    <w:p>
      <w:pPr>
        <w:pStyle w:val="ListBullet"/>
      </w:pPr>
      <w:r>
        <w:t>**No continuar si hay riesgo de hipotermia severa o estado empeora.**</w:t>
      </w:r>
    </w:p>
    <w:p>
      <w:r>
        <w:t>────────────────────────────────────────────────────────────</w:t>
      </w:r>
    </w:p>
    <w:p>
      <w:pPr>
        <w:pStyle w:val="Heading2"/>
      </w:pPr>
      <w:r>
        <w:t>3.9.10 Puntos clave TES</w:t>
      </w:r>
    </w:p>
    <w:p>
      <w:pPr>
        <w:pStyle w:val="ListBullet"/>
      </w:pPr>
      <w:r>
        <w:t>**Exposición por zonas y "cubrir inmediatamente"** (exponer solo lo necesario, cubrir inmediatamente después de intervenir, repetir por zonas si es necesario).</w:t>
      </w:r>
    </w:p>
    <w:p>
      <w:pPr>
        <w:pStyle w:val="ListBullet"/>
      </w:pPr>
      <w:r>
        <w:t>**Aislar del suelo y del viento** (colocar aislante bajo paciente, proteger del viento, prevenir pérdida de calor).</w:t>
      </w:r>
    </w:p>
    <w:p>
      <w:pPr>
        <w:pStyle w:val="ListBullet"/>
      </w:pPr>
      <w:r>
        <w:t>**Control térmico como parte del empaquetado** (no es "extra" opcional, prioridad alta en trauma, quemaduras y pacientes vulnerables).</w:t>
      </w:r>
    </w:p>
    <w:p>
      <w:pPr>
        <w:pStyle w:val="ListBullet"/>
      </w:pPr>
      <w:r>
        <w:t>**Preparar cobertura antes de cortar/retirar ropa** (tener material listo, no exponer sin tener cobertura preparada).</w:t>
      </w:r>
    </w:p>
    <w:p>
      <w:pPr>
        <w:pStyle w:val="ListBullet"/>
      </w:pPr>
      <w:r>
        <w:t>**Intervenir/valorar rápido** (minimizar tiempo de exposición, no prolongar exposición innecesariamente).</w:t>
      </w:r>
    </w:p>
    <w:p>
      <w:pPr>
        <w:pStyle w:val="ListBullet"/>
      </w:pPr>
      <w:r>
        <w:t>**Cubrir de nuevo y fijar** (evitar desplazamientos con correas, re-verificar después de movimientos).</w:t>
      </w:r>
    </w:p>
    <w:p>
      <w:pPr>
        <w:pStyle w:val="ListBullet"/>
      </w:pPr>
      <w:r>
        <w:t>**Reevaluar: temperatura periférica, temblor, confort** (detectar señales de enfriamiento, ajustar aislamiento si es necesario).</w:t>
      </w:r>
    </w:p>
    <w:p>
      <w:pPr>
        <w:pStyle w:val="ListBullet"/>
      </w:pPr>
      <w:r>
        <w:t>**En extricación y traslado: aislar del suelo, minimizar corrientes, cubrir cabeza/cuello** (prevenir pérdida de calor durante movimientos).</w:t>
      </w:r>
    </w:p>
    <w:p>
      <w:pPr>
        <w:pStyle w:val="ListBullet"/>
      </w:pPr>
      <w:r>
        <w:t>**En escaleras/ascensor: evitar exposición prolongada por "pausas"** (planificar ruta, mantener aislamiento durante pausas).</w:t>
      </w:r>
    </w:p>
    <w:p>
      <w:pPr>
        <w:pStyle w:val="ListBullet"/>
      </w:pPr>
      <w:r>
        <w:t>**En ambulancia: controlar calefacción y mantener cobertura** (activar calefacción si es necesario, mantener cobertura durante traslado).</w:t>
      </w:r>
    </w:p>
    <w:p>
      <w:pPr>
        <w:pStyle w:val="ListBullet"/>
      </w:pPr>
      <w:r>
        <w:t>**Integración con curas, quemaduras e inmovilización** (coordinar control térmico con otras técnicas, mantener durante todo el proceso).</w:t>
      </w:r>
    </w:p>
    <w:p>
      <w:pPr>
        <w:pStyle w:val="ListBullet"/>
      </w:pPr>
      <w:r>
        <w:t>**Un TES lesionado detiene la asistencia:** aplicar ergonomía (postura correcta, prevenir lesiones durante manejo de material).</w:t>
      </w:r>
    </w:p>
    <w:p>
      <w:r>
        <w:t>────────────────────────────────────────────────────────────</w:t>
      </w:r>
    </w:p>
    <w:p>
      <w:pPr>
        <w:pStyle w:val="Heading2"/>
      </w:pPr>
      <w:r>
        <w:t>3.9.11 Cierre del capítulo</w:t>
      </w:r>
    </w:p>
    <w:p>
      <w:r>
        <w:t>Este capítulo se integra con:</w:t>
      </w:r>
    </w:p>
    <w:p>
      <w:pPr>
        <w:pStyle w:val="ListBullet"/>
      </w:pPr>
      <w:r>
        <w:t>**3.6 – Control de Hemorragias y Material de Curas** (integración con curas)</w:t>
      </w:r>
    </w:p>
    <w:p>
      <w:pPr>
        <w:pStyle w:val="ListBullet"/>
      </w:pPr>
      <w:r>
        <w:t>**3.7 – Quemaduras: Material y Manejo Operativo TES** (riesgo alto de hipotermia en quemaduras)</w:t>
      </w:r>
    </w:p>
    <w:p>
      <w:pPr>
        <w:pStyle w:val="ListBullet"/>
      </w:pPr>
      <w:r>
        <w:t>**3.8 – Heridas, Vendajes y Manejo de Lesiones Abiertas** (integración con heridas)</w:t>
      </w:r>
    </w:p>
    <w:p>
      <w:pPr>
        <w:pStyle w:val="ListBullet"/>
      </w:pPr>
      <w:r>
        <w:t>**Bloque 2 – Inmovilización y Movilización** (2.6, 2.8, 2.13: integración con inmovilización y traslado)</w:t>
      </w:r>
    </w:p>
    <w:p>
      <w:r>
        <w:t>**Transición:**</w:t>
      </w:r>
    </w:p>
    <w:p>
      <w:pPr>
        <w:pStyle w:val="ListBullet"/>
      </w:pPr>
      <w:r>
        <w:t>Este capítulo proporciona técnicas operativas de **control térmico en emergencias prehospitalarias**.</w:t>
      </w:r>
    </w:p>
    <w:p>
      <w:pPr>
        <w:pStyle w:val="ListBullet"/>
      </w:pPr>
      <w:r>
        <w:t>Los capítulos siguientes desarrollan **monitorización básica (3.10)**, **glucómetro (3.11)** y **termometría (3.12)**.</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criterio clínico del TES o médico</w:t>
      </w:r>
    </w:p>
    <w:p>
      <w:pPr>
        <w:pStyle w:val="ListBullet"/>
      </w:pPr>
      <w:r>
        <w:t>❌ La práctica supervisada y experiencia</w:t>
      </w:r>
    </w:p>
    <w:p>
      <w:r>
        <w:t>**Importante:**</w:t>
      </w:r>
    </w:p>
    <w:p>
      <w:pPr>
        <w:pStyle w:val="ListBullet"/>
      </w:pPr>
      <w:r>
        <w:t>El **control térmico es parte integral** del empaquetado del paciente (no es "extra" opcional)</w:t>
      </w:r>
    </w:p>
    <w:p>
      <w:pPr>
        <w:pStyle w:val="ListBullet"/>
      </w:pPr>
      <w:r>
        <w:t>**Exponer solo lo necesario** y cubrir inmediatamente después de intervenir</w:t>
      </w:r>
    </w:p>
    <w:p>
      <w:pPr>
        <w:pStyle w:val="ListBullet"/>
      </w:pPr>
      <w:r>
        <w:t>**Aislar del suelo y del viento** siempre</w:t>
      </w:r>
    </w:p>
    <w:p>
      <w:pPr>
        <w:pStyle w:val="ListBullet"/>
      </w:pPr>
      <w:r>
        <w:t>**Prioridad alta** en trauma, quemaduras y pacientes vulnerables</w:t>
      </w:r>
    </w:p>
    <w:p>
      <w:pPr>
        <w:pStyle w:val="ListBullet"/>
      </w:pPr>
      <w:r>
        <w:t>**Re-verificar** después de movimientos (coberturas pueden desplazarse)</w:t>
      </w:r>
    </w:p>
    <w:p>
      <w:r>
        <w:t>**Principios No Negociables:**</w:t>
      </w:r>
    </w:p>
    <w:p>
      <w:pPr>
        <w:pStyle w:val="ListBullet"/>
      </w:pPr>
      <w:r>
        <w:t>**NUNCA exponer** sin tener cobertura preparada</w:t>
      </w:r>
    </w:p>
    <w:p>
      <w:pPr>
        <w:pStyle w:val="ListBullet"/>
      </w:pPr>
      <w:r>
        <w:t>**NUNCA dejar** al paciente sobre superficie fría sin aislante</w:t>
      </w:r>
    </w:p>
    <w:p>
      <w:pPr>
        <w:pStyle w:val="ListBullet"/>
      </w:pPr>
      <w:r>
        <w:t>**NUNCA prolongar** exposición innecesariamente</w:t>
      </w:r>
    </w:p>
    <w:p>
      <w:pPr>
        <w:pStyle w:val="ListBullet"/>
      </w:pPr>
      <w:r>
        <w:t>**SIEMPRE aislar** del suelo y del viento</w:t>
      </w:r>
    </w:p>
    <w:p>
      <w:pPr>
        <w:pStyle w:val="ListBullet"/>
      </w:pPr>
      <w:r>
        <w:t>**SIEMPRE cubrir** inmediatamente después de intervenir</w:t>
      </w:r>
    </w:p>
    <w:p>
      <w:pPr>
        <w:pStyle w:val="ListBullet"/>
      </w:pPr>
      <w:r>
        <w:t>**SIEMPRE re-verificar** después de movimientos</w:t>
      </w:r>
    </w:p>
    <w:p>
      <w:r>
        <w:t>**Validación Médica:** Pendiente de validación médica profesional antes de uso en producción.</w:t>
      </w:r>
    </w:p>
    <w:p>
      <w:r>
        <w:t>────────────────────────────────────────────────────────────</w:t>
      </w:r>
    </w:p>
    <w:p>
      <w:r>
        <w:t>**Versión:** 1.0</w:t>
      </w:r>
    </w:p>
    <w:p>
      <w:r>
        <w:t>**Última actualización:** 2024-12-13</w:t>
      </w:r>
    </w:p>
    <w:p>
      <w:r>
        <w:t>**Tipo:** Bloque Operativo - Procedimiento TES</w:t>
      </w:r>
    </w:p>
    <w:p>
      <w:r>
        <w:t>────────────────────────────────────────────────────────────</w:t>
      </w:r>
    </w:p>
    <w:p>
      <w:pPr>
        <w:pStyle w:val="Heading2"/>
      </w:pPr>
      <w:r>
        <w:t>🔗 Enlaces recomendados / Guía de referencia</w:t>
      </w:r>
    </w:p>
    <w:p>
      <w:pPr>
        <w:pStyle w:val="ListBullet"/>
      </w:pPr>
      <w:r>
        <w:t>ABCDE Operativo</w:t>
      </w:r>
    </w:p>
    <w:p/>
    <w:p>
      <w:r>
        <w:t>────────────────────────────────────────────────────────────</w:t>
      </w:r>
    </w:p>
    <w:p/>
    <w:p>
      <w:pPr>
        <w:pStyle w:val="Heading1"/>
      </w:pPr>
      <w:r>
        <w:t>3.X2 – Maletín de curas/trauma sanitario: organización y chequeo operativo</w:t>
      </w:r>
    </w:p>
    <w:p>
      <w:pPr>
        <w:pStyle w:val="Heading1"/>
      </w:pPr>
      <w:r>
        <w:t>3.X2 – Maletín de curas/trauma sanitario: organización y chequeo operativo</w:t>
      </w:r>
    </w:p>
    <w:p>
      <w:pPr>
        <w:pStyle w:val="Heading2"/>
      </w:pPr>
      <w:r>
        <w:t>Manual TES Digital – Logística y verificación de material de curas</w:t>
      </w:r>
    </w:p>
    <w:p>
      <w:r>
        <w:t>**Versión:** 1.0</w:t>
      </w:r>
    </w:p>
    <w:p>
      <w:r>
        <w:t>**Fecha:** 2024-12-13</w:t>
      </w:r>
    </w:p>
    <w:p>
      <w:r>
        <w:t>**Tipo:** Bloque Operativo - Procedimiento TES</w:t>
      </w:r>
    </w:p>
    <w:p>
      <w:r>
        <w:t>────────────────────────────────────────────────────────────</w:t>
      </w:r>
    </w:p>
    <w:p>
      <w:pPr>
        <w:pStyle w:val="Heading2"/>
      </w:pPr>
      <w:r>
        <w:t>3.X2.1 Objetivo operativo</w:t>
      </w:r>
    </w:p>
    <w:p>
      <w:r>
        <w:t>Asegurar material de curas/hemorragias **listo y accesible**, y **reposición post-servicio sin pérdidas**.</w:t>
      </w:r>
    </w:p>
    <w:p>
      <w:r>
        <w:t>Este capítulo se centra en **organización por módulos, chequeo inicio/post-servicio, verificación rápida en escena**, no en clínica.</w:t>
      </w:r>
    </w:p>
    <w:p>
      <w:r>
        <w:t>────────────────────────────────────────────────────────────</w:t>
      </w:r>
    </w:p>
    <w:p>
      <w:pPr>
        <w:pStyle w:val="Heading2"/>
      </w:pPr>
      <w:r>
        <w:t>3.X2.2 Alcance</w:t>
      </w:r>
    </w:p>
    <w:p>
      <w:pPr>
        <w:pStyle w:val="Heading3"/>
      </w:pPr>
      <w:r>
        <w:t>Alcance del capítulo</w:t>
      </w:r>
    </w:p>
    <w:p>
      <w:r>
        <w:t>Este capítulo cubre:</w:t>
      </w:r>
    </w:p>
    <w:p>
      <w:pPr>
        <w:pStyle w:val="ListBullet"/>
      </w:pPr>
      <w:r>
        <w:t>**Organización por módulos:** estructura recomendada del maletín.</w:t>
      </w:r>
    </w:p>
    <w:p>
      <w:pPr>
        <w:pStyle w:val="ListBullet"/>
      </w:pPr>
      <w:r>
        <w:t>**Chequeo inicio de turno:** verificación completa paso a paso.</w:t>
      </w:r>
    </w:p>
    <w:p>
      <w:pPr>
        <w:pStyle w:val="ListBullet"/>
      </w:pPr>
      <w:r>
        <w:t>**Chequeo post-servicio:** limpieza, reposición, cierre.</w:t>
      </w:r>
    </w:p>
    <w:p>
      <w:pPr>
        <w:pStyle w:val="ListBullet"/>
      </w:pPr>
      <w:r>
        <w:t>**Verificación rápida en escena:** chequeo rápido pre-intervención.</w:t>
      </w:r>
    </w:p>
    <w:p>
      <w:r>
        <w:t>────────────────────────────────────────────────────────────</w:t>
      </w:r>
    </w:p>
    <w:p>
      <w:pPr>
        <w:pStyle w:val="Heading2"/>
      </w:pPr>
      <w:r>
        <w:t>3.X2.3 Principios TES</w:t>
      </w:r>
    </w:p>
    <w:p>
      <w:pPr>
        <w:pStyle w:val="Heading3"/>
      </w:pPr>
      <w:r>
        <w:t>Orden fijo</w:t>
      </w:r>
    </w:p>
    <w:p>
      <w:r>
        <w:t>**Principio:**</w:t>
      </w:r>
    </w:p>
    <w:p>
      <w:pPr>
        <w:pStyle w:val="ListBullet"/>
      </w:pPr>
      <w:r>
        <w:t>Material siempre en mismo lugar.</w:t>
      </w:r>
    </w:p>
    <w:p>
      <w:pPr>
        <w:pStyle w:val="ListBullet"/>
      </w:pPr>
      <w:r>
        <w:t>Cualquier TES lo encuentra sin preguntar.</w:t>
      </w:r>
    </w:p>
    <w:p>
      <w:pPr>
        <w:pStyle w:val="ListBullet"/>
      </w:pPr>
      <w:r>
        <w:t>Facilita localización rápida.</w:t>
      </w:r>
    </w:p>
    <w:p>
      <w:r>
        <w:t>**Consideraciones:**</w:t>
      </w:r>
    </w:p>
    <w:p>
      <w:pPr>
        <w:pStyle w:val="ListBullet"/>
      </w:pPr>
      <w:r>
        <w:t>Orden fijo mejora eficiencia.</w:t>
      </w:r>
    </w:p>
    <w:p>
      <w:pPr>
        <w:pStyle w:val="ListBullet"/>
      </w:pPr>
      <w:r>
        <w:t>Facilita trabajo en equipo.</w:t>
      </w:r>
    </w:p>
    <w:p>
      <w:pPr>
        <w:pStyle w:val="ListBullet"/>
      </w:pPr>
      <w:r>
        <w:t>Reduce errores.</w:t>
      </w:r>
    </w:p>
    <w:p>
      <w:r>
        <w:t>────────────────────────────────────────────────────────────</w:t>
      </w:r>
    </w:p>
    <w:p>
      <w:pPr>
        <w:pStyle w:val="Heading3"/>
      </w:pPr>
      <w:r>
        <w:t>Modularidad</w:t>
      </w:r>
    </w:p>
    <w:p>
      <w:r>
        <w:t>**Principio:**</w:t>
      </w:r>
    </w:p>
    <w:p>
      <w:pPr>
        <w:pStyle w:val="ListBullet"/>
      </w:pPr>
      <w:r>
        <w:t>Organizar por módulos funcionales.</w:t>
      </w:r>
    </w:p>
    <w:p>
      <w:pPr>
        <w:pStyle w:val="ListBullet"/>
      </w:pPr>
      <w:r>
        <w:t>Cada módulo tiene función específica.</w:t>
      </w:r>
    </w:p>
    <w:p>
      <w:pPr>
        <w:pStyle w:val="ListBullet"/>
      </w:pPr>
      <w:r>
        <w:t>Facilita organización y reposición.</w:t>
      </w:r>
    </w:p>
    <w:p>
      <w:r>
        <w:t>**Consideraciones:**</w:t>
      </w:r>
    </w:p>
    <w:p>
      <w:pPr>
        <w:pStyle w:val="ListBullet"/>
      </w:pPr>
      <w:r>
        <w:t>Modularidad mejora organización.</w:t>
      </w:r>
    </w:p>
    <w:p>
      <w:pPr>
        <w:pStyle w:val="ListBullet"/>
      </w:pPr>
      <w:r>
        <w:t>Facilita reposición.</w:t>
      </w:r>
    </w:p>
    <w:p>
      <w:pPr>
        <w:pStyle w:val="ListBullet"/>
      </w:pPr>
      <w:r>
        <w:t>Reduce confusión.</w:t>
      </w:r>
    </w:p>
    <w:p>
      <w:r>
        <w:t>────────────────────────────────────────────────────────────</w:t>
      </w:r>
    </w:p>
    <w:p>
      <w:pPr>
        <w:pStyle w:val="Heading3"/>
      </w:pPr>
      <w:r>
        <w:t>"Zona limpia / zona sucia"</w:t>
      </w:r>
    </w:p>
    <w:p>
      <w:r>
        <w:t>**Principio:**</w:t>
      </w:r>
    </w:p>
    <w:p>
      <w:pPr>
        <w:pStyle w:val="ListBullet"/>
      </w:pPr>
      <w:r>
        <w:t>Separar material limpio de material usado.</w:t>
      </w:r>
    </w:p>
    <w:p>
      <w:pPr>
        <w:pStyle w:val="ListBullet"/>
      </w:pPr>
      <w:r>
        <w:t>No contaminar material limpio.</w:t>
      </w:r>
    </w:p>
    <w:p>
      <w:pPr>
        <w:pStyle w:val="ListBullet"/>
      </w:pPr>
      <w:r>
        <w:t>Gestionar material usado correctamente.</w:t>
      </w:r>
    </w:p>
    <w:p>
      <w:r>
        <w:t>**Consideraciones:**</w:t>
      </w:r>
    </w:p>
    <w:p>
      <w:pPr>
        <w:pStyle w:val="ListBullet"/>
      </w:pPr>
      <w:r>
        <w:t>Separación previene contaminación.</w:t>
      </w:r>
    </w:p>
    <w:p>
      <w:pPr>
        <w:pStyle w:val="ListBullet"/>
      </w:pPr>
      <w:r>
        <w:t>Facilita gestión.</w:t>
      </w:r>
    </w:p>
    <w:p>
      <w:pPr>
        <w:pStyle w:val="ListBullet"/>
      </w:pPr>
      <w:r>
        <w:t>Mejora seguridad.</w:t>
      </w:r>
    </w:p>
    <w:p>
      <w:r>
        <w:t>────────────────────────────────────────────────────────────</w:t>
      </w:r>
    </w:p>
    <w:p>
      <w:pPr>
        <w:pStyle w:val="Heading3"/>
      </w:pPr>
      <w:r>
        <w:t>Consumibles críticos duplicados</w:t>
      </w:r>
    </w:p>
    <w:p>
      <w:r>
        <w:t>**Principio:**</w:t>
      </w:r>
    </w:p>
    <w:p>
      <w:pPr>
        <w:pStyle w:val="ListBullet"/>
      </w:pPr>
      <w:r>
        <w:t>Duplicar consumibles críticos según dotación.</w:t>
      </w:r>
    </w:p>
    <w:p>
      <w:pPr>
        <w:pStyle w:val="ListBullet"/>
      </w:pPr>
      <w:r>
        <w:t>Material que se usa frecuentemente.</w:t>
      </w:r>
    </w:p>
    <w:p>
      <w:pPr>
        <w:pStyle w:val="ListBullet"/>
      </w:pPr>
      <w:r>
        <w:t>Material esencial para intervención.</w:t>
      </w:r>
    </w:p>
    <w:p>
      <w:r>
        <w:t>**Consideraciones:**</w:t>
      </w:r>
    </w:p>
    <w:p>
      <w:pPr>
        <w:pStyle w:val="ListBullet"/>
      </w:pPr>
      <w:r>
        <w:t>Duplicación previene falta de material.</w:t>
      </w:r>
    </w:p>
    <w:p>
      <w:pPr>
        <w:pStyle w:val="ListBullet"/>
      </w:pPr>
      <w:r>
        <w:t>Solo consumibles críticos.</w:t>
      </w:r>
    </w:p>
    <w:p>
      <w:pPr>
        <w:pStyle w:val="ListBullet"/>
      </w:pPr>
      <w:r>
        <w:t>Según dotación disponible.</w:t>
      </w:r>
    </w:p>
    <w:p>
      <w:r>
        <w:t>────────────────────────────────────────────────────────────</w:t>
      </w:r>
    </w:p>
    <w:p>
      <w:pPr>
        <w:pStyle w:val="Heading2"/>
      </w:pPr>
      <w:r>
        <w:t>3.X2.4 Estructura recomendada del maletín (módulos)</w:t>
      </w:r>
    </w:p>
    <w:p>
      <w:pPr>
        <w:pStyle w:val="Heading3"/>
      </w:pPr>
      <w:r>
        <w:t>Hemorragias (3.6): gasas, apósitos, vendas, compresivos, hemostáticos/torniquete si aplica</w:t>
      </w:r>
    </w:p>
    <w:p>
      <w:r>
        <w:t>**Contenido:**</w:t>
      </w:r>
    </w:p>
    <w:p>
      <w:pPr>
        <w:pStyle w:val="ListBullet"/>
      </w:pPr>
      <w:r>
        <w:t>Gasas estériles de diferentes tamaños.</w:t>
      </w:r>
    </w:p>
    <w:p>
      <w:pPr>
        <w:pStyle w:val="ListBullet"/>
      </w:pPr>
      <w:r>
        <w:t>Apósitos estériles.</w:t>
      </w:r>
    </w:p>
    <w:p>
      <w:pPr>
        <w:pStyle w:val="ListBullet"/>
      </w:pPr>
      <w:r>
        <w:t>Vendas (crepé, elástica, cohesiva).</w:t>
      </w:r>
    </w:p>
    <w:p>
      <w:pPr>
        <w:pStyle w:val="ListBullet"/>
      </w:pPr>
      <w:r>
        <w:t>Apósitos compresivos / vendaje israelí (si existe).</w:t>
      </w:r>
    </w:p>
    <w:p>
      <w:pPr>
        <w:pStyle w:val="ListBullet"/>
      </w:pPr>
      <w:r>
        <w:t>Hemostáticos (gasa hemostática) (si existe y está autorizado).</w:t>
      </w:r>
    </w:p>
    <w:p>
      <w:pPr>
        <w:pStyle w:val="ListBullet"/>
      </w:pPr>
      <w:r>
        <w:t>Torniquete comercial (si existe y está autorizado).</w:t>
      </w:r>
    </w:p>
    <w:p>
      <w:r>
        <w:t>**Organización:**</w:t>
      </w:r>
    </w:p>
    <w:p>
      <w:pPr>
        <w:pStyle w:val="ListBullet"/>
      </w:pPr>
      <w:r>
        <w:t>Material por tipo.</w:t>
      </w:r>
    </w:p>
    <w:p>
      <w:pPr>
        <w:pStyle w:val="ListBullet"/>
      </w:pPr>
      <w:r>
        <w:t>Fácil acceso a material más usado.</w:t>
      </w:r>
    </w:p>
    <w:p>
      <w:pPr>
        <w:pStyle w:val="ListBullet"/>
      </w:pPr>
      <w:r>
        <w:t>Duplicar consumibles críticos.</w:t>
      </w:r>
    </w:p>
    <w:p>
      <w:r>
        <w:t>**Enlaces:**</w:t>
      </w:r>
    </w:p>
    <w:p>
      <w:pPr>
        <w:pStyle w:val="ListBullet"/>
      </w:pPr>
      <w:r>
        <w:t>Ver 3.6 – Control de Hemorragias y Material de Curas.</w:t>
      </w:r>
    </w:p>
    <w:p>
      <w:r>
        <w:t>────────────────────────────────────────────────────────────</w:t>
      </w:r>
    </w:p>
    <w:p>
      <w:pPr>
        <w:pStyle w:val="Heading3"/>
      </w:pPr>
      <w:r>
        <w:t>Quemaduras (3.7): no adherentes, film si protocolo, mantas</w:t>
      </w:r>
    </w:p>
    <w:p>
      <w:r>
        <w:t>**Contenido:**</w:t>
      </w:r>
    </w:p>
    <w:p>
      <w:pPr>
        <w:pStyle w:val="ListBullet"/>
      </w:pPr>
      <w:r>
        <w:t>Apósitos no adherentes.</w:t>
      </w:r>
    </w:p>
    <w:p>
      <w:pPr>
        <w:pStyle w:val="ListBullet"/>
      </w:pPr>
      <w:r>
        <w:t>Film transparente (si protocolo lo usa).</w:t>
      </w:r>
    </w:p>
    <w:p>
      <w:pPr>
        <w:pStyle w:val="ListBullet"/>
      </w:pPr>
      <w:r>
        <w:t>Mantas térmicas.</w:t>
      </w:r>
    </w:p>
    <w:p>
      <w:pPr>
        <w:pStyle w:val="ListBullet"/>
      </w:pPr>
      <w:r>
        <w:t>Mantas para aislamiento.</w:t>
      </w:r>
    </w:p>
    <w:p>
      <w:r>
        <w:t>**Organización:**</w:t>
      </w:r>
    </w:p>
    <w:p>
      <w:pPr>
        <w:pStyle w:val="ListBullet"/>
      </w:pPr>
      <w:r>
        <w:t>Material por tipo.</w:t>
      </w:r>
    </w:p>
    <w:p>
      <w:pPr>
        <w:pStyle w:val="ListBullet"/>
      </w:pPr>
      <w:r>
        <w:t>Fácil acceso a material más usado.</w:t>
      </w:r>
    </w:p>
    <w:p>
      <w:pPr>
        <w:pStyle w:val="ListBullet"/>
      </w:pPr>
      <w:r>
        <w:t>Duplicar consumibles críticos.</w:t>
      </w:r>
    </w:p>
    <w:p>
      <w:r>
        <w:t>**Enlaces:**</w:t>
      </w:r>
    </w:p>
    <w:p>
      <w:pPr>
        <w:pStyle w:val="ListBullet"/>
      </w:pPr>
      <w:r>
        <w:t>Ver 3.7 – Quemaduras: Material y Manejo Operativo TES.</w:t>
      </w:r>
    </w:p>
    <w:p>
      <w:r>
        <w:t>────────────────────────────────────────────────────────────</w:t>
      </w:r>
    </w:p>
    <w:p>
      <w:pPr>
        <w:pStyle w:val="Heading3"/>
      </w:pPr>
      <w:r>
        <w:t>Heridas (3.8): apósitos, fijación, suero, tijeras</w:t>
      </w:r>
    </w:p>
    <w:p>
      <w:r>
        <w:t>**Contenido:**</w:t>
      </w:r>
    </w:p>
    <w:p>
      <w:pPr>
        <w:pStyle w:val="ListBullet"/>
      </w:pPr>
      <w:r>
        <w:t>Apósitos estériles.</w:t>
      </w:r>
    </w:p>
    <w:p>
      <w:pPr>
        <w:pStyle w:val="ListBullet"/>
      </w:pPr>
      <w:r>
        <w:t>Material de fijación (esparadrapo, cinta, vendas).</w:t>
      </w:r>
    </w:p>
    <w:p>
      <w:pPr>
        <w:pStyle w:val="ListBullet"/>
      </w:pPr>
      <w:r>
        <w:t>Suero fisiológico (si protocolo lo contempla).</w:t>
      </w:r>
    </w:p>
    <w:p>
      <w:pPr>
        <w:pStyle w:val="ListBullet"/>
      </w:pPr>
      <w:r>
        <w:t>Tijeras de trauma.</w:t>
      </w:r>
    </w:p>
    <w:p>
      <w:r>
        <w:t>**Organización:**</w:t>
      </w:r>
    </w:p>
    <w:p>
      <w:pPr>
        <w:pStyle w:val="ListBullet"/>
      </w:pPr>
      <w:r>
        <w:t>Material por tipo.</w:t>
      </w:r>
    </w:p>
    <w:p>
      <w:pPr>
        <w:pStyle w:val="ListBullet"/>
      </w:pPr>
      <w:r>
        <w:t>Fácil acceso a material más usado.</w:t>
      </w:r>
    </w:p>
    <w:p>
      <w:pPr>
        <w:pStyle w:val="ListBullet"/>
      </w:pPr>
      <w:r>
        <w:t>Duplicar consumibles críticos.</w:t>
      </w:r>
    </w:p>
    <w:p>
      <w:r>
        <w:t>**Enlaces:**</w:t>
      </w:r>
    </w:p>
    <w:p>
      <w:pPr>
        <w:pStyle w:val="ListBullet"/>
      </w:pPr>
      <w:r>
        <w:t>Ver 3.8 – Heridas, Vendajes y Manejo de Lesiones Abiertas.</w:t>
      </w:r>
    </w:p>
    <w:p>
      <w:r>
        <w:t>────────────────────────────────────────────────────────────</w:t>
      </w:r>
    </w:p>
    <w:p>
      <w:pPr>
        <w:pStyle w:val="Heading3"/>
      </w:pPr>
      <w:r>
        <w:t>EPI y residuos</w:t>
      </w:r>
    </w:p>
    <w:p>
      <w:r>
        <w:t>**Contenido:**</w:t>
      </w:r>
    </w:p>
    <w:p>
      <w:pPr>
        <w:pStyle w:val="ListBullet"/>
      </w:pPr>
      <w:r>
        <w:t>Guantes (diferentes tallas).</w:t>
      </w:r>
    </w:p>
    <w:p>
      <w:pPr>
        <w:pStyle w:val="ListBullet"/>
      </w:pPr>
      <w:r>
        <w:t>Protección ocular / pantalla facial.</w:t>
      </w:r>
    </w:p>
    <w:p>
      <w:pPr>
        <w:pStyle w:val="ListBullet"/>
      </w:pPr>
      <w:r>
        <w:t>Mascarillas (quirúrgica/FFP según protocolo).</w:t>
      </w:r>
    </w:p>
    <w:p>
      <w:pPr>
        <w:pStyle w:val="ListBullet"/>
      </w:pPr>
      <w:r>
        <w:t>Bolsas de residuos (biológicos y no biológicos).</w:t>
      </w:r>
    </w:p>
    <w:p>
      <w:pPr>
        <w:pStyle w:val="ListBullet"/>
      </w:pPr>
      <w:r>
        <w:t>Contenedor de punzantes (si procede).</w:t>
      </w:r>
    </w:p>
    <w:p>
      <w:r>
        <w:t>**Organización:**</w:t>
      </w:r>
    </w:p>
    <w:p>
      <w:pPr>
        <w:pStyle w:val="ListBullet"/>
      </w:pPr>
      <w:r>
        <w:t>EPI organizado por tipo.</w:t>
      </w:r>
    </w:p>
    <w:p>
      <w:pPr>
        <w:pStyle w:val="ListBullet"/>
      </w:pPr>
      <w:r>
        <w:t>Residuos organizados.</w:t>
      </w:r>
    </w:p>
    <w:p>
      <w:pPr>
        <w:pStyle w:val="ListBullet"/>
      </w:pPr>
      <w:r>
        <w:t>Fácil acceso a EPI más usado.</w:t>
      </w:r>
    </w:p>
    <w:p>
      <w:r>
        <w:t>────────────────────────────────────────────────────────────</w:t>
      </w:r>
    </w:p>
    <w:p>
      <w:pPr>
        <w:pStyle w:val="Heading2"/>
      </w:pPr>
      <w:r>
        <w:t>3.X2.5 Chequeo inicio de turno (paso a paso)</w:t>
      </w:r>
    </w:p>
    <w:p>
      <w:pPr>
        <w:pStyle w:val="Heading3"/>
      </w:pPr>
      <w:r>
        <w:t>Integridad</w:t>
      </w:r>
    </w:p>
    <w:p>
      <w:r>
        <w:t>**Verificación:**</w:t>
      </w:r>
    </w:p>
    <w:p>
      <w:pPr>
        <w:pStyle w:val="ListBullet"/>
      </w:pPr>
      <w:r>
        <w:t>[ ] Verificar que maletín está en buen estado.</w:t>
      </w:r>
    </w:p>
    <w:p>
      <w:pPr>
        <w:pStyle w:val="ListBullet"/>
      </w:pPr>
      <w:r>
        <w:t>[ ] Verificar que cierres funcionan.</w:t>
      </w:r>
    </w:p>
    <w:p>
      <w:pPr>
        <w:pStyle w:val="ListBullet"/>
      </w:pPr>
      <w:r>
        <w:t>[ ] Verificar que no hay daños.</w:t>
      </w:r>
    </w:p>
    <w:p>
      <w:r>
        <w:t>**Registro:**</w:t>
      </w:r>
    </w:p>
    <w:p>
      <w:pPr>
        <w:pStyle w:val="ListBullet"/>
      </w:pPr>
      <w:r>
        <w:t>Registrar incidencias si hay daños.</w:t>
      </w:r>
    </w:p>
    <w:p>
      <w:pPr>
        <w:pStyle w:val="ListBullet"/>
      </w:pPr>
      <w:r>
        <w:t>Comunicar si es necesario.</w:t>
      </w:r>
    </w:p>
    <w:p>
      <w:pPr>
        <w:pStyle w:val="ListBullet"/>
      </w:pPr>
      <w:r>
        <w:t>Reparar o reemplazar si es necesario.</w:t>
      </w:r>
    </w:p>
    <w:p>
      <w:r>
        <w:t>────────────────────────────────────────────────────────────</w:t>
      </w:r>
    </w:p>
    <w:p>
      <w:pPr>
        <w:pStyle w:val="Heading3"/>
      </w:pPr>
      <w:r>
        <w:t>Esterilidad/paquetes</w:t>
      </w:r>
    </w:p>
    <w:p>
      <w:r>
        <w:t>**Verificación:**</w:t>
      </w:r>
    </w:p>
    <w:p>
      <w:pPr>
        <w:pStyle w:val="ListBullet"/>
      </w:pPr>
      <w:r>
        <w:t>[ ] Verificar que paquetes estériles están cerrados.</w:t>
      </w:r>
    </w:p>
    <w:p>
      <w:pPr>
        <w:pStyle w:val="ListBullet"/>
      </w:pPr>
      <w:r>
        <w:t>[ ] Verificar que no hay paquetes abiertos.</w:t>
      </w:r>
    </w:p>
    <w:p>
      <w:pPr>
        <w:pStyle w:val="ListBullet"/>
      </w:pPr>
      <w:r>
        <w:t>[ ] Verificar que no hay paquetes dañados.</w:t>
      </w:r>
    </w:p>
    <w:p>
      <w:r>
        <w:t>**Registro:**</w:t>
      </w:r>
    </w:p>
    <w:p>
      <w:pPr>
        <w:pStyle w:val="ListBullet"/>
      </w:pPr>
      <w:r>
        <w:t>Registrar paquetes abiertos o dañados.</w:t>
      </w:r>
    </w:p>
    <w:p>
      <w:pPr>
        <w:pStyle w:val="ListBullet"/>
      </w:pPr>
      <w:r>
        <w:t>Desechar si es necesario.</w:t>
      </w:r>
    </w:p>
    <w:p>
      <w:pPr>
        <w:pStyle w:val="ListBullet"/>
      </w:pPr>
      <w:r>
        <w:t>Reponer si es necesario.</w:t>
      </w:r>
    </w:p>
    <w:p>
      <w:r>
        <w:t>────────────────────────────────────────────────────────────</w:t>
      </w:r>
    </w:p>
    <w:p>
      <w:pPr>
        <w:pStyle w:val="Heading3"/>
      </w:pPr>
      <w:r>
        <w:t>Caducidades</w:t>
      </w:r>
    </w:p>
    <w:p>
      <w:r>
        <w:t>**Verificación:**</w:t>
      </w:r>
    </w:p>
    <w:p>
      <w:pPr>
        <w:pStyle w:val="ListBullet"/>
      </w:pPr>
      <w:r>
        <w:t>[ ] Verificar fechas de caducidad.</w:t>
      </w:r>
    </w:p>
    <w:p>
      <w:pPr>
        <w:pStyle w:val="ListBullet"/>
      </w:pPr>
      <w:r>
        <w:t>[ ] Desechar material caducado.</w:t>
      </w:r>
    </w:p>
    <w:p>
      <w:pPr>
        <w:pStyle w:val="ListBullet"/>
      </w:pPr>
      <w:r>
        <w:t>[ ] Reponer material caducado.</w:t>
      </w:r>
    </w:p>
    <w:p>
      <w:r>
        <w:t>**Registro:**</w:t>
      </w:r>
    </w:p>
    <w:p>
      <w:pPr>
        <w:pStyle w:val="ListBullet"/>
      </w:pPr>
      <w:r>
        <w:t>Registrar material caducado.</w:t>
      </w:r>
    </w:p>
    <w:p>
      <w:pPr>
        <w:pStyle w:val="ListBullet"/>
      </w:pPr>
      <w:r>
        <w:t>Desechar según protocolo.</w:t>
      </w:r>
    </w:p>
    <w:p>
      <w:pPr>
        <w:pStyle w:val="ListBullet"/>
      </w:pPr>
      <w:r>
        <w:t>Reponer inmediatamente.</w:t>
      </w:r>
    </w:p>
    <w:p>
      <w:r>
        <w:t>────────────────────────────────────────────────────────────</w:t>
      </w:r>
    </w:p>
    <w:p>
      <w:pPr>
        <w:pStyle w:val="Heading3"/>
      </w:pPr>
      <w:r>
        <w:t>Cantidades mínimas</w:t>
      </w:r>
    </w:p>
    <w:p>
      <w:r>
        <w:t>**Verificación:**</w:t>
      </w:r>
    </w:p>
    <w:p>
      <w:pPr>
        <w:pStyle w:val="ListBullet"/>
      </w:pPr>
      <w:r>
        <w:t>[ ] Verificar que hay cantidades mínimas de cada material.</w:t>
      </w:r>
    </w:p>
    <w:p>
      <w:pPr>
        <w:pStyle w:val="ListBullet"/>
      </w:pPr>
      <w:r>
        <w:t>[ ] Verificar que no falta material crítico.</w:t>
      </w:r>
    </w:p>
    <w:p>
      <w:pPr>
        <w:pStyle w:val="ListBullet"/>
      </w:pPr>
      <w:r>
        <w:t>[ ] Reponer material faltante.</w:t>
      </w:r>
    </w:p>
    <w:p>
      <w:r>
        <w:t>**Registro:**</w:t>
      </w:r>
    </w:p>
    <w:p>
      <w:pPr>
        <w:pStyle w:val="ListBullet"/>
      </w:pPr>
      <w:r>
        <w:t>Registrar material faltante.</w:t>
      </w:r>
    </w:p>
    <w:p>
      <w:pPr>
        <w:pStyle w:val="ListBullet"/>
      </w:pPr>
      <w:r>
        <w:t>Reponer inmediatamente.</w:t>
      </w:r>
    </w:p>
    <w:p>
      <w:pPr>
        <w:pStyle w:val="ListBullet"/>
      </w:pPr>
      <w:r>
        <w:t>Comunicar necesidades si no se puede reponer.</w:t>
      </w:r>
    </w:p>
    <w:p>
      <w:r>
        <w:t>────────────────────────────────────────────────────────────</w:t>
      </w:r>
    </w:p>
    <w:p>
      <w:pPr>
        <w:pStyle w:val="Heading3"/>
      </w:pPr>
      <w:r>
        <w:t>Tijeras</w:t>
      </w:r>
    </w:p>
    <w:p>
      <w:r>
        <w:t>**Verificación:**</w:t>
      </w:r>
    </w:p>
    <w:p>
      <w:pPr>
        <w:pStyle w:val="ListBullet"/>
      </w:pPr>
      <w:r>
        <w:t>[ ] Verificar que tijeras están disponibles.</w:t>
      </w:r>
    </w:p>
    <w:p>
      <w:pPr>
        <w:pStyle w:val="ListBullet"/>
      </w:pPr>
      <w:r>
        <w:t>[ ] Verificar que tijeras funcionan.</w:t>
      </w:r>
    </w:p>
    <w:p>
      <w:pPr>
        <w:pStyle w:val="ListBullet"/>
      </w:pPr>
      <w:r>
        <w:t>[ ] Verificar que tijeras están limpias.</w:t>
      </w:r>
    </w:p>
    <w:p>
      <w:r>
        <w:t>**Registro:**</w:t>
      </w:r>
    </w:p>
    <w:p>
      <w:pPr>
        <w:pStyle w:val="ListBullet"/>
      </w:pPr>
      <w:r>
        <w:t>Registrar incidencias si hay problemas.</w:t>
      </w:r>
    </w:p>
    <w:p>
      <w:pPr>
        <w:pStyle w:val="ListBullet"/>
      </w:pPr>
      <w:r>
        <w:t>Limpiar o reemplazar si es necesario.</w:t>
      </w:r>
    </w:p>
    <w:p>
      <w:r>
        <w:t>────────────────────────────────────────────────────────────</w:t>
      </w:r>
    </w:p>
    <w:p>
      <w:pPr>
        <w:pStyle w:val="Heading3"/>
      </w:pPr>
      <w:r>
        <w:t>Cinta</w:t>
      </w:r>
    </w:p>
    <w:p>
      <w:r>
        <w:t>**Verificación:**</w:t>
      </w:r>
    </w:p>
    <w:p>
      <w:pPr>
        <w:pStyle w:val="ListBullet"/>
      </w:pPr>
      <w:r>
        <w:t>[ ] Verificar que cinta adhesiva está disponible.</w:t>
      </w:r>
    </w:p>
    <w:p>
      <w:pPr>
        <w:pStyle w:val="ListBullet"/>
      </w:pPr>
      <w:r>
        <w:t>[ ] Verificar que cinta está en buen estado.</w:t>
      </w:r>
    </w:p>
    <w:p>
      <w:pPr>
        <w:pStyle w:val="ListBullet"/>
      </w:pPr>
      <w:r>
        <w:t>[ ] Verificar que hay cantidad suficiente.</w:t>
      </w:r>
    </w:p>
    <w:p>
      <w:r>
        <w:t>**Registro:**</w:t>
      </w:r>
    </w:p>
    <w:p>
      <w:pPr>
        <w:pStyle w:val="ListBullet"/>
      </w:pPr>
      <w:r>
        <w:t>Registrar si falta cinta.</w:t>
      </w:r>
    </w:p>
    <w:p>
      <w:pPr>
        <w:pStyle w:val="ListBullet"/>
      </w:pPr>
      <w:r>
        <w:t>Reponer si es necesario.</w:t>
      </w:r>
    </w:p>
    <w:p>
      <w:r>
        <w:t>────────────────────────────────────────────────────────────</w:t>
      </w:r>
    </w:p>
    <w:p>
      <w:pPr>
        <w:pStyle w:val="Heading3"/>
      </w:pPr>
      <w:r>
        <w:t>Registro de faltantes</w:t>
      </w:r>
    </w:p>
    <w:p>
      <w:r>
        <w:t>**Registro:**</w:t>
      </w:r>
    </w:p>
    <w:p>
      <w:pPr>
        <w:pStyle w:val="ListBullet"/>
      </w:pPr>
      <w:r>
        <w:t>Documentar material faltante.</w:t>
      </w:r>
    </w:p>
    <w:p>
      <w:pPr>
        <w:pStyle w:val="ListBullet"/>
      </w:pPr>
      <w:r>
        <w:t>Documentar material dañado.</w:t>
      </w:r>
    </w:p>
    <w:p>
      <w:pPr>
        <w:pStyle w:val="ListBullet"/>
      </w:pPr>
      <w:r>
        <w:t>Documentar material caducado.</w:t>
      </w:r>
    </w:p>
    <w:p>
      <w:r>
        <w:t>**Comunicación:**</w:t>
      </w:r>
    </w:p>
    <w:p>
      <w:pPr>
        <w:pStyle w:val="ListBullet"/>
      </w:pPr>
      <w:r>
        <w:t>Comunicar necesidades al responsable si no se puede reponer.</w:t>
      </w:r>
    </w:p>
    <w:p>
      <w:pPr>
        <w:pStyle w:val="ListBullet"/>
      </w:pPr>
      <w:r>
        <w:t>Mantener registro de incidencias.</w:t>
      </w:r>
    </w:p>
    <w:p>
      <w:pPr>
        <w:pStyle w:val="ListBullet"/>
      </w:pPr>
      <w:r>
        <w:t>Seguir protocolo del servicio.</w:t>
      </w:r>
    </w:p>
    <w:p>
      <w:r>
        <w:t>────────────────────────────────────────────────────────────</w:t>
      </w:r>
    </w:p>
    <w:p>
      <w:pPr>
        <w:pStyle w:val="Heading2"/>
      </w:pPr>
      <w:r>
        <w:t>3.X2.6 Post-servicio</w:t>
      </w:r>
    </w:p>
    <w:p>
      <w:pPr>
        <w:pStyle w:val="Heading3"/>
      </w:pPr>
      <w:r>
        <w:t>Desecho</w:t>
      </w:r>
    </w:p>
    <w:p>
      <w:r>
        <w:t>**Material monouso:**</w:t>
      </w:r>
    </w:p>
    <w:p>
      <w:pPr>
        <w:pStyle w:val="ListBullet"/>
      </w:pPr>
      <w:r>
        <w:t>Desechar material monouso usado.</w:t>
      </w:r>
    </w:p>
    <w:p>
      <w:pPr>
        <w:pStyle w:val="ListBullet"/>
      </w:pPr>
      <w:r>
        <w:t>Gestionar según protocolo de residuos.</w:t>
      </w:r>
    </w:p>
    <w:p>
      <w:pPr>
        <w:pStyle w:val="ListBullet"/>
      </w:pPr>
      <w:r>
        <w:t>Separar residuos biológicos de no biológicos.</w:t>
      </w:r>
    </w:p>
    <w:p>
      <w:r>
        <w:t>**Material contaminado:**</w:t>
      </w:r>
    </w:p>
    <w:p>
      <w:pPr>
        <w:pStyle w:val="ListBullet"/>
      </w:pPr>
      <w:r>
        <w:t>Desechar material contaminado que no se puede limpiar/desinfectar.</w:t>
      </w:r>
    </w:p>
    <w:p>
      <w:pPr>
        <w:pStyle w:val="ListBullet"/>
      </w:pPr>
      <w:r>
        <w:t>Gestionar según protocolo de residuos biológicos.</w:t>
      </w:r>
    </w:p>
    <w:p>
      <w:r>
        <w:t>**Consideraciones:**</w:t>
      </w:r>
    </w:p>
    <w:p>
      <w:pPr>
        <w:pStyle w:val="ListBullet"/>
      </w:pPr>
      <w:r>
        <w:t>Seguir protocolo del servicio.</w:t>
      </w:r>
    </w:p>
    <w:p>
      <w:pPr>
        <w:pStyle w:val="ListBullet"/>
      </w:pPr>
      <w:r>
        <w:t>Gestionar residuos correctamente.</w:t>
      </w:r>
    </w:p>
    <w:p>
      <w:pPr>
        <w:pStyle w:val="ListBullet"/>
      </w:pPr>
      <w:r>
        <w:t>No reutilizar material monouso.</w:t>
      </w:r>
    </w:p>
    <w:p>
      <w:r>
        <w:t>────────────────────────────────────────────────────────────</w:t>
      </w:r>
    </w:p>
    <w:p>
      <w:pPr>
        <w:pStyle w:val="Heading3"/>
      </w:pPr>
      <w:r>
        <w:t>Limpieza</w:t>
      </w:r>
    </w:p>
    <w:p>
      <w:r>
        <w:t>**Material reutilizable:**</w:t>
      </w:r>
    </w:p>
    <w:p>
      <w:pPr>
        <w:pStyle w:val="ListBullet"/>
      </w:pPr>
      <w:r>
        <w:t>Limpiar material reutilizable usado.</w:t>
      </w:r>
    </w:p>
    <w:p>
      <w:pPr>
        <w:pStyle w:val="ListBullet"/>
      </w:pPr>
      <w:r>
        <w:t>Desinfectar según protocolo del servicio.</w:t>
      </w:r>
    </w:p>
    <w:p>
      <w:pPr>
        <w:pStyle w:val="ListBullet"/>
      </w:pPr>
      <w:r>
        <w:t>Verificar que limpieza/desinfección es adecuada.</w:t>
      </w:r>
    </w:p>
    <w:p>
      <w:r>
        <w:t>**Componentes específicos:**</w:t>
      </w:r>
    </w:p>
    <w:p>
      <w:pPr>
        <w:pStyle w:val="ListBullet"/>
      </w:pPr>
      <w:r>
        <w:t>Limpiar/desinfectar tijeras según protocolo.</w:t>
      </w:r>
    </w:p>
    <w:p>
      <w:pPr>
        <w:pStyle w:val="ListBullet"/>
      </w:pPr>
      <w:r>
        <w:t>Limpiar/desinfectar otros componentes según protocolo.</w:t>
      </w:r>
    </w:p>
    <w:p>
      <w:pPr>
        <w:pStyle w:val="ListBullet"/>
      </w:pPr>
      <w:r>
        <w:t>Verificar que material está limpio antes de almacenar.</w:t>
      </w:r>
    </w:p>
    <w:p>
      <w:r>
        <w:t>**Consideraciones:**</w:t>
      </w:r>
    </w:p>
    <w:p>
      <w:pPr>
        <w:pStyle w:val="ListBullet"/>
      </w:pPr>
      <w:r>
        <w:t>Seguir protocolo del servicio.</w:t>
      </w:r>
    </w:p>
    <w:p>
      <w:pPr>
        <w:pStyle w:val="ListBullet"/>
      </w:pPr>
      <w:r>
        <w:t>No citar marcas específicas de productos.</w:t>
      </w:r>
    </w:p>
    <w:p>
      <w:pPr>
        <w:pStyle w:val="ListBullet"/>
      </w:pPr>
      <w:r>
        <w:t>Verificar que material está limpio.</w:t>
      </w:r>
    </w:p>
    <w:p>
      <w:r>
        <w:t>────────────────────────────────────────────────────────────</w:t>
      </w:r>
    </w:p>
    <w:p>
      <w:pPr>
        <w:pStyle w:val="Heading3"/>
      </w:pPr>
      <w:r>
        <w:t>Reposición</w:t>
      </w:r>
    </w:p>
    <w:p>
      <w:r>
        <w:t>**Reposición inmediata:**</w:t>
      </w:r>
    </w:p>
    <w:p>
      <w:pPr>
        <w:pStyle w:val="ListBullet"/>
      </w:pPr>
      <w:r>
        <w:t>Reponer material consumido inmediatamente.</w:t>
      </w:r>
    </w:p>
    <w:p>
      <w:pPr>
        <w:pStyle w:val="ListBullet"/>
      </w:pPr>
      <w:r>
        <w:t>Reponer material dañado si es posible.</w:t>
      </w:r>
    </w:p>
    <w:p>
      <w:pPr>
        <w:pStyle w:val="ListBullet"/>
      </w:pPr>
      <w:r>
        <w:t>Verificar que reposición es completa.</w:t>
      </w:r>
    </w:p>
    <w:p>
      <w:r>
        <w:t>**Marcado de lo pendiente:**</w:t>
      </w:r>
    </w:p>
    <w:p>
      <w:pPr>
        <w:pStyle w:val="ListBullet"/>
      </w:pPr>
      <w:r>
        <w:t>Marcar material que falta y no se puede reponer inmediatamente.</w:t>
      </w:r>
    </w:p>
    <w:p>
      <w:pPr>
        <w:pStyle w:val="ListBullet"/>
      </w:pPr>
      <w:r>
        <w:t>Comunicar necesidades al responsable.</w:t>
      </w:r>
    </w:p>
    <w:p>
      <w:pPr>
        <w:pStyle w:val="ListBullet"/>
      </w:pPr>
      <w:r>
        <w:t>Documentar en log de incidencias.</w:t>
      </w:r>
    </w:p>
    <w:p>
      <w:r>
        <w:t>**Verificación:**</w:t>
      </w:r>
    </w:p>
    <w:p>
      <w:pPr>
        <w:pStyle w:val="ListBullet"/>
      </w:pPr>
      <w:r>
        <w:t>Verificar que material está completo después de reposición.</w:t>
      </w:r>
    </w:p>
    <w:p>
      <w:pPr>
        <w:pStyle w:val="ListBullet"/>
      </w:pPr>
      <w:r>
        <w:t>Verificar que material está listo para siguiente servicio.</w:t>
      </w:r>
    </w:p>
    <w:p>
      <w:r>
        <w:t>────────────────────────────────────────────────────────────</w:t>
      </w:r>
    </w:p>
    <w:p>
      <w:pPr>
        <w:pStyle w:val="Heading3"/>
      </w:pPr>
      <w:r>
        <w:t>"Cerrado y listo"</w:t>
      </w:r>
    </w:p>
    <w:p>
      <w:r>
        <w:t>**Cierre:**</w:t>
      </w:r>
    </w:p>
    <w:p>
      <w:pPr>
        <w:pStyle w:val="ListBullet"/>
      </w:pPr>
      <w:r>
        <w:t>Cerrar maletín correctamente.</w:t>
      </w:r>
    </w:p>
    <w:p>
      <w:pPr>
        <w:pStyle w:val="ListBullet"/>
      </w:pPr>
      <w:r>
        <w:t>Verificar que cierres funcionan.</w:t>
      </w:r>
    </w:p>
    <w:p>
      <w:pPr>
        <w:pStyle w:val="ListBullet"/>
      </w:pPr>
      <w:r>
        <w:t>Verificar que maletín está listo.</w:t>
      </w:r>
    </w:p>
    <w:p>
      <w:r>
        <w:t>**Listo:**</w:t>
      </w:r>
    </w:p>
    <w:p>
      <w:pPr>
        <w:pStyle w:val="ListBullet"/>
      </w:pPr>
      <w:r>
        <w:t>Verificar que material está completo.</w:t>
      </w:r>
    </w:p>
    <w:p>
      <w:pPr>
        <w:pStyle w:val="ListBullet"/>
      </w:pPr>
      <w:r>
        <w:t>Verificar que material está limpio.</w:t>
      </w:r>
    </w:p>
    <w:p>
      <w:pPr>
        <w:pStyle w:val="ListBullet"/>
      </w:pPr>
      <w:r>
        <w:t>Verificar que maletín está listo para siguiente servicio.</w:t>
      </w:r>
    </w:p>
    <w:p>
      <w:r>
        <w:t>────────────────────────────────────────────────────────────</w:t>
      </w:r>
    </w:p>
    <w:p>
      <w:pPr>
        <w:pStyle w:val="Heading2"/>
      </w:pPr>
      <w:r>
        <w:t>3.X2.7 Errores críticos</w:t>
      </w:r>
    </w:p>
    <w:p>
      <w:pPr>
        <w:pStyle w:val="Heading3"/>
      </w:pPr>
      <w:r>
        <w:t>"Hay material" pero está caducado/abierto</w:t>
      </w:r>
    </w:p>
    <w:p>
      <w:r>
        <w:t>**Error:**</w:t>
      </w:r>
    </w:p>
    <w:p>
      <w:pPr>
        <w:pStyle w:val="ListBullet"/>
      </w:pPr>
      <w:r>
        <w:t>❌ No verificar fechas de caducidad.</w:t>
      </w:r>
    </w:p>
    <w:p>
      <w:pPr>
        <w:pStyle w:val="ListBullet"/>
      </w:pPr>
      <w:r>
        <w:t>❌ No verificar que paquetes están cerrados.</w:t>
      </w:r>
    </w:p>
    <w:p>
      <w:pPr>
        <w:pStyle w:val="ListBullet"/>
      </w:pPr>
      <w:r>
        <w:t>❌ Usar material caducado o abierto.</w:t>
      </w:r>
    </w:p>
    <w:p>
      <w:pPr>
        <w:pStyle w:val="ListBullet"/>
      </w:pPr>
      <w:r>
        <w:t>**Consecuencia:** Material no estéril, riesgo de infección, lecturas incorrectas.</w:t>
      </w:r>
    </w:p>
    <w:p>
      <w:pPr>
        <w:pStyle w:val="ListBullet"/>
      </w:pPr>
      <w:r>
        <w:t>**Prevención:** Verificar caducidades siempre, desechar material caducado/abierto, reponer inmediatamente.</w:t>
      </w:r>
    </w:p>
    <w:p>
      <w:r>
        <w:t>────────────────────────────────────────────────────────────</w:t>
      </w:r>
    </w:p>
    <w:p>
      <w:pPr>
        <w:pStyle w:val="Heading3"/>
      </w:pPr>
      <w:r>
        <w:t>Falta de compresivos</w:t>
      </w:r>
    </w:p>
    <w:p>
      <w:r>
        <w:t>**Error:**</w:t>
      </w:r>
    </w:p>
    <w:p>
      <w:pPr>
        <w:pStyle w:val="ListBullet"/>
      </w:pPr>
      <w:r>
        <w:t>❌ No tener apósitos compresivos disponibles.</w:t>
      </w:r>
    </w:p>
    <w:p>
      <w:pPr>
        <w:pStyle w:val="ListBullet"/>
      </w:pPr>
      <w:r>
        <w:t>❌ No reponer después de uso.</w:t>
      </w:r>
    </w:p>
    <w:p>
      <w:pPr>
        <w:pStyle w:val="ListBullet"/>
      </w:pPr>
      <w:r>
        <w:t>**Consecuencia:** No se puede controlar hemorragia, riesgo para paciente.</w:t>
      </w:r>
    </w:p>
    <w:p>
      <w:pPr>
        <w:pStyle w:val="ListBullet"/>
      </w:pPr>
      <w:r>
        <w:t>**Prevención:** Verificar stock siempre, reponer después de uso, duplicar si es crítico.</w:t>
      </w:r>
    </w:p>
    <w:p>
      <w:r>
        <w:t>────────────────────────────────────────────────────────────</w:t>
      </w:r>
    </w:p>
    <w:p>
      <w:pPr>
        <w:pStyle w:val="Heading3"/>
      </w:pPr>
      <w:r>
        <w:t>No separar contaminado</w:t>
      </w:r>
    </w:p>
    <w:p>
      <w:r>
        <w:t>**Error:**</w:t>
      </w:r>
    </w:p>
    <w:p>
      <w:pPr>
        <w:pStyle w:val="ListBullet"/>
      </w:pPr>
      <w:r>
        <w:t>❌ No separar material usado de material limpio.</w:t>
      </w:r>
    </w:p>
    <w:p>
      <w:pPr>
        <w:pStyle w:val="ListBullet"/>
      </w:pPr>
      <w:r>
        <w:t>❌ Contaminar material limpio.</w:t>
      </w:r>
    </w:p>
    <w:p>
      <w:pPr>
        <w:pStyle w:val="ListBullet"/>
      </w:pPr>
      <w:r>
        <w:t>**Consecuencia:** Contaminación cruzada, riesgo de infección.</w:t>
      </w:r>
    </w:p>
    <w:p>
      <w:pPr>
        <w:pStyle w:val="ListBullet"/>
      </w:pPr>
      <w:r>
        <w:t>**Prevención:** Separar siempre zona sucia de zona limpia, gestionar material usado correctamente.</w:t>
      </w:r>
    </w:p>
    <w:p>
      <w:r>
        <w:t>────────────────────────────────────────────────────────────</w:t>
      </w:r>
    </w:p>
    <w:p>
      <w:pPr>
        <w:pStyle w:val="Heading2"/>
      </w:pPr>
      <w:r>
        <w:t>3.X2.8 Puntos clave TES</w:t>
      </w:r>
    </w:p>
    <w:p>
      <w:pPr>
        <w:pStyle w:val="ListBullet"/>
      </w:pPr>
      <w:r>
        <w:t>**Orden fijo** (material siempre en mismo lugar, cualquier TES lo encuentra sin preguntar).</w:t>
      </w:r>
    </w:p>
    <w:p>
      <w:pPr>
        <w:pStyle w:val="ListBullet"/>
      </w:pPr>
      <w:r>
        <w:t>**Modularidad** (organizar por módulos funcionales, cada módulo tiene función específica).</w:t>
      </w:r>
    </w:p>
    <w:p>
      <w:pPr>
        <w:pStyle w:val="ListBullet"/>
      </w:pPr>
      <w:r>
        <w:t>**"Zona limpia / zona sucia"** (separar material limpio de material usado, no contaminar material limpio).</w:t>
      </w:r>
    </w:p>
    <w:p>
      <w:pPr>
        <w:pStyle w:val="ListBullet"/>
      </w:pPr>
      <w:r>
        <w:t>**Consumibles críticos duplicados** (duplicar según dotación, material esencial para intervención).</w:t>
      </w:r>
    </w:p>
    <w:p>
      <w:pPr>
        <w:pStyle w:val="ListBullet"/>
      </w:pPr>
      <w:r>
        <w:t>**Chequeo inicio de turno completo** (integridad, esterilidad/paquetes, caducidades, cantidades mínimas, tijeras, cinta).</w:t>
      </w:r>
    </w:p>
    <w:p>
      <w:pPr>
        <w:pStyle w:val="ListBullet"/>
      </w:pPr>
      <w:r>
        <w:t>**Registro de faltantes** (documentar material faltante, comunicar necesidades, mantener log).</w:t>
      </w:r>
    </w:p>
    <w:p>
      <w:pPr>
        <w:pStyle w:val="ListBullet"/>
      </w:pPr>
      <w:r>
        <w:t>**Post-servicio: desecho, limpieza, reposición** (desechar correctamente, limpiar según protocolo, reponer inmediatamente).</w:t>
      </w:r>
    </w:p>
    <w:p>
      <w:pPr>
        <w:pStyle w:val="ListBullet"/>
      </w:pPr>
      <w:r>
        <w:t>**"Cerrado y listo"** (verificar que maletín está completo, limpio, listo para siguiente servicio).</w:t>
      </w:r>
    </w:p>
    <w:p>
      <w:pPr>
        <w:pStyle w:val="ListBullet"/>
      </w:pPr>
      <w:r>
        <w:t>**NUNCA usar material caducado/abierto** (verificar caducidades siempre, desechar si es necesario).</w:t>
      </w:r>
    </w:p>
    <w:p>
      <w:pPr>
        <w:pStyle w:val="ListBullet"/>
      </w:pPr>
      <w:r>
        <w:t>**NUNCA dejar faltar compresivos** (verificar stock siempre, reponer después de uso).</w:t>
      </w:r>
    </w:p>
    <w:p>
      <w:pPr>
        <w:pStyle w:val="ListBullet"/>
      </w:pPr>
      <w:r>
        <w:t>**NUNCA contaminar material limpio** (separar siempre zona sucia de zona limpia).</w:t>
      </w:r>
    </w:p>
    <w:p>
      <w:pPr>
        <w:pStyle w:val="ListBullet"/>
      </w:pPr>
      <w:r>
        <w:t>**Un TES lesionado detiene la asistencia:** aplicar ergonomía (postura correcta, coordinar con equipo).</w:t>
      </w:r>
    </w:p>
    <w:p>
      <w:r>
        <w:t>────────────────────────────────────────────────────────────</w:t>
      </w:r>
    </w:p>
    <w:p>
      <w:pPr>
        <w:pStyle w:val="Heading2"/>
      </w:pPr>
      <w:r>
        <w:t>3.X2.9 Cierre del capítulo</w:t>
      </w:r>
    </w:p>
    <w:p>
      <w:r>
        <w:t>Este capítulo se integra con:</w:t>
      </w:r>
    </w:p>
    <w:p>
      <w:pPr>
        <w:pStyle w:val="ListBullet"/>
      </w:pPr>
      <w:r>
        <w:t>**3.6 – Control de Hemorragias y Material de Curas** (material de hemorragias)</w:t>
      </w:r>
    </w:p>
    <w:p>
      <w:pPr>
        <w:pStyle w:val="ListBullet"/>
      </w:pPr>
      <w:r>
        <w:t>**3.7 – Quemaduras: Material y Manejo Operativo TES** (material de quemaduras)</w:t>
      </w:r>
    </w:p>
    <w:p>
      <w:pPr>
        <w:pStyle w:val="ListBullet"/>
      </w:pPr>
      <w:r>
        <w:t>**3.8 – Heridas, Vendajes y Manejo de Lesiones Abiertas** (material de heridas)</w:t>
      </w:r>
    </w:p>
    <w:p>
      <w:r>
        <w:t>**Próximo capítulo sugerido:**</w:t>
      </w:r>
    </w:p>
    <w:p>
      <w:pPr>
        <w:pStyle w:val="ListBullet"/>
      </w:pPr>
      <w:r>
        <w:t>**3.X3 – Bolsa/Estuche de Monitorización: Organización y Chequeo Operativo** *(pendiente)*</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**organización del maletín** facilita localización rápida y uso eficiente</w:t>
      </w:r>
    </w:p>
    <w:p>
      <w:pPr>
        <w:pStyle w:val="ListBullet"/>
      </w:pPr>
      <w:r>
        <w:t>**Verificar caducidades y esterilidad** siempre</w:t>
      </w:r>
    </w:p>
    <w:p>
      <w:pPr>
        <w:pStyle w:val="ListBullet"/>
      </w:pPr>
      <w:r>
        <w:t>**Reponer material** inmediatamente después de uso</w:t>
      </w:r>
    </w:p>
    <w:p>
      <w:pPr>
        <w:pStyle w:val="ListBullet"/>
      </w:pPr>
      <w:r>
        <w:t>**Separar zona sucia de zona limpia** siempre</w:t>
      </w:r>
    </w:p>
    <w:p>
      <w:r>
        <w:t>**Principios No Negociables:**</w:t>
      </w:r>
    </w:p>
    <w:p>
      <w:pPr>
        <w:pStyle w:val="ListBullet"/>
      </w:pPr>
      <w:r>
        <w:t>**NUNCA usar** material caducado/abierto</w:t>
      </w:r>
    </w:p>
    <w:p>
      <w:pPr>
        <w:pStyle w:val="ListBullet"/>
      </w:pPr>
      <w:r>
        <w:t>**NUNCA dejar** faltar compresivos</w:t>
      </w:r>
    </w:p>
    <w:p>
      <w:pPr>
        <w:pStyle w:val="ListBullet"/>
      </w:pPr>
      <w:r>
        <w:t>**NUNCA contaminar** material limpio</w:t>
      </w:r>
    </w:p>
    <w:p>
      <w:pPr>
        <w:pStyle w:val="ListBullet"/>
      </w:pPr>
      <w:r>
        <w:t>**SIEMPRE verificar** caducidades y esterilidad</w:t>
      </w:r>
    </w:p>
    <w:p>
      <w:pPr>
        <w:pStyle w:val="ListBullet"/>
      </w:pPr>
      <w:r>
        <w:t>**SIEMPRE reponer** material después de uso</w:t>
      </w:r>
    </w:p>
    <w:p>
      <w:pPr>
        <w:pStyle w:val="ListBullet"/>
      </w:pPr>
      <w:r>
        <w:t>**SIEMPRE separar** zona sucia de zona limpia</w:t>
      </w:r>
    </w:p>
    <w:p>
      <w:r>
        <w:t>**Validación Médica:** Pendiente de validación médica profesional antes de uso en producción.</w:t>
      </w:r>
    </w:p>
    <w:p>
      <w:r>
        <w:t>────────────────────────────────────────────────────────────</w:t>
      </w:r>
    </w:p>
    <w:p>
      <w:r>
        <w:t>**Versión:** 1.0</w:t>
      </w:r>
    </w:p>
    <w:p>
      <w:r>
        <w:t>**Última actualización:** 2024-12-13</w:t>
      </w:r>
    </w:p>
    <w:p>
      <w:r>
        <w:t>**Tipo:** Bloque Operativo - Procedimiento TES</w:t>
      </w:r>
    </w:p>
    <w:p/>
    <w:p>
      <w:r>
        <w:t>────────────────────────────────────────────────────────────</w:t>
      </w:r>
    </w:p>
    <w:p/>
    <w:p>
      <w:pPr>
        <w:pStyle w:val="Heading1"/>
      </w:pPr>
      <w:r>
        <w:t>3.X3 – Bolsa/estuche de monitorización: organización y chequeo operativo</w:t>
      </w:r>
    </w:p>
    <w:p>
      <w:pPr>
        <w:pStyle w:val="Heading1"/>
      </w:pPr>
      <w:r>
        <w:t>3.X3 – Bolsa/estuche de monitorización: organización y chequeo operativo</w:t>
      </w:r>
    </w:p>
    <w:p>
      <w:pPr>
        <w:pStyle w:val="Heading2"/>
      </w:pPr>
      <w:r>
        <w:t>Manual TES Digital – Logística y verificación de material de monitorización</w:t>
      </w:r>
    </w:p>
    <w:p>
      <w:r>
        <w:t>**Versión:** 1.0</w:t>
      </w:r>
    </w:p>
    <w:p>
      <w:r>
        <w:t>**Fecha:** 2024-12-13</w:t>
      </w:r>
    </w:p>
    <w:p>
      <w:r>
        <w:t>**Tipo:** Bloque Operativo - Procedimiento TES</w:t>
      </w:r>
    </w:p>
    <w:p>
      <w:r>
        <w:t>────────────────────────────────────────────────────────────</w:t>
      </w:r>
    </w:p>
    <w:p>
      <w:pPr>
        <w:pStyle w:val="Heading2"/>
      </w:pPr>
      <w:r>
        <w:t>3.X3.1 Objetivo operativo</w:t>
      </w:r>
    </w:p>
    <w:p>
      <w:r>
        <w:t>Garantizar que monitorización y mediciones (SpO₂, TA, ECG, glucemia, temperatura) son **posibles en escena sin fallos por pilas, sensores, manguitos o consumibles**.</w:t>
      </w:r>
    </w:p>
    <w:p>
      <w:r>
        <w:t>Este capítulo se centra en **organización, chequeo, pruebas mínimas seguras**, no en clínica.</w:t>
      </w:r>
    </w:p>
    <w:p>
      <w:r>
        <w:t>────────────────────────────────────────────────────────────</w:t>
      </w:r>
    </w:p>
    <w:p>
      <w:pPr>
        <w:pStyle w:val="Heading2"/>
      </w:pPr>
      <w:r>
        <w:t>3.X3.2 Alcance</w:t>
      </w:r>
    </w:p>
    <w:p>
      <w:pPr>
        <w:pStyle w:val="Heading3"/>
      </w:pPr>
      <w:r>
        <w:t>Alcance del capítulo</w:t>
      </w:r>
    </w:p>
    <w:p>
      <w:r>
        <w:t>Este capítulo cubre:</w:t>
      </w:r>
    </w:p>
    <w:p>
      <w:pPr>
        <w:pStyle w:val="ListBullet"/>
      </w:pPr>
      <w:r>
        <w:t>**Organización:** estructura recomendada de la bolsa/estuche.</w:t>
      </w:r>
    </w:p>
    <w:p>
      <w:pPr>
        <w:pStyle w:val="ListBullet"/>
      </w:pPr>
      <w:r>
        <w:t>**Chequeo inicio de turno:** verificación completa paso a paso.</w:t>
      </w:r>
    </w:p>
    <w:p>
      <w:pPr>
        <w:pStyle w:val="ListBullet"/>
      </w:pPr>
      <w:r>
        <w:t>**Chequeo post-servicio:** limpieza, reposición, cierre.</w:t>
      </w:r>
    </w:p>
    <w:p>
      <w:pPr>
        <w:pStyle w:val="ListBullet"/>
      </w:pPr>
      <w:r>
        <w:t>**Pruebas mínimas seguras:** verificación funcional.</w:t>
      </w:r>
    </w:p>
    <w:p>
      <w:r>
        <w:t>────────────────────────────────────────────────────────────</w:t>
      </w:r>
    </w:p>
    <w:p>
      <w:pPr>
        <w:pStyle w:val="Heading2"/>
      </w:pPr>
      <w:r>
        <w:t>3.X3.3 Principios TES</w:t>
      </w:r>
    </w:p>
    <w:p>
      <w:pPr>
        <w:pStyle w:val="Heading3"/>
      </w:pPr>
      <w:r>
        <w:t>Consumibles y tallas (manguitos) siempre completos</w:t>
      </w:r>
    </w:p>
    <w:p>
      <w:r>
        <w:t>**Principio:**</w:t>
      </w:r>
    </w:p>
    <w:p>
      <w:pPr>
        <w:pStyle w:val="ListBullet"/>
      </w:pPr>
      <w:r>
        <w:t>Tener consumibles completos siempre.</w:t>
      </w:r>
    </w:p>
    <w:p>
      <w:pPr>
        <w:pStyle w:val="ListBullet"/>
      </w:pPr>
      <w:r>
        <w:t>Tener manguitos de todas las tallas necesarias.</w:t>
      </w:r>
    </w:p>
    <w:p>
      <w:pPr>
        <w:pStyle w:val="ListBullet"/>
      </w:pPr>
      <w:r>
        <w:t>Reponer inmediatamente después de uso.</w:t>
      </w:r>
    </w:p>
    <w:p>
      <w:r>
        <w:t>**Consideraciones:**</w:t>
      </w:r>
    </w:p>
    <w:p>
      <w:pPr>
        <w:pStyle w:val="ListBullet"/>
      </w:pPr>
      <w:r>
        <w:t>Consumibles completos previenen fallos.</w:t>
      </w:r>
    </w:p>
    <w:p>
      <w:pPr>
        <w:pStyle w:val="ListBullet"/>
      </w:pPr>
      <w:r>
        <w:t>Tallas completas permiten medición correcta.</w:t>
      </w:r>
    </w:p>
    <w:p>
      <w:pPr>
        <w:pStyle w:val="ListBullet"/>
      </w:pPr>
      <w:r>
        <w:t>Reposición inmediata mantiene stock.</w:t>
      </w:r>
    </w:p>
    <w:p>
      <w:r>
        <w:t>────────────────────────────────────────────────────────────</w:t>
      </w:r>
    </w:p>
    <w:p>
      <w:pPr>
        <w:pStyle w:val="Heading3"/>
      </w:pPr>
      <w:r>
        <w:t>Pilas/baterías y repuestos</w:t>
      </w:r>
    </w:p>
    <w:p>
      <w:r>
        <w:t>**Principio:**</w:t>
      </w:r>
    </w:p>
    <w:p>
      <w:pPr>
        <w:pStyle w:val="ListBullet"/>
      </w:pPr>
      <w:r>
        <w:t>Verificar que pilas/baterías están cargadas.</w:t>
      </w:r>
    </w:p>
    <w:p>
      <w:pPr>
        <w:pStyle w:val="ListBullet"/>
      </w:pPr>
      <w:r>
        <w:t>Tener pilas/baterías de repuesto.</w:t>
      </w:r>
    </w:p>
    <w:p>
      <w:pPr>
        <w:pStyle w:val="ListBullet"/>
      </w:pPr>
      <w:r>
        <w:t>Verificar que cargadores funcionan.</w:t>
      </w:r>
    </w:p>
    <w:p>
      <w:r>
        <w:t>**Consideraciones:**</w:t>
      </w:r>
    </w:p>
    <w:p>
      <w:pPr>
        <w:pStyle w:val="ListBullet"/>
      </w:pPr>
      <w:r>
        <w:t>Pilas descargadas impiden medición.</w:t>
      </w:r>
    </w:p>
    <w:p>
      <w:pPr>
        <w:pStyle w:val="ListBullet"/>
      </w:pPr>
      <w:r>
        <w:t>Repuestos previenen fallos.</w:t>
      </w:r>
    </w:p>
    <w:p>
      <w:pPr>
        <w:pStyle w:val="ListBullet"/>
      </w:pPr>
      <w:r>
        <w:t>Cargadores funcionan correctamente.</w:t>
      </w:r>
    </w:p>
    <w:p>
      <w:r>
        <w:t>────────────────────────────────────────────────────────────</w:t>
      </w:r>
    </w:p>
    <w:p>
      <w:pPr>
        <w:pStyle w:val="Heading3"/>
      </w:pPr>
      <w:r>
        <w:t>Limpieza e higiene de sensores</w:t>
      </w:r>
    </w:p>
    <w:p>
      <w:r>
        <w:t>**Principio:**</w:t>
      </w:r>
    </w:p>
    <w:p>
      <w:pPr>
        <w:pStyle w:val="ListBullet"/>
      </w:pPr>
      <w:r>
        <w:t>Limpiar sensores según protocolo.</w:t>
      </w:r>
    </w:p>
    <w:p>
      <w:pPr>
        <w:pStyle w:val="ListBullet"/>
      </w:pPr>
      <w:r>
        <w:t>Desinfectar si es necesario.</w:t>
      </w:r>
    </w:p>
    <w:p>
      <w:pPr>
        <w:pStyle w:val="ListBullet"/>
      </w:pPr>
      <w:r>
        <w:t>Verificar que sensores están limpios.</w:t>
      </w:r>
    </w:p>
    <w:p>
      <w:r>
        <w:t>**Consideraciones:**</w:t>
      </w:r>
    </w:p>
    <w:p>
      <w:pPr>
        <w:pStyle w:val="ListBullet"/>
      </w:pPr>
      <w:r>
        <w:t>Sensores limpios previenen contaminación.</w:t>
      </w:r>
    </w:p>
    <w:p>
      <w:pPr>
        <w:pStyle w:val="ListBullet"/>
      </w:pPr>
      <w:r>
        <w:t>Seguir protocolo del servicio.</w:t>
      </w:r>
    </w:p>
    <w:p>
      <w:pPr>
        <w:pStyle w:val="ListBullet"/>
      </w:pPr>
      <w:r>
        <w:t>Verificar antes de usar.</w:t>
      </w:r>
    </w:p>
    <w:p>
      <w:r>
        <w:t>────────────────────────────────────────────────────────────</w:t>
      </w:r>
    </w:p>
    <w:p>
      <w:pPr>
        <w:pStyle w:val="Heading2"/>
      </w:pPr>
      <w:r>
        <w:t>3.X3.4 Módulos recomendados</w:t>
      </w:r>
    </w:p>
    <w:p>
      <w:pPr>
        <w:pStyle w:val="Heading3"/>
      </w:pPr>
      <w:r>
        <w:t>SpO₂: sensor + repuesto</w:t>
      </w:r>
    </w:p>
    <w:p>
      <w:r>
        <w:t>**Contenido:**</w:t>
      </w:r>
    </w:p>
    <w:p>
      <w:pPr>
        <w:pStyle w:val="ListBullet"/>
      </w:pPr>
      <w:r>
        <w:t>Sensor de pulsioxímetro.</w:t>
      </w:r>
    </w:p>
    <w:p>
      <w:pPr>
        <w:pStyle w:val="ListBullet"/>
      </w:pPr>
      <w:r>
        <w:t>Sensor de repuesto.</w:t>
      </w:r>
    </w:p>
    <w:p>
      <w:pPr>
        <w:pStyle w:val="ListBullet"/>
      </w:pPr>
      <w:r>
        <w:t>Pilas/batería.</w:t>
      </w:r>
    </w:p>
    <w:p>
      <w:r>
        <w:t>**Organización:**</w:t>
      </w:r>
    </w:p>
    <w:p>
      <w:pPr>
        <w:pStyle w:val="ListBullet"/>
      </w:pPr>
      <w:r>
        <w:t>Sensor principal y repuesto organizados.</w:t>
      </w:r>
    </w:p>
    <w:p>
      <w:pPr>
        <w:pStyle w:val="ListBullet"/>
      </w:pPr>
      <w:r>
        <w:t>Fácil acceso.</w:t>
      </w:r>
    </w:p>
    <w:p>
      <w:pPr>
        <w:pStyle w:val="ListBullet"/>
      </w:pPr>
      <w:r>
        <w:t>Verificar que funcionan.</w:t>
      </w:r>
    </w:p>
    <w:p>
      <w:r>
        <w:t>────────────────────────────────────────────────────────────</w:t>
      </w:r>
    </w:p>
    <w:p>
      <w:pPr>
        <w:pStyle w:val="Heading3"/>
      </w:pPr>
      <w:r>
        <w:t>TA: manual/auto + manguitos tallas</w:t>
      </w:r>
    </w:p>
    <w:p>
      <w:r>
        <w:t>**Contenido:**</w:t>
      </w:r>
    </w:p>
    <w:p>
      <w:pPr>
        <w:pStyle w:val="ListBullet"/>
      </w:pPr>
      <w:r>
        <w:t>Tensiómetro manual o automático.</w:t>
      </w:r>
    </w:p>
    <w:p>
      <w:pPr>
        <w:pStyle w:val="ListBullet"/>
      </w:pPr>
      <w:r>
        <w:t>Manguitos de diferentes tallas.</w:t>
      </w:r>
    </w:p>
    <w:p>
      <w:pPr>
        <w:pStyle w:val="ListBullet"/>
      </w:pPr>
      <w:r>
        <w:t>Estetoscopio (si TA manual).</w:t>
      </w:r>
    </w:p>
    <w:p>
      <w:r>
        <w:t>**Organización:**</w:t>
      </w:r>
    </w:p>
    <w:p>
      <w:pPr>
        <w:pStyle w:val="ListBullet"/>
      </w:pPr>
      <w:r>
        <w:t>Manguitos organizados por talla.</w:t>
      </w:r>
    </w:p>
    <w:p>
      <w:pPr>
        <w:pStyle w:val="ListBullet"/>
      </w:pPr>
      <w:r>
        <w:t>Fácil acceso a tallas más usadas.</w:t>
      </w:r>
    </w:p>
    <w:p>
      <w:pPr>
        <w:pStyle w:val="ListBullet"/>
      </w:pPr>
      <w:r>
        <w:t>Verificar que funcionan.</w:t>
      </w:r>
    </w:p>
    <w:p>
      <w:r>
        <w:t>────────────────────────────────────────────────────────────</w:t>
      </w:r>
    </w:p>
    <w:p>
      <w:pPr>
        <w:pStyle w:val="Heading3"/>
      </w:pPr>
      <w:r>
        <w:t>ECG: electrodos, cables, preparación piel (si aplica)</w:t>
      </w:r>
    </w:p>
    <w:p>
      <w:r>
        <w:t>**Contenido:**</w:t>
      </w:r>
    </w:p>
    <w:p>
      <w:pPr>
        <w:pStyle w:val="ListBullet"/>
      </w:pPr>
      <w:r>
        <w:t>Electrodos de ECG.</w:t>
      </w:r>
    </w:p>
    <w:p>
      <w:pPr>
        <w:pStyle w:val="ListBullet"/>
      </w:pPr>
      <w:r>
        <w:t>Cables de ECG.</w:t>
      </w:r>
    </w:p>
    <w:p>
      <w:pPr>
        <w:pStyle w:val="ListBullet"/>
      </w:pPr>
      <w:r>
        <w:t>Material de preparación de piel (si aplica).</w:t>
      </w:r>
    </w:p>
    <w:p>
      <w:r>
        <w:t>**Organización:**</w:t>
      </w:r>
    </w:p>
    <w:p>
      <w:pPr>
        <w:pStyle w:val="ListBullet"/>
      </w:pPr>
      <w:r>
        <w:t>Electrodos y cables organizados.</w:t>
      </w:r>
    </w:p>
    <w:p>
      <w:pPr>
        <w:pStyle w:val="ListBullet"/>
      </w:pPr>
      <w:r>
        <w:t>Fácil acceso.</w:t>
      </w:r>
    </w:p>
    <w:p>
      <w:pPr>
        <w:pStyle w:val="ListBullet"/>
      </w:pPr>
      <w:r>
        <w:t>Verificar que funcionan.</w:t>
      </w:r>
    </w:p>
    <w:p>
      <w:r>
        <w:t>────────────────────────────────────────────────────────────</w:t>
      </w:r>
    </w:p>
    <w:p>
      <w:pPr>
        <w:pStyle w:val="Heading3"/>
      </w:pPr>
      <w:r>
        <w:t>Glucemia: tiras, lancetas, punzantes</w:t>
      </w:r>
    </w:p>
    <w:p>
      <w:r>
        <w:t>**Contenido:**</w:t>
      </w:r>
    </w:p>
    <w:p>
      <w:pPr>
        <w:pStyle w:val="ListBullet"/>
      </w:pPr>
      <w:r>
        <w:t>Tiras reactivas (dentro de fecha).</w:t>
      </w:r>
    </w:p>
    <w:p>
      <w:pPr>
        <w:pStyle w:val="ListBullet"/>
      </w:pPr>
      <w:r>
        <w:t>Lancetas (monouso).</w:t>
      </w:r>
    </w:p>
    <w:p>
      <w:pPr>
        <w:pStyle w:val="ListBullet"/>
      </w:pPr>
      <w:r>
        <w:t>Contenedor de punzantes.</w:t>
      </w:r>
    </w:p>
    <w:p>
      <w:r>
        <w:t>**Organización:**</w:t>
      </w:r>
    </w:p>
    <w:p>
      <w:pPr>
        <w:pStyle w:val="ListBullet"/>
      </w:pPr>
      <w:r>
        <w:t>Tiras y lancetas organizados.</w:t>
      </w:r>
    </w:p>
    <w:p>
      <w:pPr>
        <w:pStyle w:val="ListBullet"/>
      </w:pPr>
      <w:r>
        <w:t>Fácil acceso.</w:t>
      </w:r>
    </w:p>
    <w:p>
      <w:pPr>
        <w:pStyle w:val="ListBullet"/>
      </w:pPr>
      <w:r>
        <w:t>Verificar fechas de caducidad.</w:t>
      </w:r>
    </w:p>
    <w:p>
      <w:r>
        <w:t>────────────────────────────────────────────────────────────</w:t>
      </w:r>
    </w:p>
    <w:p>
      <w:pPr>
        <w:pStyle w:val="Heading3"/>
      </w:pPr>
      <w:r>
        <w:t>Temperatura: termómetro + fundas</w:t>
      </w:r>
    </w:p>
    <w:p>
      <w:r>
        <w:t>**Contenido:**</w:t>
      </w:r>
    </w:p>
    <w:p>
      <w:pPr>
        <w:pStyle w:val="ListBullet"/>
      </w:pPr>
      <w:r>
        <w:t>Termómetro (IR, timpánico, digital según dotación).</w:t>
      </w:r>
    </w:p>
    <w:p>
      <w:pPr>
        <w:pStyle w:val="ListBullet"/>
      </w:pPr>
      <w:r>
        <w:t>Fundas (si aplica).</w:t>
      </w:r>
    </w:p>
    <w:p>
      <w:pPr>
        <w:pStyle w:val="ListBullet"/>
      </w:pPr>
      <w:r>
        <w:t>Pilas/batería.</w:t>
      </w:r>
    </w:p>
    <w:p>
      <w:r>
        <w:t>**Organización:**</w:t>
      </w:r>
    </w:p>
    <w:p>
      <w:pPr>
        <w:pStyle w:val="ListBullet"/>
      </w:pPr>
      <w:r>
        <w:t>Termómetro y fundas organizados.</w:t>
      </w:r>
    </w:p>
    <w:p>
      <w:pPr>
        <w:pStyle w:val="ListBullet"/>
      </w:pPr>
      <w:r>
        <w:t>Fácil acceso.</w:t>
      </w:r>
    </w:p>
    <w:p>
      <w:pPr>
        <w:pStyle w:val="ListBullet"/>
      </w:pPr>
      <w:r>
        <w:t>Verificar que funcionan.</w:t>
      </w:r>
    </w:p>
    <w:p>
      <w:r>
        <w:t>────────────────────────────────────────────────────────────</w:t>
      </w:r>
    </w:p>
    <w:p>
      <w:pPr>
        <w:pStyle w:val="Heading2"/>
      </w:pPr>
      <w:r>
        <w:t>3.X3.5 Chequeo inicio de turno (paso a paso)</w:t>
      </w:r>
    </w:p>
    <w:p>
      <w:pPr>
        <w:pStyle w:val="Heading3"/>
      </w:pPr>
      <w:r>
        <w:t>Encendido</w:t>
      </w:r>
    </w:p>
    <w:p>
      <w:r>
        <w:t>**Verificación:**</w:t>
      </w:r>
    </w:p>
    <w:p>
      <w:pPr>
        <w:pStyle w:val="ListBullet"/>
      </w:pPr>
      <w:r>
        <w:t>[ ] Encender cada dispositivo.</w:t>
      </w:r>
    </w:p>
    <w:p>
      <w:pPr>
        <w:pStyle w:val="ListBullet"/>
      </w:pPr>
      <w:r>
        <w:t>[ ] Verificar que enciende correctamente.</w:t>
      </w:r>
    </w:p>
    <w:p>
      <w:pPr>
        <w:pStyle w:val="ListBullet"/>
      </w:pPr>
      <w:r>
        <w:t>[ ] Verificar que no hay errores de inicio.</w:t>
      </w:r>
    </w:p>
    <w:p>
      <w:r>
        <w:t>**Registro:**</w:t>
      </w:r>
    </w:p>
    <w:p>
      <w:pPr>
        <w:pStyle w:val="ListBullet"/>
      </w:pPr>
      <w:r>
        <w:t>Registrar incidencias si hay problemas.</w:t>
      </w:r>
    </w:p>
    <w:p>
      <w:pPr>
        <w:pStyle w:val="ListBullet"/>
      </w:pPr>
      <w:r>
        <w:t>Comunicar si es necesario.</w:t>
      </w:r>
    </w:p>
    <w:p>
      <w:pPr>
        <w:pStyle w:val="ListBullet"/>
      </w:pPr>
      <w:r>
        <w:t>Reparar o reemplazar si es necesario.</w:t>
      </w:r>
    </w:p>
    <w:p>
      <w:r>
        <w:t>────────────────────────────────────────────────────────────</w:t>
      </w:r>
    </w:p>
    <w:p>
      <w:pPr>
        <w:pStyle w:val="Heading3"/>
      </w:pPr>
      <w:r>
        <w:t>Batería</w:t>
      </w:r>
    </w:p>
    <w:p>
      <w:r>
        <w:t>**Verificación:**</w:t>
      </w:r>
    </w:p>
    <w:p>
      <w:pPr>
        <w:pStyle w:val="ListBullet"/>
      </w:pPr>
      <w:r>
        <w:t>[ ] Verificar que baterías están cargadas.</w:t>
      </w:r>
    </w:p>
    <w:p>
      <w:pPr>
        <w:pStyle w:val="ListBullet"/>
      </w:pPr>
      <w:r>
        <w:t>[ ] Verificar que cargadores funcionan.</w:t>
      </w:r>
    </w:p>
    <w:p>
      <w:pPr>
        <w:pStyle w:val="ListBullet"/>
      </w:pPr>
      <w:r>
        <w:t>[ ] Tener baterías de repuesto disponibles.</w:t>
      </w:r>
    </w:p>
    <w:p>
      <w:r>
        <w:t>**Registro:**</w:t>
      </w:r>
    </w:p>
    <w:p>
      <w:pPr>
        <w:pStyle w:val="ListBullet"/>
      </w:pPr>
      <w:r>
        <w:t>Registrar si baterías están bajas.</w:t>
      </w:r>
    </w:p>
    <w:p>
      <w:pPr>
        <w:pStyle w:val="ListBullet"/>
      </w:pPr>
      <w:r>
        <w:t>Cargar si es necesario.</w:t>
      </w:r>
    </w:p>
    <w:p>
      <w:pPr>
        <w:pStyle w:val="ListBullet"/>
      </w:pPr>
      <w:r>
        <w:t>Reponer si es necesario.</w:t>
      </w:r>
    </w:p>
    <w:p>
      <w:r>
        <w:t>────────────────────────────────────────────────────────────</w:t>
      </w:r>
    </w:p>
    <w:p>
      <w:pPr>
        <w:pStyle w:val="Heading3"/>
      </w:pPr>
      <w:r>
        <w:t>Sensores</w:t>
      </w:r>
    </w:p>
    <w:p>
      <w:r>
        <w:t>**Verificación:**</w:t>
      </w:r>
    </w:p>
    <w:p>
      <w:pPr>
        <w:pStyle w:val="ListBullet"/>
      </w:pPr>
      <w:r>
        <w:t>[ ] Verificar que sensores están disponibles.</w:t>
      </w:r>
    </w:p>
    <w:p>
      <w:pPr>
        <w:pStyle w:val="ListBullet"/>
      </w:pPr>
      <w:r>
        <w:t>[ ] Verificar que sensores funcionan.</w:t>
      </w:r>
    </w:p>
    <w:p>
      <w:pPr>
        <w:pStyle w:val="ListBullet"/>
      </w:pPr>
      <w:r>
        <w:t>[ ] Verificar que sensores están limpios.</w:t>
      </w:r>
    </w:p>
    <w:p>
      <w:r>
        <w:t>**Registro:**</w:t>
      </w:r>
    </w:p>
    <w:p>
      <w:pPr>
        <w:pStyle w:val="ListBullet"/>
      </w:pPr>
      <w:r>
        <w:t>Registrar incidencias si hay problemas.</w:t>
      </w:r>
    </w:p>
    <w:p>
      <w:pPr>
        <w:pStyle w:val="ListBullet"/>
      </w:pPr>
      <w:r>
        <w:t>Limpiar o reemplazar si es necesario.</w:t>
      </w:r>
    </w:p>
    <w:p>
      <w:r>
        <w:t>────────────────────────────────────────────────────────────</w:t>
      </w:r>
    </w:p>
    <w:p>
      <w:pPr>
        <w:pStyle w:val="Heading3"/>
      </w:pPr>
      <w:r>
        <w:t>Prueba rápida de lectura (sin paciente)</w:t>
      </w:r>
    </w:p>
    <w:p>
      <w:r>
        <w:t>**Pruebas:**</w:t>
      </w:r>
    </w:p>
    <w:p>
      <w:pPr>
        <w:pStyle w:val="ListBullet"/>
      </w:pPr>
      <w:r>
        <w:t>[ ] Prueba de pulsioxímetro (sensor sin paciente).</w:t>
      </w:r>
    </w:p>
    <w:p>
      <w:pPr>
        <w:pStyle w:val="ListBullet"/>
      </w:pPr>
      <w:r>
        <w:t>[ ] Prueba de tensiómetro (sin inflar completamente).</w:t>
      </w:r>
    </w:p>
    <w:p>
      <w:pPr>
        <w:pStyle w:val="ListBullet"/>
      </w:pPr>
      <w:r>
        <w:t>[ ] Prueba de ECG (verificar que enciende).</w:t>
      </w:r>
    </w:p>
    <w:p>
      <w:pPr>
        <w:pStyle w:val="ListBullet"/>
      </w:pPr>
      <w:r>
        <w:t>[ ] Prueba de glucómetro (verificar que enciende).</w:t>
      </w:r>
    </w:p>
    <w:p>
      <w:pPr>
        <w:pStyle w:val="ListBullet"/>
      </w:pPr>
      <w:r>
        <w:t>[ ] Prueba de termómetro (verificar que enciende).</w:t>
      </w:r>
    </w:p>
    <w:p>
      <w:r>
        <w:t>**Consideraciones:**</w:t>
      </w:r>
    </w:p>
    <w:p>
      <w:pPr>
        <w:pStyle w:val="ListBullet"/>
      </w:pPr>
      <w:r>
        <w:t>Solo pruebas básicas sin paciente.</w:t>
      </w:r>
    </w:p>
    <w:p>
      <w:pPr>
        <w:pStyle w:val="ListBullet"/>
      </w:pPr>
      <w:r>
        <w:t>Verificar que dispositivos encienden.</w:t>
      </w:r>
    </w:p>
    <w:p>
      <w:pPr>
        <w:pStyle w:val="ListBullet"/>
      </w:pPr>
      <w:r>
        <w:t>No realizar mediciones reales.</w:t>
      </w:r>
    </w:p>
    <w:p>
      <w:r>
        <w:t>────────────────────────────────────────────────────────────</w:t>
      </w:r>
    </w:p>
    <w:p>
      <w:pPr>
        <w:pStyle w:val="Heading3"/>
      </w:pPr>
      <w:r>
        <w:t>Consumibles</w:t>
      </w:r>
    </w:p>
    <w:p>
      <w:r>
        <w:t>**Verificación:**</w:t>
      </w:r>
    </w:p>
    <w:p>
      <w:pPr>
        <w:pStyle w:val="ListBullet"/>
      </w:pPr>
      <w:r>
        <w:t>[ ] Verificar que hay consumibles suficientes.</w:t>
      </w:r>
    </w:p>
    <w:p>
      <w:pPr>
        <w:pStyle w:val="ListBullet"/>
      </w:pPr>
      <w:r>
        <w:t>[ ] Verificar fechas de caducidad (tiras, fundas).</w:t>
      </w:r>
    </w:p>
    <w:p>
      <w:pPr>
        <w:pStyle w:val="ListBullet"/>
      </w:pPr>
      <w:r>
        <w:t>[ ] Reponer si es necesario.</w:t>
      </w:r>
    </w:p>
    <w:p>
      <w:r>
        <w:t>**Registro:**</w:t>
      </w:r>
    </w:p>
    <w:p>
      <w:pPr>
        <w:pStyle w:val="ListBullet"/>
      </w:pPr>
      <w:r>
        <w:t>Registrar consumibles faltantes.</w:t>
      </w:r>
    </w:p>
    <w:p>
      <w:pPr>
        <w:pStyle w:val="ListBullet"/>
      </w:pPr>
      <w:r>
        <w:t>Registrar consumibles caducados.</w:t>
      </w:r>
    </w:p>
    <w:p>
      <w:pPr>
        <w:pStyle w:val="ListBullet"/>
      </w:pPr>
      <w:r>
        <w:t>Reponer inmediatamente.</w:t>
      </w:r>
    </w:p>
    <w:p>
      <w:r>
        <w:t>────────────────────────────────────────────────────────────</w:t>
      </w:r>
    </w:p>
    <w:p>
      <w:pPr>
        <w:pStyle w:val="Heading3"/>
      </w:pPr>
      <w:r>
        <w:t>Caducidades</w:t>
      </w:r>
    </w:p>
    <w:p>
      <w:r>
        <w:t>**Verificación:**</w:t>
      </w:r>
    </w:p>
    <w:p>
      <w:pPr>
        <w:pStyle w:val="ListBullet"/>
      </w:pPr>
      <w:r>
        <w:t>[ ] Verificar fechas de caducidad de consumibles.</w:t>
      </w:r>
    </w:p>
    <w:p>
      <w:pPr>
        <w:pStyle w:val="ListBullet"/>
      </w:pPr>
      <w:r>
        <w:t>[ ] Desechar material caducado.</w:t>
      </w:r>
    </w:p>
    <w:p>
      <w:pPr>
        <w:pStyle w:val="ListBullet"/>
      </w:pPr>
      <w:r>
        <w:t>[ ] Reponer material caducado.</w:t>
      </w:r>
    </w:p>
    <w:p>
      <w:r>
        <w:t>**Registro:**</w:t>
      </w:r>
    </w:p>
    <w:p>
      <w:pPr>
        <w:pStyle w:val="ListBullet"/>
      </w:pPr>
      <w:r>
        <w:t>Registrar material caducado.</w:t>
      </w:r>
    </w:p>
    <w:p>
      <w:pPr>
        <w:pStyle w:val="ListBullet"/>
      </w:pPr>
      <w:r>
        <w:t>Desechar según protocolo.</w:t>
      </w:r>
    </w:p>
    <w:p>
      <w:pPr>
        <w:pStyle w:val="ListBullet"/>
      </w:pPr>
      <w:r>
        <w:t>Reponer inmediatamente.</w:t>
      </w:r>
    </w:p>
    <w:p>
      <w:r>
        <w:t>────────────────────────────────────────────────────────────</w:t>
      </w:r>
    </w:p>
    <w:p>
      <w:pPr>
        <w:pStyle w:val="Heading2"/>
      </w:pPr>
      <w:r>
        <w:t>3.X3.6 Post-servicio</w:t>
      </w:r>
    </w:p>
    <w:p>
      <w:pPr>
        <w:pStyle w:val="Heading3"/>
      </w:pPr>
      <w:r>
        <w:t>Desecho punzantes</w:t>
      </w:r>
    </w:p>
    <w:p>
      <w:r>
        <w:t>**Gestión:**</w:t>
      </w:r>
    </w:p>
    <w:p>
      <w:pPr>
        <w:pStyle w:val="ListBullet"/>
      </w:pPr>
      <w:r>
        <w:t>Desechar lancetas en contenedor de punzantes.</w:t>
      </w:r>
    </w:p>
    <w:p>
      <w:pPr>
        <w:pStyle w:val="ListBullet"/>
      </w:pPr>
      <w:r>
        <w:t>Cerrar contenedor correctamente.</w:t>
      </w:r>
    </w:p>
    <w:p>
      <w:pPr>
        <w:pStyle w:val="ListBullet"/>
      </w:pPr>
      <w:r>
        <w:t>Gestionar según protocolo del servicio.</w:t>
      </w:r>
    </w:p>
    <w:p>
      <w:r>
        <w:t>**Consideraciones:**</w:t>
      </w:r>
    </w:p>
    <w:p>
      <w:pPr>
        <w:pStyle w:val="ListBullet"/>
      </w:pPr>
      <w:r>
        <w:t>Desechar inmediatamente.</w:t>
      </w:r>
    </w:p>
    <w:p>
      <w:pPr>
        <w:pStyle w:val="ListBullet"/>
      </w:pPr>
      <w:r>
        <w:t>Seguir protocolo del servicio.</w:t>
      </w:r>
    </w:p>
    <w:p>
      <w:pPr>
        <w:pStyle w:val="ListBullet"/>
      </w:pPr>
      <w:r>
        <w:t>Prevenir pinchazos accidentales.</w:t>
      </w:r>
    </w:p>
    <w:p>
      <w:r>
        <w:t>────────────────────────────────────────────────────────────</w:t>
      </w:r>
    </w:p>
    <w:p>
      <w:pPr>
        <w:pStyle w:val="Heading3"/>
      </w:pPr>
      <w:r>
        <w:t>Limpieza sensores</w:t>
      </w:r>
    </w:p>
    <w:p>
      <w:r>
        <w:t>**Limpieza:**</w:t>
      </w:r>
    </w:p>
    <w:p>
      <w:pPr>
        <w:pStyle w:val="ListBullet"/>
      </w:pPr>
      <w:r>
        <w:t>Limpiar sensores según protocolo.</w:t>
      </w:r>
    </w:p>
    <w:p>
      <w:pPr>
        <w:pStyle w:val="ListBullet"/>
      </w:pPr>
      <w:r>
        <w:t>Desinfectar si es necesario.</w:t>
      </w:r>
    </w:p>
    <w:p>
      <w:pPr>
        <w:pStyle w:val="ListBullet"/>
      </w:pPr>
      <w:r>
        <w:t>Verificar que sensores están limpios.</w:t>
      </w:r>
    </w:p>
    <w:p>
      <w:r>
        <w:t>**Consideraciones:**</w:t>
      </w:r>
    </w:p>
    <w:p>
      <w:pPr>
        <w:pStyle w:val="ListBullet"/>
      </w:pPr>
      <w:r>
        <w:t>Seguir protocolo del servicio.</w:t>
      </w:r>
    </w:p>
    <w:p>
      <w:pPr>
        <w:pStyle w:val="ListBullet"/>
      </w:pPr>
      <w:r>
        <w:t>Prevenir contaminación cruzada.</w:t>
      </w:r>
    </w:p>
    <w:p>
      <w:pPr>
        <w:pStyle w:val="ListBullet"/>
      </w:pPr>
      <w:r>
        <w:t>Verificar antes de almacenar.</w:t>
      </w:r>
    </w:p>
    <w:p>
      <w:r>
        <w:t>────────────────────────────────────────────────────────────</w:t>
      </w:r>
    </w:p>
    <w:p>
      <w:pPr>
        <w:pStyle w:val="Heading3"/>
      </w:pPr>
      <w:r>
        <w:t>Reposición consumibles</w:t>
      </w:r>
    </w:p>
    <w:p>
      <w:r>
        <w:t>**Reposición:**</w:t>
      </w:r>
    </w:p>
    <w:p>
      <w:pPr>
        <w:pStyle w:val="ListBullet"/>
      </w:pPr>
      <w:r>
        <w:t>Reponer consumibles usados inmediatamente.</w:t>
      </w:r>
    </w:p>
    <w:p>
      <w:pPr>
        <w:pStyle w:val="ListBullet"/>
      </w:pPr>
      <w:r>
        <w:t>Reponer material caducado.</w:t>
      </w:r>
    </w:p>
    <w:p>
      <w:pPr>
        <w:pStyle w:val="ListBullet"/>
      </w:pPr>
      <w:r>
        <w:t>Verificar que reposición es completa.</w:t>
      </w:r>
    </w:p>
    <w:p>
      <w:r>
        <w:t>**Verificación:**</w:t>
      </w:r>
    </w:p>
    <w:p>
      <w:pPr>
        <w:pStyle w:val="ListBullet"/>
      </w:pPr>
      <w:r>
        <w:t>Verificar que consumibles están completos.</w:t>
      </w:r>
    </w:p>
    <w:p>
      <w:pPr>
        <w:pStyle w:val="ListBullet"/>
      </w:pPr>
      <w:r>
        <w:t>Verificar que fechas de caducidad son adecuadas.</w:t>
      </w:r>
    </w:p>
    <w:p>
      <w:pPr>
        <w:pStyle w:val="ListBullet"/>
      </w:pPr>
      <w:r>
        <w:t>Verificar que bolsa está lista para siguiente servicio.</w:t>
      </w:r>
    </w:p>
    <w:p>
      <w:r>
        <w:t>────────────────────────────────────────────────────────────</w:t>
      </w:r>
    </w:p>
    <w:p>
      <w:pPr>
        <w:pStyle w:val="Heading2"/>
      </w:pPr>
      <w:r>
        <w:t>3.X3.7 Errores críticos</w:t>
      </w:r>
    </w:p>
    <w:p>
      <w:pPr>
        <w:pStyle w:val="Heading3"/>
      </w:pPr>
      <w:r>
        <w:t>Manguito incorrecto</w:t>
      </w:r>
    </w:p>
    <w:p>
      <w:r>
        <w:t>**Error:**</w:t>
      </w:r>
    </w:p>
    <w:p>
      <w:pPr>
        <w:pStyle w:val="ListBullet"/>
      </w:pPr>
      <w:r>
        <w:t>❌ No tener manguito de talla adecuada.</w:t>
      </w:r>
    </w:p>
    <w:p>
      <w:pPr>
        <w:pStyle w:val="ListBullet"/>
      </w:pPr>
      <w:r>
        <w:t>❌ Usar manguito incorrecto.</w:t>
      </w:r>
    </w:p>
    <w:p>
      <w:pPr>
        <w:pStyle w:val="ListBullet"/>
      </w:pPr>
      <w:r>
        <w:t>**Consecuencia:** Lecturas falsas, decisiones incorrectas.</w:t>
      </w:r>
    </w:p>
    <w:p>
      <w:pPr>
        <w:pStyle w:val="ListBullet"/>
      </w:pPr>
      <w:r>
        <w:t>**Prevención:** Tener manguitos de todas las tallas, seleccionar talla adecuada siempre.</w:t>
      </w:r>
    </w:p>
    <w:p>
      <w:r>
        <w:t>────────────────────────────────────────────────────────────</w:t>
      </w:r>
    </w:p>
    <w:p>
      <w:pPr>
        <w:pStyle w:val="Heading3"/>
      </w:pPr>
      <w:r>
        <w:t>Electrodos sin stock</w:t>
      </w:r>
    </w:p>
    <w:p>
      <w:r>
        <w:t>**Error:**</w:t>
      </w:r>
    </w:p>
    <w:p>
      <w:pPr>
        <w:pStyle w:val="ListBullet"/>
      </w:pPr>
      <w:r>
        <w:t>❌ No tener electrodos disponibles.</w:t>
      </w:r>
    </w:p>
    <w:p>
      <w:pPr>
        <w:pStyle w:val="ListBullet"/>
      </w:pPr>
      <w:r>
        <w:t>❌ No reponer después de uso.</w:t>
      </w:r>
    </w:p>
    <w:p>
      <w:pPr>
        <w:pStyle w:val="ListBullet"/>
      </w:pPr>
      <w:r>
        <w:t>**Consecuencia:** No se puede realizar ECG, falta de monitorización.</w:t>
      </w:r>
    </w:p>
    <w:p>
      <w:pPr>
        <w:pStyle w:val="ListBullet"/>
      </w:pPr>
      <w:r>
        <w:t>**Prevención:** Verificar stock siempre, reponer después de uso, duplicar si es crítico.</w:t>
      </w:r>
    </w:p>
    <w:p>
      <w:r>
        <w:t>────────────────────────────────────────────────────────────</w:t>
      </w:r>
    </w:p>
    <w:p>
      <w:pPr>
        <w:pStyle w:val="Heading3"/>
      </w:pPr>
      <w:r>
        <w:t>Tiras caducadas</w:t>
      </w:r>
    </w:p>
    <w:p>
      <w:r>
        <w:t>**Error:**</w:t>
      </w:r>
    </w:p>
    <w:p>
      <w:pPr>
        <w:pStyle w:val="ListBullet"/>
      </w:pPr>
      <w:r>
        <w:t>❌ No verificar fechas de caducidad.</w:t>
      </w:r>
    </w:p>
    <w:p>
      <w:pPr>
        <w:pStyle w:val="ListBullet"/>
      </w:pPr>
      <w:r>
        <w:t>❌ Usar tiras caducadas.</w:t>
      </w:r>
    </w:p>
    <w:p>
      <w:pPr>
        <w:pStyle w:val="ListBullet"/>
      </w:pPr>
      <w:r>
        <w:t>**Consecuencia:** Lecturas incorrectas, errores en medición.</w:t>
      </w:r>
    </w:p>
    <w:p>
      <w:pPr>
        <w:pStyle w:val="ListBullet"/>
      </w:pPr>
      <w:r>
        <w:t>**Prevención:** Verificar fechas siempre, desechar tiras caducadas, reponer inmediatamente.</w:t>
      </w:r>
    </w:p>
    <w:p>
      <w:r>
        <w:t>────────────────────────────────────────────────────────────</w:t>
      </w:r>
    </w:p>
    <w:p>
      <w:pPr>
        <w:pStyle w:val="Heading3"/>
      </w:pPr>
      <w:r>
        <w:t>Sensores sucios</w:t>
      </w:r>
    </w:p>
    <w:p>
      <w:r>
        <w:t>**Error:**</w:t>
      </w:r>
    </w:p>
    <w:p>
      <w:pPr>
        <w:pStyle w:val="ListBullet"/>
      </w:pPr>
      <w:r>
        <w:t>❌ No limpiar sensores después de uso.</w:t>
      </w:r>
    </w:p>
    <w:p>
      <w:pPr>
        <w:pStyle w:val="ListBullet"/>
      </w:pPr>
      <w:r>
        <w:t>❌ Usar sensores sucios.</w:t>
      </w:r>
    </w:p>
    <w:p>
      <w:pPr>
        <w:pStyle w:val="ListBullet"/>
      </w:pPr>
      <w:r>
        <w:t>**Consecuencia:** Contaminación cruzada, riesgo de infección.</w:t>
      </w:r>
    </w:p>
    <w:p>
      <w:pPr>
        <w:pStyle w:val="ListBullet"/>
      </w:pPr>
      <w:r>
        <w:t>**Prevención:** Limpiar siempre después de uso, seguir protocolo, verificar antes de usar.</w:t>
      </w:r>
    </w:p>
    <w:p>
      <w:r>
        <w:t>────────────────────────────────────────────────────────────</w:t>
      </w:r>
    </w:p>
    <w:p>
      <w:pPr>
        <w:pStyle w:val="Heading2"/>
      </w:pPr>
      <w:r>
        <w:t>3.X3.8 Puntos clave TES</w:t>
      </w:r>
    </w:p>
    <w:p>
      <w:pPr>
        <w:pStyle w:val="ListBullet"/>
      </w:pPr>
      <w:r>
        <w:t>**Consumibles y tallas siempre completos** (manguitos de todas las tallas, consumibles suficientes).</w:t>
      </w:r>
    </w:p>
    <w:p>
      <w:pPr>
        <w:pStyle w:val="ListBullet"/>
      </w:pPr>
      <w:r>
        <w:t>**Pilas/baterías y repuestos** (verificar que están cargadas, tener repuestos, verificar cargadores).</w:t>
      </w:r>
    </w:p>
    <w:p>
      <w:pPr>
        <w:pStyle w:val="ListBullet"/>
      </w:pPr>
      <w:r>
        <w:t>**Limpieza e higiene de sensores** (limpiar según protocolo, desinfectar si es necesario, verificar antes de usar).</w:t>
      </w:r>
    </w:p>
    <w:p>
      <w:pPr>
        <w:pStyle w:val="ListBullet"/>
      </w:pPr>
      <w:r>
        <w:t>**Chequeo inicio de turno completo** (encendido, batería, sensores, prueba rápida, consumibles, caducidades).</w:t>
      </w:r>
    </w:p>
    <w:p>
      <w:pPr>
        <w:pStyle w:val="ListBullet"/>
      </w:pPr>
      <w:r>
        <w:t>**Prueba rápida de lectura sin paciente** (verificar que dispositivos encienden, no realizar mediciones reales).</w:t>
      </w:r>
    </w:p>
    <w:p>
      <w:pPr>
        <w:pStyle w:val="ListBullet"/>
      </w:pPr>
      <w:r>
        <w:t>**Post-servicio: desecho punzantes, limpieza sensores, reposición** (desechar correctamente, limpiar según protocolo, reponer inmediatamente).</w:t>
      </w:r>
    </w:p>
    <w:p>
      <w:pPr>
        <w:pStyle w:val="ListBullet"/>
      </w:pPr>
      <w:r>
        <w:t>**NUNCA usar manguito incorrecto** (tener todas las tallas, seleccionar talla adecuada siempre).</w:t>
      </w:r>
    </w:p>
    <w:p>
      <w:pPr>
        <w:pStyle w:val="ListBullet"/>
      </w:pPr>
      <w:r>
        <w:t>**NUNCA dejar faltar electrodos** (verificar stock siempre, reponer después de uso).</w:t>
      </w:r>
    </w:p>
    <w:p>
      <w:pPr>
        <w:pStyle w:val="ListBullet"/>
      </w:pPr>
      <w:r>
        <w:t>**NUNCA usar tiras caducadas** (verificar fechas siempre, desechar si es necesario).</w:t>
      </w:r>
    </w:p>
    <w:p>
      <w:pPr>
        <w:pStyle w:val="ListBullet"/>
      </w:pPr>
      <w:r>
        <w:t>**NUNCA usar sensores sucios** (limpiar siempre después de uso, seguir protocolo).</w:t>
      </w:r>
    </w:p>
    <w:p>
      <w:pPr>
        <w:pStyle w:val="ListBullet"/>
      </w:pPr>
      <w:r>
        <w:t>**Un TES lesionado detiene la asistencia:** aplicar ergonomía (postura correcta, coordinar con equipo).</w:t>
      </w:r>
    </w:p>
    <w:p>
      <w:r>
        <w:t>────────────────────────────────────────────────────────────</w:t>
      </w:r>
    </w:p>
    <w:p>
      <w:pPr>
        <w:pStyle w:val="Heading2"/>
      </w:pPr>
      <w:r>
        <w:t>3.X3.9 Cierre del capítulo</w:t>
      </w:r>
    </w:p>
    <w:p>
      <w:r>
        <w:t>Este capítulo se integra con:</w:t>
      </w:r>
    </w:p>
    <w:p>
      <w:pPr>
        <w:pStyle w:val="ListBullet"/>
      </w:pPr>
      <w:r>
        <w:t>**3.10 – Monitorización Básica: Material y Uso Seguro** (uso de dispositivos)</w:t>
      </w:r>
    </w:p>
    <w:p>
      <w:pPr>
        <w:pStyle w:val="ListBullet"/>
      </w:pPr>
      <w:r>
        <w:t>**3.11 – Glucómetro y Control de Glucemia: Uso Operativo** (uso de glucómetro)</w:t>
      </w:r>
    </w:p>
    <w:p>
      <w:pPr>
        <w:pStyle w:val="ListBullet"/>
      </w:pPr>
      <w:r>
        <w:t>**3.12 – Termometría Clínica: Material y Toma Segura** (uso de termómetro)</w:t>
      </w:r>
    </w:p>
    <w:p>
      <w:r>
        <w:t>────────────────────────────────────────────────────────────</w:t>
      </w:r>
    </w:p>
    <w:p>
      <w:pPr>
        <w:pStyle w:val="Heading2"/>
      </w:pPr>
      <w:r>
        <w:t>NOTA FINAL DE SEGURIDAD</w:t>
      </w:r>
    </w:p>
    <w:p>
      <w:r>
        <w:t>Este procedimiento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**organización de la bolsa** facilita localización rápida y uso eficiente</w:t>
      </w:r>
    </w:p>
    <w:p>
      <w:pPr>
        <w:pStyle w:val="ListBullet"/>
      </w:pPr>
      <w:r>
        <w:t>**Verificar pilas/baterías y consumibles** siempre</w:t>
      </w:r>
    </w:p>
    <w:p>
      <w:pPr>
        <w:pStyle w:val="ListBullet"/>
      </w:pPr>
      <w:r>
        <w:t>**Limpiar sensores** después de uso</w:t>
      </w:r>
    </w:p>
    <w:p>
      <w:pPr>
        <w:pStyle w:val="ListBullet"/>
      </w:pPr>
      <w:r>
        <w:t>**Reponer material** inmediatamente después de uso</w:t>
      </w:r>
    </w:p>
    <w:p>
      <w:r>
        <w:t>**Principios No Negociables:**</w:t>
      </w:r>
    </w:p>
    <w:p>
      <w:pPr>
        <w:pStyle w:val="ListBullet"/>
      </w:pPr>
      <w:r>
        <w:t>**NUNCA usar** manguito incorrecto</w:t>
      </w:r>
    </w:p>
    <w:p>
      <w:pPr>
        <w:pStyle w:val="ListBullet"/>
      </w:pPr>
      <w:r>
        <w:t>**NUNCA dejar** faltar electrodos</w:t>
      </w:r>
    </w:p>
    <w:p>
      <w:pPr>
        <w:pStyle w:val="ListBullet"/>
      </w:pPr>
      <w:r>
        <w:t>**NUNCA usar** tiras caducadas</w:t>
      </w:r>
    </w:p>
    <w:p>
      <w:pPr>
        <w:pStyle w:val="ListBullet"/>
      </w:pPr>
      <w:r>
        <w:t>**NUNCA usar** sensores sucios</w:t>
      </w:r>
    </w:p>
    <w:p>
      <w:pPr>
        <w:pStyle w:val="ListBullet"/>
      </w:pPr>
      <w:r>
        <w:t>**SIEMPRE verificar** pilas/baterías y consumibles</w:t>
      </w:r>
    </w:p>
    <w:p>
      <w:pPr>
        <w:pStyle w:val="ListBullet"/>
      </w:pPr>
      <w:r>
        <w:t>**SIEMPRE limpiar** sensores después de uso</w:t>
      </w:r>
    </w:p>
    <w:p>
      <w:r>
        <w:t>**Validación Médica:** Pendiente de validación médica profesional antes de uso en producción.</w:t>
      </w:r>
    </w:p>
    <w:p>
      <w:r>
        <w:t>────────────────────────────────────────────────────────────</w:t>
      </w:r>
    </w:p>
    <w:p>
      <w:r>
        <w:t>**Versión:** 1.0</w:t>
      </w:r>
    </w:p>
    <w:p>
      <w:r>
        <w:t>**Última actualización:** 2024-12-13</w:t>
      </w:r>
    </w:p>
    <w:p>
      <w:r>
        <w:t>**Tipo:** Bloque Operativo - Procedimiento TES</w:t>
      </w:r>
    </w:p>
    <w:p/>
    <w:p>
      <w:r>
        <w:t>────────────────────────────────────────────────────────────</w:t>
      </w:r>
    </w:p>
    <w:p/>
    <w:p>
      <w:pPr>
        <w:pStyle w:val="Heading1"/>
      </w:pPr>
      <w:r>
        <w:t>3.X4 – Inventario global del Bloque 3 (actualizado y enlazable)</w:t>
      </w:r>
    </w:p>
    <w:p>
      <w:pPr>
        <w:pStyle w:val="Heading1"/>
      </w:pPr>
      <w:r>
        <w:t>3.X4 – Inventario global del Bloque 3 (actualizado y enlazable)</w:t>
      </w:r>
    </w:p>
    <w:p>
      <w:pPr>
        <w:pStyle w:val="Heading2"/>
      </w:pPr>
      <w:r>
        <w:t>Manual TES Digital – Mapa único del material sanitario y oxigenoterapia</w:t>
      </w:r>
    </w:p>
    <w:p>
      <w:r>
        <w:t>**Versión:** 1.0</w:t>
      </w:r>
    </w:p>
    <w:p>
      <w:r>
        <w:t>**Fecha:** 2024-12-13</w:t>
      </w:r>
    </w:p>
    <w:p>
      <w:r>
        <w:t>**Tipo:** Inventario Operativo - Referencia Rápida</w:t>
      </w:r>
    </w:p>
    <w:p>
      <w:r>
        <w:t>────────────────────────────────────────────────────────────</w:t>
      </w:r>
    </w:p>
    <w:p>
      <w:pPr>
        <w:pStyle w:val="Heading2"/>
      </w:pPr>
      <w:r>
        <w:t>3.X4.1 Objetivo</w:t>
      </w:r>
    </w:p>
    <w:p>
      <w:r>
        <w:t>Proporcionar un **mapa único del Bloque 3** con material y enlaces a capítulos, facilitando localización rápida de información y material.</w:t>
      </w:r>
    </w:p>
    <w:p>
      <w:r>
        <w:t>Este inventario es **referencia rápida**, no sustituye los capítulos detallados.</w:t>
      </w:r>
    </w:p>
    <w:p>
      <w:r>
        <w:t>────────────────────────────────────────────────────────────</w:t>
      </w:r>
    </w:p>
    <w:p>
      <w:pPr>
        <w:pStyle w:val="Heading2"/>
      </w:pPr>
      <w:r>
        <w:t>3.X4.2 Secciones de inventario (con enlaces)</w:t>
      </w:r>
    </w:p>
    <w:p>
      <w:pPr>
        <w:pStyle w:val="Heading3"/>
      </w:pPr>
      <w:r>
        <w:t>Vía aérea/O₂ (3.0–3.5)</w:t>
      </w:r>
    </w:p>
    <w:p>
      <w:r>
        <w:t>**Material principal:**</w:t>
      </w:r>
    </w:p>
    <w:p>
      <w:pPr>
        <w:pStyle w:val="ListBullet"/>
      </w:pPr>
      <w:r>
        <w:t>Botellas de oxígeno (2L, 5L, 10L, 40L)</w:t>
      </w:r>
    </w:p>
    <w:p>
      <w:pPr>
        <w:pStyle w:val="ListBullet"/>
      </w:pPr>
      <w:r>
        <w:t>Reguladores y caudalímetros</w:t>
      </w:r>
    </w:p>
    <w:p>
      <w:pPr>
        <w:pStyle w:val="ListBullet"/>
      </w:pPr>
      <w:r>
        <w:t>Dispositivos de administración: gafas nasales, mascarilla simple, mascarilla con reservorio, Venturi, nebulizador</w:t>
      </w:r>
    </w:p>
    <w:p>
      <w:pPr>
        <w:pStyle w:val="ListBullet"/>
      </w:pPr>
      <w:r>
        <w:t>BVM (bolsa-válvula-mascarilla) con mascarillas por tallas</w:t>
      </w:r>
    </w:p>
    <w:p>
      <w:pPr>
        <w:pStyle w:val="ListBullet"/>
      </w:pPr>
      <w:r>
        <w:t>Cánulas OPA/NPA por tallas</w:t>
      </w:r>
    </w:p>
    <w:p>
      <w:pPr>
        <w:pStyle w:val="ListBullet"/>
      </w:pPr>
      <w:r>
        <w:t>Tubuladuras y conexiones</w:t>
      </w:r>
    </w:p>
    <w:p>
      <w:pPr>
        <w:pStyle w:val="ListBullet"/>
      </w:pPr>
      <w:r>
        <w:t>Reservorios y válvulas PEEP (si aplica)</w:t>
      </w:r>
    </w:p>
    <w:p>
      <w:pPr>
        <w:pStyle w:val="ListBullet"/>
      </w:pPr>
      <w:r>
        <w:t>Filtros (si aplica)</w:t>
      </w:r>
    </w:p>
    <w:p>
      <w:r>
        <w:t>**Enlaces:**</w:t>
      </w:r>
    </w:p>
    <w:p>
      <w:pPr>
        <w:pStyle w:val="ListBullet"/>
      </w:pPr>
      <w:r>
        <w:t>3.0 – Oxigenoterapia: Fundamentos Operativos y Seguridad TES</w:t>
      </w:r>
    </w:p>
    <w:p>
      <w:pPr>
        <w:pStyle w:val="ListBullet"/>
      </w:pPr>
      <w:r>
        <w:t>3.1 – Dispositivos de Oxigenoterapia: Uso Operativo por Dispositivo</w:t>
      </w:r>
    </w:p>
    <w:p>
      <w:pPr>
        <w:pStyle w:val="ListBullet"/>
      </w:pPr>
      <w:r>
        <w:t>3.2 – Aspiración: Material y Uso Seguro</w:t>
      </w:r>
    </w:p>
    <w:p>
      <w:pPr>
        <w:pStyle w:val="ListBullet"/>
      </w:pPr>
      <w:r>
        <w:t>3.3 – Bolsa-Válvula-Mascarilla (BVM): Material y Uso Seguro</w:t>
      </w:r>
    </w:p>
    <w:p>
      <w:pPr>
        <w:pStyle w:val="ListBullet"/>
      </w:pPr>
      <w:r>
        <w:t>3.4 – Cánulas (OPA/NPA): Uso Seguro Operativo</w:t>
      </w:r>
    </w:p>
    <w:p>
      <w:pPr>
        <w:pStyle w:val="ListBullet"/>
      </w:pPr>
      <w:r>
        <w:t>3.5 – Maletín de Vía Aérea y Oxigenoterapia: Organización y Chequeo Operativo</w:t>
      </w:r>
    </w:p>
    <w:p>
      <w:r>
        <w:t>────────────────────────────────────────────────────────────</w:t>
      </w:r>
    </w:p>
    <w:p>
      <w:pPr>
        <w:pStyle w:val="Heading3"/>
      </w:pPr>
      <w:r>
        <w:t>Aspiración (3.2)</w:t>
      </w:r>
    </w:p>
    <w:p>
      <w:r>
        <w:t>**Material principal:**</w:t>
      </w:r>
    </w:p>
    <w:p>
      <w:pPr>
        <w:pStyle w:val="ListBullet"/>
      </w:pPr>
      <w:r>
        <w:t>Aspirador portátil eléctrico / aspiración integrada en ambulancia</w:t>
      </w:r>
    </w:p>
    <w:p>
      <w:pPr>
        <w:pStyle w:val="ListBullet"/>
      </w:pPr>
      <w:r>
        <w:t>Frasco recolector y tapas</w:t>
      </w:r>
    </w:p>
    <w:p>
      <w:pPr>
        <w:pStyle w:val="ListBullet"/>
      </w:pPr>
      <w:r>
        <w:t>Tubuladuras de aspiración</w:t>
      </w:r>
    </w:p>
    <w:p>
      <w:pPr>
        <w:pStyle w:val="ListBullet"/>
      </w:pPr>
      <w:r>
        <w:t>Cánula rígida tipo Yankauer</w:t>
      </w:r>
    </w:p>
    <w:p>
      <w:pPr>
        <w:pStyle w:val="ListBullet"/>
      </w:pPr>
      <w:r>
        <w:t>Sondas flexibles (tamaños)</w:t>
      </w:r>
    </w:p>
    <w:p>
      <w:pPr>
        <w:pStyle w:val="ListBullet"/>
      </w:pPr>
      <w:r>
        <w:t>Regulador de vacío / manómetro (si lo lleva)</w:t>
      </w:r>
    </w:p>
    <w:p>
      <w:pPr>
        <w:pStyle w:val="ListBullet"/>
      </w:pPr>
      <w:r>
        <w:t>Filtros (si aplica)</w:t>
      </w:r>
    </w:p>
    <w:p>
      <w:pPr>
        <w:pStyle w:val="ListBullet"/>
      </w:pPr>
      <w:r>
        <w:t>Baterías/cargador (si aplica)</w:t>
      </w:r>
    </w:p>
    <w:p>
      <w:r>
        <w:t>**Enlace:**</w:t>
      </w:r>
    </w:p>
    <w:p>
      <w:pPr>
        <w:pStyle w:val="ListBullet"/>
      </w:pPr>
      <w:r>
        <w:t>3.2 – Aspiración: Material y Uso Seguro</w:t>
      </w:r>
    </w:p>
    <w:p>
      <w:r>
        <w:t>────────────────────────────────────────────────────────────</w:t>
      </w:r>
    </w:p>
    <w:p>
      <w:pPr>
        <w:pStyle w:val="Heading3"/>
      </w:pPr>
      <w:r>
        <w:t>Curas/hemorragias/quemaduras/heridas (3.6–3.8)</w:t>
      </w:r>
    </w:p>
    <w:p>
      <w:r>
        <w:t>**Material principal:**</w:t>
      </w:r>
    </w:p>
    <w:p>
      <w:pPr>
        <w:pStyle w:val="ListBullet"/>
      </w:pPr>
      <w:r>
        <w:t>Gasas estériles/compresas/apósitos</w:t>
      </w:r>
    </w:p>
    <w:p>
      <w:pPr>
        <w:pStyle w:val="ListBullet"/>
      </w:pPr>
      <w:r>
        <w:t>Apósitos no adherentes (si hay)</w:t>
      </w:r>
    </w:p>
    <w:p>
      <w:pPr>
        <w:pStyle w:val="ListBullet"/>
      </w:pPr>
      <w:r>
        <w:t>Vendas (crepé, elástica, cohesiva, triangular, tubular si existe)</w:t>
      </w:r>
    </w:p>
    <w:p>
      <w:pPr>
        <w:pStyle w:val="ListBullet"/>
      </w:pPr>
      <w:r>
        <w:t>Cinta/esparadrapo</w:t>
      </w:r>
    </w:p>
    <w:p>
      <w:pPr>
        <w:pStyle w:val="ListBullet"/>
      </w:pPr>
      <w:r>
        <w:t>Tijeras de trauma</w:t>
      </w:r>
    </w:p>
    <w:p>
      <w:pPr>
        <w:pStyle w:val="ListBullet"/>
      </w:pPr>
      <w:r>
        <w:t>Suero fisiológico</w:t>
      </w:r>
    </w:p>
    <w:p>
      <w:pPr>
        <w:pStyle w:val="ListBullet"/>
      </w:pPr>
      <w:r>
        <w:t>Hemostáticos (si dotación y protocolo)</w:t>
      </w:r>
    </w:p>
    <w:p>
      <w:pPr>
        <w:pStyle w:val="ListBullet"/>
      </w:pPr>
      <w:r>
        <w:t>Torniquete comercial (si dotación y protocolo)</w:t>
      </w:r>
    </w:p>
    <w:p>
      <w:pPr>
        <w:pStyle w:val="ListBullet"/>
      </w:pPr>
      <w:r>
        <w:t>Film transparente (si protocolo lo contempla)</w:t>
      </w:r>
    </w:p>
    <w:p>
      <w:pPr>
        <w:pStyle w:val="ListBullet"/>
      </w:pPr>
      <w:r>
        <w:t>Manta térmica/mantas</w:t>
      </w:r>
    </w:p>
    <w:p>
      <w:r>
        <w:t>**Enlaces:**</w:t>
      </w:r>
    </w:p>
    <w:p>
      <w:pPr>
        <w:pStyle w:val="ListBullet"/>
      </w:pPr>
      <w:r>
        <w:t>3.6 – Control de Hemorragias y Material de Curas: Uso Operativo TES</w:t>
      </w:r>
    </w:p>
    <w:p>
      <w:pPr>
        <w:pStyle w:val="ListBullet"/>
      </w:pPr>
      <w:r>
        <w:t>3.7 – Quemaduras: Material y Manejo Operativo TES</w:t>
      </w:r>
    </w:p>
    <w:p>
      <w:pPr>
        <w:pStyle w:val="ListBullet"/>
      </w:pPr>
      <w:r>
        <w:t>3.8 – Heridas, Vendajes y Manejo de Lesiones Abiertas (Operativo TES)</w:t>
      </w:r>
    </w:p>
    <w:p>
      <w:r>
        <w:t>────────────────────────────────────────────────────────────</w:t>
      </w:r>
    </w:p>
    <w:p>
      <w:pPr>
        <w:pStyle w:val="Heading3"/>
      </w:pPr>
      <w:r>
        <w:t>Control térmico (3.9)</w:t>
      </w:r>
    </w:p>
    <w:p>
      <w:r>
        <w:t>**Material principal:**</w:t>
      </w:r>
    </w:p>
    <w:p>
      <w:pPr>
        <w:pStyle w:val="ListBullet"/>
      </w:pPr>
      <w:r>
        <w:t>Manta térmica</w:t>
      </w:r>
    </w:p>
    <w:p>
      <w:pPr>
        <w:pStyle w:val="ListBullet"/>
      </w:pPr>
      <w:r>
        <w:t>Mantas/sábanas</w:t>
      </w:r>
    </w:p>
    <w:p>
      <w:pPr>
        <w:pStyle w:val="ListBullet"/>
      </w:pPr>
      <w:r>
        <w:t>Aislante del suelo (camilla, tablero/colchón de vacío, mantas bajo paciente)</w:t>
      </w:r>
    </w:p>
    <w:p>
      <w:pPr>
        <w:pStyle w:val="ListBullet"/>
      </w:pPr>
      <w:r>
        <w:t>Calefacción de ambulancia</w:t>
      </w:r>
    </w:p>
    <w:p>
      <w:pPr>
        <w:pStyle w:val="ListBullet"/>
      </w:pPr>
      <w:r>
        <w:t>Paravientos improvisado (si procede)</w:t>
      </w:r>
    </w:p>
    <w:p>
      <w:r>
        <w:t>**Enlace:**</w:t>
      </w:r>
    </w:p>
    <w:p>
      <w:pPr>
        <w:pStyle w:val="ListBullet"/>
      </w:pPr>
      <w:r>
        <w:t>3.9 – Exposición, Aislamiento Térmico y Prevención de Hipotermia (Operativo TES)</w:t>
      </w:r>
    </w:p>
    <w:p>
      <w:r>
        <w:t>────────────────────────────────────────────────────────────</w:t>
      </w:r>
    </w:p>
    <w:p>
      <w:pPr>
        <w:pStyle w:val="Heading3"/>
      </w:pPr>
      <w:r>
        <w:t>Monitorización/glucemia/temperatura (3.10–3.12)</w:t>
      </w:r>
    </w:p>
    <w:p>
      <w:r>
        <w:t>**Material principal:**</w:t>
      </w:r>
    </w:p>
    <w:p>
      <w:pPr>
        <w:pStyle w:val="ListBullet"/>
      </w:pPr>
      <w:r>
        <w:t>Pulsioxímetro (sensor, pilas)</w:t>
      </w:r>
    </w:p>
    <w:p>
      <w:pPr>
        <w:pStyle w:val="ListBullet"/>
      </w:pPr>
      <w:r>
        <w:t>Tensiómetro manual (manguitos tallas, pera, manómetro) + estetoscopio</w:t>
      </w:r>
    </w:p>
    <w:p>
      <w:pPr>
        <w:pStyle w:val="ListBullet"/>
      </w:pPr>
      <w:r>
        <w:t>Tensiómetro automático (manguitos tallas)</w:t>
      </w:r>
    </w:p>
    <w:p>
      <w:pPr>
        <w:pStyle w:val="ListBullet"/>
      </w:pPr>
      <w:r>
        <w:t>ECG básico/monitor (si dotación): cables, electrodos</w:t>
      </w:r>
    </w:p>
    <w:p>
      <w:pPr>
        <w:pStyle w:val="ListBullet"/>
      </w:pPr>
      <w:r>
        <w:t>Reloj/cronómetro</w:t>
      </w:r>
    </w:p>
    <w:p>
      <w:pPr>
        <w:pStyle w:val="ListBullet"/>
      </w:pPr>
      <w:r>
        <w:t>Glucómetro, tiras reactivas, lancetas</w:t>
      </w:r>
    </w:p>
    <w:p>
      <w:pPr>
        <w:pStyle w:val="ListBullet"/>
      </w:pPr>
      <w:r>
        <w:t>Termómetro (IR frontal, timpánico, digital según dotación)</w:t>
      </w:r>
    </w:p>
    <w:p>
      <w:pPr>
        <w:pStyle w:val="ListBullet"/>
      </w:pPr>
      <w:r>
        <w:t>Fundas termómetro (si aplica)</w:t>
      </w:r>
    </w:p>
    <w:p>
      <w:pPr>
        <w:pStyle w:val="ListBullet"/>
      </w:pPr>
      <w:r>
        <w:t>Contenedor de punzantes</w:t>
      </w:r>
    </w:p>
    <w:p>
      <w:r>
        <w:t>**Enlaces:**</w:t>
      </w:r>
    </w:p>
    <w:p>
      <w:pPr>
        <w:pStyle w:val="ListBullet"/>
      </w:pPr>
      <w:r>
        <w:t>3.10 – Monitorización Básica: Material y Uso Seguro (Operativo TES)</w:t>
      </w:r>
    </w:p>
    <w:p>
      <w:pPr>
        <w:pStyle w:val="ListBullet"/>
      </w:pPr>
      <w:r>
        <w:t>3.11 – Glucómetro y Control de Glucemia: Uso Operativo (TES)</w:t>
      </w:r>
    </w:p>
    <w:p>
      <w:pPr>
        <w:pStyle w:val="ListBullet"/>
      </w:pPr>
      <w:r>
        <w:t>3.12 – Termometría Clínica: Material y Toma Segura (Operativo TES)</w:t>
      </w:r>
    </w:p>
    <w:p>
      <w:r>
        <w:t>────────────────────────────────────────────────────────────</w:t>
      </w:r>
    </w:p>
    <w:p>
      <w:pPr>
        <w:pStyle w:val="Heading3"/>
      </w:pPr>
      <w:r>
        <w:t>Transversales (3.13–3.18)</w:t>
      </w:r>
    </w:p>
    <w:p>
      <w:r>
        <w:t>**Material y recursos:**</w:t>
      </w:r>
    </w:p>
    <w:p>
      <w:pPr>
        <w:pStyle w:val="ListBullet"/>
      </w:pPr>
      <w:r>
        <w:t>EPI (guantes, protección ocular/mascarilla, chaleco alta visibilidad, casco si aplica)</w:t>
      </w:r>
    </w:p>
    <w:p>
      <w:pPr>
        <w:pStyle w:val="ListBullet"/>
      </w:pPr>
      <w:r>
        <w:t>Bolsas de residuos (biológicos y no biológicos)</w:t>
      </w:r>
    </w:p>
    <w:p>
      <w:pPr>
        <w:pStyle w:val="ListBullet"/>
      </w:pPr>
      <w:r>
        <w:t>Contenedor de punzantes</w:t>
      </w:r>
    </w:p>
    <w:p>
      <w:pPr>
        <w:pStyle w:val="ListBullet"/>
      </w:pPr>
      <w:r>
        <w:t>Material de limpieza/desinfección (según protocolo)</w:t>
      </w:r>
    </w:p>
    <w:p>
      <w:pPr>
        <w:pStyle w:val="ListBullet"/>
      </w:pPr>
      <w:r>
        <w:t>Linternas/frontales, iluminación auxiliar</w:t>
      </w:r>
    </w:p>
    <w:p>
      <w:pPr>
        <w:pStyle w:val="ListBullet"/>
      </w:pPr>
      <w:r>
        <w:t>Conos/balizas/cinta de balizar</w:t>
      </w:r>
    </w:p>
    <w:p>
      <w:pPr>
        <w:pStyle w:val="ListBullet"/>
      </w:pPr>
      <w:r>
        <w:t>Material de acolchado (gasas, vendas, espumas)</w:t>
      </w:r>
    </w:p>
    <w:p>
      <w:pPr>
        <w:pStyle w:val="ListBullet"/>
      </w:pPr>
      <w:r>
        <w:t>Material de documentación (registros, etiquetas)</w:t>
      </w:r>
    </w:p>
    <w:p>
      <w:r>
        <w:t>**Enlaces:**</w:t>
      </w:r>
    </w:p>
    <w:p>
      <w:pPr>
        <w:pStyle w:val="ListBullet"/>
      </w:pPr>
      <w:r>
        <w:t>3.13 – Confort, Dolor y Control Ambiental sin Fármacos (Operativo TES)</w:t>
      </w:r>
    </w:p>
    <w:p>
      <w:pPr>
        <w:pStyle w:val="ListBullet"/>
      </w:pPr>
      <w:r>
        <w:t>3.14 – Bioseguridad y Descontaminación del Material (Post-Servicio)</w:t>
      </w:r>
    </w:p>
    <w:p>
      <w:pPr>
        <w:pStyle w:val="ListBullet"/>
      </w:pPr>
      <w:r>
        <w:t>3.15 – Gestión del Material en Escena y Ambulancia (Cables, Mochilas, Fijación)</w:t>
      </w:r>
    </w:p>
    <w:p>
      <w:pPr>
        <w:pStyle w:val="ListBullet"/>
      </w:pPr>
      <w:r>
        <w:t>3.16 – Comunicación Operativa con el Paciente durante Procedimientos</w:t>
      </w:r>
    </w:p>
    <w:p>
      <w:pPr>
        <w:pStyle w:val="ListBullet"/>
      </w:pPr>
      <w:r>
        <w:t>3.17 – Señalización, Iluminación y Seguridad de Escena (Material y Uso)</w:t>
      </w:r>
    </w:p>
    <w:p>
      <w:pPr>
        <w:pStyle w:val="ListBullet"/>
      </w:pPr>
      <w:r>
        <w:t>3.18 – Documentación Operativa del Material Usado e Incidencias</w:t>
      </w:r>
    </w:p>
    <w:p>
      <w:r>
        <w:t>────────────────────────────────────────────────────────────</w:t>
      </w:r>
    </w:p>
    <w:p>
      <w:pPr>
        <w:pStyle w:val="Heading3"/>
      </w:pPr>
      <w:r>
        <w:t>Checklists/organización (3.5, 3.X2, 3.X3, 3.X5)</w:t>
      </w:r>
    </w:p>
    <w:p>
      <w:r>
        <w:t>**Checklists y organización:**</w:t>
      </w:r>
    </w:p>
    <w:p>
      <w:pPr>
        <w:pStyle w:val="ListBullet"/>
      </w:pPr>
      <w:r>
        <w:t>Checklist de maletín de vía aérea/oxigenoterapia (3.5)</w:t>
      </w:r>
    </w:p>
    <w:p>
      <w:pPr>
        <w:pStyle w:val="ListBullet"/>
      </w:pPr>
      <w:r>
        <w:t>Checklist de maletín de curas/trauma sanitario (3.X2)</w:t>
      </w:r>
    </w:p>
    <w:p>
      <w:pPr>
        <w:pStyle w:val="ListBullet"/>
      </w:pPr>
      <w:r>
        <w:t>Checklist de bolsa/estuche de monitorización (3.X3)</w:t>
      </w:r>
    </w:p>
    <w:p>
      <w:pPr>
        <w:pStyle w:val="ListBullet"/>
      </w:pPr>
      <w:r>
        <w:t>Checklist maestro Bloque 3 (3.X5)</w:t>
      </w:r>
    </w:p>
    <w:p>
      <w:r>
        <w:t>**Enlaces:**</w:t>
      </w:r>
    </w:p>
    <w:p>
      <w:pPr>
        <w:pStyle w:val="ListBullet"/>
      </w:pPr>
      <w:r>
        <w:t>3.5 – Maletín de Vía Aérea y Oxigenoterapia: Organización y Chequeo Operativo</w:t>
      </w:r>
    </w:p>
    <w:p>
      <w:pPr>
        <w:pStyle w:val="ListBullet"/>
      </w:pPr>
      <w:r>
        <w:t>3.X2 – Maletín de Curas/Trauma Sanitario: Organización y Chequeo Operativo</w:t>
      </w:r>
    </w:p>
    <w:p>
      <w:pPr>
        <w:pStyle w:val="ListBullet"/>
      </w:pPr>
      <w:r>
        <w:t>3.X3 – Bolsa/Estuche de Monitorización: Organización y Chequeo Operativo</w:t>
      </w:r>
    </w:p>
    <w:p>
      <w:pPr>
        <w:pStyle w:val="ListBullet"/>
      </w:pPr>
      <w:r>
        <w:t>3.X5 – Checklist Maestro Bloque 3 (Salida / Pre-Escena / Post-Servicio)</w:t>
      </w:r>
    </w:p>
    <w:p>
      <w:r>
        <w:t>────────────────────────────────────────────────────────────</w:t>
      </w:r>
    </w:p>
    <w:p>
      <w:pPr>
        <w:pStyle w:val="Heading2"/>
      </w:pPr>
      <w:r>
        <w:t>3.X4.3 Notas operativas</w:t>
      </w:r>
    </w:p>
    <w:p>
      <w:pPr>
        <w:pStyle w:val="Heading3"/>
      </w:pPr>
      <w:r>
        <w:t>Material crítico (prioridad alta)</w:t>
      </w:r>
    </w:p>
    <w:p>
      <w:r>
        <w:t>**Material crítico que debe estar siempre disponible:**</w:t>
      </w:r>
    </w:p>
    <w:p>
      <w:pPr>
        <w:pStyle w:val="ListBullet"/>
      </w:pPr>
      <w:r>
        <w:t>Botellas de oxígeno con presión adecuada</w:t>
      </w:r>
    </w:p>
    <w:p>
      <w:pPr>
        <w:pStyle w:val="ListBullet"/>
      </w:pPr>
      <w:r>
        <w:t>BVM con mascarillas por tallas</w:t>
      </w:r>
    </w:p>
    <w:p>
      <w:pPr>
        <w:pStyle w:val="ListBullet"/>
      </w:pPr>
      <w:r>
        <w:t>Aspiración funcional (batería cargada, frasco, sondas)</w:t>
      </w:r>
    </w:p>
    <w:p>
      <w:pPr>
        <w:pStyle w:val="ListBullet"/>
      </w:pPr>
      <w:r>
        <w:t>Cánulas OPA/NPA por tallas</w:t>
      </w:r>
    </w:p>
    <w:p>
      <w:pPr>
        <w:pStyle w:val="ListBullet"/>
      </w:pPr>
      <w:r>
        <w:t>Material de curas básico (gasas, vendas, apósitos)</w:t>
      </w:r>
    </w:p>
    <w:p>
      <w:pPr>
        <w:pStyle w:val="ListBullet"/>
      </w:pPr>
      <w:r>
        <w:t>Manta térmica</w:t>
      </w:r>
    </w:p>
    <w:p>
      <w:pPr>
        <w:pStyle w:val="ListBullet"/>
      </w:pPr>
      <w:r>
        <w:t>EPI (guantes, protección ocular, chaleco alta visibilidad)</w:t>
      </w:r>
    </w:p>
    <w:p>
      <w:r>
        <w:t>────────────────────────────────────────────────────────────</w:t>
      </w:r>
    </w:p>
    <w:p>
      <w:pPr>
        <w:pStyle w:val="Heading3"/>
      </w:pPr>
      <w:r>
        <w:t>Material según dotación</w:t>
      </w:r>
    </w:p>
    <w:p>
      <w:r>
        <w:t>**Material que puede variar según dotación:**</w:t>
      </w:r>
    </w:p>
    <w:p>
      <w:pPr>
        <w:pStyle w:val="ListBullet"/>
      </w:pPr>
      <w:r>
        <w:t>Hemostáticos/torniquete (solo si dotación y protocolo contemplan)</w:t>
      </w:r>
    </w:p>
    <w:p>
      <w:pPr>
        <w:pStyle w:val="ListBullet"/>
      </w:pPr>
      <w:r>
        <w:t>Film transparente (solo si protocolo contempla)</w:t>
      </w:r>
    </w:p>
    <w:p>
      <w:pPr>
        <w:pStyle w:val="ListBullet"/>
      </w:pPr>
      <w:r>
        <w:t>ECG básico/monitor (solo si dotación contempla)</w:t>
      </w:r>
    </w:p>
    <w:p>
      <w:pPr>
        <w:pStyle w:val="ListBullet"/>
      </w:pPr>
      <w:r>
        <w:t>Iluminación auxiliar (solo si dotación contempla)</w:t>
      </w:r>
    </w:p>
    <w:p>
      <w:r>
        <w:t>**Nota:** Verificar dotación específica de cada servicio.</w:t>
      </w:r>
    </w:p>
    <w:p>
      <w:r>
        <w:t>────────────────────────────────────────────────────────────</w:t>
      </w:r>
    </w:p>
    <w:p>
      <w:pPr>
        <w:pStyle w:val="Heading3"/>
      </w:pPr>
      <w:r>
        <w:t>Integración con otros bloques</w:t>
      </w:r>
    </w:p>
    <w:p>
      <w:r>
        <w:t>**Integración con Bloque 2 (Inmovilización):**</w:t>
      </w:r>
    </w:p>
    <w:p>
      <w:pPr>
        <w:pStyle w:val="ListBullet"/>
      </w:pPr>
      <w:r>
        <w:t>Material de inmovilización se integra con material sanitario durante intervención.</w:t>
      </w:r>
    </w:p>
    <w:p>
      <w:pPr>
        <w:pStyle w:val="ListBullet"/>
      </w:pPr>
      <w:r>
        <w:t>Ver Bloque 2 para material de inmovilización específico.</w:t>
      </w:r>
    </w:p>
    <w:p>
      <w:r>
        <w:t>**Integración con Bloque 1 (Fundamentos):**</w:t>
      </w:r>
    </w:p>
    <w:p>
      <w:pPr>
        <w:pStyle w:val="ListBullet"/>
      </w:pPr>
      <w:r>
        <w:t>Material sanitario se usa dentro del marco de fundamentos de emergencias.</w:t>
      </w:r>
    </w:p>
    <w:p>
      <w:pPr>
        <w:pStyle w:val="ListBullet"/>
      </w:pPr>
      <w:r>
        <w:t>Ver Bloque 1 para marco conceptual.</w:t>
      </w:r>
    </w:p>
    <w:p>
      <w:r>
        <w:t>────────────────────────────────────────────────────────────</w:t>
      </w:r>
    </w:p>
    <w:p>
      <w:pPr>
        <w:pStyle w:val="Heading2"/>
      </w:pPr>
      <w:r>
        <w:t>3.X4.4 Enlaces rápidos por necesidad operativa</w:t>
      </w:r>
    </w:p>
    <w:p>
      <w:pPr>
        <w:pStyle w:val="Heading3"/>
      </w:pPr>
      <w:r>
        <w:t>Necesito usar oxígeno</w:t>
      </w:r>
    </w:p>
    <w:p>
      <w:pPr>
        <w:pStyle w:val="ListBullet"/>
      </w:pPr>
      <w:r>
        <w:t>3.0 – Fundamentos y Seguridad</w:t>
      </w:r>
    </w:p>
    <w:p>
      <w:pPr>
        <w:pStyle w:val="ListBullet"/>
      </w:pPr>
      <w:r>
        <w:t>3.1 – Dispositivos</w:t>
      </w:r>
    </w:p>
    <w:p>
      <w:pPr>
        <w:pStyle w:val="Heading3"/>
      </w:pPr>
      <w:r>
        <w:t>Necesito aspirar</w:t>
      </w:r>
    </w:p>
    <w:p>
      <w:pPr>
        <w:pStyle w:val="ListBullet"/>
      </w:pPr>
      <w:r>
        <w:t>3.2 – Aspiración</w:t>
      </w:r>
    </w:p>
    <w:p>
      <w:pPr>
        <w:pStyle w:val="Heading3"/>
      </w:pPr>
      <w:r>
        <w:t>Necesito ventilar</w:t>
      </w:r>
    </w:p>
    <w:p>
      <w:pPr>
        <w:pStyle w:val="ListBullet"/>
      </w:pPr>
      <w:r>
        <w:t>3.3 – BVM</w:t>
      </w:r>
    </w:p>
    <w:p>
      <w:pPr>
        <w:pStyle w:val="ListBullet"/>
      </w:pPr>
      <w:r>
        <w:t>3.4 – Cánulas</w:t>
      </w:r>
    </w:p>
    <w:p>
      <w:pPr>
        <w:pStyle w:val="Heading3"/>
      </w:pPr>
      <w:r>
        <w:t>Necesito controlar hemorragia</w:t>
      </w:r>
    </w:p>
    <w:p>
      <w:pPr>
        <w:pStyle w:val="ListBullet"/>
      </w:pPr>
      <w:r>
        <w:t>3.6 – Control de Hemorragias</w:t>
      </w:r>
    </w:p>
    <w:p>
      <w:pPr>
        <w:pStyle w:val="Heading3"/>
      </w:pPr>
      <w:r>
        <w:t>Necesito manejar quemadura</w:t>
      </w:r>
    </w:p>
    <w:p>
      <w:pPr>
        <w:pStyle w:val="ListBullet"/>
      </w:pPr>
      <w:r>
        <w:t>3.7 – Quemaduras</w:t>
      </w:r>
    </w:p>
    <w:p>
      <w:pPr>
        <w:pStyle w:val="Heading3"/>
      </w:pPr>
      <w:r>
        <w:t>Necesito curar herida</w:t>
      </w:r>
    </w:p>
    <w:p>
      <w:pPr>
        <w:pStyle w:val="ListBullet"/>
      </w:pPr>
      <w:r>
        <w:t>3.8 – Heridas y Vendajes</w:t>
      </w:r>
    </w:p>
    <w:p>
      <w:pPr>
        <w:pStyle w:val="Heading3"/>
      </w:pPr>
      <w:r>
        <w:t>Necesito prevenir hipotermia</w:t>
      </w:r>
    </w:p>
    <w:p>
      <w:pPr>
        <w:pStyle w:val="ListBullet"/>
      </w:pPr>
      <w:r>
        <w:t>3.9 – Control Térmico</w:t>
      </w:r>
    </w:p>
    <w:p>
      <w:pPr>
        <w:pStyle w:val="Heading3"/>
      </w:pPr>
      <w:r>
        <w:t>Necesito monitorizar</w:t>
      </w:r>
    </w:p>
    <w:p>
      <w:pPr>
        <w:pStyle w:val="ListBullet"/>
      </w:pPr>
      <w:r>
        <w:t>3.10 – Monitorización Básica</w:t>
      </w:r>
    </w:p>
    <w:p>
      <w:pPr>
        <w:pStyle w:val="ListBullet"/>
      </w:pPr>
      <w:r>
        <w:t>3.11 – Glucómetro</w:t>
      </w:r>
    </w:p>
    <w:p>
      <w:pPr>
        <w:pStyle w:val="ListBullet"/>
      </w:pPr>
      <w:r>
        <w:t>3.12 – Termometría</w:t>
      </w:r>
    </w:p>
    <w:p>
      <w:pPr>
        <w:pStyle w:val="Heading3"/>
      </w:pPr>
      <w:r>
        <w:t>Necesito mejorar confort</w:t>
      </w:r>
    </w:p>
    <w:p>
      <w:pPr>
        <w:pStyle w:val="ListBullet"/>
      </w:pPr>
      <w:r>
        <w:t>3.13 – Confort y Dolor</w:t>
      </w:r>
    </w:p>
    <w:p>
      <w:pPr>
        <w:pStyle w:val="ListBullet"/>
      </w:pPr>
      <w:r>
        <w:t>3.16 – Comunicación</w:t>
      </w:r>
    </w:p>
    <w:p>
      <w:pPr>
        <w:pStyle w:val="Heading3"/>
      </w:pPr>
      <w:r>
        <w:t>Necesito limpiar material</w:t>
      </w:r>
    </w:p>
    <w:p>
      <w:pPr>
        <w:pStyle w:val="ListBullet"/>
      </w:pPr>
      <w:r>
        <w:t>3.14 – Bioseguridad y Descontaminación</w:t>
      </w:r>
    </w:p>
    <w:p>
      <w:pPr>
        <w:pStyle w:val="Heading3"/>
      </w:pPr>
      <w:r>
        <w:t>Necesito organizar material</w:t>
      </w:r>
    </w:p>
    <w:p>
      <w:pPr>
        <w:pStyle w:val="ListBullet"/>
      </w:pPr>
      <w:r>
        <w:t>3.15 – Gestión de Material</w:t>
      </w:r>
    </w:p>
    <w:p>
      <w:pPr>
        <w:pStyle w:val="Heading3"/>
      </w:pPr>
      <w:r>
        <w:t>Necesito asegurar escena</w:t>
      </w:r>
    </w:p>
    <w:p>
      <w:pPr>
        <w:pStyle w:val="ListBullet"/>
      </w:pPr>
      <w:r>
        <w:t>3.17 – Señalización e Iluminación</w:t>
      </w:r>
    </w:p>
    <w:p>
      <w:pPr>
        <w:pStyle w:val="Heading3"/>
      </w:pPr>
      <w:r>
        <w:t>Necesito documentar</w:t>
      </w:r>
    </w:p>
    <w:p>
      <w:pPr>
        <w:pStyle w:val="ListBullet"/>
      </w:pPr>
      <w:r>
        <w:t>3.18 – Documentación Operativa</w:t>
      </w:r>
    </w:p>
    <w:p>
      <w:pPr>
        <w:pStyle w:val="Heading3"/>
      </w:pPr>
      <w:r>
        <w:t>Necesito chequear maletines</w:t>
      </w:r>
    </w:p>
    <w:p>
      <w:pPr>
        <w:pStyle w:val="ListBullet"/>
      </w:pPr>
      <w:r>
        <w:t>3.5 – Maletín Vía Aérea/O₂</w:t>
      </w:r>
    </w:p>
    <w:p>
      <w:pPr>
        <w:pStyle w:val="ListBullet"/>
      </w:pPr>
      <w:r>
        <w:t>3.X2 – Maletín Curas/Trauma</w:t>
      </w:r>
    </w:p>
    <w:p>
      <w:pPr>
        <w:pStyle w:val="ListBullet"/>
      </w:pPr>
      <w:r>
        <w:t>3.X3 – Bolsa Monitorización</w:t>
      </w:r>
    </w:p>
    <w:p>
      <w:pPr>
        <w:pStyle w:val="ListBullet"/>
      </w:pPr>
      <w:r>
        <w:t>3.X5 – Checklist Maestro</w:t>
      </w:r>
    </w:p>
    <w:p>
      <w:r>
        <w:t>────────────────────────────────────────────────────────────</w:t>
      </w:r>
    </w:p>
    <w:p>
      <w:pPr>
        <w:pStyle w:val="Heading2"/>
      </w:pPr>
      <w:r>
        <w:t>3.X4.5 Cierre del inventario</w:t>
      </w:r>
    </w:p>
    <w:p>
      <w:r>
        <w:t>Este inventario proporciona un **mapa único del Bloque 3** con material y enlaces a capítulos.</w:t>
      </w:r>
    </w:p>
    <w:p>
      <w:r>
        <w:t>**Uso:**</w:t>
      </w:r>
    </w:p>
    <w:p>
      <w:pPr>
        <w:pStyle w:val="ListBullet"/>
      </w:pPr>
      <w:r>
        <w:t>Referencia rápida de material disponible.</w:t>
      </w:r>
    </w:p>
    <w:p>
      <w:pPr>
        <w:pStyle w:val="ListBullet"/>
      </w:pPr>
      <w:r>
        <w:t>Localización rápida de información.</w:t>
      </w:r>
    </w:p>
    <w:p>
      <w:pPr>
        <w:pStyle w:val="ListBullet"/>
      </w:pPr>
      <w:r>
        <w:t>Navegación entre capítulos.</w:t>
      </w:r>
    </w:p>
    <w:p>
      <w:r>
        <w:t>**Nota:** Este inventario no sustituye los capítulos detallados. Consultar capítulos específicos para procedimientos detallados.</w:t>
      </w:r>
    </w:p>
    <w:p>
      <w:r>
        <w:t>────────────────────────────────────────────────────────────</w:t>
      </w:r>
    </w:p>
    <w:p>
      <w:r>
        <w:t>**Versión:** 1.0</w:t>
      </w:r>
    </w:p>
    <w:p>
      <w:r>
        <w:t>**Última actualización:** 2024-12-13</w:t>
      </w:r>
    </w:p>
    <w:p>
      <w:r>
        <w:t>**Tipo:** Inventario Operativo - Referencia Rápida</w:t>
      </w:r>
    </w:p>
    <w:p/>
    <w:p>
      <w:r>
        <w:t>────────────────────────────────────────────────────────────</w:t>
      </w:r>
    </w:p>
    <w:p/>
    <w:p>
      <w:pPr>
        <w:pStyle w:val="Heading1"/>
      </w:pPr>
      <w:r>
        <w:t>3.X5 – Checklist maestro Bloque 3 (salida / pre-escena / post-servicio)</w:t>
      </w:r>
    </w:p>
    <w:p>
      <w:pPr>
        <w:pStyle w:val="Heading1"/>
      </w:pPr>
      <w:r>
        <w:t>3.X5 – Checklist maestro Bloque 3 (salida / pre-escena / post-servicio)</w:t>
      </w:r>
    </w:p>
    <w:p>
      <w:pPr>
        <w:pStyle w:val="Heading2"/>
      </w:pPr>
      <w:r>
        <w:t>Manual TES Digital – Chequeo realista para que "esté todo y funcione"</w:t>
      </w:r>
    </w:p>
    <w:p>
      <w:r>
        <w:t>**Versión:** 1.0</w:t>
      </w:r>
    </w:p>
    <w:p>
      <w:r>
        <w:t>**Fecha:** 2024-12-13</w:t>
      </w:r>
    </w:p>
    <w:p>
      <w:r>
        <w:t>**Tipo:** Checklist Operativo - Procedimiento TES</w:t>
      </w:r>
    </w:p>
    <w:p>
      <w:r>
        <w:t>────────────────────────────────────────────────────────────</w:t>
      </w:r>
    </w:p>
    <w:p>
      <w:pPr>
        <w:pStyle w:val="Heading2"/>
      </w:pPr>
      <w:r>
        <w:t>3.X5.1 Objetivo operativo</w:t>
      </w:r>
    </w:p>
    <w:p>
      <w:r>
        <w:t>Realizar chequeo realista para que **"esté todo y funcione"** + reposición sin olvidos, en tres momentos clave: **inicio de turno, pre-escena rápido y post-servicio**.</w:t>
      </w:r>
    </w:p>
    <w:p>
      <w:r>
        <w:t>Este checklist es **procedimiento narrado con listas claras**, no formato chuleta.</w:t>
      </w:r>
    </w:p>
    <w:p>
      <w:r>
        <w:t>────────────────────────────────────────────────────────────</w:t>
      </w:r>
    </w:p>
    <w:p>
      <w:pPr>
        <w:pStyle w:val="Heading2"/>
      </w:pPr>
      <w:r>
        <w:t>3.X5.2 Alcance y límites</w:t>
      </w:r>
    </w:p>
    <w:p>
      <w:pPr>
        <w:pStyle w:val="Heading3"/>
      </w:pPr>
      <w:r>
        <w:t>Alcance del checklist</w:t>
      </w:r>
    </w:p>
    <w:p>
      <w:r>
        <w:t>Este checklist cubre:</w:t>
      </w:r>
    </w:p>
    <w:p>
      <w:pPr>
        <w:pStyle w:val="ListBullet"/>
      </w:pPr>
      <w:r>
        <w:t>**Chequeo de inicio de turno** (verificación completa).</w:t>
      </w:r>
    </w:p>
    <w:p>
      <w:pPr>
        <w:pStyle w:val="ListBullet"/>
      </w:pPr>
      <w:r>
        <w:t>**Chequeo pre-escena rápido** (verificación rápida de material crítico).</w:t>
      </w:r>
    </w:p>
    <w:p>
      <w:pPr>
        <w:pStyle w:val="ListBullet"/>
      </w:pPr>
      <w:r>
        <w:t>**Chequeo post-servicio** (cierre y reposición).</w:t>
      </w:r>
    </w:p>
    <w:p>
      <w:pPr>
        <w:pStyle w:val="Heading3"/>
      </w:pPr>
      <w:r>
        <w:t>Límites del checklist</w:t>
      </w:r>
    </w:p>
    <w:p>
      <w:r>
        <w:t>**Este checklist NO cubre:**</w:t>
      </w:r>
    </w:p>
    <w:p>
      <w:pPr>
        <w:pStyle w:val="ListBullet"/>
      </w:pPr>
      <w:r>
        <w:t>Chequeo de material de inmovilización (ver Bloque 2).</w:t>
      </w:r>
    </w:p>
    <w:p>
      <w:pPr>
        <w:pStyle w:val="ListBullet"/>
      </w:pPr>
      <w:r>
        <w:t>Chequeo de vehículo (fuera de alcance).</w:t>
      </w:r>
    </w:p>
    <w:p>
      <w:pPr>
        <w:pStyle w:val="ListBullet"/>
      </w:pPr>
      <w:r>
        <w:t>Mantenimiento técnico avanzado.</w:t>
      </w:r>
    </w:p>
    <w:p>
      <w:r>
        <w:t>**Este checklist SÍ cubre:**</w:t>
      </w:r>
    </w:p>
    <w:p>
      <w:pPr>
        <w:pStyle w:val="ListBullet"/>
      </w:pPr>
      <w:r>
        <w:t>Chequeo de material sanitario y oxigenoterapia del Bloque 3.</w:t>
      </w:r>
    </w:p>
    <w:p>
      <w:pPr>
        <w:pStyle w:val="ListBullet"/>
      </w:pPr>
      <w:r>
        <w:t>Verificación funcional de equipos.</w:t>
      </w:r>
    </w:p>
    <w:p>
      <w:pPr>
        <w:pStyle w:val="ListBullet"/>
      </w:pPr>
      <w:r>
        <w:t>Reposición y cierre de maletines.</w:t>
      </w:r>
    </w:p>
    <w:p>
      <w:r>
        <w:t>**Integración:**</w:t>
      </w:r>
    </w:p>
    <w:p>
      <w:pPr>
        <w:pStyle w:val="ListBullet"/>
      </w:pPr>
      <w:r>
        <w:t>Se integra con organización de maletines (3.5, 3.X2, 3.X3).</w:t>
      </w:r>
    </w:p>
    <w:p>
      <w:pPr>
        <w:pStyle w:val="ListBullet"/>
      </w:pPr>
      <w:r>
        <w:t>Se integra con bioseguridad (3.14).</w:t>
      </w:r>
    </w:p>
    <w:p>
      <w:pPr>
        <w:pStyle w:val="ListBullet"/>
      </w:pPr>
      <w:r>
        <w:t>Se integra con documentación (3.18).</w:t>
      </w:r>
    </w:p>
    <w:p>
      <w:r>
        <w:t>────────────────────────────────────────────────────────────</w:t>
      </w:r>
    </w:p>
    <w:p>
      <w:pPr>
        <w:pStyle w:val="Heading2"/>
      </w:pPr>
      <w:r>
        <w:t>3.X5.3 Checklist inicio de turno (procedimiento)</w:t>
      </w:r>
    </w:p>
    <w:p>
      <w:pPr>
        <w:pStyle w:val="Heading3"/>
      </w:pPr>
      <w:r>
        <w:t>O₂: presión, fijación, regulador, tubuladuras, prueba de flujo</w:t>
      </w:r>
    </w:p>
    <w:p>
      <w:r>
        <w:t>**Procedimiento paso a paso:**</w:t>
      </w:r>
    </w:p>
    <w:p>
      <w:pPr>
        <w:pStyle w:val="ListNumber"/>
      </w:pPr>
      <w:r>
        <w:t>**Verificar botellas de oxígeno**</w:t>
      </w:r>
    </w:p>
    <w:p>
      <w:pPr>
        <w:pStyle w:val="ListBullet"/>
      </w:pPr>
      <w:r>
        <w:t>Verificar que botellas están disponibles.</w:t>
      </w:r>
    </w:p>
    <w:p>
      <w:pPr>
        <w:pStyle w:val="ListBullet"/>
      </w:pPr>
      <w:r>
        <w:t>Leer presión en manómetro (verificar que presión es adecuada).</w:t>
      </w:r>
    </w:p>
    <w:p>
      <w:pPr>
        <w:pStyle w:val="ListBullet"/>
      </w:pPr>
      <w:r>
        <w:t>Verificar que botellas no están caducadas (si aplica).</w:t>
      </w:r>
    </w:p>
    <w:p>
      <w:pPr>
        <w:pStyle w:val="ListBullet"/>
      </w:pPr>
      <w:r>
        <w:t>Verificar que válvulas funcionan.</w:t>
      </w:r>
    </w:p>
    <w:p>
      <w:pPr>
        <w:pStyle w:val="ListNumber"/>
      </w:pPr>
      <w:r>
        <w:t>**Verificar fijación**</w:t>
      </w:r>
    </w:p>
    <w:p>
      <w:pPr>
        <w:pStyle w:val="ListBullet"/>
      </w:pPr>
      <w:r>
        <w:t>Verificar que botellas están fijadas correctamente en ambulancia.</w:t>
      </w:r>
    </w:p>
    <w:p>
      <w:pPr>
        <w:pStyle w:val="ListBullet"/>
      </w:pPr>
      <w:r>
        <w:t>Verificar que sistema de fijación es seguro.</w:t>
      </w:r>
    </w:p>
    <w:p>
      <w:pPr>
        <w:pStyle w:val="ListBullet"/>
      </w:pPr>
      <w:r>
        <w:t>Verificar que botellas no se mueven.</w:t>
      </w:r>
    </w:p>
    <w:p>
      <w:pPr>
        <w:pStyle w:val="ListNumber"/>
      </w:pPr>
      <w:r>
        <w:t>**Verificar regulador y caudalímetro**</w:t>
      </w:r>
    </w:p>
    <w:p>
      <w:pPr>
        <w:pStyle w:val="ListBullet"/>
      </w:pPr>
      <w:r>
        <w:t>Verificar que regulador está disponible y bien conectado.</w:t>
      </w:r>
    </w:p>
    <w:p>
      <w:pPr>
        <w:pStyle w:val="ListBullet"/>
      </w:pPr>
      <w:r>
        <w:t>Verificar que caudalímetro funciona (ajuste de flujo).</w:t>
      </w:r>
    </w:p>
    <w:p>
      <w:pPr>
        <w:pStyle w:val="ListBullet"/>
      </w:pPr>
      <w:r>
        <w:t>Verificar que conexiones están seguras.</w:t>
      </w:r>
    </w:p>
    <w:p>
      <w:pPr>
        <w:pStyle w:val="ListNumber"/>
      </w:pPr>
      <w:r>
        <w:t>**Verificar tubuladuras**</w:t>
      </w:r>
    </w:p>
    <w:p>
      <w:pPr>
        <w:pStyle w:val="ListBullet"/>
      </w:pPr>
      <w:r>
        <w:t>Verificar que tubuladuras están disponibles.</w:t>
      </w:r>
    </w:p>
    <w:p>
      <w:pPr>
        <w:pStyle w:val="ListBullet"/>
      </w:pPr>
      <w:r>
        <w:t>Verificar que están en buen estado (sin daños).</w:t>
      </w:r>
    </w:p>
    <w:p>
      <w:pPr>
        <w:pStyle w:val="ListBullet"/>
      </w:pPr>
      <w:r>
        <w:t>Verificar que hay longitudes adecuadas.</w:t>
      </w:r>
    </w:p>
    <w:p>
      <w:pPr>
        <w:pStyle w:val="ListNumber"/>
      </w:pPr>
      <w:r>
        <w:t>**Prueba de flujo**</w:t>
      </w:r>
    </w:p>
    <w:p>
      <w:pPr>
        <w:pStyle w:val="ListBullet"/>
      </w:pPr>
      <w:r>
        <w:t>Conectar regulador a botella (si no está conectado).</w:t>
      </w:r>
    </w:p>
    <w:p>
      <w:pPr>
        <w:pStyle w:val="ListBullet"/>
      </w:pPr>
      <w:r>
        <w:t>Abrir válvula de botella lentamente.</w:t>
      </w:r>
    </w:p>
    <w:p>
      <w:pPr>
        <w:pStyle w:val="ListBullet"/>
      </w:pPr>
      <w:r>
        <w:t>Abrir caudalímetro y ajustar flujo (ej: 5 L/min).</w:t>
      </w:r>
    </w:p>
    <w:p>
      <w:pPr>
        <w:pStyle w:val="ListBullet"/>
      </w:pPr>
      <w:r>
        <w:t>Verificar que flujo se ajusta correctamente.</w:t>
      </w:r>
    </w:p>
    <w:p>
      <w:pPr>
        <w:pStyle w:val="ListBullet"/>
      </w:pPr>
      <w:r>
        <w:t>Verificar que lectura es correcta.</w:t>
      </w:r>
    </w:p>
    <w:p>
      <w:pPr>
        <w:pStyle w:val="ListBullet"/>
      </w:pPr>
      <w:r>
        <w:t>Cerrar caudalímetro.</w:t>
      </w:r>
    </w:p>
    <w:p>
      <w:pPr>
        <w:pStyle w:val="ListBullet"/>
      </w:pPr>
      <w:r>
        <w:t>Cerrar válvula de botella.</w:t>
      </w:r>
    </w:p>
    <w:p>
      <w:pPr>
        <w:pStyle w:val="ListNumber"/>
      </w:pPr>
      <w:r>
        <w:t>**Registro**</w:t>
      </w:r>
    </w:p>
    <w:p>
      <w:pPr>
        <w:pStyle w:val="ListBullet"/>
      </w:pPr>
      <w:r>
        <w:t>Registrar presión de botellas.</w:t>
      </w:r>
    </w:p>
    <w:p>
      <w:pPr>
        <w:pStyle w:val="ListBullet"/>
      </w:pPr>
      <w:r>
        <w:t>Registrar incidencias (botella con poca presión, válvula que no funciona, etc.).</w:t>
      </w:r>
    </w:p>
    <w:p>
      <w:r>
        <w:t>────────────────────────────────────────────────────────────</w:t>
      </w:r>
    </w:p>
    <w:p>
      <w:pPr>
        <w:pStyle w:val="Heading3"/>
      </w:pPr>
      <w:r>
        <w:t>Dispositivos O₂: tallas, integridad</w:t>
      </w:r>
    </w:p>
    <w:p>
      <w:r>
        <w:t>**Procedimiento paso a paso:**</w:t>
      </w:r>
    </w:p>
    <w:p>
      <w:pPr>
        <w:pStyle w:val="ListNumber"/>
      </w:pPr>
      <w:r>
        <w:t>**Gafas nasales**</w:t>
      </w:r>
    </w:p>
    <w:p>
      <w:pPr>
        <w:pStyle w:val="ListBullet"/>
      </w:pPr>
      <w:r>
        <w:t>Verificar que están disponibles.</w:t>
      </w:r>
    </w:p>
    <w:p>
      <w:pPr>
        <w:pStyle w:val="ListBullet"/>
      </w:pPr>
      <w:r>
        <w:t>Verificar que están en buen estado.</w:t>
      </w:r>
    </w:p>
    <w:p>
      <w:pPr>
        <w:pStyle w:val="ListNumber"/>
      </w:pPr>
      <w:r>
        <w:t>**Mascarilla simple**</w:t>
      </w:r>
    </w:p>
    <w:p>
      <w:pPr>
        <w:pStyle w:val="ListBullet"/>
      </w:pPr>
      <w:r>
        <w:t>Verificar que está disponible.</w:t>
      </w:r>
    </w:p>
    <w:p>
      <w:pPr>
        <w:pStyle w:val="ListBullet"/>
      </w:pPr>
      <w:r>
        <w:t>Verificar que está en buen estado.</w:t>
      </w:r>
    </w:p>
    <w:p>
      <w:pPr>
        <w:pStyle w:val="ListNumber"/>
      </w:pPr>
      <w:r>
        <w:t>**Mascarilla con reservorio**</w:t>
      </w:r>
    </w:p>
    <w:p>
      <w:pPr>
        <w:pStyle w:val="ListBullet"/>
      </w:pPr>
      <w:r>
        <w:t>Verificar que está disponible.</w:t>
      </w:r>
    </w:p>
    <w:p>
      <w:pPr>
        <w:pStyle w:val="ListBullet"/>
      </w:pPr>
      <w:r>
        <w:t>Verificar que está en buen estado.</w:t>
      </w:r>
    </w:p>
    <w:p>
      <w:pPr>
        <w:pStyle w:val="ListBullet"/>
      </w:pPr>
      <w:r>
        <w:t>Verificar que reservorio funciona.</w:t>
      </w:r>
    </w:p>
    <w:p>
      <w:pPr>
        <w:pStyle w:val="ListNumber"/>
      </w:pPr>
      <w:r>
        <w:t>**Mascarilla Venturi**</w:t>
      </w:r>
    </w:p>
    <w:p>
      <w:pPr>
        <w:pStyle w:val="ListBullet"/>
      </w:pPr>
      <w:r>
        <w:t>Verificar que está disponible.</w:t>
      </w:r>
    </w:p>
    <w:p>
      <w:pPr>
        <w:pStyle w:val="ListBullet"/>
      </w:pPr>
      <w:r>
        <w:t>Verificar que adaptadores/boquillas están completos.</w:t>
      </w:r>
    </w:p>
    <w:p>
      <w:pPr>
        <w:pStyle w:val="ListBullet"/>
      </w:pPr>
      <w:r>
        <w:t>Verificar que está en buen estado.</w:t>
      </w:r>
    </w:p>
    <w:p>
      <w:pPr>
        <w:pStyle w:val="ListNumber"/>
      </w:pPr>
      <w:r>
        <w:t>**Nebulizador (si aplica)**</w:t>
      </w:r>
    </w:p>
    <w:p>
      <w:pPr>
        <w:pStyle w:val="ListBullet"/>
      </w:pPr>
      <w:r>
        <w:t>Verificar que nebulizador está disponible.</w:t>
      </w:r>
    </w:p>
    <w:p>
      <w:pPr>
        <w:pStyle w:val="ListBullet"/>
      </w:pPr>
      <w:r>
        <w:t>Verificar que cámara está en buen estado.</w:t>
      </w:r>
    </w:p>
    <w:p>
      <w:pPr>
        <w:pStyle w:val="ListBullet"/>
      </w:pPr>
      <w:r>
        <w:t>Verificar que mascarilla/boquilla están disponibles.</w:t>
      </w:r>
    </w:p>
    <w:p>
      <w:pPr>
        <w:pStyle w:val="ListNumber"/>
      </w:pPr>
      <w:r>
        <w:t>**Mascarillas pediátricas**</w:t>
      </w:r>
    </w:p>
    <w:p>
      <w:pPr>
        <w:pStyle w:val="ListBullet"/>
      </w:pPr>
      <w:r>
        <w:t>Verificar tallas disponibles.</w:t>
      </w:r>
    </w:p>
    <w:p>
      <w:pPr>
        <w:pStyle w:val="ListBullet"/>
      </w:pPr>
      <w:r>
        <w:t>Verificar que están en buen estado.</w:t>
      </w:r>
    </w:p>
    <w:p>
      <w:pPr>
        <w:pStyle w:val="ListNumber"/>
      </w:pPr>
      <w:r>
        <w:t>**Registro**</w:t>
      </w:r>
    </w:p>
    <w:p>
      <w:pPr>
        <w:pStyle w:val="ListBullet"/>
      </w:pPr>
      <w:r>
        <w:t>Registrar incidencias (dispositivo faltante, dañado, tallas incompletas, etc.).</w:t>
      </w:r>
    </w:p>
    <w:p>
      <w:r>
        <w:t>────────────────────────────────────────────────────────────</w:t>
      </w:r>
    </w:p>
    <w:p>
      <w:pPr>
        <w:pStyle w:val="Heading3"/>
      </w:pPr>
      <w:r>
        <w:t>BVM: válvula, reservorio, mascarillas, filtro si aplica</w:t>
      </w:r>
    </w:p>
    <w:p>
      <w:r>
        <w:t>**Procedimiento paso a paso:**</w:t>
      </w:r>
    </w:p>
    <w:p>
      <w:pPr>
        <w:pStyle w:val="ListNumber"/>
      </w:pPr>
      <w:r>
        <w:t>**Bolsa**</w:t>
      </w:r>
    </w:p>
    <w:p>
      <w:pPr>
        <w:pStyle w:val="ListBullet"/>
      </w:pPr>
      <w:r>
        <w:t>Verificar que bolsa está en buen estado (sin daños).</w:t>
      </w:r>
    </w:p>
    <w:p>
      <w:pPr>
        <w:pStyle w:val="ListBullet"/>
      </w:pPr>
      <w:r>
        <w:t>Verificar que bolsa se expande y retorna correctamente.</w:t>
      </w:r>
    </w:p>
    <w:p>
      <w:pPr>
        <w:pStyle w:val="ListNumber"/>
      </w:pPr>
      <w:r>
        <w:t>**Válvula**</w:t>
      </w:r>
    </w:p>
    <w:p>
      <w:pPr>
        <w:pStyle w:val="ListBullet"/>
      </w:pPr>
      <w:r>
        <w:t>Verificar que válvula funciona correctamente.</w:t>
      </w:r>
    </w:p>
    <w:p>
      <w:pPr>
        <w:pStyle w:val="ListBullet"/>
      </w:pPr>
      <w:r>
        <w:t>Verificar que válvula no está obstruida.</w:t>
      </w:r>
    </w:p>
    <w:p>
      <w:pPr>
        <w:pStyle w:val="ListNumber"/>
      </w:pPr>
      <w:r>
        <w:t>**Reservorio**</w:t>
      </w:r>
    </w:p>
    <w:p>
      <w:pPr>
        <w:pStyle w:val="ListBullet"/>
      </w:pPr>
      <w:r>
        <w:t>Verificar que reservorio está disponible (si BVM lo lleva).</w:t>
      </w:r>
    </w:p>
    <w:p>
      <w:pPr>
        <w:pStyle w:val="ListBullet"/>
      </w:pPr>
      <w:r>
        <w:t>Verificar que reservorio está en buen estado.</w:t>
      </w:r>
    </w:p>
    <w:p>
      <w:pPr>
        <w:pStyle w:val="ListBullet"/>
      </w:pPr>
      <w:r>
        <w:t>Verificar que reservorio se conecta correctamente.</w:t>
      </w:r>
    </w:p>
    <w:p>
      <w:pPr>
        <w:pStyle w:val="ListNumber"/>
      </w:pPr>
      <w:r>
        <w:t>**Mascarillas**</w:t>
      </w:r>
    </w:p>
    <w:p>
      <w:pPr>
        <w:pStyle w:val="ListBullet"/>
      </w:pPr>
      <w:r>
        <w:t>Verificar mascarillas por tallas (adulto, pediátrico, neonatal según dotación).</w:t>
      </w:r>
    </w:p>
    <w:p>
      <w:pPr>
        <w:pStyle w:val="ListBullet"/>
      </w:pPr>
      <w:r>
        <w:t>Verificar que mascarillas están en buen estado.</w:t>
      </w:r>
    </w:p>
    <w:p>
      <w:pPr>
        <w:pStyle w:val="ListBullet"/>
      </w:pPr>
      <w:r>
        <w:t>Verificar que hay recambios disponibles.</w:t>
      </w:r>
    </w:p>
    <w:p>
      <w:pPr>
        <w:pStyle w:val="ListNumber"/>
      </w:pPr>
      <w:r>
        <w:t>**Válvula PEEP (si existe)**</w:t>
      </w:r>
    </w:p>
    <w:p>
      <w:pPr>
        <w:pStyle w:val="ListBullet"/>
      </w:pPr>
      <w:r>
        <w:t>Verificar que válvula PEEP está disponible.</w:t>
      </w:r>
    </w:p>
    <w:p>
      <w:pPr>
        <w:pStyle w:val="ListBullet"/>
      </w:pPr>
      <w:r>
        <w:t>Verificar que válvula PEEP funciona.</w:t>
      </w:r>
    </w:p>
    <w:p>
      <w:pPr>
        <w:pStyle w:val="ListNumber"/>
      </w:pPr>
      <w:r>
        <w:t>**Filtros (si se usan)**</w:t>
      </w:r>
    </w:p>
    <w:p>
      <w:pPr>
        <w:pStyle w:val="ListBullet"/>
      </w:pPr>
      <w:r>
        <w:t>Verificar que filtros están disponibles.</w:t>
      </w:r>
    </w:p>
    <w:p>
      <w:pPr>
        <w:pStyle w:val="ListBullet"/>
      </w:pPr>
      <w:r>
        <w:t>Verificar que filtros no están obstruidos.</w:t>
      </w:r>
    </w:p>
    <w:p>
      <w:pPr>
        <w:pStyle w:val="ListNumber"/>
      </w:pPr>
      <w:r>
        <w:t>**Registro**</w:t>
      </w:r>
    </w:p>
    <w:p>
      <w:pPr>
        <w:pStyle w:val="ListBullet"/>
      </w:pPr>
      <w:r>
        <w:t>Registrar incidencias (BVM dañada, válvula que no funciona, mascarillas faltantes, etc.).</w:t>
      </w:r>
    </w:p>
    <w:p>
      <w:r>
        <w:t>────────────────────────────────────────────────────────────</w:t>
      </w:r>
    </w:p>
    <w:p>
      <w:pPr>
        <w:pStyle w:val="Heading3"/>
      </w:pPr>
      <w:r>
        <w:t>Aspiración: batería, frasco, tubuladuras, prueba de succión</w:t>
      </w:r>
    </w:p>
    <w:p>
      <w:r>
        <w:t>**Procedimiento paso a paso:**</w:t>
      </w:r>
    </w:p>
    <w:p>
      <w:pPr>
        <w:pStyle w:val="ListNumber"/>
      </w:pPr>
      <w:r>
        <w:t>**Aspirador**</w:t>
      </w:r>
    </w:p>
    <w:p>
      <w:pPr>
        <w:pStyle w:val="ListBullet"/>
      </w:pPr>
      <w:r>
        <w:t>Verificar que aspirador está disponible.</w:t>
      </w:r>
    </w:p>
    <w:p>
      <w:pPr>
        <w:pStyle w:val="ListBullet"/>
      </w:pPr>
      <w:r>
        <w:t>Verificar que aspirador enciende.</w:t>
      </w:r>
    </w:p>
    <w:p>
      <w:pPr>
        <w:pStyle w:val="ListBullet"/>
      </w:pPr>
      <w:r>
        <w:t>Verificar que batería está cargada (si aplica).</w:t>
      </w:r>
    </w:p>
    <w:p>
      <w:pPr>
        <w:pStyle w:val="ListBullet"/>
      </w:pPr>
      <w:r>
        <w:t>Verificar que regulador/manómetro funciona.</w:t>
      </w:r>
    </w:p>
    <w:p>
      <w:pPr>
        <w:pStyle w:val="ListNumber"/>
      </w:pPr>
      <w:r>
        <w:t>**Frasco**</w:t>
      </w:r>
    </w:p>
    <w:p>
      <w:pPr>
        <w:pStyle w:val="ListBullet"/>
      </w:pPr>
      <w:r>
        <w:t>Verificar que frasco está disponible.</w:t>
      </w:r>
    </w:p>
    <w:p>
      <w:pPr>
        <w:pStyle w:val="ListBullet"/>
      </w:pPr>
      <w:r>
        <w:t>Verificar que frasco está en buen estado.</w:t>
      </w:r>
    </w:p>
    <w:p>
      <w:pPr>
        <w:pStyle w:val="ListBullet"/>
      </w:pPr>
      <w:r>
        <w:t>Verificar que tapas cierran correctamente.</w:t>
      </w:r>
    </w:p>
    <w:p>
      <w:pPr>
        <w:pStyle w:val="ListNumber"/>
      </w:pPr>
      <w:r>
        <w:t>**Tubuladuras**</w:t>
      </w:r>
    </w:p>
    <w:p>
      <w:pPr>
        <w:pStyle w:val="ListBullet"/>
      </w:pPr>
      <w:r>
        <w:t>Verificar que tubuladuras están disponibles.</w:t>
      </w:r>
    </w:p>
    <w:p>
      <w:pPr>
        <w:pStyle w:val="ListBullet"/>
      </w:pPr>
      <w:r>
        <w:t>Verificar que están en buen estado (sin daños).</w:t>
      </w:r>
    </w:p>
    <w:p>
      <w:pPr>
        <w:pStyle w:val="ListNumber"/>
      </w:pPr>
      <w:r>
        <w:t>**Consumibles**</w:t>
      </w:r>
    </w:p>
    <w:p>
      <w:pPr>
        <w:pStyle w:val="ListBullet"/>
      </w:pPr>
      <w:r>
        <w:t>Verificar cánula Yankauer (disponible, buen estado).</w:t>
      </w:r>
    </w:p>
    <w:p>
      <w:pPr>
        <w:pStyle w:val="ListBullet"/>
      </w:pPr>
      <w:r>
        <w:t>Verificar sondas flexibles (tamaños disponibles, buen estado).</w:t>
      </w:r>
    </w:p>
    <w:p>
      <w:pPr>
        <w:pStyle w:val="ListBullet"/>
      </w:pPr>
      <w:r>
        <w:t>Verificar filtros (disponibles, no obstruidos).</w:t>
      </w:r>
    </w:p>
    <w:p>
      <w:pPr>
        <w:pStyle w:val="ListNumber"/>
      </w:pPr>
      <w:r>
        <w:t>**Prueba de succión**</w:t>
      </w:r>
    </w:p>
    <w:p>
      <w:pPr>
        <w:pStyle w:val="ListBullet"/>
      </w:pPr>
      <w:r>
        <w:t>Montar sistema de aspiración.</w:t>
      </w:r>
    </w:p>
    <w:p>
      <w:pPr>
        <w:pStyle w:val="ListBullet"/>
      </w:pPr>
      <w:r>
        <w:t>Encender aspirador.</w:t>
      </w:r>
    </w:p>
    <w:p>
      <w:pPr>
        <w:pStyle w:val="ListBullet"/>
      </w:pPr>
      <w:r>
        <w:t>Ajustar vacío según necesidad.</w:t>
      </w:r>
    </w:p>
    <w:p>
      <w:pPr>
        <w:pStyle w:val="ListBullet"/>
      </w:pPr>
      <w:r>
        <w:t>Ocluir extremo de tubuladura brevemente.</w:t>
      </w:r>
    </w:p>
    <w:p>
      <w:pPr>
        <w:pStyle w:val="ListBullet"/>
      </w:pPr>
      <w:r>
        <w:t>Verificar que se genera vacío (se siente succión).</w:t>
      </w:r>
    </w:p>
    <w:p>
      <w:pPr>
        <w:pStyle w:val="ListBullet"/>
      </w:pPr>
      <w:r>
        <w:t>Verificar que manómetro muestra vacío (si aplica).</w:t>
      </w:r>
    </w:p>
    <w:p>
      <w:pPr>
        <w:pStyle w:val="ListBullet"/>
      </w:pPr>
      <w:r>
        <w:t>Liberar oclusión.</w:t>
      </w:r>
    </w:p>
    <w:p>
      <w:pPr>
        <w:pStyle w:val="ListBullet"/>
      </w:pPr>
      <w:r>
        <w:t>Apagar aspirador.</w:t>
      </w:r>
    </w:p>
    <w:p>
      <w:pPr>
        <w:pStyle w:val="ListNumber"/>
      </w:pPr>
      <w:r>
        <w:t>**Registro**</w:t>
      </w:r>
    </w:p>
    <w:p>
      <w:pPr>
        <w:pStyle w:val="ListBullet"/>
      </w:pPr>
      <w:r>
        <w:t>Registrar incidencias (batería descargada, frasco dañado, vacío que no funciona, etc.).</w:t>
      </w:r>
    </w:p>
    <w:p>
      <w:r>
        <w:t>────────────────────────────────────────────────────────────</w:t>
      </w:r>
    </w:p>
    <w:p>
      <w:pPr>
        <w:pStyle w:val="Heading3"/>
      </w:pPr>
      <w:r>
        <w:t>Cánulas: tallas completas, lubricante si aplica</w:t>
      </w:r>
    </w:p>
    <w:p>
      <w:r>
        <w:t>**Procedimiento paso a paso:**</w:t>
      </w:r>
    </w:p>
    <w:p>
      <w:pPr>
        <w:pStyle w:val="ListNumber"/>
      </w:pPr>
      <w:r>
        <w:t>**Cánulas orofaríngeas (OPA)**</w:t>
      </w:r>
    </w:p>
    <w:p>
      <w:pPr>
        <w:pStyle w:val="ListBullet"/>
      </w:pPr>
      <w:r>
        <w:t>Verificar tallas disponibles (0-1, 2-3, 4, 5-6, 7-8 según dotación).</w:t>
      </w:r>
    </w:p>
    <w:p>
      <w:pPr>
        <w:pStyle w:val="ListBullet"/>
      </w:pPr>
      <w:r>
        <w:t>Verificar que cánulas están en buen estado.</w:t>
      </w:r>
    </w:p>
    <w:p>
      <w:pPr>
        <w:pStyle w:val="ListBullet"/>
      </w:pPr>
      <w:r>
        <w:t>Verificar que hay tallas más usadas disponibles.</w:t>
      </w:r>
    </w:p>
    <w:p>
      <w:pPr>
        <w:pStyle w:val="ListNumber"/>
      </w:pPr>
      <w:r>
        <w:t>**Cánulas nasofaríngeas (NPA)**</w:t>
      </w:r>
    </w:p>
    <w:p>
      <w:pPr>
        <w:pStyle w:val="ListBullet"/>
      </w:pPr>
      <w:r>
        <w:t>Verificar tallas disponibles (5-6, 7, 8 según dotación).</w:t>
      </w:r>
    </w:p>
    <w:p>
      <w:pPr>
        <w:pStyle w:val="ListBullet"/>
      </w:pPr>
      <w:r>
        <w:t>Verificar que cánulas están en buen estado.</w:t>
      </w:r>
    </w:p>
    <w:p>
      <w:pPr>
        <w:pStyle w:val="ListBullet"/>
      </w:pPr>
      <w:r>
        <w:t>Verificar que hay tallas más usadas disponibles.</w:t>
      </w:r>
    </w:p>
    <w:p>
      <w:pPr>
        <w:pStyle w:val="ListNumber"/>
      </w:pPr>
      <w:r>
        <w:t>**Lubricante (si aplica)**</w:t>
      </w:r>
    </w:p>
    <w:p>
      <w:pPr>
        <w:pStyle w:val="ListBullet"/>
      </w:pPr>
      <w:r>
        <w:t>Verificar que lubricante está disponible.</w:t>
      </w:r>
    </w:p>
    <w:p>
      <w:pPr>
        <w:pStyle w:val="ListBullet"/>
      </w:pPr>
      <w:r>
        <w:t>Verificar que lubricante no está caducado (si aplica).</w:t>
      </w:r>
    </w:p>
    <w:p>
      <w:pPr>
        <w:pStyle w:val="ListBullet"/>
      </w:pPr>
      <w:r>
        <w:t>Verificar que lubricante es hidrosoluble.</w:t>
      </w:r>
    </w:p>
    <w:p>
      <w:pPr>
        <w:pStyle w:val="ListNumber"/>
      </w:pPr>
      <w:r>
        <w:t>**Registro**</w:t>
      </w:r>
    </w:p>
    <w:p>
      <w:pPr>
        <w:pStyle w:val="ListBullet"/>
      </w:pPr>
      <w:r>
        <w:t>Registrar incidencias (tallas faltantes, cánulas dañadas, lubricante faltante, etc.).</w:t>
      </w:r>
    </w:p>
    <w:p>
      <w:r>
        <w:t>────────────────────────────────────────────────────────────</w:t>
      </w:r>
    </w:p>
    <w:p>
      <w:pPr>
        <w:pStyle w:val="Heading3"/>
      </w:pPr>
      <w:r>
        <w:t>Curas/hemorragias: compresas/vendas/compresivos</w:t>
      </w:r>
    </w:p>
    <w:p>
      <w:r>
        <w:t>**Procedimiento paso a paso:**</w:t>
      </w:r>
    </w:p>
    <w:p>
      <w:pPr>
        <w:pStyle w:val="ListNumber"/>
      </w:pPr>
      <w:r>
        <w:t>**Gasas/compresas/apósitos**</w:t>
      </w:r>
    </w:p>
    <w:p>
      <w:pPr>
        <w:pStyle w:val="ListBullet"/>
      </w:pPr>
      <w:r>
        <w:t>Verificar que están disponibles.</w:t>
      </w:r>
    </w:p>
    <w:p>
      <w:pPr>
        <w:pStyle w:val="ListBullet"/>
      </w:pPr>
      <w:r>
        <w:t>Verificar que están en buen estado (no caducados, no dañados).</w:t>
      </w:r>
    </w:p>
    <w:p>
      <w:pPr>
        <w:pStyle w:val="ListBullet"/>
      </w:pPr>
      <w:r>
        <w:t>Verificar que hay suficientes cantidades.</w:t>
      </w:r>
    </w:p>
    <w:p>
      <w:pPr>
        <w:pStyle w:val="ListNumber"/>
      </w:pPr>
      <w:r>
        <w:t>**Vendas**</w:t>
      </w:r>
    </w:p>
    <w:p>
      <w:pPr>
        <w:pStyle w:val="ListBullet"/>
      </w:pPr>
      <w:r>
        <w:t>Verificar vendas crepé/elástica/cohesiva/triangular/tubular (si existe).</w:t>
      </w:r>
    </w:p>
    <w:p>
      <w:pPr>
        <w:pStyle w:val="ListBullet"/>
      </w:pPr>
      <w:r>
        <w:t>Verificar que están en buen estado.</w:t>
      </w:r>
    </w:p>
    <w:p>
      <w:pPr>
        <w:pStyle w:val="ListBullet"/>
      </w:pPr>
      <w:r>
        <w:t>Verificar que hay tamaños adecuados.</w:t>
      </w:r>
    </w:p>
    <w:p>
      <w:pPr>
        <w:pStyle w:val="ListNumber"/>
      </w:pPr>
      <w:r>
        <w:t>**Cinta/esparadrapo**</w:t>
      </w:r>
    </w:p>
    <w:p>
      <w:pPr>
        <w:pStyle w:val="ListBullet"/>
      </w:pPr>
      <w:r>
        <w:t>Verificar que está disponible.</w:t>
      </w:r>
    </w:p>
    <w:p>
      <w:pPr>
        <w:pStyle w:val="ListBullet"/>
      </w:pPr>
      <w:r>
        <w:t>Verificar que está en buen estado.</w:t>
      </w:r>
    </w:p>
    <w:p>
      <w:pPr>
        <w:pStyle w:val="ListNumber"/>
      </w:pPr>
      <w:r>
        <w:t>**Apósitos compresivos (si hay)**</w:t>
      </w:r>
    </w:p>
    <w:p>
      <w:pPr>
        <w:pStyle w:val="ListBullet"/>
      </w:pPr>
      <w:r>
        <w:t>Verificar que están disponibles (si están en dotación).</w:t>
      </w:r>
    </w:p>
    <w:p>
      <w:pPr>
        <w:pStyle w:val="ListBullet"/>
      </w:pPr>
      <w:r>
        <w:t>Verificar que están en buen estado.</w:t>
      </w:r>
    </w:p>
    <w:p>
      <w:pPr>
        <w:pStyle w:val="ListNumber"/>
      </w:pPr>
      <w:r>
        <w:t>**Hemostáticos/torniquete (si dotación y protocolo)**</w:t>
      </w:r>
    </w:p>
    <w:p>
      <w:pPr>
        <w:pStyle w:val="ListBullet"/>
      </w:pPr>
      <w:r>
        <w:t>Verificar que están disponibles (si dotación y protocolo contemplan).</w:t>
      </w:r>
    </w:p>
    <w:p>
      <w:pPr>
        <w:pStyle w:val="ListBullet"/>
      </w:pPr>
      <w:r>
        <w:t>Verificar que están en buen estado (no caducados).</w:t>
      </w:r>
    </w:p>
    <w:p>
      <w:pPr>
        <w:pStyle w:val="ListNumber"/>
      </w:pPr>
      <w:r>
        <w:t>**Registro**</w:t>
      </w:r>
    </w:p>
    <w:p>
      <w:pPr>
        <w:pStyle w:val="ListBullet"/>
      </w:pPr>
      <w:r>
        <w:t>Registrar incidencias (material faltante, dañado, caducado, etc.).</w:t>
      </w:r>
    </w:p>
    <w:p>
      <w:r>
        <w:t>────────────────────────────────────────────────────────────</w:t>
      </w:r>
    </w:p>
    <w:p>
      <w:pPr>
        <w:pStyle w:val="Heading3"/>
      </w:pPr>
      <w:r>
        <w:t>Monitorización: SpO₂, manguitos, electrodos, tiras glucemia, fundas termómetro</w:t>
      </w:r>
    </w:p>
    <w:p>
      <w:r>
        <w:t>**Procedimiento paso a paso:**</w:t>
      </w:r>
    </w:p>
    <w:p>
      <w:pPr>
        <w:pStyle w:val="ListNumber"/>
      </w:pPr>
      <w:r>
        <w:t>**Pulsioxímetro**</w:t>
      </w:r>
    </w:p>
    <w:p>
      <w:pPr>
        <w:pStyle w:val="ListBullet"/>
      </w:pPr>
      <w:r>
        <w:t>Verificar que pulsioxímetro está disponible.</w:t>
      </w:r>
    </w:p>
    <w:p>
      <w:pPr>
        <w:pStyle w:val="ListBullet"/>
      </w:pPr>
      <w:r>
        <w:t>Verificar que pilas están cargadas.</w:t>
      </w:r>
    </w:p>
    <w:p>
      <w:pPr>
        <w:pStyle w:val="ListBullet"/>
      </w:pPr>
      <w:r>
        <w:t>Verificar que sensor funciona correctamente.</w:t>
      </w:r>
    </w:p>
    <w:p>
      <w:pPr>
        <w:pStyle w:val="ListNumber"/>
      </w:pPr>
      <w:r>
        <w:t>**Tensiómetro manual**</w:t>
      </w:r>
    </w:p>
    <w:p>
      <w:pPr>
        <w:pStyle w:val="ListBullet"/>
      </w:pPr>
      <w:r>
        <w:t>Verificar que tensiómetro está disponible.</w:t>
      </w:r>
    </w:p>
    <w:p>
      <w:pPr>
        <w:pStyle w:val="ListBullet"/>
      </w:pPr>
      <w:r>
        <w:t>Verificar que manguitos están disponibles (diferentes tallas).</w:t>
      </w:r>
    </w:p>
    <w:p>
      <w:pPr>
        <w:pStyle w:val="ListBullet"/>
      </w:pPr>
      <w:r>
        <w:t>Verificar que pera y manómetro funcionan.</w:t>
      </w:r>
    </w:p>
    <w:p>
      <w:pPr>
        <w:pStyle w:val="ListBullet"/>
      </w:pPr>
      <w:r>
        <w:t>Verificar que estetoscopio funciona.</w:t>
      </w:r>
    </w:p>
    <w:p>
      <w:pPr>
        <w:pStyle w:val="ListNumber"/>
      </w:pPr>
      <w:r>
        <w:t>**Tensiómetro automático**</w:t>
      </w:r>
    </w:p>
    <w:p>
      <w:pPr>
        <w:pStyle w:val="ListBullet"/>
      </w:pPr>
      <w:r>
        <w:t>Verificar que tensiómetro está disponible.</w:t>
      </w:r>
    </w:p>
    <w:p>
      <w:pPr>
        <w:pStyle w:val="ListBullet"/>
      </w:pPr>
      <w:r>
        <w:t>Verificar que manguitos están disponibles (diferentes tallas).</w:t>
      </w:r>
    </w:p>
    <w:p>
      <w:pPr>
        <w:pStyle w:val="ListBullet"/>
      </w:pPr>
      <w:r>
        <w:t>Verificar que batería está cargada.</w:t>
      </w:r>
    </w:p>
    <w:p>
      <w:pPr>
        <w:pStyle w:val="ListBullet"/>
      </w:pPr>
      <w:r>
        <w:t>Verificar que funciona correctamente.</w:t>
      </w:r>
    </w:p>
    <w:p>
      <w:pPr>
        <w:pStyle w:val="ListNumber"/>
      </w:pPr>
      <w:r>
        <w:t>**ECG básico/monitor (si dotación)**</w:t>
      </w:r>
    </w:p>
    <w:p>
      <w:pPr>
        <w:pStyle w:val="ListBullet"/>
      </w:pPr>
      <w:r>
        <w:t>Verificar que monitor está disponible (si está en dotación).</w:t>
      </w:r>
    </w:p>
    <w:p>
      <w:pPr>
        <w:pStyle w:val="ListBullet"/>
      </w:pPr>
      <w:r>
        <w:t>Verificar que cables están en buen estado.</w:t>
      </w:r>
    </w:p>
    <w:p>
      <w:pPr>
        <w:pStyle w:val="ListBullet"/>
      </w:pPr>
      <w:r>
        <w:t>Verificar que electrodos están disponibles.</w:t>
      </w:r>
    </w:p>
    <w:p>
      <w:pPr>
        <w:pStyle w:val="ListBullet"/>
      </w:pPr>
      <w:r>
        <w:t>Verificar que batería está cargada.</w:t>
      </w:r>
    </w:p>
    <w:p>
      <w:pPr>
        <w:pStyle w:val="ListNumber"/>
      </w:pPr>
      <w:r>
        <w:t>**Glucómetro**</w:t>
      </w:r>
    </w:p>
    <w:p>
      <w:pPr>
        <w:pStyle w:val="ListBullet"/>
      </w:pPr>
      <w:r>
        <w:t>Verificar que glucómetro está disponible.</w:t>
      </w:r>
    </w:p>
    <w:p>
      <w:pPr>
        <w:pStyle w:val="ListBullet"/>
      </w:pPr>
      <w:r>
        <w:t>Verificar que batería está cargada.</w:t>
      </w:r>
    </w:p>
    <w:p>
      <w:pPr>
        <w:pStyle w:val="ListBullet"/>
      </w:pPr>
      <w:r>
        <w:t>Verificar que tiras reactivas están disponibles y en fecha.</w:t>
      </w:r>
    </w:p>
    <w:p>
      <w:pPr>
        <w:pStyle w:val="ListBullet"/>
      </w:pPr>
      <w:r>
        <w:t>Verificar que lancetas están disponibles.</w:t>
      </w:r>
    </w:p>
    <w:p>
      <w:pPr>
        <w:pStyle w:val="ListNumber"/>
      </w:pPr>
      <w:r>
        <w:t>**Termómetro**</w:t>
      </w:r>
    </w:p>
    <w:p>
      <w:pPr>
        <w:pStyle w:val="ListBullet"/>
      </w:pPr>
      <w:r>
        <w:t>Verificar que termómetro está disponible (IR frontal, timpánico, digital según dotación).</w:t>
      </w:r>
    </w:p>
    <w:p>
      <w:pPr>
        <w:pStyle w:val="ListBullet"/>
      </w:pPr>
      <w:r>
        <w:t>Verificar que batería está cargada.</w:t>
      </w:r>
    </w:p>
    <w:p>
      <w:pPr>
        <w:pStyle w:val="ListBullet"/>
      </w:pPr>
      <w:r>
        <w:t>Verificar que fundas están disponibles (si aplica).</w:t>
      </w:r>
    </w:p>
    <w:p>
      <w:pPr>
        <w:pStyle w:val="ListNumber"/>
      </w:pPr>
      <w:r>
        <w:t>**Registro**</w:t>
      </w:r>
    </w:p>
    <w:p>
      <w:pPr>
        <w:pStyle w:val="ListBullet"/>
      </w:pPr>
      <w:r>
        <w:t>Registrar incidencias (equipo que no funciona, batería baja, material faltante, etc.).</w:t>
      </w:r>
    </w:p>
    <w:p>
      <w:r>
        <w:t>────────────────────────────────────────────────────────────</w:t>
      </w:r>
    </w:p>
    <w:p>
      <w:pPr>
        <w:pStyle w:val="Heading3"/>
      </w:pPr>
      <w:r>
        <w:t>EPI/residuos/punzantes</w:t>
      </w:r>
    </w:p>
    <w:p>
      <w:r>
        <w:t>**Procedimiento paso a paso:**</w:t>
      </w:r>
    </w:p>
    <w:p>
      <w:pPr>
        <w:pStyle w:val="ListNumber"/>
      </w:pPr>
      <w:r>
        <w:t>**EPI**</w:t>
      </w:r>
    </w:p>
    <w:p>
      <w:pPr>
        <w:pStyle w:val="ListBullet"/>
      </w:pPr>
      <w:r>
        <w:t>Verificar guantes (diferentes tallas, no caducados si aplica).</w:t>
      </w:r>
    </w:p>
    <w:p>
      <w:pPr>
        <w:pStyle w:val="ListBullet"/>
      </w:pPr>
      <w:r>
        <w:t>Verificar protección ocular (disponible, buen estado).</w:t>
      </w:r>
    </w:p>
    <w:p>
      <w:pPr>
        <w:pStyle w:val="ListBullet"/>
      </w:pPr>
      <w:r>
        <w:t>Verificar mascarillas (quirúrgica/FFP según protocolo, no caducadas si aplica).</w:t>
      </w:r>
    </w:p>
    <w:p>
      <w:pPr>
        <w:pStyle w:val="ListBullet"/>
      </w:pPr>
      <w:r>
        <w:t>Verificar chaleco alta visibilidad (disponible, buen estado).</w:t>
      </w:r>
    </w:p>
    <w:p>
      <w:pPr>
        <w:pStyle w:val="ListBullet"/>
      </w:pPr>
      <w:r>
        <w:t>Verificar casco (si aplica según protocolo).</w:t>
      </w:r>
    </w:p>
    <w:p>
      <w:pPr>
        <w:pStyle w:val="ListNumber"/>
      </w:pPr>
      <w:r>
        <w:t>**Residuos**</w:t>
      </w:r>
    </w:p>
    <w:p>
      <w:pPr>
        <w:pStyle w:val="ListBullet"/>
      </w:pPr>
      <w:r>
        <w:t>Verificar bolsas de residuos biológicos (disponibles).</w:t>
      </w:r>
    </w:p>
    <w:p>
      <w:pPr>
        <w:pStyle w:val="ListBullet"/>
      </w:pPr>
      <w:r>
        <w:t>Verificar bolsas de residuos no biológicos (disponibles).</w:t>
      </w:r>
    </w:p>
    <w:p>
      <w:pPr>
        <w:pStyle w:val="ListNumber"/>
      </w:pPr>
      <w:r>
        <w:t>**Punzantes**</w:t>
      </w:r>
    </w:p>
    <w:p>
      <w:pPr>
        <w:pStyle w:val="ListBullet"/>
      </w:pPr>
      <w:r>
        <w:t>Verificar contenedor de punzantes (disponible, no lleno, accesible).</w:t>
      </w:r>
    </w:p>
    <w:p>
      <w:pPr>
        <w:pStyle w:val="ListNumber"/>
      </w:pPr>
      <w:r>
        <w:t>**Registro**</w:t>
      </w:r>
    </w:p>
    <w:p>
      <w:pPr>
        <w:pStyle w:val="ListBullet"/>
      </w:pPr>
      <w:r>
        <w:t>Registrar incidencias (EPI faltante, caducado, contenedor de punzantes lleno, etc.).</w:t>
      </w:r>
    </w:p>
    <w:p>
      <w:r>
        <w:t>────────────────────────────────────────────────────────────</w:t>
      </w:r>
    </w:p>
    <w:p>
      <w:pPr>
        <w:pStyle w:val="Heading2"/>
      </w:pPr>
      <w:r>
        <w:t>3.X5.4 Checklist pre-escena (rápido)</w:t>
      </w:r>
    </w:p>
    <w:p>
      <w:pPr>
        <w:pStyle w:val="Heading3"/>
      </w:pPr>
      <w:r>
        <w:t>Seleccionar módulos según situación: vía aérea, curas, monitor, térmico</w:t>
      </w:r>
    </w:p>
    <w:p>
      <w:r>
        <w:t>**Procedimiento rápido:**</w:t>
      </w:r>
    </w:p>
    <w:p>
      <w:pPr>
        <w:pStyle w:val="ListNumber"/>
      </w:pPr>
      <w:r>
        <w:t>**Evaluar situación**</w:t>
      </w:r>
    </w:p>
    <w:p>
      <w:pPr>
        <w:pStyle w:val="ListBullet"/>
      </w:pPr>
      <w:r>
        <w:t>Evaluar tipo de situación (trauma, médico, etc.).</w:t>
      </w:r>
    </w:p>
    <w:p>
      <w:pPr>
        <w:pStyle w:val="ListBullet"/>
      </w:pPr>
      <w:r>
        <w:t>Identificar material crítico necesario.</w:t>
      </w:r>
    </w:p>
    <w:p>
      <w:pPr>
        <w:pStyle w:val="ListNumber"/>
      </w:pPr>
      <w:r>
        <w:t>**Seleccionar módulos**</w:t>
      </w:r>
    </w:p>
    <w:p>
      <w:pPr>
        <w:pStyle w:val="ListBullet"/>
      </w:pPr>
      <w:r>
        <w:t>**Vía aérea:** Si hay riesgo de compromiso de vía aérea o necesidad de oxigenoterapia.</w:t>
      </w:r>
    </w:p>
    <w:p>
      <w:pPr>
        <w:pStyle w:val="ListBullet"/>
      </w:pPr>
      <w:r>
        <w:t>**Curas:** Si hay heridas, hemorragias o quemaduras.</w:t>
      </w:r>
    </w:p>
    <w:p>
      <w:pPr>
        <w:pStyle w:val="ListBullet"/>
      </w:pPr>
      <w:r>
        <w:t>**Monitor:** Si es necesario monitorizar constantes.</w:t>
      </w:r>
    </w:p>
    <w:p>
      <w:pPr>
        <w:pStyle w:val="ListBullet"/>
      </w:pPr>
      <w:r>
        <w:t>**Térmico:** Si hay riesgo de hipotermia o necesidad de control térmico.</w:t>
      </w:r>
    </w:p>
    <w:p>
      <w:pPr>
        <w:pStyle w:val="ListNumber"/>
      </w:pPr>
      <w:r>
        <w:t>**Verificación rápida de material crítico**</w:t>
      </w:r>
    </w:p>
    <w:p>
      <w:pPr>
        <w:pStyle w:val="ListBullet"/>
      </w:pPr>
      <w:r>
        <w:t>Verificar que material crítico seleccionado está disponible.</w:t>
      </w:r>
    </w:p>
    <w:p>
      <w:pPr>
        <w:pStyle w:val="ListBullet"/>
      </w:pPr>
      <w:r>
        <w:t>Verificar que material crítico funciona (prueba rápida si es necesario).</w:t>
      </w:r>
    </w:p>
    <w:p>
      <w:pPr>
        <w:pStyle w:val="ListBullet"/>
      </w:pPr>
      <w:r>
        <w:t>Verificar que material crítico está accesible.</w:t>
      </w:r>
    </w:p>
    <w:p>
      <w:pPr>
        <w:pStyle w:val="ListNumber"/>
      </w:pPr>
      <w:r>
        <w:t>**Preparación inmediata**</w:t>
      </w:r>
    </w:p>
    <w:p>
      <w:pPr>
        <w:pStyle w:val="ListBullet"/>
      </w:pPr>
      <w:r>
        <w:t>Preparar material crítico para uso inmediato.</w:t>
      </w:r>
    </w:p>
    <w:p>
      <w:pPr>
        <w:pStyle w:val="ListBullet"/>
      </w:pPr>
      <w:r>
        <w:t>Verificar que todo está listo.</w:t>
      </w:r>
    </w:p>
    <w:p>
      <w:r>
        <w:t>**Tiempo:** 2-5 minutos aproximadamente.</w:t>
      </w:r>
    </w:p>
    <w:p>
      <w:r>
        <w:t>────────────────────────────────────────────────────────────</w:t>
      </w:r>
    </w:p>
    <w:p>
      <w:pPr>
        <w:pStyle w:val="Heading2"/>
      </w:pPr>
      <w:r>
        <w:t>3.X5.5 Checklist post-servicio (cierre)</w:t>
      </w:r>
    </w:p>
    <w:p>
      <w:pPr>
        <w:pStyle w:val="Heading3"/>
      </w:pPr>
      <w:r>
        <w:t>Desecho y punzantes</w:t>
      </w:r>
    </w:p>
    <w:p>
      <w:r>
        <w:t>**Procedimiento paso a paso:**</w:t>
      </w:r>
    </w:p>
    <w:p>
      <w:pPr>
        <w:pStyle w:val="ListNumber"/>
      </w:pPr>
      <w:r>
        <w:t>**Asegurar punzantes**</w:t>
      </w:r>
    </w:p>
    <w:p>
      <w:pPr>
        <w:pStyle w:val="ListBullet"/>
      </w:pPr>
      <w:r>
        <w:t>Verificar que todos los punzantes están en contenedor.</w:t>
      </w:r>
    </w:p>
    <w:p>
      <w:pPr>
        <w:pStyle w:val="ListBullet"/>
      </w:pPr>
      <w:r>
        <w:t>No dejar punzantes fuera del contenedor.</w:t>
      </w:r>
    </w:p>
    <w:p>
      <w:pPr>
        <w:pStyle w:val="ListBullet"/>
      </w:pPr>
      <w:r>
        <w:t>Cerrar contenedor si está lleno o al finalizar servicio.</w:t>
      </w:r>
    </w:p>
    <w:p>
      <w:pPr>
        <w:pStyle w:val="ListNumber"/>
      </w:pPr>
      <w:r>
        <w:t>**Gestionar residuos**</w:t>
      </w:r>
    </w:p>
    <w:p>
      <w:pPr>
        <w:pStyle w:val="ListBullet"/>
      </w:pPr>
      <w:r>
        <w:t>Gestionar residuos biológicos en bolsas correspondientes.</w:t>
      </w:r>
    </w:p>
    <w:p>
      <w:pPr>
        <w:pStyle w:val="ListBullet"/>
      </w:pPr>
      <w:r>
        <w:t>Gestionar residuos no biológicos en bolsas correspondientes.</w:t>
      </w:r>
    </w:p>
    <w:p>
      <w:pPr>
        <w:pStyle w:val="ListBullet"/>
      </w:pPr>
      <w:r>
        <w:t>Cerrar bolsas correctamente.</w:t>
      </w:r>
    </w:p>
    <w:p>
      <w:pPr>
        <w:pStyle w:val="ListBullet"/>
      </w:pPr>
      <w:r>
        <w:t>Gestionar según protocolo.</w:t>
      </w:r>
    </w:p>
    <w:p>
      <w:r>
        <w:t>────────────────────────────────────────────────────────────</w:t>
      </w:r>
    </w:p>
    <w:p>
      <w:pPr>
        <w:pStyle w:val="Heading3"/>
      </w:pPr>
      <w:r>
        <w:t>Limpieza</w:t>
      </w:r>
    </w:p>
    <w:p>
      <w:r>
        <w:t>**Procedimiento paso a paso:**</w:t>
      </w:r>
    </w:p>
    <w:p>
      <w:pPr>
        <w:pStyle w:val="ListNumber"/>
      </w:pPr>
      <w:r>
        <w:t>**Limpieza preliminar**</w:t>
      </w:r>
    </w:p>
    <w:p>
      <w:pPr>
        <w:pStyle w:val="ListBullet"/>
      </w:pPr>
      <w:r>
        <w:t>Retirar suciedad visible con paños/toallitas.</w:t>
      </w:r>
    </w:p>
    <w:p>
      <w:pPr>
        <w:pStyle w:val="ListBullet"/>
      </w:pPr>
      <w:r>
        <w:t>Limpiar superficies según protocolo.</w:t>
      </w:r>
    </w:p>
    <w:p>
      <w:pPr>
        <w:pStyle w:val="ListNumber"/>
      </w:pPr>
      <w:r>
        <w:t>**Desinfección**</w:t>
      </w:r>
    </w:p>
    <w:p>
      <w:pPr>
        <w:pStyle w:val="ListBullet"/>
      </w:pPr>
      <w:r>
        <w:t>Aplicar desinfectante según protocolo del servicio.</w:t>
      </w:r>
    </w:p>
    <w:p>
      <w:pPr>
        <w:pStyle w:val="ListBullet"/>
      </w:pPr>
      <w:r>
        <w:t>Respetar tiempos de contacto si protocolo lo contempla.</w:t>
      </w:r>
    </w:p>
    <w:p>
      <w:pPr>
        <w:pStyle w:val="ListBullet"/>
      </w:pPr>
      <w:r>
        <w:t>Verificar que desinfección es adecuada.</w:t>
      </w:r>
    </w:p>
    <w:p>
      <w:pPr>
        <w:pStyle w:val="ListNumber"/>
      </w:pPr>
      <w:r>
        <w:t>**Secado**</w:t>
      </w:r>
    </w:p>
    <w:p>
      <w:pPr>
        <w:pStyle w:val="ListBullet"/>
      </w:pPr>
      <w:r>
        <w:t>Secar material completamente.</w:t>
      </w:r>
    </w:p>
    <w:p>
      <w:pPr>
        <w:pStyle w:val="ListBullet"/>
      </w:pPr>
      <w:r>
        <w:t>No guardar material húmedo.</w:t>
      </w:r>
    </w:p>
    <w:p>
      <w:pPr>
        <w:pStyle w:val="ListBullet"/>
      </w:pPr>
      <w:r>
        <w:t>Verificar que material está seco.</w:t>
      </w:r>
    </w:p>
    <w:p>
      <w:r>
        <w:t>**Enlace:**</w:t>
      </w:r>
    </w:p>
    <w:p>
      <w:pPr>
        <w:pStyle w:val="ListBullet"/>
      </w:pPr>
      <w:r>
        <w:t>Ver 3.14 – Bioseguridad y Descontaminación del Material para procedimientos detallados.</w:t>
      </w:r>
    </w:p>
    <w:p>
      <w:r>
        <w:t>────────────────────────────────────────────────────────────</w:t>
      </w:r>
    </w:p>
    <w:p>
      <w:pPr>
        <w:pStyle w:val="Heading3"/>
      </w:pPr>
      <w:r>
        <w:t>Reposición</w:t>
      </w:r>
    </w:p>
    <w:p>
      <w:r>
        <w:t>**Procedimiento paso a paso:**</w:t>
      </w:r>
    </w:p>
    <w:p>
      <w:pPr>
        <w:pStyle w:val="ListNumber"/>
      </w:pPr>
      <w:r>
        <w:t>**Identificar material usado**</w:t>
      </w:r>
    </w:p>
    <w:p>
      <w:pPr>
        <w:pStyle w:val="ListBullet"/>
      </w:pPr>
      <w:r>
        <w:t>Identificar material consumido durante servicio.</w:t>
      </w:r>
    </w:p>
    <w:p>
      <w:pPr>
        <w:pStyle w:val="ListBullet"/>
      </w:pPr>
      <w:r>
        <w:t>Identificar material dañado.</w:t>
      </w:r>
    </w:p>
    <w:p>
      <w:pPr>
        <w:pStyle w:val="ListNumber"/>
      </w:pPr>
      <w:r>
        <w:t>**Reponer material**</w:t>
      </w:r>
    </w:p>
    <w:p>
      <w:pPr>
        <w:pStyle w:val="ListBullet"/>
      </w:pPr>
      <w:r>
        <w:t>Reponer material consumido si es posible.</w:t>
      </w:r>
    </w:p>
    <w:p>
      <w:pPr>
        <w:pStyle w:val="ListBullet"/>
      </w:pPr>
      <w:r>
        <w:t>Reponer material dañado si es posible.</w:t>
      </w:r>
    </w:p>
    <w:p>
      <w:pPr>
        <w:pStyle w:val="ListBullet"/>
      </w:pPr>
      <w:r>
        <w:t>Verificar que reposición es completa.</w:t>
      </w:r>
    </w:p>
    <w:p>
      <w:pPr>
        <w:pStyle w:val="ListNumber"/>
      </w:pPr>
      <w:r>
        <w:t>**Solicitar reposición si no es posible**</w:t>
      </w:r>
    </w:p>
    <w:p>
      <w:pPr>
        <w:pStyle w:val="ListBullet"/>
      </w:pPr>
      <w:r>
        <w:t>Solicitar reposición de material faltante según protocolo.</w:t>
      </w:r>
    </w:p>
    <w:p>
      <w:pPr>
        <w:pStyle w:val="ListBullet"/>
      </w:pPr>
      <w:r>
        <w:t>Comunicar prioridad si es necesario.</w:t>
      </w:r>
    </w:p>
    <w:p>
      <w:pPr>
        <w:pStyle w:val="ListBullet"/>
      </w:pPr>
      <w:r>
        <w:t>Documentar solicitud.</w:t>
      </w:r>
    </w:p>
    <w:p>
      <w:r>
        <w:t>────────────────────────────────────────────────────────────</w:t>
      </w:r>
    </w:p>
    <w:p>
      <w:pPr>
        <w:pStyle w:val="Heading3"/>
      </w:pPr>
      <w:r>
        <w:t>Incidencias (3.18)</w:t>
      </w:r>
    </w:p>
    <w:p>
      <w:r>
        <w:t>**Procedimiento paso a paso:**</w:t>
      </w:r>
    </w:p>
    <w:p>
      <w:pPr>
        <w:pStyle w:val="ListNumber"/>
      </w:pPr>
      <w:r>
        <w:t>**Registrar incidencias**</w:t>
      </w:r>
    </w:p>
    <w:p>
      <w:pPr>
        <w:pStyle w:val="ListBullet"/>
      </w:pPr>
      <w:r>
        <w:t>Registrar consumos críticos (O₂, mascarillas, BVM/filtros, aspiración, hemostáticos/torniquete si aplica).</w:t>
      </w:r>
    </w:p>
    <w:p>
      <w:pPr>
        <w:pStyle w:val="ListBullet"/>
      </w:pPr>
      <w:r>
        <w:t>Registrar mediciones/equipos usados (electrodos, tiras glucemia, fundas termómetro si aplica).</w:t>
      </w:r>
    </w:p>
    <w:p>
      <w:pPr>
        <w:pStyle w:val="ListBullet"/>
      </w:pPr>
      <w:r>
        <w:t>Registrar incidencias de equipo (batería baja, fugas, roturas, material caducado).</w:t>
      </w:r>
    </w:p>
    <w:p>
      <w:pPr>
        <w:pStyle w:val="ListBullet"/>
      </w:pPr>
      <w:r>
        <w:t>Registrar observaciones de seguridad (pinchazo, derrame, contaminación).</w:t>
      </w:r>
    </w:p>
    <w:p>
      <w:pPr>
        <w:pStyle w:val="ListNumber"/>
      </w:pPr>
      <w:r>
        <w:t>**Comunicar incidencias si es necesario**</w:t>
      </w:r>
    </w:p>
    <w:p>
      <w:pPr>
        <w:pStyle w:val="ListBullet"/>
      </w:pPr>
      <w:r>
        <w:t>Comunicar incidencias según protocolo.</w:t>
      </w:r>
    </w:p>
    <w:p>
      <w:pPr>
        <w:pStyle w:val="ListBullet"/>
      </w:pPr>
      <w:r>
        <w:t>Comunicar necesidades de reposición.</w:t>
      </w:r>
    </w:p>
    <w:p>
      <w:r>
        <w:t>**Enlace:**</w:t>
      </w:r>
    </w:p>
    <w:p>
      <w:pPr>
        <w:pStyle w:val="ListBullet"/>
      </w:pPr>
      <w:r>
        <w:t>Ver 3.18 – Documentación Operativa del Material Usado e Incidencias para procedimientos detallados.</w:t>
      </w:r>
    </w:p>
    <w:p>
      <w:r>
        <w:t>────────────────────────────────────────────────────────────</w:t>
      </w:r>
    </w:p>
    <w:p>
      <w:pPr>
        <w:pStyle w:val="Heading3"/>
      </w:pPr>
      <w:r>
        <w:t>Cerrar maletines</w:t>
      </w:r>
    </w:p>
    <w:p>
      <w:r>
        <w:t>**Procedimiento paso a paso:**</w:t>
      </w:r>
    </w:p>
    <w:p>
      <w:pPr>
        <w:pStyle w:val="ListNumber"/>
      </w:pPr>
      <w:r>
        <w:t>**Verificar maletines**</w:t>
      </w:r>
    </w:p>
    <w:p>
      <w:pPr>
        <w:pStyle w:val="ListBullet"/>
      </w:pPr>
      <w:r>
        <w:t>Verificar que maletines están completos (ver 3.5, 3.X2, 3.X3).</w:t>
      </w:r>
    </w:p>
    <w:p>
      <w:pPr>
        <w:pStyle w:val="ListBullet"/>
      </w:pPr>
      <w:r>
        <w:t>Verificar que material está limpio y seco.</w:t>
      </w:r>
    </w:p>
    <w:p>
      <w:pPr>
        <w:pStyle w:val="ListBullet"/>
      </w:pPr>
      <w:r>
        <w:t>Verificar que no falta material crítico.</w:t>
      </w:r>
    </w:p>
    <w:p>
      <w:pPr>
        <w:pStyle w:val="ListNumber"/>
      </w:pPr>
      <w:r>
        <w:t>**Cerrar maletines**</w:t>
      </w:r>
    </w:p>
    <w:p>
      <w:pPr>
        <w:pStyle w:val="ListBullet"/>
      </w:pPr>
      <w:r>
        <w:t>Cerrar maletines correctamente.</w:t>
      </w:r>
    </w:p>
    <w:p>
      <w:pPr>
        <w:pStyle w:val="ListBullet"/>
      </w:pPr>
      <w:r>
        <w:t>Verificar que maletines están cerrados.</w:t>
      </w:r>
    </w:p>
    <w:p>
      <w:pPr>
        <w:pStyle w:val="ListBullet"/>
      </w:pPr>
      <w:r>
        <w:t>Verificar que maletines están listos para siguiente servicio.</w:t>
      </w:r>
    </w:p>
    <w:p>
      <w:r>
        <w:t>**Enlaces:**</w:t>
      </w:r>
    </w:p>
    <w:p>
      <w:pPr>
        <w:pStyle w:val="ListBullet"/>
      </w:pPr>
      <w:r>
        <w:t>Ver 3.5 – Maletín de Vía Aérea y Oxigenoterapia: Organización y Chequeo Operativo</w:t>
      </w:r>
    </w:p>
    <w:p>
      <w:pPr>
        <w:pStyle w:val="ListBullet"/>
      </w:pPr>
      <w:r>
        <w:t>Ver 3.X2 – Maletín de Curas/Trauma Sanitario: Organización y Chequeo Operativo</w:t>
      </w:r>
    </w:p>
    <w:p>
      <w:pPr>
        <w:pStyle w:val="ListBullet"/>
      </w:pPr>
      <w:r>
        <w:t>Ver 3.X3 – Bolsa/Estuche de Monitorización: Organización y Chequeo Operativo</w:t>
      </w:r>
    </w:p>
    <w:p>
      <w:r>
        <w:t>────────────────────────────────────────────────────────────</w:t>
      </w:r>
    </w:p>
    <w:p>
      <w:pPr>
        <w:pStyle w:val="Heading2"/>
      </w:pPr>
      <w:r>
        <w:t>3.X5.6 Errores críticos típicos</w:t>
      </w:r>
    </w:p>
    <w:p>
      <w:pPr>
        <w:pStyle w:val="Heading3"/>
      </w:pPr>
      <w:r>
        <w:t>"Está" pero no funciona (batería/fuga)</w:t>
      </w:r>
    </w:p>
    <w:p>
      <w:r>
        <w:t>**Error:**</w:t>
      </w:r>
    </w:p>
    <w:p>
      <w:pPr>
        <w:pStyle w:val="ListBullet"/>
      </w:pPr>
      <w:r>
        <w:t>Material disponible pero batería descargada, válvula no funciona, hay fugas.</w:t>
      </w:r>
    </w:p>
    <w:p>
      <w:pPr>
        <w:pStyle w:val="ListBullet"/>
      </w:pPr>
      <w:r>
        <w:t>Material no funciona cuando se necesita.</w:t>
      </w:r>
    </w:p>
    <w:p>
      <w:r>
        <w:t>**Prevención:**</w:t>
      </w:r>
    </w:p>
    <w:p>
      <w:pPr>
        <w:pStyle w:val="ListBullet"/>
      </w:pPr>
      <w:r>
        <w:t>Verificar funcionalidad durante chequeo, no solo presencia.</w:t>
      </w:r>
    </w:p>
    <w:p>
      <w:pPr>
        <w:pStyle w:val="ListBullet"/>
      </w:pPr>
      <w:r>
        <w:t>Probar equipos durante chequeo de inicio de turno.</w:t>
      </w:r>
    </w:p>
    <w:p>
      <w:pPr>
        <w:pStyle w:val="ListBullet"/>
      </w:pPr>
      <w:r>
        <w:t>No asumir que material funciona solo porque está disponible.</w:t>
      </w:r>
    </w:p>
    <w:p>
      <w:r>
        <w:t>────────────────────────────────────────────────────────────</w:t>
      </w:r>
    </w:p>
    <w:p>
      <w:pPr>
        <w:pStyle w:val="Heading3"/>
      </w:pPr>
      <w:r>
        <w:t>Consumibles caducados o paquetes abiertos</w:t>
      </w:r>
    </w:p>
    <w:p>
      <w:r>
        <w:t>**Error:**</w:t>
      </w:r>
    </w:p>
    <w:p>
      <w:pPr>
        <w:pStyle w:val="ListBullet"/>
      </w:pPr>
      <w:r>
        <w:t>Consumibles caducados o paquetes abiertos.</w:t>
      </w:r>
    </w:p>
    <w:p>
      <w:pPr>
        <w:pStyle w:val="ListBullet"/>
      </w:pPr>
      <w:r>
        <w:t>Material no usable cuando se necesita.</w:t>
      </w:r>
    </w:p>
    <w:p>
      <w:r>
        <w:t>**Prevención:**</w:t>
      </w:r>
    </w:p>
    <w:p>
      <w:pPr>
        <w:pStyle w:val="ListBullet"/>
      </w:pPr>
      <w:r>
        <w:t>Verificar caducidades durante chequeo.</w:t>
      </w:r>
    </w:p>
    <w:p>
      <w:pPr>
        <w:pStyle w:val="ListBullet"/>
      </w:pPr>
      <w:r>
        <w:t>Verificar que paquetes están cerrados.</w:t>
      </w:r>
    </w:p>
    <w:p>
      <w:pPr>
        <w:pStyle w:val="ListBullet"/>
      </w:pPr>
      <w:r>
        <w:t>Reponer consumibles caducados o paquetes abiertos.</w:t>
      </w:r>
    </w:p>
    <w:p>
      <w:r>
        <w:t>────────────────────────────────────────────────────────────</w:t>
      </w:r>
    </w:p>
    <w:p>
      <w:pPr>
        <w:pStyle w:val="Heading3"/>
      </w:pPr>
      <w:r>
        <w:t>Falta de tallas clave</w:t>
      </w:r>
    </w:p>
    <w:p>
      <w:r>
        <w:t>**Error:**</w:t>
      </w:r>
    </w:p>
    <w:p>
      <w:pPr>
        <w:pStyle w:val="ListBullet"/>
      </w:pPr>
      <w:r>
        <w:t>Faltan mascarillas de tallas más usadas, OPA/NPA de tallas críticas.</w:t>
      </w:r>
    </w:p>
    <w:p>
      <w:pPr>
        <w:pStyle w:val="ListBullet"/>
      </w:pPr>
      <w:r>
        <w:t>No se puede usar material adecuado.</w:t>
      </w:r>
    </w:p>
    <w:p>
      <w:r>
        <w:t>**Prevención:**</w:t>
      </w:r>
    </w:p>
    <w:p>
      <w:pPr>
        <w:pStyle w:val="ListBullet"/>
      </w:pPr>
      <w:r>
        <w:t>Verificar tallas durante chequeo.</w:t>
      </w:r>
    </w:p>
    <w:p>
      <w:pPr>
        <w:pStyle w:val="ListBullet"/>
      </w:pPr>
      <w:r>
        <w:t>Reponer tallas críticas.</w:t>
      </w:r>
    </w:p>
    <w:p>
      <w:pPr>
        <w:pStyle w:val="ListBullet"/>
      </w:pPr>
      <w:r>
        <w:t>Tener tallas más usadas siempre disponibles.</w:t>
      </w:r>
    </w:p>
    <w:p>
      <w:r>
        <w:t>────────────────────────────────────────────────────────────</w:t>
      </w:r>
    </w:p>
    <w:p>
      <w:pPr>
        <w:pStyle w:val="Heading3"/>
      </w:pPr>
      <w:r>
        <w:t>Punzantes mal gestionados</w:t>
      </w:r>
    </w:p>
    <w:p>
      <w:r>
        <w:t>**Error:**</w:t>
      </w:r>
    </w:p>
    <w:p>
      <w:pPr>
        <w:pStyle w:val="ListBullet"/>
      </w:pPr>
      <w:r>
        <w:t>Punzantes fuera del contenedor.</w:t>
      </w:r>
    </w:p>
    <w:p>
      <w:pPr>
        <w:pStyle w:val="ListBullet"/>
      </w:pPr>
      <w:r>
        <w:t>Contenedor no accesible.</w:t>
      </w:r>
    </w:p>
    <w:p>
      <w:pPr>
        <w:pStyle w:val="ListBullet"/>
      </w:pPr>
      <w:r>
        <w:t>Riesgo de pinchazo accidental.</w:t>
      </w:r>
    </w:p>
    <w:p>
      <w:r>
        <w:t>**Prevención:**</w:t>
      </w:r>
    </w:p>
    <w:p>
      <w:pPr>
        <w:pStyle w:val="ListBullet"/>
      </w:pPr>
      <w:r>
        <w:t>Verificar que contenedor está disponible y accesible.</w:t>
      </w:r>
    </w:p>
    <w:p>
      <w:pPr>
        <w:pStyle w:val="ListBullet"/>
      </w:pPr>
      <w:r>
        <w:t>Verificar que no hay punzantes fuera del contenedor.</w:t>
      </w:r>
    </w:p>
    <w:p>
      <w:pPr>
        <w:pStyle w:val="ListBullet"/>
      </w:pPr>
      <w:r>
        <w:t>Gestionar punzantes correctamente durante todo el proceso.</w:t>
      </w:r>
    </w:p>
    <w:p>
      <w:r>
        <w:t>────────────────────────────────────────────────────────────</w:t>
      </w:r>
    </w:p>
    <w:p>
      <w:pPr>
        <w:pStyle w:val="Heading2"/>
      </w:pPr>
      <w:r>
        <w:t>3.X5.7 Cierre y enlaces</w:t>
      </w:r>
    </w:p>
    <w:p>
      <w:r>
        <w:t>Este checklist se integra con:</w:t>
      </w:r>
    </w:p>
    <w:p>
      <w:pPr>
        <w:pStyle w:val="ListBullet"/>
      </w:pPr>
      <w:r>
        <w:t>**3.5 – Maletín de Vía Aérea y Oxigenoterapia: Organización y Chequeo Operativo** (chequeo de maletín de vía aérea/O₂)</w:t>
      </w:r>
    </w:p>
    <w:p>
      <w:pPr>
        <w:pStyle w:val="ListBullet"/>
      </w:pPr>
      <w:r>
        <w:t>**3.X2 – Maletín de Curas/Trauma Sanitario: Organización y Chequeo Operativo** (chequeo de maletín de curas)</w:t>
      </w:r>
    </w:p>
    <w:p>
      <w:pPr>
        <w:pStyle w:val="ListBullet"/>
      </w:pPr>
      <w:r>
        <w:t>**3.X3 – Bolsa/Estuche de Monitorización: Organización y Chequeo Operativo** (chequeo de bolsa de monitorización)</w:t>
      </w:r>
    </w:p>
    <w:p>
      <w:pPr>
        <w:pStyle w:val="ListBullet"/>
      </w:pPr>
      <w:r>
        <w:t>**3.14 – Bioseguridad y Descontaminación del Material** (limpieza y desinfección post-servicio)</w:t>
      </w:r>
    </w:p>
    <w:p>
      <w:pPr>
        <w:pStyle w:val="ListBullet"/>
      </w:pPr>
      <w:r>
        <w:t>**3.18 – Documentación Operativa del Material Usado e Incidencias** (registro de incidencias)</w:t>
      </w:r>
    </w:p>
    <w:p>
      <w:r>
        <w:t>**Uso:**</w:t>
      </w:r>
    </w:p>
    <w:p>
      <w:pPr>
        <w:pStyle w:val="ListBullet"/>
      </w:pPr>
      <w:r>
        <w:t>Checklist de inicio de turno: verificación completa antes de iniciar servicio.</w:t>
      </w:r>
    </w:p>
    <w:p>
      <w:pPr>
        <w:pStyle w:val="ListBullet"/>
      </w:pPr>
      <w:r>
        <w:t>Checklist pre-escena: verificación rápida antes de intervención.</w:t>
      </w:r>
    </w:p>
    <w:p>
      <w:pPr>
        <w:pStyle w:val="ListBullet"/>
      </w:pPr>
      <w:r>
        <w:t>Checklist post-servicio: cierre y reposición después del servicio.</w:t>
      </w:r>
    </w:p>
    <w:p>
      <w:r>
        <w:t>────────────────────────────────────────────────────────────</w:t>
      </w:r>
    </w:p>
    <w:p>
      <w:pPr>
        <w:pStyle w:val="Heading2"/>
      </w:pPr>
      <w:r>
        <w:t>NOTA FINAL DE SEGURIDAD</w:t>
      </w:r>
    </w:p>
    <w:p>
      <w:r>
        <w:t>Este checklist es de **uso exclusivo como apoyo**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Este checklist es **procedimiento narrado**, no formato chuleta</w:t>
      </w:r>
    </w:p>
    <w:p>
      <w:pPr>
        <w:pStyle w:val="ListBullet"/>
      </w:pPr>
      <w:r>
        <w:t>**Verificar funcionalidad**, no solo presencia (material puede estar pero no funcionar)</w:t>
      </w:r>
    </w:p>
    <w:p>
      <w:pPr>
        <w:pStyle w:val="ListBullet"/>
      </w:pPr>
      <w:r>
        <w:t>**Reponer material crítico** inmediatamente después de uso</w:t>
      </w:r>
    </w:p>
    <w:p>
      <w:pPr>
        <w:pStyle w:val="ListBullet"/>
      </w:pPr>
      <w:r>
        <w:t>**Registrar incidencias** y comunicar necesidades</w:t>
      </w:r>
    </w:p>
    <w:p>
      <w:r>
        <w:t>**Principios No Negociables:**</w:t>
      </w:r>
    </w:p>
    <w:p>
      <w:pPr>
        <w:pStyle w:val="ListBullet"/>
      </w:pPr>
      <w:r>
        <w:t>**NUNCA asumir** que material funciona solo porque está disponible</w:t>
      </w:r>
    </w:p>
    <w:p>
      <w:pPr>
        <w:pStyle w:val="ListBullet"/>
      </w:pPr>
      <w:r>
        <w:t>**NUNCA omitir** verificación funcional durante chequeo</w:t>
      </w:r>
    </w:p>
    <w:p>
      <w:pPr>
        <w:pStyle w:val="ListBullet"/>
      </w:pPr>
      <w:r>
        <w:t>**NUNCA dejar** material crítico sin reponer</w:t>
      </w:r>
    </w:p>
    <w:p>
      <w:pPr>
        <w:pStyle w:val="ListBullet"/>
      </w:pPr>
      <w:r>
        <w:t>**SIEMPRE verificar** funcionalidad durante chequeo</w:t>
      </w:r>
    </w:p>
    <w:p>
      <w:pPr>
        <w:pStyle w:val="ListBullet"/>
      </w:pPr>
      <w:r>
        <w:t>**SIEMPRE reponer** material después de uso</w:t>
      </w:r>
    </w:p>
    <w:p>
      <w:pPr>
        <w:pStyle w:val="ListBullet"/>
      </w:pPr>
      <w:r>
        <w:t>**SIEMPRE registrar** incidencias y necesidades</w:t>
      </w:r>
    </w:p>
    <w:p>
      <w:r>
        <w:t>**Validación Médica:** Pendiente de validación médica profesional antes de uso en producción.</w:t>
      </w:r>
    </w:p>
    <w:p>
      <w:r>
        <w:t>────────────────────────────────────────────────────────────</w:t>
      </w:r>
    </w:p>
    <w:p>
      <w:r>
        <w:t>**Versión:** 1.0</w:t>
      </w:r>
    </w:p>
    <w:p>
      <w:r>
        <w:t>**Última actualización:** 2024-12-13</w:t>
      </w:r>
    </w:p>
    <w:p>
      <w:r>
        <w:t>**Tipo:** Checklist Operativo - Procedimiento TES</w:t>
      </w:r>
    </w:p>
    <w:p/>
    <w:p>
      <w:r>
        <w:t>────────────────────────────────────────────────────────────</w:t>
      </w:r>
    </w:p>
    <w:p/>
    <w:p>
      <w:pPr>
        <w:pStyle w:val="Heading1"/>
      </w:pPr>
      <w:r>
        <w:t>3.X – Inventario de material sanitario y oxigenoterapia (visión global)</w:t>
      </w:r>
    </w:p>
    <w:p>
      <w:pPr>
        <w:pStyle w:val="Heading1"/>
      </w:pPr>
      <w:r>
        <w:t>3.X – Inventario de material sanitario y oxigenoterapia (visión global)</w:t>
      </w:r>
    </w:p>
    <w:p>
      <w:pPr>
        <w:pStyle w:val="Heading2"/>
      </w:pPr>
      <w:r>
        <w:t>Manual TES Digital – Listado operativo de material</w:t>
      </w:r>
    </w:p>
    <w:p>
      <w:r>
        <w:t>**Versión:** 1.0</w:t>
      </w:r>
    </w:p>
    <w:p>
      <w:r>
        <w:t>**Fecha:** 2024-12-13</w:t>
      </w:r>
    </w:p>
    <w:p>
      <w:r>
        <w:t>**Tipo:** Bloque Operativo - Inventario de Material</w:t>
      </w:r>
    </w:p>
    <w:p>
      <w:r>
        <w:t>────────────────────────────────────────────────────────────</w:t>
      </w:r>
    </w:p>
    <w:p>
      <w:r>
        <w:t>&gt; **Alcance:** listado operativo de material sanitario habitual en entorno prehospitalario TES, orientado a uso seguro, logística y enlace a capítulos del manual.</w:t>
      </w:r>
    </w:p>
    <w:p>
      <w:r>
        <w:t>&gt; **Nota:** la dotación exacta varía por recurso (SVB/SVA), servicio y coordinación con otros intervinientes.</w:t>
      </w:r>
    </w:p>
    <w:p>
      <w:r>
        <w:t>────────────────────────────────────────────────────────────</w:t>
      </w:r>
    </w:p>
    <w:p>
      <w:pPr>
        <w:pStyle w:val="Heading2"/>
      </w:pPr>
      <w:r>
        <w:t>3.X.1 Oxigenoterapia: fuente y regulación</w:t>
      </w:r>
    </w:p>
    <w:p>
      <w:pPr>
        <w:pStyle w:val="ListBullet"/>
      </w:pPr>
      <w:r>
        <w:t>**Botellas de oxígeno** (portátiles y de reserva; tamaños variables)</w:t>
      </w:r>
    </w:p>
    <w:p>
      <w:r>
        <w:t>→ Ver: 3.0 – Oxigenoterapia: Fundamentos Operativos y Seguridad TES</w:t>
      </w:r>
    </w:p>
    <w:p>
      <w:pPr>
        <w:pStyle w:val="ListBullet"/>
      </w:pPr>
      <w:r>
        <w:t>**Válvula / manómetro**</w:t>
      </w:r>
    </w:p>
    <w:p>
      <w:r>
        <w:t>→ Ver: 3.0 – Oxigenoterapia: Fundamentos Operativos y Seguridad TES</w:t>
      </w:r>
    </w:p>
    <w:p>
      <w:pPr>
        <w:pStyle w:val="ListBullet"/>
      </w:pPr>
      <w:r>
        <w:t>**Manorreductor / regulador**</w:t>
      </w:r>
    </w:p>
    <w:p>
      <w:r>
        <w:t>→ Ver: 3.0 – Oxigenoterapia: Fundamentos Operativos y Seguridad TES</w:t>
      </w:r>
    </w:p>
    <w:p>
      <w:pPr>
        <w:pStyle w:val="ListBullet"/>
      </w:pPr>
      <w:r>
        <w:t>**Caudalímetro**</w:t>
      </w:r>
    </w:p>
    <w:p>
      <w:r>
        <w:t>→ Ver: 3.0 – Oxigenoterapia: Fundamentos Operativos y Seguridad TES</w:t>
      </w:r>
    </w:p>
    <w:p>
      <w:pPr>
        <w:pStyle w:val="ListBullet"/>
      </w:pPr>
      <w:r>
        <w:t>**Tomas de pared / red de O₂ en ambulancia** (si aplica)</w:t>
      </w:r>
    </w:p>
    <w:p>
      <w:r>
        <w:t>→ Ver: 3.0 – Oxigenoterapia: Fundamentos Operativos y Seguridad TES</w:t>
      </w:r>
    </w:p>
    <w:p>
      <w:pPr>
        <w:pStyle w:val="ListBullet"/>
      </w:pPr>
      <w:r>
        <w:t>**Llave de apertura / útiles de mantenimiento** (según modelo)</w:t>
      </w:r>
    </w:p>
    <w:p>
      <w:pPr>
        <w:pStyle w:val="ListBullet"/>
      </w:pPr>
      <w:r>
        <w:t>**Soportes y fijación de botellas** (cabina/ambulancia)</w:t>
      </w:r>
    </w:p>
    <w:p>
      <w:r>
        <w:t>→ Ver: 3.0 – Oxigenoterapia: Fundamentos Operativos y Seguridad TES</w:t>
      </w:r>
    </w:p>
    <w:p>
      <w:pPr>
        <w:pStyle w:val="ListBullet"/>
      </w:pPr>
      <w:r>
        <w:t>**Tubuladuras de oxígeno** (longitudes, alargaderas)</w:t>
      </w:r>
    </w:p>
    <w:p>
      <w:r>
        <w:t>→ Ver: 3.0 – Oxigenoterapia: Fundamentos Operativos y Seguridad TES | 3.1 – Dispositivos de Oxigenoterapia</w:t>
      </w:r>
    </w:p>
    <w:p>
      <w:pPr>
        <w:pStyle w:val="ListBullet"/>
      </w:pPr>
      <w:r>
        <w:t>**Humidificador** (si se utiliza en el servicio)</w:t>
      </w:r>
    </w:p>
    <w:p>
      <w:pPr>
        <w:pStyle w:val="ListBullet"/>
      </w:pPr>
      <w:r>
        <w:t>**Conectores y adaptadores** (según parque de material)</w:t>
      </w:r>
    </w:p>
    <w:p>
      <w:r>
        <w:t>→ Ver: 3.0 – Oxigenoterapia: Fundamentos Operativos y Seguridad TES</w:t>
      </w:r>
    </w:p>
    <w:p>
      <w:pPr>
        <w:pStyle w:val="ListBullet"/>
      </w:pPr>
      <w:r>
        <w:t>**Juntas y repuestos** (si aplica en logística)</w:t>
      </w:r>
    </w:p>
    <w:p>
      <w:r>
        <w:t>────────────────────────────────────────────────────────────</w:t>
      </w:r>
    </w:p>
    <w:p>
      <w:pPr>
        <w:pStyle w:val="Heading2"/>
      </w:pPr>
      <w:r>
        <w:t>3.X.2 Dispositivos de administración de oxígeno</w:t>
      </w:r>
    </w:p>
    <w:p>
      <w:pPr>
        <w:pStyle w:val="ListBullet"/>
      </w:pPr>
      <w:r>
        <w:t>**Gafas nasales**</w:t>
      </w:r>
    </w:p>
    <w:p>
      <w:r>
        <w:t>→ Ver: 3.1 – Dispositivos de Oxigenoterapia: Uso Operativo por Dispositivo</w:t>
      </w:r>
    </w:p>
    <w:p>
      <w:pPr>
        <w:pStyle w:val="ListBullet"/>
      </w:pPr>
      <w:r>
        <w:t>**Mascarilla simple**</w:t>
      </w:r>
    </w:p>
    <w:p>
      <w:r>
        <w:t>→ Ver: 3.1 – Dispositivos de Oxigenoterapia: Uso Operativo por Dispositivo</w:t>
      </w:r>
    </w:p>
    <w:p>
      <w:pPr>
        <w:pStyle w:val="ListBullet"/>
      </w:pPr>
      <w:r>
        <w:t>**Mascarilla con reservorio (no reinhalación)**</w:t>
      </w:r>
    </w:p>
    <w:p>
      <w:r>
        <w:t>→ Ver: 3.1 – Dispositivos de Oxigenoterapia: Uso Operativo por Dispositivo</w:t>
      </w:r>
    </w:p>
    <w:p>
      <w:pPr>
        <w:pStyle w:val="ListBullet"/>
      </w:pPr>
      <w:r>
        <w:t>**Mascarilla Venturi** (mascarilla + adaptadores/boquillas)</w:t>
      </w:r>
    </w:p>
    <w:p>
      <w:r>
        <w:t>→ Ver: 3.1 – Dispositivos de Oxigenoterapia: Uso Operativo por Dispositivo</w:t>
      </w:r>
    </w:p>
    <w:p>
      <w:pPr>
        <w:pStyle w:val="ListBullet"/>
      </w:pPr>
      <w:r>
        <w:t>**Nebulizador** (cámara + mascarilla/boquilla) (si aplica)</w:t>
      </w:r>
    </w:p>
    <w:p>
      <w:r>
        <w:t>→ Ver: 3.1 – Dispositivos de Oxigenoterapia: Uso Operativo por Dispositivo</w:t>
      </w:r>
    </w:p>
    <w:p>
      <w:pPr>
        <w:pStyle w:val="ListBullet"/>
      </w:pPr>
      <w:r>
        <w:t>**Mascarillas pediátricas** (tallas)</w:t>
      </w:r>
    </w:p>
    <w:p>
      <w:r>
        <w:t>→ Ver: 3.1 – Dispositivos de Oxigenoterapia: Uso Operativo por Dispositivo</w:t>
      </w:r>
    </w:p>
    <w:p>
      <w:pPr>
        <w:pStyle w:val="ListBullet"/>
      </w:pPr>
      <w:r>
        <w:t>**Tubuladuras específicas** (p.ej. Venturi/nebulización)</w:t>
      </w:r>
    </w:p>
    <w:p>
      <w:r>
        <w:t>→ Ver: 3.1 – Dispositivos de Oxigenoterapia: Uso Operativo por Dispositivo</w:t>
      </w:r>
    </w:p>
    <w:p>
      <w:r>
        <w:t>────────────────────────────────────────────────────────────</w:t>
      </w:r>
    </w:p>
    <w:p>
      <w:pPr>
        <w:pStyle w:val="Heading2"/>
      </w:pPr>
      <w:r>
        <w:t>3.X.3 Ventilación manual y soporte básico</w:t>
      </w:r>
    </w:p>
    <w:p>
      <w:pPr>
        <w:pStyle w:val="ListBullet"/>
      </w:pPr>
      <w:r>
        <w:t>**Bolsa-válvula-mascarilla (BVM)** (adulto / pediátrico / neonatal según dotación)</w:t>
      </w:r>
    </w:p>
    <w:p>
      <w:r>
        <w:t>→ Ver: 3.3 – Bolsa-Válvula-Mascarilla (BVM): Material y Uso Seguro</w:t>
      </w:r>
    </w:p>
    <w:p>
      <w:pPr>
        <w:pStyle w:val="ListBullet"/>
      </w:pPr>
      <w:r>
        <w:t>**Reservorio de BVM** (si aplica)</w:t>
      </w:r>
    </w:p>
    <w:p>
      <w:r>
        <w:t>→ Ver: 3.3 – Bolsa-Válvula-Mascarilla (BVM): Material y Uso Seguro</w:t>
      </w:r>
    </w:p>
    <w:p>
      <w:pPr>
        <w:pStyle w:val="ListBullet"/>
      </w:pPr>
      <w:r>
        <w:t>**Válvula PEEP** (si existe en dotación)</w:t>
      </w:r>
    </w:p>
    <w:p>
      <w:r>
        <w:t>→ Ver: 3.3 – Bolsa-Válvula-Mascarilla (BVM): Material y Uso Seguro</w:t>
      </w:r>
    </w:p>
    <w:p>
      <w:pPr>
        <w:pStyle w:val="ListBullet"/>
      </w:pPr>
      <w:r>
        <w:t>**Filtros bacterianos/virales** (si se usan)</w:t>
      </w:r>
    </w:p>
    <w:p>
      <w:r>
        <w:t>→ Ver: 3.3 – Bolsa-Válvula-Mascarilla (BVM): Material y Uso Seguro</w:t>
      </w:r>
    </w:p>
    <w:p>
      <w:pPr>
        <w:pStyle w:val="ListBullet"/>
      </w:pPr>
      <w:r>
        <w:t>**Mascarillas para BVM** (tallas y recambios)</w:t>
      </w:r>
    </w:p>
    <w:p>
      <w:r>
        <w:t>→ Ver: 3.3 – Bolsa-Válvula-Mascarilla (BVM): Material y Uso Seguro</w:t>
      </w:r>
    </w:p>
    <w:p>
      <w:pPr>
        <w:pStyle w:val="ListBullet"/>
      </w:pPr>
      <w:r>
        <w:t>**Cánulas orofaríngeas (Guedel)** (si tu manual las incluye)</w:t>
      </w:r>
    </w:p>
    <w:p>
      <w:r>
        <w:t>→ Ver: 3.4 – Cánulas (OPA/NPA): Uso Seguro Operativo *(pendiente)*</w:t>
      </w:r>
    </w:p>
    <w:p>
      <w:pPr>
        <w:pStyle w:val="ListBullet"/>
      </w:pPr>
      <w:r>
        <w:t>**Cánulas nasofaríngeas** (si tu manual las incluye)</w:t>
      </w:r>
    </w:p>
    <w:p>
      <w:r>
        <w:t>→ Ver: 3.4 – Cánulas (OPA/NPA): Uso Seguro Operativo *(pendiente)*</w:t>
      </w:r>
    </w:p>
    <w:p>
      <w:pPr>
        <w:pStyle w:val="ListBullet"/>
      </w:pPr>
      <w:r>
        <w:t>**Lubricante** (si aplica a NPA y está en dotación)</w:t>
      </w:r>
    </w:p>
    <w:p>
      <w:r>
        <w:t>→ Ver: 3.4 – Cánulas (OPA/NPA): Uso Seguro Operativo *(pendiente)*</w:t>
      </w:r>
    </w:p>
    <w:p>
      <w:r>
        <w:t>────────────────────────────────────────────────────────────</w:t>
      </w:r>
    </w:p>
    <w:p>
      <w:pPr>
        <w:pStyle w:val="Heading2"/>
      </w:pPr>
      <w:r>
        <w:t>3.X.4 Aspiración y gestión de secreciones</w:t>
      </w:r>
    </w:p>
    <w:p>
      <w:pPr>
        <w:pStyle w:val="ListBullet"/>
      </w:pPr>
      <w:r>
        <w:t>**Aspirador portátil eléctrico** / **aspiración integrada** (si aplica)</w:t>
      </w:r>
    </w:p>
    <w:p>
      <w:r>
        <w:t>→ Ver: 3.2 – Aspiración: Material y Uso Seguro</w:t>
      </w:r>
    </w:p>
    <w:p>
      <w:pPr>
        <w:pStyle w:val="ListBullet"/>
      </w:pPr>
      <w:r>
        <w:t>**Frasco recolector** (con tapa y sistema anti-rebose si existe)</w:t>
      </w:r>
    </w:p>
    <w:p>
      <w:r>
        <w:t>→ Ver: 3.2 – Aspiración: Material y Uso Seguro</w:t>
      </w:r>
    </w:p>
    <w:p>
      <w:pPr>
        <w:pStyle w:val="ListBullet"/>
      </w:pPr>
      <w:r>
        <w:t>**Tubuladuras de aspiración**</w:t>
      </w:r>
    </w:p>
    <w:p>
      <w:r>
        <w:t>→ Ver: 3.2 – Aspiración: Material y Uso Seguro</w:t>
      </w:r>
    </w:p>
    <w:p>
      <w:pPr>
        <w:pStyle w:val="ListBullet"/>
      </w:pPr>
      <w:r>
        <w:t>**Regulador/manómetro de vacío** (si lo lleva)</w:t>
      </w:r>
    </w:p>
    <w:p>
      <w:r>
        <w:t>→ Ver: 3.2 – Aspiración: Material y Uso Seguro</w:t>
      </w:r>
    </w:p>
    <w:p>
      <w:pPr>
        <w:pStyle w:val="ListBullet"/>
      </w:pPr>
      <w:r>
        <w:t>**Cánula rígida tipo Yankauer**</w:t>
      </w:r>
    </w:p>
    <w:p>
      <w:r>
        <w:t>→ Ver: 3.2 – Aspiración: Material y Uso Seguro</w:t>
      </w:r>
    </w:p>
    <w:p>
      <w:pPr>
        <w:pStyle w:val="ListBullet"/>
      </w:pPr>
      <w:r>
        <w:t>**Sondas flexibles** (tamaños)</w:t>
      </w:r>
    </w:p>
    <w:p>
      <w:r>
        <w:t>→ Ver: 3.2 – Aspiración: Material y Uso Seguro</w:t>
      </w:r>
    </w:p>
    <w:p>
      <w:pPr>
        <w:pStyle w:val="ListBullet"/>
      </w:pPr>
      <w:r>
        <w:t>**Filtros** (si aplica)</w:t>
      </w:r>
    </w:p>
    <w:p>
      <w:r>
        <w:t>→ Ver: 3.2 – Aspiración: Material y Uso Seguro</w:t>
      </w:r>
    </w:p>
    <w:p>
      <w:pPr>
        <w:pStyle w:val="ListBullet"/>
      </w:pPr>
      <w:r>
        <w:t>**Batería/cargador** y **sistema de fijación**</w:t>
      </w:r>
    </w:p>
    <w:p>
      <w:r>
        <w:t>→ Ver: 3.2 – Aspiración: Material y Uso Seguro</w:t>
      </w:r>
    </w:p>
    <w:p>
      <w:r>
        <w:t>────────────────────────────────────────────────────────────</w:t>
      </w:r>
    </w:p>
    <w:p>
      <w:pPr>
        <w:pStyle w:val="Heading2"/>
      </w:pPr>
      <w:r>
        <w:t>3.X.5 Consumibles y material de soporte (higiene/seguridad)</w:t>
      </w:r>
    </w:p>
    <w:p>
      <w:pPr>
        <w:pStyle w:val="ListBullet"/>
      </w:pPr>
      <w:r>
        <w:t>**Guantes** (diferentes tallas)</w:t>
      </w:r>
    </w:p>
    <w:p>
      <w:pPr>
        <w:pStyle w:val="ListBullet"/>
      </w:pPr>
      <w:r>
        <w:t>**Protección ocular** / pantalla facial (según dotación)</w:t>
      </w:r>
    </w:p>
    <w:p>
      <w:pPr>
        <w:pStyle w:val="ListBullet"/>
      </w:pPr>
      <w:r>
        <w:t>**Mascarillas** (quirúrgica/FFP según protocolo)</w:t>
      </w:r>
    </w:p>
    <w:p>
      <w:pPr>
        <w:pStyle w:val="ListBullet"/>
      </w:pPr>
      <w:r>
        <w:t>**Bolsas de residuos** (biológicos y no biológicos)</w:t>
      </w:r>
    </w:p>
    <w:p>
      <w:pPr>
        <w:pStyle w:val="ListBullet"/>
      </w:pPr>
      <w:r>
        <w:t>**Paños, gasas, toallitas desinfectantes**</w:t>
      </w:r>
    </w:p>
    <w:p>
      <w:pPr>
        <w:pStyle w:val="ListBullet"/>
      </w:pPr>
      <w:r>
        <w:t>**Soluciones de limpieza/desinfección** (según protocolo)</w:t>
      </w:r>
    </w:p>
    <w:p>
      <w:pPr>
        <w:pStyle w:val="ListBullet"/>
      </w:pPr>
      <w:r>
        <w:t>**Contenedor de punzantes** (si procede)</w:t>
      </w:r>
    </w:p>
    <w:p>
      <w:pPr>
        <w:pStyle w:val="ListBullet"/>
      </w:pPr>
      <w:r>
        <w:t>**Mantas** y **manta térmica**</w:t>
      </w:r>
    </w:p>
    <w:p>
      <w:pPr>
        <w:pStyle w:val="ListBullet"/>
      </w:pPr>
      <w:r>
        <w:t>**Tijeras de trauma**</w:t>
      </w:r>
    </w:p>
    <w:p>
      <w:pPr>
        <w:pStyle w:val="ListBullet"/>
      </w:pPr>
      <w:r>
        <w:t>**Cinta adhesiva** (esparadrapo resistente)</w:t>
      </w:r>
    </w:p>
    <w:p>
      <w:pPr>
        <w:pStyle w:val="ListBullet"/>
      </w:pPr>
      <w:r>
        <w:t>**Linterna** / frontal (si aplica al material general del recurso)</w:t>
      </w:r>
    </w:p>
    <w:p>
      <w:r>
        <w:t>────────────────────────────────────────────────────────────</w:t>
      </w:r>
    </w:p>
    <w:p>
      <w:pPr>
        <w:pStyle w:val="Heading2"/>
      </w:pPr>
      <w:r>
        <w:t>3.X.6 Monitorización y accesorios (nivel inventario)</w:t>
      </w:r>
    </w:p>
    <w:p>
      <w:r>
        <w:t>&gt; (Si vas a cubrirlo en Bloque 3 o Bloque 4, aquí queda como mapa.)</w:t>
      </w:r>
    </w:p>
    <w:p>
      <w:pPr>
        <w:pStyle w:val="ListBullet"/>
      </w:pPr>
      <w:r>
        <w:t>**Pulsioxímetro** (y sensores/recambios si existen)</w:t>
      </w:r>
    </w:p>
    <w:p>
      <w:r>
        <w:t>→ Ver: [3.4 o Bloque específico de monitorización] *(pendiente)*</w:t>
      </w:r>
    </w:p>
    <w:p>
      <w:pPr>
        <w:pStyle w:val="ListBullet"/>
      </w:pPr>
      <w:r>
        <w:t>**Tensiómetro** (manual/automático) y manguitos (tallas)</w:t>
      </w:r>
    </w:p>
    <w:p>
      <w:r>
        <w:t>→ Ver: [3.4 o Bloque específico de monitorización] *(pendiente)*</w:t>
      </w:r>
    </w:p>
    <w:p>
      <w:pPr>
        <w:pStyle w:val="ListBullet"/>
      </w:pPr>
      <w:r>
        <w:t>**Termómetro** (si aplica)</w:t>
      </w:r>
    </w:p>
    <w:p>
      <w:r>
        <w:t>→ Ver: [3.4 o Bloque específico de monitorización] *(pendiente)*</w:t>
      </w:r>
    </w:p>
    <w:p>
      <w:pPr>
        <w:pStyle w:val="ListBullet"/>
      </w:pPr>
      <w:r>
        <w:t>**Glucómetro** (si aplica)</w:t>
      </w:r>
    </w:p>
    <w:p>
      <w:r>
        <w:t>→ Ver: [3.4 o Bloque específico de monitorización] *(pendiente)*</w:t>
      </w:r>
    </w:p>
    <w:p>
      <w:pPr>
        <w:pStyle w:val="ListBullet"/>
      </w:pPr>
      <w:r>
        <w:t>**Electrodos** y cables (si aplica)</w:t>
      </w:r>
    </w:p>
    <w:p>
      <w:r>
        <w:t>→ Ver: [3.4 o Bloque específico de monitorización] *(pendiente)*</w:t>
      </w:r>
    </w:p>
    <w:p>
      <w:pPr>
        <w:pStyle w:val="ListBullet"/>
      </w:pPr>
      <w:r>
        <w:t>**Reloj/cronómetro** (control de tiempos operativo)</w:t>
      </w:r>
    </w:p>
    <w:p>
      <w:r>
        <w:t>────────────────────────────────────────────────────────────</w:t>
      </w:r>
    </w:p>
    <w:p>
      <w:pPr>
        <w:pStyle w:val="Heading2"/>
      </w:pPr>
      <w:r>
        <w:t>3.X.7 Transporte del material y organización (logística TES)</w:t>
      </w:r>
    </w:p>
    <w:p>
      <w:pPr>
        <w:pStyle w:val="ListBullet"/>
      </w:pPr>
      <w:r>
        <w:t>**Maletín de vía aérea / oxigenoterapia**</w:t>
      </w:r>
    </w:p>
    <w:p>
      <w:pPr>
        <w:pStyle w:val="ListBullet"/>
      </w:pPr>
      <w:r>
        <w:t>**Mochila de intervención**</w:t>
      </w:r>
    </w:p>
    <w:p>
      <w:pPr>
        <w:pStyle w:val="ListBullet"/>
      </w:pPr>
      <w:r>
        <w:t>**Bolsas de consumibles**</w:t>
      </w:r>
    </w:p>
    <w:p>
      <w:pPr>
        <w:pStyle w:val="ListBullet"/>
      </w:pPr>
      <w:r>
        <w:t>**Sistema de fijación en camilla** (gomas/cintas)</w:t>
      </w:r>
    </w:p>
    <w:p>
      <w:pPr>
        <w:pStyle w:val="ListBullet"/>
      </w:pPr>
      <w:r>
        <w:t>**Etiquetado y control de reposición**</w:t>
      </w:r>
    </w:p>
    <w:p>
      <w:pPr>
        <w:pStyle w:val="ListBullet"/>
      </w:pPr>
      <w:r>
        <w:t>**Check de salida / check post-servicio** (como procedimiento documentable)</w:t>
      </w:r>
    </w:p>
    <w:p>
      <w:r>
        <w:t>→ Ver: 3.5 – Organización del Maletín de Vía Aérea y Chequeo Operativo *(pendiente)*</w:t>
      </w:r>
    </w:p>
    <w:p>
      <w:r>
        <w:t>────────────────────────────────────────────────────────────</w:t>
      </w:r>
    </w:p>
    <w:p>
      <w:pPr>
        <w:pStyle w:val="Heading2"/>
      </w:pPr>
      <w:r>
        <w:t>3.X.8 Nota operativa de integración en el manual</w:t>
      </w:r>
    </w:p>
    <w:p>
      <w:r>
        <w:t>Este inventario debe enlazar a capítulos ya creados:</w:t>
      </w:r>
    </w:p>
    <w:p>
      <w:r>
        <w:t>**Capítulos existentes:**</w:t>
      </w:r>
    </w:p>
    <w:p>
      <w:pPr>
        <w:pStyle w:val="ListBullet"/>
      </w:pPr>
      <w:r>
        <w:t>**3.0 – Oxigenoterapia: Fundamentos Operativos y Seguridad TES** (seguridad, cálculo de botellas, componentes del sistema)</w:t>
      </w:r>
    </w:p>
    <w:p>
      <w:pPr>
        <w:pStyle w:val="ListBullet"/>
      </w:pPr>
      <w:r>
        <w:t>**3.1 – Dispositivos de Oxigenoterapia: Uso Operativo por Dispositivo** (dispositivos de administración)</w:t>
      </w:r>
    </w:p>
    <w:p>
      <w:pPr>
        <w:pStyle w:val="ListBullet"/>
      </w:pPr>
      <w:r>
        <w:t>**3.2 – Aspiración: Material y Uso Seguro** (sistema de aspiración)</w:t>
      </w:r>
    </w:p>
    <w:p>
      <w:pPr>
        <w:pStyle w:val="ListBullet"/>
      </w:pPr>
      <w:r>
        <w:t>**3.3 – Bolsa-Válvula-Mascarilla (BVM): Material y Uso Seguro** (ventilación manual)</w:t>
      </w:r>
    </w:p>
    <w:p>
      <w:r>
        <w:t>**Próximos capítulos recomendados** (para cerrar "vía aérea básica"):</w:t>
      </w:r>
    </w:p>
    <w:p>
      <w:pPr>
        <w:pStyle w:val="ListBullet"/>
      </w:pPr>
      <w:r>
        <w:t>**3.4 – Cánulas (OPA/NPA): Uso Seguro Operativo** *(pendiente)*</w:t>
      </w:r>
    </w:p>
    <w:p>
      <w:r>
        <w:t>→ Ver: 3.4 – Cánulas (OPA/NPA): Uso Seguro Operativo *(pendiente)*</w:t>
      </w:r>
    </w:p>
    <w:p>
      <w:pPr>
        <w:pStyle w:val="ListBullet"/>
      </w:pPr>
      <w:r>
        <w:t>**3.5 – Organización del Maletín de Vía Aérea y Chequeo Operativo** *(pendiente)*</w:t>
      </w:r>
    </w:p>
    <w:p>
      <w:r>
        <w:t>→ Ver: 3.5 – Organización del Maletín de Vía Aérea y Chequeo Operativo *(pendiente)*</w:t>
      </w:r>
    </w:p>
    <w:p>
      <w:r>
        <w:t>**Otros capítulos futuros:**</w:t>
      </w:r>
    </w:p>
    <w:p>
      <w:pPr>
        <w:pStyle w:val="ListBullet"/>
      </w:pPr>
      <w:r>
        <w:t>**3.6 o Bloque 4 – Monitorización: Material y Uso Operativo** *(pendiente)*</w:t>
      </w:r>
    </w:p>
    <w:p>
      <w:r>
        <w:t>────────────────────────────────────────────────────────────</w:t>
      </w:r>
    </w:p>
    <w:p>
      <w:pPr>
        <w:pStyle w:val="Heading2"/>
      </w:pPr>
      <w:r>
        <w:t>NOTA FINAL DE SEGURIDAD</w:t>
      </w:r>
    </w:p>
    <w:p>
      <w:r>
        <w:t>Este inventario es de **uso exclusivo como referencia operativa** y **NO sustituye**:</w:t>
      </w:r>
    </w:p>
    <w:p>
      <w:pPr>
        <w:pStyle w:val="ListBullet"/>
      </w:pPr>
      <w:r>
        <w:t>❌ La formación reglada del profesional</w:t>
      </w:r>
    </w:p>
    <w:p>
      <w:pPr>
        <w:pStyle w:val="ListBullet"/>
      </w:pPr>
      <w:r>
        <w:t>❌ Los protocolos oficiales de la institución</w:t>
      </w:r>
    </w:p>
    <w:p>
      <w:pPr>
        <w:pStyle w:val="ListBullet"/>
      </w:pPr>
      <w:r>
        <w:t>❌ El conocimiento práctico del material disponible en cada servicio</w:t>
      </w:r>
    </w:p>
    <w:p>
      <w:pPr>
        <w:pStyle w:val="ListBullet"/>
      </w:pPr>
      <w:r>
        <w:t>❌ La verificación del material antes de cada uso</w:t>
      </w:r>
    </w:p>
    <w:p>
      <w:r>
        <w:t>**Importante:**</w:t>
      </w:r>
    </w:p>
    <w:p>
      <w:pPr>
        <w:pStyle w:val="ListBullet"/>
      </w:pPr>
      <w:r>
        <w:t>La disponibilidad exacta de material **depende del recurso** (SVB/SVA), empresa/servicio y coordinación con otros intervinientes</w:t>
      </w:r>
    </w:p>
    <w:p>
      <w:pPr>
        <w:pStyle w:val="ListBullet"/>
      </w:pPr>
      <w:r>
        <w:t>**Verificar siempre** el material antes de usar</w:t>
      </w:r>
    </w:p>
    <w:p>
      <w:pPr>
        <w:pStyle w:val="ListBullet"/>
      </w:pPr>
      <w:r>
        <w:t>**Consultar protocolos** específicos del servicio sobre uso de cada dispositivo</w:t>
      </w:r>
    </w:p>
    <w:p>
      <w:pPr>
        <w:pStyle w:val="ListBullet"/>
      </w:pPr>
      <w:r>
        <w:t>Este inventario es una **visión global**, no un listado exhaustivo de todos los modelos disponibles</w:t>
      </w:r>
    </w:p>
    <w:p>
      <w:pPr>
        <w:pStyle w:val="ListBullet"/>
      </w:pPr>
      <w:r>
        <w:t>**Realizar check de salida y post-servicio** según protocolo del servicio</w:t>
      </w:r>
    </w:p>
    <w:p>
      <w:r>
        <w:t>────────────────────────────────────────────────────────────</w:t>
      </w:r>
    </w:p>
    <w:p>
      <w:r>
        <w:t>**Versión:** 1.0</w:t>
      </w:r>
    </w:p>
    <w:p>
      <w:r>
        <w:t>**Última actualización:** 2024-12-13</w:t>
      </w:r>
    </w:p>
    <w:p>
      <w:r>
        <w:t>**Tipo:** Bloque Operativo - Inventario de Material</w:t>
      </w:r>
    </w:p>
    <w:p/>
    <w:p>
      <w:r>
        <w:t>────────────────────────────────────────────────────────────</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