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MANUAL TES DIGITAL</w:t>
      </w:r>
    </w:p>
    <w:p>
      <w:pPr>
        <w:pStyle w:val="Heading1"/>
        <w:jc w:val="center"/>
      </w:pPr>
      <w:r>
        <w:t>04 Material E Inmovilizacion</w:t>
      </w:r>
    </w:p>
    <w:p/>
    <w:p>
      <w:r>
        <w:t>Documento generado automáticamente desde archivos Markdown</w:t>
      </w:r>
    </w:p>
    <w:p>
      <w:r>
        <w:t>Fecha: 2025-12-19</w:t>
      </w:r>
    </w:p>
    <w:p>
      <w:r>
        <w:br w:type="page"/>
      </w:r>
    </w:p>
    <w:p>
      <w:pPr>
        <w:pStyle w:val="Heading1"/>
      </w:pPr>
      <w:r>
        <w:t>ÍNDICE DE CONTENIDOS</w:t>
      </w:r>
    </w:p>
    <w:p/>
    <w:p>
      <w:pPr>
        <w:pStyle w:val="ListNumber"/>
      </w:pPr>
      <w:r>
        <w:t>1. 02. 0. Anatomia Operativa</w:t>
      </w:r>
    </w:p>
    <w:p>
      <w:pPr>
        <w:pStyle w:val="ListNumber"/>
      </w:pPr>
      <w:r>
        <w:t>2. 02. 10. Ferulas</w:t>
      </w:r>
    </w:p>
    <w:p>
      <w:pPr>
        <w:pStyle w:val="ListNumber"/>
      </w:pPr>
      <w:r>
        <w:t>3. 02. 11. Cinturon Pelvico</w:t>
      </w:r>
    </w:p>
    <w:p>
      <w:pPr>
        <w:pStyle w:val="ListNumber"/>
      </w:pPr>
      <w:r>
        <w:t>4. 02. 12. Ferula Traccion</w:t>
      </w:r>
    </w:p>
    <w:p>
      <w:pPr>
        <w:pStyle w:val="ListNumber"/>
      </w:pPr>
      <w:r>
        <w:t>5. 02. 13. Camillas Sillas Evacuacion</w:t>
      </w:r>
    </w:p>
    <w:p>
      <w:pPr>
        <w:pStyle w:val="ListNumber"/>
      </w:pPr>
      <w:r>
        <w:t>6. 02. 2. Inmovilizacion Manual</w:t>
      </w:r>
    </w:p>
    <w:p>
      <w:pPr>
        <w:pStyle w:val="ListNumber"/>
      </w:pPr>
      <w:r>
        <w:t>7. 02. 3. Collarin Cervical</w:t>
      </w:r>
    </w:p>
    <w:p>
      <w:pPr>
        <w:pStyle w:val="ListNumber"/>
      </w:pPr>
      <w:r>
        <w:t>8. 02. 4. Camilla Cuchara</w:t>
      </w:r>
    </w:p>
    <w:p>
      <w:pPr>
        <w:pStyle w:val="ListNumber"/>
      </w:pPr>
      <w:r>
        <w:t>9. 02. 5. Tablero Espinal</w:t>
      </w:r>
    </w:p>
    <w:p>
      <w:pPr>
        <w:pStyle w:val="ListNumber"/>
      </w:pPr>
      <w:r>
        <w:t>10. 02. 6. Colchon Vacio</w:t>
      </w:r>
    </w:p>
    <w:p>
      <w:pPr>
        <w:pStyle w:val="ListNumber"/>
      </w:pPr>
      <w:r>
        <w:t>11. 02. 7. Extricacion Movimientos Bloque</w:t>
      </w:r>
    </w:p>
    <w:p>
      <w:pPr>
        <w:pStyle w:val="ListNumber"/>
      </w:pPr>
      <w:r>
        <w:t>12. 02. 8. Transferencias Movilizacion</w:t>
      </w:r>
    </w:p>
    <w:p>
      <w:pPr>
        <w:pStyle w:val="ListNumber"/>
      </w:pPr>
      <w:r>
        <w:t>13. 02. 9. Errores Criticos</w:t>
      </w:r>
    </w:p>
    <w:p>
      <w:pPr>
        <w:pStyle w:val="ListNumber"/>
      </w:pPr>
      <w:r>
        <w:t>14. 02. X Inventario Material</w:t>
      </w:r>
    </w:p>
    <w:p>
      <w:r>
        <w:br w:type="page"/>
      </w:r>
    </w:p>
    <w:p>
      <w:pPr>
        <w:pStyle w:val="Heading1"/>
      </w:pPr>
      <w:r>
        <w:t>2.0 – Anatomía operativa para inmovilización y movilización (referencias TES)</w:t>
      </w:r>
    </w:p>
    <w:p>
      <w:pPr>
        <w:pStyle w:val="Heading1"/>
      </w:pPr>
      <w:r>
        <w:t>2.0 – Anatomía operativa para inmovilización y movilización (referencias TES)</w:t>
      </w:r>
    </w:p>
    <w:p>
      <w:pPr>
        <w:pStyle w:val="Heading2"/>
      </w:pPr>
      <w:r>
        <w:t>Manual TES Digital – Referencias anatómicas prácticas</w:t>
      </w:r>
    </w:p>
    <w:p>
      <w:r>
        <w:t>**Versión:** 1.0</w:t>
      </w:r>
    </w:p>
    <w:p>
      <w:r>
        <w:t>**Fecha:** 2024-12-13</w:t>
      </w:r>
    </w:p>
    <w:p>
      <w:r>
        <w:t>**Tipo:** Bloque Operativo - Referencia Anatómica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2.0.1 Objetivo operativo</w:t>
      </w:r>
    </w:p>
    <w:p>
      <w:r>
        <w:t>Proporcionar al TES **referencias anatómicas prácticas** necesarias para:</w:t>
      </w:r>
    </w:p>
    <w:p>
      <w:pPr>
        <w:pStyle w:val="ListBullet"/>
      </w:pPr>
      <w:r>
        <w:t>Colocar dispositivos de inmovilización correctamente.</w:t>
      </w:r>
    </w:p>
    <w:p>
      <w:pPr>
        <w:pStyle w:val="ListBullet"/>
      </w:pPr>
      <w:r>
        <w:t>Realizar movilizaciones seguras.</w:t>
      </w:r>
    </w:p>
    <w:p>
      <w:pPr>
        <w:pStyle w:val="ListBullet"/>
      </w:pPr>
      <w:r>
        <w:t>Ejecutar control neurovascular efectivo.</w:t>
      </w:r>
    </w:p>
    <w:p>
      <w:pPr>
        <w:pStyle w:val="ListBullet"/>
      </w:pPr>
      <w:r>
        <w:t>Identificar puntos de presión y zonas de riesgo.</w:t>
      </w:r>
    </w:p>
    <w:p>
      <w:pPr>
        <w:pStyle w:val="ListBullet"/>
      </w:pPr>
      <w:r>
        <w:t>Aplicar técnicas de inmovilización y movilización con precisión.</w:t>
      </w:r>
    </w:p>
    <w:p>
      <w:r>
        <w:t>Este capítulo es una **referencia operativa**, no un tratado de anatomía. Se centra en "qué localizar" y "para qué sirve" en la práctica TES.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2.0.2 Landmarks óseos imprescindibles por regiones</w:t>
      </w:r>
    </w:p>
    <w:p>
      <w:pPr>
        <w:pStyle w:val="Heading3"/>
      </w:pPr>
      <w:r>
        <w:t>Cabeza y cuello</w:t>
      </w:r>
    </w:p>
    <w:p>
      <w:r>
        <w:t>**Occipucio (hueso occipital):**</w:t>
      </w:r>
    </w:p>
    <w:p>
      <w:pPr>
        <w:pStyle w:val="ListBullet"/>
      </w:pPr>
      <w:r>
        <w:t>**Localización:** Parte posterior e inferior del cráneo.</w:t>
      </w:r>
    </w:p>
    <w:p>
      <w:pPr>
        <w:pStyle w:val="ListBullet"/>
      </w:pPr>
      <w:r>
        <w:t>**Para qué sirve:** Punto de apoyo en decúbito supino, zona de riesgo de úlceras por presión con tablero espinal, referencia para inmovilización de cabeza.</w:t>
      </w:r>
    </w:p>
    <w:p>
      <w:r>
        <w:t>**Ángulo de la mandíbula:**</w:t>
      </w:r>
    </w:p>
    <w:p>
      <w:pPr>
        <w:pStyle w:val="ListBullet"/>
      </w:pPr>
      <w:r>
        <w:t>**Localización:** Punto donde la mandíbula forma un ángulo hacia atrás.</w:t>
      </w:r>
    </w:p>
    <w:p>
      <w:pPr>
        <w:pStyle w:val="ListBullet"/>
      </w:pPr>
      <w:r>
        <w:t>**Para qué sirve:** Punto de referencia superior para medir talla de collarín cervical, referencia para colocación de collarín.</w:t>
      </w:r>
    </w:p>
    <w:p>
      <w:r>
        <w:t>**Apófisis mastoides:**</w:t>
      </w:r>
    </w:p>
    <w:p>
      <w:pPr>
        <w:pStyle w:val="ListBullet"/>
      </w:pPr>
      <w:r>
        <w:t>**Localización:** Prominencia ósea detrás de la oreja.</w:t>
      </w:r>
    </w:p>
    <w:p>
      <w:pPr>
        <w:pStyle w:val="ListBullet"/>
      </w:pPr>
      <w:r>
        <w:t>**Para qué sirve:** Referencia para colocación de collarín, evitar compresión durante inmovilización.</w:t>
      </w:r>
    </w:p>
    <w:p>
      <w:r>
        <w:t>**Vértebras cervicales (C1-C7):**</w:t>
      </w:r>
    </w:p>
    <w:p>
      <w:pPr>
        <w:pStyle w:val="ListBullet"/>
      </w:pPr>
      <w:r>
        <w:t>**Localización:** Columna cervical, entre cráneo y tórax.</w:t>
      </w:r>
    </w:p>
    <w:p>
      <w:pPr>
        <w:pStyle w:val="ListBullet"/>
      </w:pPr>
      <w:r>
        <w:t>**Para qué sirve:** Referencia para control cervical manual, colocación de collarín, inmovilización espinal.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Tórax y hombro</w:t>
      </w:r>
    </w:p>
    <w:p>
      <w:r>
        <w:t>**Clavícula:**</w:t>
      </w:r>
    </w:p>
    <w:p>
      <w:pPr>
        <w:pStyle w:val="ListBullet"/>
      </w:pPr>
      <w:r>
        <w:t>**Localización:** Hueso horizontal en la parte superior del tórax, entre esternón y hombro.</w:t>
      </w:r>
    </w:p>
    <w:p>
      <w:pPr>
        <w:pStyle w:val="ListBullet"/>
      </w:pPr>
      <w:r>
        <w:t>**Para qué sirve:** Referencia para colocación de collarín (parte inferior), referencia para inmovilización de hombro, punto de apoyo en decúbito supino.</w:t>
      </w:r>
    </w:p>
    <w:p>
      <w:r>
        <w:t>**Esternón:**</w:t>
      </w:r>
    </w:p>
    <w:p>
      <w:pPr>
        <w:pStyle w:val="ListBullet"/>
      </w:pPr>
      <w:r>
        <w:t>**Localización:** Hueso central del tórax, en la línea media.</w:t>
      </w:r>
    </w:p>
    <w:p>
      <w:pPr>
        <w:pStyle w:val="ListBullet"/>
      </w:pPr>
      <w:r>
        <w:t>**Para qué sirve:** Punto de apoyo inferior para collarín cervical, referencia para colocación de dispositivos torácicos.</w:t>
      </w:r>
    </w:p>
    <w:p>
      <w:r>
        <w:t>**Escápula (omóplato):**</w:t>
      </w:r>
    </w:p>
    <w:p>
      <w:pPr>
        <w:pStyle w:val="ListBullet"/>
      </w:pPr>
      <w:r>
        <w:t>**Localización:** Hueso triangular en la parte posterior del tórax.</w:t>
      </w:r>
    </w:p>
    <w:p>
      <w:pPr>
        <w:pStyle w:val="ListBullet"/>
      </w:pPr>
      <w:r>
        <w:t>**Para qué sirve:** Referencia para inmovilización de hombro, punto de apoyo en decúbito supino (zona de riesgo de úlceras por presión), referencia para colocación de correas.</w:t>
      </w:r>
    </w:p>
    <w:p>
      <w:r>
        <w:t>**Costillas:**</w:t>
      </w:r>
    </w:p>
    <w:p>
      <w:pPr>
        <w:pStyle w:val="ListBullet"/>
      </w:pPr>
      <w:r>
        <w:t>**Localización:** Huesos que forman la caja torácica.</w:t>
      </w:r>
    </w:p>
    <w:p>
      <w:pPr>
        <w:pStyle w:val="ListBullet"/>
      </w:pPr>
      <w:r>
        <w:t>**Para qué sirve:** Referencia para colocación de correas torácicas, identificación de lesiones torácicas, puntos de apoyo.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Miembro superior</w:t>
      </w:r>
    </w:p>
    <w:p>
      <w:r>
        <w:t>**Húmero:**</w:t>
      </w:r>
    </w:p>
    <w:p>
      <w:pPr>
        <w:pStyle w:val="ListBullet"/>
      </w:pPr>
      <w:r>
        <w:t>**Localización:** Hueso del brazo, entre hombro y codo.</w:t>
      </w:r>
    </w:p>
    <w:p>
      <w:pPr>
        <w:pStyle w:val="ListBullet"/>
      </w:pPr>
      <w:r>
        <w:t>**Para qué sirve:** Referencia para inmovilización de brazo, colocación de férulas de brazo, puntos de apoyo.</w:t>
      </w:r>
    </w:p>
    <w:p>
      <w:r>
        <w:t>**Cóndilos del húmero:**</w:t>
      </w:r>
    </w:p>
    <w:p>
      <w:pPr>
        <w:pStyle w:val="ListBullet"/>
      </w:pPr>
      <w:r>
        <w:t>**Localización:** Prominencias óseas en la parte inferior del húmero, en el codo.</w:t>
      </w:r>
    </w:p>
    <w:p>
      <w:pPr>
        <w:pStyle w:val="ListBullet"/>
      </w:pPr>
      <w:r>
        <w:t>**Para qué sirve:** Referencia para inmovilización de codo, puntos de presión que requieren acolchado.</w:t>
      </w:r>
    </w:p>
    <w:p>
      <w:r>
        <w:t>**Cúbito y radio:**</w:t>
      </w:r>
    </w:p>
    <w:p>
      <w:pPr>
        <w:pStyle w:val="ListBullet"/>
      </w:pPr>
      <w:r>
        <w:t>**Localización:** Huesos del antebrazo, entre codo y muñeca.</w:t>
      </w:r>
    </w:p>
    <w:p>
      <w:pPr>
        <w:pStyle w:val="ListBullet"/>
      </w:pPr>
      <w:r>
        <w:t>**Para qué sirve:** Referencia para inmovilización de antebrazo, colocación de férulas de antebrazo.</w:t>
      </w:r>
    </w:p>
    <w:p>
      <w:r>
        <w:t>**Estiloides del radio y cúbito:**</w:t>
      </w:r>
    </w:p>
    <w:p>
      <w:pPr>
        <w:pStyle w:val="ListBullet"/>
      </w:pPr>
      <w:r>
        <w:t>**Localización:** Prominencias óseas en la muñeca.</w:t>
      </w:r>
    </w:p>
    <w:p>
      <w:pPr>
        <w:pStyle w:val="ListBullet"/>
      </w:pPr>
      <w:r>
        <w:t>**Para qué sirve:** Referencia para inmovilización de muñeca, puntos de presión que requieren acolchado.</w:t>
      </w:r>
    </w:p>
    <w:p>
      <w:r>
        <w:t>**Metacarpos y falanges:**</w:t>
      </w:r>
    </w:p>
    <w:p>
      <w:pPr>
        <w:pStyle w:val="ListBullet"/>
      </w:pPr>
      <w:r>
        <w:t>**Localización:** Huesos de la mano y dedos.</w:t>
      </w:r>
    </w:p>
    <w:p>
      <w:pPr>
        <w:pStyle w:val="ListBullet"/>
      </w:pPr>
      <w:r>
        <w:t>**Para qué sirve:** Referencia para inmovilización de dedos, colocación de férulas de dedo.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Pelvis y cadera</w:t>
      </w:r>
    </w:p>
    <w:p>
      <w:r>
        <w:t>**Trocánter mayor (trocánter mayor del fémur):**</w:t>
      </w:r>
    </w:p>
    <w:p>
      <w:pPr>
        <w:pStyle w:val="ListBullet"/>
      </w:pPr>
      <w:r>
        <w:t>**Localización:** Prominencia ósea lateral en la parte superior del fémur, palpable en la cadera (lateral, aproximadamente a la altura de la cresta ilíaca).</w:t>
      </w:r>
    </w:p>
    <w:p>
      <w:pPr>
        <w:pStyle w:val="ListBullet"/>
      </w:pPr>
      <w:r>
        <w:t>**Para qué sirve:** **Referencia clave para colocación de cinturón pélvico (pelvic binder)**, punto de referencia para inmovilización de cadera, punto de presión que requiere acolchado.</w:t>
      </w:r>
    </w:p>
    <w:p>
      <w:pPr>
        <w:pStyle w:val="ListBullet"/>
      </w:pPr>
      <w:r>
        <w:t>**Importancia operativa:** El cinturón pélvico debe colocarse a nivel de los trocánteres mayores para efectividad.</w:t>
      </w:r>
    </w:p>
    <w:p>
      <w:r>
        <w:t>**Cresta ilíaca:**</w:t>
      </w:r>
    </w:p>
    <w:p>
      <w:pPr>
        <w:pStyle w:val="ListBullet"/>
      </w:pPr>
      <w:r>
        <w:t>**Localización:** Borde superior del hueso ilíaco, palpable en la cintura.</w:t>
      </w:r>
    </w:p>
    <w:p>
      <w:pPr>
        <w:pStyle w:val="ListBullet"/>
      </w:pPr>
      <w:r>
        <w:t>**Para qué sirve:** Referencia para colocación de cinturón pélvico, referencia para inmovilización pélvica, punto de apoyo (zona de riesgo de úlceras por presión).</w:t>
      </w:r>
    </w:p>
    <w:p>
      <w:r>
        <w:t>**Sacro:**</w:t>
      </w:r>
    </w:p>
    <w:p>
      <w:pPr>
        <w:pStyle w:val="ListBullet"/>
      </w:pPr>
      <w:r>
        <w:t>**Localización:** Hueso triangular en la parte posterior de la pelvis, entre las crestas ilíacas.</w:t>
      </w:r>
    </w:p>
    <w:p>
      <w:pPr>
        <w:pStyle w:val="ListBullet"/>
      </w:pPr>
      <w:r>
        <w:t>**Para qué sirve:** Zona de riesgo de úlceras por presión en decúbito supino, punto de apoyo con tablero espinal, referencia para inmovilización pélvica.</w:t>
      </w:r>
    </w:p>
    <w:p>
      <w:r>
        <w:t>**Sínfisis púbica:**</w:t>
      </w:r>
    </w:p>
    <w:p>
      <w:pPr>
        <w:pStyle w:val="ListBullet"/>
      </w:pPr>
      <w:r>
        <w:t>**Localización:** Punto de unión anterior de los huesos púbicos, en la línea media inferior del abdomen.</w:t>
      </w:r>
    </w:p>
    <w:p>
      <w:pPr>
        <w:pStyle w:val="ListBullet"/>
      </w:pPr>
      <w:r>
        <w:t>**Para qué sirve:** Referencia para colocación de cinturón pélvico, referencia para inmovilización pélvica.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Miembro inferior</w:t>
      </w:r>
    </w:p>
    <w:p>
      <w:r>
        <w:t>**Fémur:**</w:t>
      </w:r>
    </w:p>
    <w:p>
      <w:pPr>
        <w:pStyle w:val="ListBullet"/>
      </w:pPr>
      <w:r>
        <w:t>**Localización:** Hueso del muslo, entre cadera y rodilla.</w:t>
      </w:r>
    </w:p>
    <w:p>
      <w:pPr>
        <w:pStyle w:val="ListBullet"/>
      </w:pPr>
      <w:r>
        <w:t>**Para qué sirve:** Referencia para inmovilización de muslo, colocación de férulas de tracción femoral, puntos de apoyo.</w:t>
      </w:r>
    </w:p>
    <w:p>
      <w:r>
        <w:t>**Cóndilos del fémur:**</w:t>
      </w:r>
    </w:p>
    <w:p>
      <w:pPr>
        <w:pStyle w:val="ListBullet"/>
      </w:pPr>
      <w:r>
        <w:t>**Localización:** Prominencias óseas en la parte inferior del fémur, en la rodilla.</w:t>
      </w:r>
    </w:p>
    <w:p>
      <w:pPr>
        <w:pStyle w:val="ListBullet"/>
      </w:pPr>
      <w:r>
        <w:t>**Para qué sirve:** Referencia para inmovilización de rodilla, puntos de presión que requieren acolchado (zona de riesgo de úlceras por presión).</w:t>
      </w:r>
    </w:p>
    <w:p>
      <w:r>
        <w:t>**Tibia y peroné:**</w:t>
      </w:r>
    </w:p>
    <w:p>
      <w:pPr>
        <w:pStyle w:val="ListBullet"/>
      </w:pPr>
      <w:r>
        <w:t>**Localización:** Huesos de la pierna, entre rodilla y tobillo.</w:t>
      </w:r>
    </w:p>
    <w:p>
      <w:pPr>
        <w:pStyle w:val="ListBullet"/>
      </w:pPr>
      <w:r>
        <w:t>**Para qué sirve:** Referencia para inmovilización de pierna, colocación de férulas de pierna.</w:t>
      </w:r>
    </w:p>
    <w:p>
      <w:r>
        <w:t>**Maléolos (tibial y peroneo):**</w:t>
      </w:r>
    </w:p>
    <w:p>
      <w:pPr>
        <w:pStyle w:val="ListBullet"/>
      </w:pPr>
      <w:r>
        <w:t>**Localización:** Prominencias óseas a ambos lados del tobillo.</w:t>
      </w:r>
    </w:p>
    <w:p>
      <w:pPr>
        <w:pStyle w:val="ListBullet"/>
      </w:pPr>
      <w:r>
        <w:t>**Para qué sirve:** Referencia para inmovilización de tobillo, puntos de presión que requieren acolchado, referencia para control neurovascular.</w:t>
      </w:r>
    </w:p>
    <w:p>
      <w:r>
        <w:t>**Talon (calcáneo):**</w:t>
      </w:r>
    </w:p>
    <w:p>
      <w:pPr>
        <w:pStyle w:val="ListBullet"/>
      </w:pPr>
      <w:r>
        <w:t>**Localización:** Hueso del talón.</w:t>
      </w:r>
    </w:p>
    <w:p>
      <w:pPr>
        <w:pStyle w:val="ListBullet"/>
      </w:pPr>
      <w:r>
        <w:t>**Para qué sirve:** Zona de riesgo de úlceras por presión en decúbito supino, punto de apoyo con tablero espinal, referencia para inmovilización de pie.</w:t>
      </w:r>
    </w:p>
    <w:p>
      <w:r>
        <w:t>**Metatarsos y falanges:**</w:t>
      </w:r>
    </w:p>
    <w:p>
      <w:pPr>
        <w:pStyle w:val="ListBullet"/>
      </w:pPr>
      <w:r>
        <w:t>**Localización:** Huesos del pie y dedos.</w:t>
      </w:r>
    </w:p>
    <w:p>
      <w:pPr>
        <w:pStyle w:val="ListBullet"/>
      </w:pPr>
      <w:r>
        <w:t>**Para qué sirve:** Referencia para inmovilización de pie, colocación de férulas de pie.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2.0.3 Articulaciones relevantes y concepto de "ejes"</w:t>
      </w:r>
    </w:p>
    <w:p>
      <w:pPr>
        <w:pStyle w:val="Heading3"/>
      </w:pPr>
      <w:r>
        <w:t>Articulaciones clave para inmovilización</w:t>
      </w:r>
    </w:p>
    <w:p>
      <w:r>
        <w:t>**Cervical (C1-C7):**</w:t>
      </w:r>
    </w:p>
    <w:p>
      <w:pPr>
        <w:pStyle w:val="ListBullet"/>
      </w:pPr>
      <w:r>
        <w:t>**Localización:** Entre cráneo y tórax.</w:t>
      </w:r>
    </w:p>
    <w:p>
      <w:pPr>
        <w:pStyle w:val="ListBullet"/>
      </w:pPr>
      <w:r>
        <w:t>**Para qué sirve:** Control de ejes durante inmovilización cervical, referencia para movimientos en bloque, evitar rotaciones y flexiones.</w:t>
      </w:r>
    </w:p>
    <w:p>
      <w:r>
        <w:t>**Hombro:**</w:t>
      </w:r>
    </w:p>
    <w:p>
      <w:pPr>
        <w:pStyle w:val="ListBullet"/>
      </w:pPr>
      <w:r>
        <w:t>**Localización:** Unión entre brazo y tronco.</w:t>
      </w:r>
    </w:p>
    <w:p>
      <w:pPr>
        <w:pStyle w:val="ListBullet"/>
      </w:pPr>
      <w:r>
        <w:t>**Para qué sirve:** Inmovilización de brazo, referencia para cabestrillo, evitar movimientos que agraven lesiones.</w:t>
      </w:r>
    </w:p>
    <w:p>
      <w:r>
        <w:t>**Codo:**</w:t>
      </w:r>
    </w:p>
    <w:p>
      <w:pPr>
        <w:pStyle w:val="ListBullet"/>
      </w:pPr>
      <w:r>
        <w:t>**Localización:** Unión entre brazo y antebrazo.</w:t>
      </w:r>
    </w:p>
    <w:p>
      <w:pPr>
        <w:pStyle w:val="ListBullet"/>
      </w:pPr>
      <w:r>
        <w:t>**Para qué sirve:** Inmovilización de brazo/antebrazo, referencia para férulas, evitar flexión/extensión.</w:t>
      </w:r>
    </w:p>
    <w:p>
      <w:r>
        <w:t>**Muñeca:**</w:t>
      </w:r>
    </w:p>
    <w:p>
      <w:pPr>
        <w:pStyle w:val="ListBullet"/>
      </w:pPr>
      <w:r>
        <w:t>**Localización:** Unión entre antebrazo y mano.</w:t>
      </w:r>
    </w:p>
    <w:p>
      <w:pPr>
        <w:pStyle w:val="ListBullet"/>
      </w:pPr>
      <w:r>
        <w:t>**Para qué sirve:** Inmovilización de antebrazo/muñeca, referencia para férulas, evitar flexión/extensión.</w:t>
      </w:r>
    </w:p>
    <w:p>
      <w:r>
        <w:t>**Cadera:**</w:t>
      </w:r>
    </w:p>
    <w:p>
      <w:pPr>
        <w:pStyle w:val="ListBullet"/>
      </w:pPr>
      <w:r>
        <w:t>**Localización:** Unión entre tronco y muslo.</w:t>
      </w:r>
    </w:p>
    <w:p>
      <w:pPr>
        <w:pStyle w:val="ListBullet"/>
      </w:pPr>
      <w:r>
        <w:t>**Para qué sirve:** Inmovilización de cadera, referencia para movimientos en bloque, evitar rotaciones.</w:t>
      </w:r>
    </w:p>
    <w:p>
      <w:r>
        <w:t>**Rodilla:**</w:t>
      </w:r>
    </w:p>
    <w:p>
      <w:pPr>
        <w:pStyle w:val="ListBullet"/>
      </w:pPr>
      <w:r>
        <w:t>**Localización:** Unión entre muslo y pierna.</w:t>
      </w:r>
    </w:p>
    <w:p>
      <w:pPr>
        <w:pStyle w:val="ListBullet"/>
      </w:pPr>
      <w:r>
        <w:t>**Para qué sirve:** Inmovilización de muslo/pierna, referencia para férulas, evitar flexión/extensión, zona de riesgo de úlceras por presión.</w:t>
      </w:r>
    </w:p>
    <w:p>
      <w:r>
        <w:t>**Tobillo:**</w:t>
      </w:r>
    </w:p>
    <w:p>
      <w:pPr>
        <w:pStyle w:val="ListBullet"/>
      </w:pPr>
      <w:r>
        <w:t>**Localización:** Unión entre pierna y pie.</w:t>
      </w:r>
    </w:p>
    <w:p>
      <w:pPr>
        <w:pStyle w:val="ListBullet"/>
      </w:pPr>
      <w:r>
        <w:t>**Para qué sirve:** Inmovilización de pierna/tobillo, referencia para férulas, evitar flexión/extensión.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Concepto de "ejes" aplicado a férulas y movilización</w:t>
      </w:r>
    </w:p>
    <w:p>
      <w:r>
        <w:t>**Eje cabeza-cuello-tronco:**</w:t>
      </w:r>
    </w:p>
    <w:p>
      <w:pPr>
        <w:pStyle w:val="ListBullet"/>
      </w:pPr>
      <w:r>
        <w:t>**Concepto:** Cabeza, cuello y tronco se mueven como una unidad.</w:t>
      </w:r>
    </w:p>
    <w:p>
      <w:pPr>
        <w:pStyle w:val="ListBullet"/>
      </w:pPr>
      <w:r>
        <w:t>**Aplicación:** Mantener alineación durante inmovilización cervical, movimientos en bloque, extricación.</w:t>
      </w:r>
    </w:p>
    <w:p>
      <w:pPr>
        <w:pStyle w:val="ListBullet"/>
      </w:pPr>
      <w:r>
        <w:t>**Evitar:** Rotaciones cervicales, torsiones del tronco, movimientos independientes.</w:t>
      </w:r>
    </w:p>
    <w:p>
      <w:r>
        <w:t>**Eje de extremidad:**</w:t>
      </w:r>
    </w:p>
    <w:p>
      <w:pPr>
        <w:pStyle w:val="ListBullet"/>
      </w:pPr>
      <w:r>
        <w:t>**Concepto:** Extremidad se mueve como una unidad desde su articulación proximal.</w:t>
      </w:r>
    </w:p>
    <w:p>
      <w:pPr>
        <w:pStyle w:val="ListBullet"/>
      </w:pPr>
      <w:r>
        <w:t>**Aplicación:** Inmovilización de extremidades, férulas que cubren articulaciones adyacentes.</w:t>
      </w:r>
    </w:p>
    <w:p>
      <w:pPr>
        <w:pStyle w:val="ListBullet"/>
      </w:pPr>
      <w:r>
        <w:t>**Evitar:** Movimientos independientes de segmentos, flexión/extensión de articulaciones.</w:t>
      </w:r>
    </w:p>
    <w:p>
      <w:r>
        <w:t>**Principio operativo:**</w:t>
      </w:r>
    </w:p>
    <w:p>
      <w:pPr>
        <w:pStyle w:val="ListBullet"/>
      </w:pPr>
      <w:r>
        <w:t>**Inmovilizar la lesión y las articulaciones adyacentes.**</w:t>
      </w:r>
    </w:p>
    <w:p>
      <w:pPr>
        <w:pStyle w:val="ListBullet"/>
      </w:pPr>
      <w:r>
        <w:t>**Mantener ejes durante movilización.**</w:t>
      </w:r>
    </w:p>
    <w:p>
      <w:pPr>
        <w:pStyle w:val="ListBullet"/>
      </w:pPr>
      <w:r>
        <w:t>**Evitar rotaciones y torsiones.**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2.0.4 Arterias y pulsos palpables para control neurovascular</w:t>
      </w:r>
    </w:p>
    <w:p>
      <w:pPr>
        <w:pStyle w:val="Heading3"/>
      </w:pPr>
      <w:r>
        <w:t>Arterias y pulsos principales</w:t>
      </w:r>
    </w:p>
    <w:p>
      <w:r>
        <w:t>**Carótida:**</w:t>
      </w:r>
    </w:p>
    <w:p>
      <w:pPr>
        <w:pStyle w:val="ListBullet"/>
      </w:pPr>
      <w:r>
        <w:t>**Localización:** En el cuello, a ambos lados de la tráquea, entre laringe y músculo esternocleidomastoideo.</w:t>
      </w:r>
    </w:p>
    <w:p>
      <w:pPr>
        <w:pStyle w:val="ListBullet"/>
      </w:pPr>
      <w:r>
        <w:t>**Palpación:** Con prudencia, presionar suavemente, no masajear, no presionar ambos lados simultáneamente.</w:t>
      </w:r>
    </w:p>
    <w:p>
      <w:pPr>
        <w:pStyle w:val="ListBullet"/>
      </w:pPr>
      <w:r>
        <w:t>**Para qué sirve:** Control de circulación en cabeza/cuello, referencia durante inmovilización cervical.</w:t>
      </w:r>
    </w:p>
    <w:p>
      <w:pPr>
        <w:pStyle w:val="ListBullet"/>
      </w:pPr>
      <w:r>
        <w:t>**Observar:** Pulso (presencia/ausencia, calidad, ritmo), simetría bilateral.</w:t>
      </w:r>
    </w:p>
    <w:p>
      <w:r>
        <w:t>**Femoral:**</w:t>
      </w:r>
    </w:p>
    <w:p>
      <w:pPr>
        <w:pStyle w:val="ListBullet"/>
      </w:pPr>
      <w:r>
        <w:t>**Localización:** En la ingle, en el pliegue inguinal, entre sínfisis púbica y trocánter mayor.</w:t>
      </w:r>
    </w:p>
    <w:p>
      <w:pPr>
        <w:pStyle w:val="ListBullet"/>
      </w:pPr>
      <w:r>
        <w:t>**Palpación:** Presionar suavemente en el pliegue inguinal.</w:t>
      </w:r>
    </w:p>
    <w:p>
      <w:pPr>
        <w:pStyle w:val="ListBullet"/>
      </w:pPr>
      <w:r>
        <w:t>**Para qué sirve:** Control de circulación en miembro inferior, referencia durante inmovilización de cadera/pierna.</w:t>
      </w:r>
    </w:p>
    <w:p>
      <w:pPr>
        <w:pStyle w:val="ListBullet"/>
      </w:pPr>
      <w:r>
        <w:t>**Observar:** Pulso (presencia/ausencia, calidad, ritmo), simetría bilateral.</w:t>
      </w:r>
    </w:p>
    <w:p>
      <w:r>
        <w:t>**Braquial:**</w:t>
      </w:r>
    </w:p>
    <w:p>
      <w:pPr>
        <w:pStyle w:val="ListBullet"/>
      </w:pPr>
      <w:r>
        <w:t>**Localización:** En la parte interna del brazo, entre hombro y codo, en el surco bicipital interno.</w:t>
      </w:r>
    </w:p>
    <w:p>
      <w:pPr>
        <w:pStyle w:val="ListBullet"/>
      </w:pPr>
      <w:r>
        <w:t>**Palpación:** Presionar suavemente en el surco bicipital interno.</w:t>
      </w:r>
    </w:p>
    <w:p>
      <w:pPr>
        <w:pStyle w:val="ListBullet"/>
      </w:pPr>
      <w:r>
        <w:t>**Para qué sirve:** Control de circulación en brazo, referencia durante inmovilización de brazo.</w:t>
      </w:r>
    </w:p>
    <w:p>
      <w:pPr>
        <w:pStyle w:val="ListBullet"/>
      </w:pPr>
      <w:r>
        <w:t>**Observar:** Pulso (presencia/ausencia, calidad, ritmo), simetría bilateral.</w:t>
      </w:r>
    </w:p>
    <w:p>
      <w:r>
        <w:t>**Radial:**</w:t>
      </w:r>
    </w:p>
    <w:p>
      <w:pPr>
        <w:pStyle w:val="ListBullet"/>
      </w:pPr>
      <w:r>
        <w:t>**Localización:** En la muñeca, en el lado del pulgar, sobre el hueso radio.</w:t>
      </w:r>
    </w:p>
    <w:p>
      <w:pPr>
        <w:pStyle w:val="ListBullet"/>
      </w:pPr>
      <w:r>
        <w:t>**Palpación:** Presionar suavemente sobre el radio, en la muñeca.</w:t>
      </w:r>
    </w:p>
    <w:p>
      <w:pPr>
        <w:pStyle w:val="ListBullet"/>
      </w:pPr>
      <w:r>
        <w:t>**Para qué sirve:** Control de circulación en mano/antebrazo, referencia durante inmovilización de antebrazo/muñeca.</w:t>
      </w:r>
    </w:p>
    <w:p>
      <w:pPr>
        <w:pStyle w:val="ListBullet"/>
      </w:pPr>
      <w:r>
        <w:t>**Observar:** Pulso (presencia/ausencia, calidad, ritmo), simetría bilateral.</w:t>
      </w:r>
    </w:p>
    <w:p>
      <w:r>
        <w:t>**Cubital (opcional):**</w:t>
      </w:r>
    </w:p>
    <w:p>
      <w:pPr>
        <w:pStyle w:val="ListBullet"/>
      </w:pPr>
      <w:r>
        <w:t>**Localización:** En la muñeca, en el lado del meñique, sobre el hueso cúbito.</w:t>
      </w:r>
    </w:p>
    <w:p>
      <w:pPr>
        <w:pStyle w:val="ListBullet"/>
      </w:pPr>
      <w:r>
        <w:t>**Palpación:** Presionar suavemente sobre el cúbito, en la muñeca.</w:t>
      </w:r>
    </w:p>
    <w:p>
      <w:pPr>
        <w:pStyle w:val="ListBullet"/>
      </w:pPr>
      <w:r>
        <w:t>**Para qué sirve:** Control de circulación en mano/antebrazo (alternativa al radial), referencia durante inmovilización de antebrazo/muñeca.</w:t>
      </w:r>
    </w:p>
    <w:p>
      <w:pPr>
        <w:pStyle w:val="ListBullet"/>
      </w:pPr>
      <w:r>
        <w:t>**Observar:** Pulso (presencia/ausencia, calidad, ritmo), simetría bilateral.</w:t>
      </w:r>
    </w:p>
    <w:p>
      <w:r>
        <w:t>**Tibial posterior:**</w:t>
      </w:r>
    </w:p>
    <w:p>
      <w:pPr>
        <w:pStyle w:val="ListBullet"/>
      </w:pPr>
      <w:r>
        <w:t>**Localización:** Detrás del maléolo interno (tibial), en el tobillo.</w:t>
      </w:r>
    </w:p>
    <w:p>
      <w:pPr>
        <w:pStyle w:val="ListBullet"/>
      </w:pPr>
      <w:r>
        <w:t>**Palpación:** Presionar suavemente detrás del maléolo interno.</w:t>
      </w:r>
    </w:p>
    <w:p>
      <w:pPr>
        <w:pStyle w:val="ListBullet"/>
      </w:pPr>
      <w:r>
        <w:t>**Para qué sirve:** Control de circulación en pie, referencia durante inmovilización de tobillo/pie.</w:t>
      </w:r>
    </w:p>
    <w:p>
      <w:pPr>
        <w:pStyle w:val="ListBullet"/>
      </w:pPr>
      <w:r>
        <w:t>**Observar:** Pulso (presencia/ausencia, calidad, ritmo), simetría bilateral.</w:t>
      </w:r>
    </w:p>
    <w:p>
      <w:r>
        <w:t>**Pedio (dorsal del pie):**</w:t>
      </w:r>
    </w:p>
    <w:p>
      <w:pPr>
        <w:pStyle w:val="ListBullet"/>
      </w:pPr>
      <w:r>
        <w:t>**Localización:** En el dorso del pie, entre el primer y segundo metatarsiano.</w:t>
      </w:r>
    </w:p>
    <w:p>
      <w:pPr>
        <w:pStyle w:val="ListBullet"/>
      </w:pPr>
      <w:r>
        <w:t>**Palpación:** Presionar suavemente en el dorso del pie.</w:t>
      </w:r>
    </w:p>
    <w:p>
      <w:pPr>
        <w:pStyle w:val="ListBullet"/>
      </w:pPr>
      <w:r>
        <w:t>**Para qué sirve:** Control de circulación en pie, referencia durante inmovilización de pie.</w:t>
      </w:r>
    </w:p>
    <w:p>
      <w:pPr>
        <w:pStyle w:val="ListBullet"/>
      </w:pPr>
      <w:r>
        <w:t>**Observar:** Pulso (presencia/ausencia, calidad, ritmo), simetría bilateral.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Qué observar en control neurovascular</w:t>
      </w:r>
    </w:p>
    <w:p>
      <w:r>
        <w:t>**Pulso:**</w:t>
      </w:r>
    </w:p>
    <w:p>
      <w:pPr>
        <w:pStyle w:val="ListBullet"/>
      </w:pPr>
      <w:r>
        <w:t>**Presencia/ausencia:** ¿Se palpa el pulso?</w:t>
      </w:r>
    </w:p>
    <w:p>
      <w:pPr>
        <w:pStyle w:val="ListBullet"/>
      </w:pPr>
      <w:r>
        <w:t>**Calidad:** ¿Es fuerte, débil, filiforme?</w:t>
      </w:r>
    </w:p>
    <w:p>
      <w:pPr>
        <w:pStyle w:val="ListBullet"/>
      </w:pPr>
      <w:r>
        <w:t>**Ritmo:** ¿Es regular o irregular?</w:t>
      </w:r>
    </w:p>
    <w:p>
      <w:pPr>
        <w:pStyle w:val="ListBullet"/>
      </w:pPr>
      <w:r>
        <w:t>**Simetría:** ¿Es igual en ambos lados?</w:t>
      </w:r>
    </w:p>
    <w:p>
      <w:r>
        <w:t>**Temperatura distal:**</w:t>
      </w:r>
    </w:p>
    <w:p>
      <w:pPr>
        <w:pStyle w:val="ListBullet"/>
      </w:pPr>
      <w:r>
        <w:t>**Tacto:** ¿Está caliente, tibia, fría?</w:t>
      </w:r>
    </w:p>
    <w:p>
      <w:pPr>
        <w:pStyle w:val="ListBullet"/>
      </w:pPr>
      <w:r>
        <w:t>**Simetría:** ¿Es igual en ambos lados?</w:t>
      </w:r>
    </w:p>
    <w:p>
      <w:pPr>
        <w:pStyle w:val="ListBullet"/>
      </w:pPr>
      <w:r>
        <w:t>**Comparación:** Comparar con extremidad contralateral.</w:t>
      </w:r>
    </w:p>
    <w:p>
      <w:r>
        <w:t>**Relleno capilar:**</w:t>
      </w:r>
    </w:p>
    <w:p>
      <w:pPr>
        <w:pStyle w:val="ListBullet"/>
      </w:pPr>
      <w:r>
        <w:t>**Método:** Presionar lecho ungueal o pulpejo, soltar, observar tiempo de relleno.</w:t>
      </w:r>
    </w:p>
    <w:p>
      <w:pPr>
        <w:pStyle w:val="ListBullet"/>
      </w:pPr>
      <w:r>
        <w:t>**Normal:** &lt;2 segundos.</w:t>
      </w:r>
    </w:p>
    <w:p>
      <w:pPr>
        <w:pStyle w:val="ListBullet"/>
      </w:pPr>
      <w:r>
        <w:t>**Alterado:** &gt;2 segundos o ausente.</w:t>
      </w:r>
    </w:p>
    <w:p>
      <w:r>
        <w:t>**Simetría:**</w:t>
      </w:r>
    </w:p>
    <w:p>
      <w:pPr>
        <w:pStyle w:val="ListBullet"/>
      </w:pPr>
      <w:r>
        <w:t>**Comparación:** Comparar extremidad afectada con extremidad contralateral.</w:t>
      </w:r>
    </w:p>
    <w:p>
      <w:pPr>
        <w:pStyle w:val="ListBullet"/>
      </w:pPr>
      <w:r>
        <w:t>**Observar:** Diferencias en pulso, temperatura, relleno capilar, sensibilidad, movilidad.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2.0.5 Venas relevantes en enfoque TES práctico</w:t>
      </w:r>
    </w:p>
    <w:p>
      <w:pPr>
        <w:pStyle w:val="Heading3"/>
      </w:pPr>
      <w:r>
        <w:t>Venas superficiales típicas</w:t>
      </w:r>
    </w:p>
    <w:p>
      <w:r>
        <w:t>**Venas del cuello:**</w:t>
      </w:r>
    </w:p>
    <w:p>
      <w:pPr>
        <w:pStyle w:val="ListBullet"/>
      </w:pPr>
      <w:r>
        <w:t>**Localización:** En el cuello, visibles o palpables (yugulares).</w:t>
      </w:r>
    </w:p>
    <w:p>
      <w:pPr>
        <w:pStyle w:val="ListBullet"/>
      </w:pPr>
      <w:r>
        <w:t>**Para qué sirve:** Identificación de distensión venosa (posible problema circulatorio), referencia durante inmovilización cervical, evitar compresión con collarín.</w:t>
      </w:r>
    </w:p>
    <w:p>
      <w:r>
        <w:t>**Venas del brazo (cefálica, basílica):**</w:t>
      </w:r>
    </w:p>
    <w:p>
      <w:pPr>
        <w:pStyle w:val="ListBullet"/>
      </w:pPr>
      <w:r>
        <w:t>**Localización:** Visibles en la parte anterior del brazo/antebrazo.</w:t>
      </w:r>
    </w:p>
    <w:p>
      <w:pPr>
        <w:pStyle w:val="ListBullet"/>
      </w:pPr>
      <w:r>
        <w:t>**Para qué sirve:** Identificación de sangrado, referencia durante inmovilización de brazo, evitar pinzamientos con correas/férulas.</w:t>
      </w:r>
    </w:p>
    <w:p>
      <w:r>
        <w:t>**Venas de la pierna (safena mayor, safena menor):**</w:t>
      </w:r>
    </w:p>
    <w:p>
      <w:pPr>
        <w:pStyle w:val="ListBullet"/>
      </w:pPr>
      <w:r>
        <w:t>**Localización:** Visibles en la parte interna/externa de la pierna.</w:t>
      </w:r>
    </w:p>
    <w:p>
      <w:pPr>
        <w:pStyle w:val="ListBullet"/>
      </w:pPr>
      <w:r>
        <w:t>**Para qué sirve:** Identificación de sangrado, referencia durante inmovilización de pierna, evitar pinzamientos con correas/férulas.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Por qué importan las venas en enfoque TES</w:t>
      </w:r>
    </w:p>
    <w:p>
      <w:r>
        <w:t>**Identificación de sangrado:**</w:t>
      </w:r>
    </w:p>
    <w:p>
      <w:pPr>
        <w:pStyle w:val="ListBullet"/>
      </w:pPr>
      <w:r>
        <w:t>Las venas superficiales pueden ser fuente de sangrado visible.</w:t>
      </w:r>
    </w:p>
    <w:p>
      <w:pPr>
        <w:pStyle w:val="ListBullet"/>
      </w:pPr>
      <w:r>
        <w:t>Identificar venas ayuda a localizar origen de sangrado.</w:t>
      </w:r>
    </w:p>
    <w:p>
      <w:pPr>
        <w:pStyle w:val="ListBullet"/>
      </w:pPr>
      <w:r>
        <w:t>Control de sangrado durante inmovilización.</w:t>
      </w:r>
    </w:p>
    <w:p>
      <w:r>
        <w:t>**Prevención de pinzamientos:**</w:t>
      </w:r>
    </w:p>
    <w:p>
      <w:pPr>
        <w:pStyle w:val="ListBullet"/>
      </w:pPr>
      <w:r>
        <w:t>Las correas de sujeción pueden comprimir venas superficiales.</w:t>
      </w:r>
    </w:p>
    <w:p>
      <w:pPr>
        <w:pStyle w:val="ListBullet"/>
      </w:pPr>
      <w:r>
        <w:t>Las férulas pueden comprimir venas si no están bien acolchadas.</w:t>
      </w:r>
    </w:p>
    <w:p>
      <w:pPr>
        <w:pStyle w:val="ListBullet"/>
      </w:pPr>
      <w:r>
        <w:t>Evitar pinzamientos previene problemas circulatorios.</w:t>
      </w:r>
    </w:p>
    <w:p>
      <w:r>
        <w:t>**Referencia durante inmovilización:**</w:t>
      </w:r>
    </w:p>
    <w:p>
      <w:pPr>
        <w:pStyle w:val="ListBullet"/>
      </w:pPr>
      <w:r>
        <w:t>Las venas superficiales son referencias anatómicas visibles.</w:t>
      </w:r>
    </w:p>
    <w:p>
      <w:pPr>
        <w:pStyle w:val="ListBullet"/>
      </w:pPr>
      <w:r>
        <w:t>Ayudan a posicionar dispositivos correctamente.</w:t>
      </w:r>
    </w:p>
    <w:p>
      <w:pPr>
        <w:pStyle w:val="ListBullet"/>
      </w:pPr>
      <w:r>
        <w:t>Evitar compresión de venas durante inmovilización.</w:t>
      </w:r>
    </w:p>
    <w:p>
      <w:r>
        <w:t>**Principio operativo:**</w:t>
      </w:r>
    </w:p>
    <w:p>
      <w:pPr>
        <w:pStyle w:val="ListBullet"/>
      </w:pPr>
      <w:r>
        <w:t>**Identificar venas para:** Detectar sangrado, evitar pinzamientos con correas/férulas, referencia durante inmovilización.</w:t>
      </w:r>
    </w:p>
    <w:p>
      <w:pPr>
        <w:pStyle w:val="ListBullet"/>
      </w:pPr>
      <w:r>
        <w:t>**No comprimir venas** con correas o férulas (riesgo de problemas circulatorios).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2.0.6 Nervios periféricos clave para chequeo rápido</w:t>
      </w:r>
    </w:p>
    <w:p>
      <w:pPr>
        <w:pStyle w:val="Heading3"/>
      </w:pPr>
      <w:r>
        <w:t>Nervios del miembro superior</w:t>
      </w:r>
    </w:p>
    <w:p>
      <w:r>
        <w:t>**Nervio mediano:**</w:t>
      </w:r>
    </w:p>
    <w:p>
      <w:pPr>
        <w:pStyle w:val="ListBullet"/>
      </w:pPr>
      <w:r>
        <w:t>**Localización:** Recorre brazo y antebrazo, inerva parte de la mano (pulgar, índice, medio, parte del anular).</w:t>
      </w:r>
    </w:p>
    <w:p>
      <w:pPr>
        <w:pStyle w:val="ListBullet"/>
      </w:pPr>
      <w:r>
        <w:t>**Cómo comprobar (sensibilidad):** Preguntar al paciente sobre sensación en pulgar, índice, medio.</w:t>
      </w:r>
    </w:p>
    <w:p>
      <w:pPr>
        <w:pStyle w:val="ListBullet"/>
      </w:pPr>
      <w:r>
        <w:t>**Cómo comprobar (motricidad):** Pedir al paciente que haga "OK" con pulgar e índice (si está consciente y no hay contraindicación).</w:t>
      </w:r>
    </w:p>
    <w:p>
      <w:pPr>
        <w:pStyle w:val="ListBullet"/>
      </w:pPr>
      <w:r>
        <w:t>**Para qué sirve:** Control neurovascular en lesiones de brazo/antebrazo/muñeca.</w:t>
      </w:r>
    </w:p>
    <w:p>
      <w:r>
        <w:t>**Nervio cubital:**</w:t>
      </w:r>
    </w:p>
    <w:p>
      <w:pPr>
        <w:pStyle w:val="ListBullet"/>
      </w:pPr>
      <w:r>
        <w:t>**Localización:** Recorre brazo y antebrazo, inerva parte de la mano (meñique, anular, parte de la palma).</w:t>
      </w:r>
    </w:p>
    <w:p>
      <w:pPr>
        <w:pStyle w:val="ListBullet"/>
      </w:pPr>
      <w:r>
        <w:t>**Cómo comprobar (sensibilidad):** Preguntar al paciente sobre sensación en meñique, anular.</w:t>
      </w:r>
    </w:p>
    <w:p>
      <w:pPr>
        <w:pStyle w:val="ListBullet"/>
      </w:pPr>
      <w:r>
        <w:t>**Cómo comprobar (motricidad):** Pedir al paciente que separe los dedos (si está consciente y no hay contraindicación).</w:t>
      </w:r>
    </w:p>
    <w:p>
      <w:pPr>
        <w:pStyle w:val="ListBullet"/>
      </w:pPr>
      <w:r>
        <w:t>**Para qué sirve:** Control neurovascular en lesiones de brazo/antebrazo/muñeca.</w:t>
      </w:r>
    </w:p>
    <w:p>
      <w:r>
        <w:t>**Nervio radial:**</w:t>
      </w:r>
    </w:p>
    <w:p>
      <w:pPr>
        <w:pStyle w:val="ListBullet"/>
      </w:pPr>
      <w:r>
        <w:t>**Localización:** Recorre brazo y antebrazo, inerva parte de la mano (dorso de la mano, pulgar).</w:t>
      </w:r>
    </w:p>
    <w:p>
      <w:pPr>
        <w:pStyle w:val="ListBullet"/>
      </w:pPr>
      <w:r>
        <w:t>**Cómo comprobar (sensibilidad):** Preguntar al paciente sobre sensación en dorso de la mano, pulgar.</w:t>
      </w:r>
    </w:p>
    <w:p>
      <w:pPr>
        <w:pStyle w:val="ListBullet"/>
      </w:pPr>
      <w:r>
        <w:t>**Cómo comprobar (motricidad):** Pedir al paciente que extienda muñeca y dedos (si está consciente y no hay contraindicación).</w:t>
      </w:r>
    </w:p>
    <w:p>
      <w:pPr>
        <w:pStyle w:val="ListBullet"/>
      </w:pPr>
      <w:r>
        <w:t>**Para qué sirve:** Control neurovascular en lesiones de brazo/antebrazo.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Nervios del miembro inferior</w:t>
      </w:r>
    </w:p>
    <w:p>
      <w:r>
        <w:t>**Nervio tibial:**</w:t>
      </w:r>
    </w:p>
    <w:p>
      <w:pPr>
        <w:pStyle w:val="ListBullet"/>
      </w:pPr>
      <w:r>
        <w:t>**Localización:** Recorre pierna, inerva parte del pie (planta del pie, dedos).</w:t>
      </w:r>
    </w:p>
    <w:p>
      <w:pPr>
        <w:pStyle w:val="ListBullet"/>
      </w:pPr>
      <w:r>
        <w:t>**Cómo comprobar (sensibilidad):** Preguntar al paciente sobre sensación en planta del pie, dedos.</w:t>
      </w:r>
    </w:p>
    <w:p>
      <w:pPr>
        <w:pStyle w:val="ListBullet"/>
      </w:pPr>
      <w:r>
        <w:t>**Cómo comprobar (motricidad):** Pedir al paciente que flexione dedos del pie (si está consciente y no hay contraindicación).</w:t>
      </w:r>
    </w:p>
    <w:p>
      <w:pPr>
        <w:pStyle w:val="ListBullet"/>
      </w:pPr>
      <w:r>
        <w:t>**Para qué sirve:** Control neurovascular en lesiones de pierna/tobillo/pie.</w:t>
      </w:r>
    </w:p>
    <w:p>
      <w:r>
        <w:t>**Nervio peroneo (fibular):**</w:t>
      </w:r>
    </w:p>
    <w:p>
      <w:pPr>
        <w:pStyle w:val="ListBullet"/>
      </w:pPr>
      <w:r>
        <w:t>**Localización:** Recorre pierna, inerva parte del pie (dorso del pie, dedos).</w:t>
      </w:r>
    </w:p>
    <w:p>
      <w:pPr>
        <w:pStyle w:val="ListBullet"/>
      </w:pPr>
      <w:r>
        <w:t>**Cómo comprobar (sensibilidad):** Preguntar al paciente sobre sensación en dorso del pie, dedos.</w:t>
      </w:r>
    </w:p>
    <w:p>
      <w:pPr>
        <w:pStyle w:val="ListBullet"/>
      </w:pPr>
      <w:r>
        <w:t>**Cómo comprobar (motricidad):** Pedir al paciente que extienda dedos del pie (si está consciente y no hay contraindicación).</w:t>
      </w:r>
    </w:p>
    <w:p>
      <w:pPr>
        <w:pStyle w:val="ListBullet"/>
      </w:pPr>
      <w:r>
        <w:t>**Para qué sirve:** Control neurovascular en lesiones de pierna/tobillo/pie.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Principio operativo de chequeo nervioso</w:t>
      </w:r>
    </w:p>
    <w:p>
      <w:r>
        <w:t>**Chequeo simple y seguro:**</w:t>
      </w:r>
    </w:p>
    <w:p>
      <w:pPr>
        <w:pStyle w:val="ListBullet"/>
      </w:pPr>
      <w:r>
        <w:t>**Sensibilidad:** Preguntar al paciente (si está consciente) sobre sensación, hormigueo, adormecimiento.</w:t>
      </w:r>
    </w:p>
    <w:p>
      <w:pPr>
        <w:pStyle w:val="ListBullet"/>
      </w:pPr>
      <w:r>
        <w:t>**Motricidad:** Pedir movimientos simples (si está consciente y no hay contraindicación).</w:t>
      </w:r>
    </w:p>
    <w:p>
      <w:pPr>
        <w:pStyle w:val="ListBullet"/>
      </w:pPr>
      <w:r>
        <w:t>**No forzar:** No realizar movimientos si hay contraindicación o dolor intenso.</w:t>
      </w:r>
    </w:p>
    <w:p>
      <w:pPr>
        <w:pStyle w:val="ListBullet"/>
      </w:pPr>
      <w:r>
        <w:t>**Documentar:** Registrar hallazgos, comparar con extremidad contralateral si es posible.</w:t>
      </w:r>
    </w:p>
    <w:p>
      <w:r>
        <w:t>**Importante:**</w:t>
      </w:r>
    </w:p>
    <w:p>
      <w:pPr>
        <w:pStyle w:val="ListBullet"/>
      </w:pPr>
      <w:r>
        <w:t>El chequeo nervioso es parte del control neurovascular.</w:t>
      </w:r>
    </w:p>
    <w:p>
      <w:pPr>
        <w:pStyle w:val="ListBullet"/>
      </w:pPr>
      <w:r>
        <w:t>No es diagnóstico, es evaluación funcional.</w:t>
      </w:r>
    </w:p>
    <w:p>
      <w:pPr>
        <w:pStyle w:val="ListBullet"/>
      </w:pPr>
      <w:r>
        <w:t>Comunicar alteraciones al médico.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2.0.7 Zonas de riesgo y puntos de presión con dispositivos</w:t>
      </w:r>
    </w:p>
    <w:p>
      <w:pPr>
        <w:pStyle w:val="Heading3"/>
      </w:pPr>
      <w:r>
        <w:t>Zonas de riesgo en decúbito supino</w:t>
      </w:r>
    </w:p>
    <w:p>
      <w:r>
        <w:t>**Occipucio:**</w:t>
      </w:r>
    </w:p>
    <w:p>
      <w:pPr>
        <w:pStyle w:val="ListBullet"/>
      </w:pPr>
      <w:r>
        <w:t>**Riesgo:** Úlceras por presión con tablero espinal, colchón de vacío.</w:t>
      </w:r>
    </w:p>
    <w:p>
      <w:pPr>
        <w:pStyle w:val="ListBullet"/>
      </w:pPr>
      <w:r>
        <w:t>**Prevención:** Acolchado con espuma, cuñas, mantas.</w:t>
      </w:r>
    </w:p>
    <w:p>
      <w:r>
        <w:t>**Escápulas (omóplatos):**</w:t>
      </w:r>
    </w:p>
    <w:p>
      <w:pPr>
        <w:pStyle w:val="ListBullet"/>
      </w:pPr>
      <w:r>
        <w:t>**Riesgo:** Úlceras por presión con tablero espinal, colchón de vacío.</w:t>
      </w:r>
    </w:p>
    <w:p>
      <w:pPr>
        <w:pStyle w:val="ListBullet"/>
      </w:pPr>
      <w:r>
        <w:t>**Prevención:** Acolchado con espuma, mantas, cambio de posición si es posible.</w:t>
      </w:r>
    </w:p>
    <w:p>
      <w:r>
        <w:t>**Sacro:**</w:t>
      </w:r>
    </w:p>
    <w:p>
      <w:pPr>
        <w:pStyle w:val="ListBullet"/>
      </w:pPr>
      <w:r>
        <w:t>**Riesgo:** Úlceras por presión con tablero espinal, colchón de vacío.</w:t>
      </w:r>
    </w:p>
    <w:p>
      <w:pPr>
        <w:pStyle w:val="ListBullet"/>
      </w:pPr>
      <w:r>
        <w:t>**Prevención:** Acolchado con espuma, mantas, cambio de posición si es posible.</w:t>
      </w:r>
    </w:p>
    <w:p>
      <w:r>
        <w:t>**Crestas ilíacas:**</w:t>
      </w:r>
    </w:p>
    <w:p>
      <w:pPr>
        <w:pStyle w:val="ListBullet"/>
      </w:pPr>
      <w:r>
        <w:t>**Riesgo:** Úlceras por presión con tablero espinal, colchón de vacío, compresión con correas.</w:t>
      </w:r>
    </w:p>
    <w:p>
      <w:pPr>
        <w:pStyle w:val="ListBullet"/>
      </w:pPr>
      <w:r>
        <w:t>**Prevención:** Acolchado con espuma, mantas, correas planas, ajuste correcto.</w:t>
      </w:r>
    </w:p>
    <w:p>
      <w:r>
        <w:t>**Trocánteres mayores:**</w:t>
      </w:r>
    </w:p>
    <w:p>
      <w:pPr>
        <w:pStyle w:val="ListBullet"/>
      </w:pPr>
      <w:r>
        <w:t>**Riesgo:** Úlceras por presión con tablero espinal, colchón de vacío, compresión con cinturón pélvico.</w:t>
      </w:r>
    </w:p>
    <w:p>
      <w:pPr>
        <w:pStyle w:val="ListBullet"/>
      </w:pPr>
      <w:r>
        <w:t>**Prevención:** Acolchado con espuma, mantas, ajuste correcto de cinturón pélvico.</w:t>
      </w:r>
    </w:p>
    <w:p>
      <w:r>
        <w:t>**Rodillas (cóndilos del fémur):**</w:t>
      </w:r>
    </w:p>
    <w:p>
      <w:pPr>
        <w:pStyle w:val="ListBullet"/>
      </w:pPr>
      <w:r>
        <w:t>**Riesgo:** Úlceras por presión con tablero espinal, colchón de vacío, compresión con férulas.</w:t>
      </w:r>
    </w:p>
    <w:p>
      <w:pPr>
        <w:pStyle w:val="ListBullet"/>
      </w:pPr>
      <w:r>
        <w:t>**Prevención:** Acolchado con espuma, mantas, acolchado bajo férulas.</w:t>
      </w:r>
    </w:p>
    <w:p>
      <w:r>
        <w:t>**Maléolos:**</w:t>
      </w:r>
    </w:p>
    <w:p>
      <w:pPr>
        <w:pStyle w:val="ListBullet"/>
      </w:pPr>
      <w:r>
        <w:t>**Riesgo:** Úlceras por presión, compresión con férulas, correas.</w:t>
      </w:r>
    </w:p>
    <w:p>
      <w:pPr>
        <w:pStyle w:val="ListBullet"/>
      </w:pPr>
      <w:r>
        <w:t>**Prevención:** Acolchado con gasas, vendas, espuma, correas planas.</w:t>
      </w:r>
    </w:p>
    <w:p>
      <w:r>
        <w:t>**Talones (calcáneo):**</w:t>
      </w:r>
    </w:p>
    <w:p>
      <w:pPr>
        <w:pStyle w:val="ListBullet"/>
      </w:pPr>
      <w:r>
        <w:t>**Riesgo:** Úlceras por presión con tablero espinal, colchón de vacío.</w:t>
      </w:r>
    </w:p>
    <w:p>
      <w:pPr>
        <w:pStyle w:val="ListBullet"/>
      </w:pPr>
      <w:r>
        <w:t>**Prevención:** Acolchado con espuma, cuñas, elevación de talones si es posible.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Puntos de presión con dispositivos específicos</w:t>
      </w:r>
    </w:p>
    <w:p>
      <w:r>
        <w:t>**Con collarín cervical:**</w:t>
      </w:r>
    </w:p>
    <w:p>
      <w:pPr>
        <w:pStyle w:val="ListBullet"/>
      </w:pPr>
      <w:r>
        <w:t>**Riesgo:** Compresión de mandíbula, pabellones auriculares, vía aérea.</w:t>
      </w:r>
    </w:p>
    <w:p>
      <w:pPr>
        <w:pStyle w:val="ListBullet"/>
      </w:pPr>
      <w:r>
        <w:t>**Prevención:** Colocación correcta, verificación de no compresión, ajuste adecuado.</w:t>
      </w:r>
    </w:p>
    <w:p>
      <w:r>
        <w:t>**Con correas de sujeción:**</w:t>
      </w:r>
    </w:p>
    <w:p>
      <w:pPr>
        <w:pStyle w:val="ListBullet"/>
      </w:pPr>
      <w:r>
        <w:t>**Riesgo:** Compresión de tórax, abdomen, extremidades, venas superficiales.</w:t>
      </w:r>
    </w:p>
    <w:p>
      <w:pPr>
        <w:pStyle w:val="ListBullet"/>
      </w:pPr>
      <w:r>
        <w:t>**Prevención:** Ajuste correcto, verificación de no compresión, correas planas, acolchado si es necesario.</w:t>
      </w:r>
    </w:p>
    <w:p>
      <w:r>
        <w:t>**Con férulas:**</w:t>
      </w:r>
    </w:p>
    <w:p>
      <w:pPr>
        <w:pStyle w:val="ListBullet"/>
      </w:pPr>
      <w:r>
        <w:t>**Riesgo:** Compresión de prominencias óseas, articulaciones, nervios, vasos.</w:t>
      </w:r>
    </w:p>
    <w:p>
      <w:pPr>
        <w:pStyle w:val="ListBullet"/>
      </w:pPr>
      <w:r>
        <w:t>**Prevención:** Acolchado sistemático, ajuste correcto, verificación de control neurovascular.</w:t>
      </w:r>
    </w:p>
    <w:p>
      <w:r>
        <w:t>**Con tablero espinal:**</w:t>
      </w:r>
    </w:p>
    <w:p>
      <w:pPr>
        <w:pStyle w:val="ListBullet"/>
      </w:pPr>
      <w:r>
        <w:t>**Riesgo:** Úlceras por presión en occipucio, escápulas, sacro, crestas ilíacas, trocánteres, rodillas, talones.</w:t>
      </w:r>
    </w:p>
    <w:p>
      <w:pPr>
        <w:pStyle w:val="ListBullet"/>
      </w:pPr>
      <w:r>
        <w:t>**Prevención:** Acolchado sistemático, cambio a colchón de vacío en traslados largos.</w:t>
      </w:r>
    </w:p>
    <w:p>
      <w:r>
        <w:t>**Con cinturón pélvico:**</w:t>
      </w:r>
    </w:p>
    <w:p>
      <w:pPr>
        <w:pStyle w:val="ListBullet"/>
      </w:pPr>
      <w:r>
        <w:t>**Riesgo:** Compresión de crestas ilíacas, trocánteres mayores, abdomen.</w:t>
      </w:r>
    </w:p>
    <w:p>
      <w:pPr>
        <w:pStyle w:val="ListBullet"/>
      </w:pPr>
      <w:r>
        <w:t>**Prevención:** Colocación a nivel de trocánteres mayores, ajuste correcto, verificación de no compresión excesiva.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Prevención operativa</w:t>
      </w:r>
    </w:p>
    <w:p>
      <w:r>
        <w:t>**Acolchado:**</w:t>
      </w:r>
    </w:p>
    <w:p>
      <w:pPr>
        <w:pStyle w:val="ListBullet"/>
      </w:pPr>
      <w:r>
        <w:t>Acolchar todas las prominencias óseas (occipucio, escápulas, sacro, crestas ilíacas, trocánteres, rodillas, maléolos, talones).</w:t>
      </w:r>
    </w:p>
    <w:p>
      <w:pPr>
        <w:pStyle w:val="ListBullet"/>
      </w:pPr>
      <w:r>
        <w:t>Acolchar articulaciones.</w:t>
      </w:r>
    </w:p>
    <w:p>
      <w:pPr>
        <w:pStyle w:val="ListBullet"/>
      </w:pPr>
      <w:r>
        <w:t>Acolchar puntos de contacto de dispositivos.</w:t>
      </w:r>
    </w:p>
    <w:p>
      <w:r>
        <w:t>**Centrado:**</w:t>
      </w:r>
    </w:p>
    <w:p>
      <w:pPr>
        <w:pStyle w:val="ListBullet"/>
      </w:pPr>
      <w:r>
        <w:t>Centrar paciente en dispositivos.</w:t>
      </w:r>
    </w:p>
    <w:p>
      <w:pPr>
        <w:pStyle w:val="ListBullet"/>
      </w:pPr>
      <w:r>
        <w:t>Evitar desalineación que cause presión asimétrica.</w:t>
      </w:r>
    </w:p>
    <w:p>
      <w:pPr>
        <w:pStyle w:val="ListBullet"/>
      </w:pPr>
      <w:r>
        <w:t>Verificar que paciente está bien posicionado.</w:t>
      </w:r>
    </w:p>
    <w:p>
      <w:r>
        <w:t>**Correas planas:**</w:t>
      </w:r>
    </w:p>
    <w:p>
      <w:pPr>
        <w:pStyle w:val="ListBullet"/>
      </w:pPr>
      <w:r>
        <w:t>Usar correas planas (no redondas) para distribuir presión.</w:t>
      </w:r>
    </w:p>
    <w:p>
      <w:pPr>
        <w:pStyle w:val="ListBullet"/>
      </w:pPr>
      <w:r>
        <w:t>Ajustar correas correctamente (firmemente pero sin comprimir).</w:t>
      </w:r>
    </w:p>
    <w:p>
      <w:pPr>
        <w:pStyle w:val="ListBullet"/>
      </w:pPr>
      <w:r>
        <w:t>Verificar que no comprimen vasos, nervios, prominencias óseas.</w:t>
      </w:r>
    </w:p>
    <w:p>
      <w:r>
        <w:t>**Revisión:**</w:t>
      </w:r>
    </w:p>
    <w:p>
      <w:pPr>
        <w:pStyle w:val="ListBullet"/>
      </w:pPr>
      <w:r>
        <w:t>Re-verificar puntos de presión después de movilizaciones.</w:t>
      </w:r>
    </w:p>
    <w:p>
      <w:pPr>
        <w:pStyle w:val="ListBullet"/>
      </w:pPr>
      <w:r>
        <w:t>Re-verificar después de transferencias.</w:t>
      </w:r>
    </w:p>
    <w:p>
      <w:pPr>
        <w:pStyle w:val="ListBullet"/>
      </w:pPr>
      <w:r>
        <w:t>Re-verificar periódicamente durante traslados largos.</w:t>
      </w:r>
    </w:p>
    <w:p>
      <w:pPr>
        <w:pStyle w:val="ListBullet"/>
      </w:pPr>
      <w:r>
        <w:t>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2.0.8 Control neurovascular estandarizado TES (PRE y POST)</w:t>
      </w:r>
    </w:p>
    <w:p>
      <w:pPr>
        <w:pStyle w:val="Heading3"/>
      </w:pPr>
      <w:r>
        <w:t>Secuencia operativa breve</w:t>
      </w:r>
    </w:p>
    <w:p>
      <w:r>
        <w:t>**Control neurovascular PRE (antes de inmovilización/movilización):**</w:t>
      </w:r>
    </w:p>
    <w:p>
      <w:pPr>
        <w:pStyle w:val="ListNumber"/>
      </w:pPr>
      <w:r>
        <w:t>**Pulso distal**</w:t>
      </w:r>
    </w:p>
    <w:p>
      <w:pPr>
        <w:pStyle w:val="ListBullet"/>
      </w:pPr>
      <w:r>
        <w:t>Palpar pulso en extremidad afectada.</w:t>
      </w:r>
    </w:p>
    <w:p>
      <w:pPr>
        <w:pStyle w:val="ListBullet"/>
      </w:pPr>
      <w:r>
        <w:t>Comparar con extremidad contralateral si es posible.</w:t>
      </w:r>
    </w:p>
    <w:p>
      <w:pPr>
        <w:pStyle w:val="ListBullet"/>
      </w:pPr>
      <w:r>
        <w:t>Registrar: presencia/ausencia, calidad, ritmo, simetría.</w:t>
      </w:r>
    </w:p>
    <w:p>
      <w:pPr>
        <w:pStyle w:val="ListNumber"/>
      </w:pPr>
      <w:r>
        <w:t>**Temperatura distal**</w:t>
      </w:r>
    </w:p>
    <w:p>
      <w:pPr>
        <w:pStyle w:val="ListBullet"/>
      </w:pPr>
      <w:r>
        <w:t>Evaluar temperatura de extremidad (tacto).</w:t>
      </w:r>
    </w:p>
    <w:p>
      <w:pPr>
        <w:pStyle w:val="ListBullet"/>
      </w:pPr>
      <w:r>
        <w:t>Comparar con extremidad contralateral.</w:t>
      </w:r>
    </w:p>
    <w:p>
      <w:pPr>
        <w:pStyle w:val="ListBullet"/>
      </w:pPr>
      <w:r>
        <w:t>Registrar: caliente, tibia, fría, simetría.</w:t>
      </w:r>
    </w:p>
    <w:p>
      <w:pPr>
        <w:pStyle w:val="ListNumber"/>
      </w:pPr>
      <w:r>
        <w:t>**Relleno capilar**</w:t>
      </w:r>
    </w:p>
    <w:p>
      <w:pPr>
        <w:pStyle w:val="ListBullet"/>
      </w:pPr>
      <w:r>
        <w:t>Presionar lecho ungueal o pulpejo.</w:t>
      </w:r>
    </w:p>
    <w:p>
      <w:pPr>
        <w:pStyle w:val="ListBullet"/>
      </w:pPr>
      <w:r>
        <w:t>Observar tiempo de relleno.</w:t>
      </w:r>
    </w:p>
    <w:p>
      <w:pPr>
        <w:pStyle w:val="ListBullet"/>
      </w:pPr>
      <w:r>
        <w:t>Registrar: tiempo de relleno (&lt;2 segundos = normal, &gt;2 segundos = alterado).</w:t>
      </w:r>
    </w:p>
    <w:p>
      <w:pPr>
        <w:pStyle w:val="ListNumber"/>
      </w:pPr>
      <w:r>
        <w:t>**Sensibilidad**</w:t>
      </w:r>
    </w:p>
    <w:p>
      <w:pPr>
        <w:pStyle w:val="ListBullet"/>
      </w:pPr>
      <w:r>
        <w:t>Evaluar sensibilidad si es posible (si paciente está consciente).</w:t>
      </w:r>
    </w:p>
    <w:p>
      <w:pPr>
        <w:pStyle w:val="ListBullet"/>
      </w:pPr>
      <w:r>
        <w:t>Preguntar sobre sensación, hormigueo, adormecimiento.</w:t>
      </w:r>
    </w:p>
    <w:p>
      <w:pPr>
        <w:pStyle w:val="ListBullet"/>
      </w:pPr>
      <w:r>
        <w:t>Registrar: normal, alterada, ausente.</w:t>
      </w:r>
    </w:p>
    <w:p>
      <w:pPr>
        <w:pStyle w:val="ListNumber"/>
      </w:pPr>
      <w:r>
        <w:t>**Movilidad**</w:t>
      </w:r>
    </w:p>
    <w:p>
      <w:pPr>
        <w:pStyle w:val="ListBullet"/>
      </w:pPr>
      <w:r>
        <w:t>Evaluar movilidad si es posible (si paciente está consciente y no hay contraindicación).</w:t>
      </w:r>
    </w:p>
    <w:p>
      <w:pPr>
        <w:pStyle w:val="ListBullet"/>
      </w:pPr>
      <w:r>
        <w:t>Preguntar sobre capacidad de mover dedos/extremidad.</w:t>
      </w:r>
    </w:p>
    <w:p>
      <w:pPr>
        <w:pStyle w:val="ListBullet"/>
      </w:pPr>
      <w:r>
        <w:t>Registrar: normal, alterada, ausente.</w:t>
      </w:r>
    </w:p>
    <w:p>
      <w:r>
        <w:t>**Registro:**</w:t>
      </w:r>
    </w:p>
    <w:p>
      <w:pPr>
        <w:pStyle w:val="ListBullet"/>
      </w:pPr>
      <w:r>
        <w:t>Documentar todos los hallazgos PRE.</w:t>
      </w:r>
    </w:p>
    <w:p>
      <w:pPr>
        <w:pStyle w:val="ListBullet"/>
      </w:pPr>
      <w:r>
        <w:t>Usar como referencia para comparación POST.</w:t>
      </w:r>
    </w:p>
    <w:p>
      <w:pPr>
        <w:pStyle w:val="ListBullet"/>
      </w:pPr>
      <w:r>
        <w:t>Comunicar alteraciones al médico.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**Control neurovascular POST (después de inmovilización/movilización):**</w:t>
      </w:r>
    </w:p>
    <w:p>
      <w:pPr>
        <w:pStyle w:val="ListNumber"/>
      </w:pPr>
      <w:r>
        <w:t>**Pulso distal**</w:t>
      </w:r>
    </w:p>
    <w:p>
      <w:pPr>
        <w:pStyle w:val="ListBullet"/>
      </w:pPr>
      <w:r>
        <w:t>Palpar pulso en extremidad afectada.</w:t>
      </w:r>
    </w:p>
    <w:p>
      <w:pPr>
        <w:pStyle w:val="ListBullet"/>
      </w:pPr>
      <w:r>
        <w:t>Comparar con PRE-ferulización/movilización.</w:t>
      </w:r>
    </w:p>
    <w:p>
      <w:pPr>
        <w:pStyle w:val="ListBullet"/>
      </w:pPr>
      <w:r>
        <w:t>**Si pulso ausente o débil: parar, ajustar, re-verificar, comunicar.**</w:t>
      </w:r>
    </w:p>
    <w:p>
      <w:pPr>
        <w:pStyle w:val="ListNumber"/>
      </w:pPr>
      <w:r>
        <w:t>**Temperatura distal**</w:t>
      </w:r>
    </w:p>
    <w:p>
      <w:pPr>
        <w:pStyle w:val="ListBullet"/>
      </w:pPr>
      <w:r>
        <w:t>Evaluar temperatura de extremidad (tacto).</w:t>
      </w:r>
    </w:p>
    <w:p>
      <w:pPr>
        <w:pStyle w:val="ListBullet"/>
      </w:pPr>
      <w:r>
        <w:t>Comparar con PRE-ferulización/movilización.</w:t>
      </w:r>
    </w:p>
    <w:p>
      <w:pPr>
        <w:pStyle w:val="ListBullet"/>
      </w:pPr>
      <w:r>
        <w:t>**Si extremidad fría: parar, ajustar, re-verificar, comunicar.**</w:t>
      </w:r>
    </w:p>
    <w:p>
      <w:pPr>
        <w:pStyle w:val="ListNumber"/>
      </w:pPr>
      <w:r>
        <w:t>**Relleno capilar**</w:t>
      </w:r>
    </w:p>
    <w:p>
      <w:pPr>
        <w:pStyle w:val="ListBullet"/>
      </w:pPr>
      <w:r>
        <w:t>Presionar lecho ungueal o pulpejo.</w:t>
      </w:r>
    </w:p>
    <w:p>
      <w:pPr>
        <w:pStyle w:val="ListBullet"/>
      </w:pPr>
      <w:r>
        <w:t>Observar tiempo de relleno.</w:t>
      </w:r>
    </w:p>
    <w:p>
      <w:pPr>
        <w:pStyle w:val="ListBullet"/>
      </w:pPr>
      <w:r>
        <w:t>Comparar con PRE-ferulización/movilización.</w:t>
      </w:r>
    </w:p>
    <w:p>
      <w:pPr>
        <w:pStyle w:val="ListBullet"/>
      </w:pPr>
      <w:r>
        <w:t>**Si relleno capilar &gt;2 segundos: parar, ajustar, re-verificar, comunicar.**</w:t>
      </w:r>
    </w:p>
    <w:p>
      <w:pPr>
        <w:pStyle w:val="ListNumber"/>
      </w:pPr>
      <w:r>
        <w:t>**Sensibilidad**</w:t>
      </w:r>
    </w:p>
    <w:p>
      <w:pPr>
        <w:pStyle w:val="ListBullet"/>
      </w:pPr>
      <w:r>
        <w:t>Evaluar sensibilidad si es posible.</w:t>
      </w:r>
    </w:p>
    <w:p>
      <w:pPr>
        <w:pStyle w:val="ListBullet"/>
      </w:pPr>
      <w:r>
        <w:t>Comparar con PRE-ferulización/movilización.</w:t>
      </w:r>
    </w:p>
    <w:p>
      <w:pPr>
        <w:pStyle w:val="ListBullet"/>
      </w:pPr>
      <w:r>
        <w:t>**Si hay alteración nueva: parar, ajustar, re-verificar, comunicar.**</w:t>
      </w:r>
    </w:p>
    <w:p>
      <w:pPr>
        <w:pStyle w:val="ListNumber"/>
      </w:pPr>
      <w:r>
        <w:t>**Movilidad**</w:t>
      </w:r>
    </w:p>
    <w:p>
      <w:pPr>
        <w:pStyle w:val="ListBullet"/>
      </w:pPr>
      <w:r>
        <w:t>Evaluar movilidad si es posible.</w:t>
      </w:r>
    </w:p>
    <w:p>
      <w:pPr>
        <w:pStyle w:val="ListBullet"/>
      </w:pPr>
      <w:r>
        <w:t>Comparar con PRE-ferulización/movilización.</w:t>
      </w:r>
    </w:p>
    <w:p>
      <w:pPr>
        <w:pStyle w:val="ListBullet"/>
      </w:pPr>
      <w:r>
        <w:t>**Si hay alteración nueva: parar, ajustar, re-verificar, comunicar.**</w:t>
      </w:r>
    </w:p>
    <w:p>
      <w:r>
        <w:t>**Registro:**</w:t>
      </w:r>
    </w:p>
    <w:p>
      <w:pPr>
        <w:pStyle w:val="ListBullet"/>
      </w:pPr>
      <w:r>
        <w:t>Documentar todos los hallazgos POST.</w:t>
      </w:r>
    </w:p>
    <w:p>
      <w:pPr>
        <w:pStyle w:val="ListBullet"/>
      </w:pPr>
      <w:r>
        <w:t>Comparar con PRE-ferulización/movilización.</w:t>
      </w:r>
    </w:p>
    <w:p>
      <w:pPr>
        <w:pStyle w:val="ListBullet"/>
      </w:pPr>
      <w:r>
        <w:t>Comunicar alteraciones al médico inmediatamente.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Cuándo repetir control neurovascular</w:t>
      </w:r>
    </w:p>
    <w:p>
      <w:r>
        <w:t>**Repetir control neurovascular:**</w:t>
      </w:r>
    </w:p>
    <w:p>
      <w:pPr>
        <w:pStyle w:val="ListBullet"/>
      </w:pPr>
      <w:r>
        <w:t>**Después de aplicar férula** (cualquier tipo).</w:t>
      </w:r>
    </w:p>
    <w:p>
      <w:pPr>
        <w:pStyle w:val="ListBullet"/>
      </w:pPr>
      <w:r>
        <w:t>**Después de aplicar cinturón pélvico (binder).**</w:t>
      </w:r>
    </w:p>
    <w:p>
      <w:pPr>
        <w:pStyle w:val="ListBullet"/>
      </w:pPr>
      <w:r>
        <w:t>**Después de aplicar férula de tracción.**</w:t>
      </w:r>
    </w:p>
    <w:p>
      <w:pPr>
        <w:pStyle w:val="ListBullet"/>
      </w:pPr>
      <w:r>
        <w:t>**Después de cada transferencia** (extricación, movilización, cambio de dispositivo).</w:t>
      </w:r>
    </w:p>
    <w:p>
      <w:pPr>
        <w:pStyle w:val="ListBullet"/>
      </w:pPr>
      <w:r>
        <w:t>**Después de ajustar férulas o dispositivos.**</w:t>
      </w:r>
    </w:p>
    <w:p>
      <w:pPr>
        <w:pStyle w:val="ListBullet"/>
      </w:pPr>
      <w:r>
        <w:t>**Si el paciente refiere dolor intenso que aumenta.**</w:t>
      </w:r>
    </w:p>
    <w:p>
      <w:pPr>
        <w:pStyle w:val="ListBullet"/>
      </w:pPr>
      <w:r>
        <w:t>**Si hay signos de alteración** (extremidad fría, pulso débil, etc.).</w:t>
      </w:r>
    </w:p>
    <w:p>
      <w:pPr>
        <w:pStyle w:val="ListBullet"/>
      </w:pPr>
      <w:r>
        <w:t>**Periódicamente durante traslados largos** (cada 15-30 minutos aproximadamente).</w:t>
      </w:r>
    </w:p>
    <w:p>
      <w:r>
        <w:t>**Principio:**</w:t>
      </w:r>
    </w:p>
    <w:p>
      <w:pPr>
        <w:pStyle w:val="ListBullet"/>
      </w:pPr>
      <w:r>
        <w:t>**Control neurovascular es dinámico, no estático.**</w:t>
      </w:r>
    </w:p>
    <w:p>
      <w:pPr>
        <w:pStyle w:val="ListBullet"/>
      </w:pPr>
      <w:r>
        <w:t>**Re-verificar después de cualquier intervención o movimiento.**</w:t>
      </w:r>
    </w:p>
    <w:p>
      <w:pPr>
        <w:pStyle w:val="ListBullet"/>
      </w:pPr>
      <w:r>
        <w:t>**Si hay alteración: parar, ajustar, re-verificar, comunicar.**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2.0.9 Puntos clave TES</w:t>
      </w:r>
    </w:p>
    <w:p>
      <w:pPr>
        <w:pStyle w:val="ListBullet"/>
      </w:pPr>
      <w:r>
        <w:t>**Landmarks óseos son referencias prácticas** para colocar dispositivos y realizar movilizaciones (trocánter mayor = referencia clave para cinturón pélvico).</w:t>
      </w:r>
    </w:p>
    <w:p>
      <w:pPr>
        <w:pStyle w:val="ListBullet"/>
      </w:pPr>
      <w:r>
        <w:t>**Articulaciones adyacentes deben inmovilizarse** junto con la lesión (mantener ejes, evitar rotaciones y torsiones).</w:t>
      </w:r>
    </w:p>
    <w:p>
      <w:pPr>
        <w:pStyle w:val="ListBullet"/>
      </w:pPr>
      <w:r>
        <w:t>**Pulsos palpables son esenciales** para control neurovascular (carótida con prudencia, femoral, braquial, radial, cubital opcional, tibial posterior, pedio).</w:t>
      </w:r>
    </w:p>
    <w:p>
      <w:pPr>
        <w:pStyle w:val="ListBullet"/>
      </w:pPr>
      <w:r>
        <w:t>**Control neurovascular PRE y POST es obligatorio** para todas las inmovilizaciones y movilizaciones.</w:t>
      </w:r>
    </w:p>
    <w:p>
      <w:pPr>
        <w:pStyle w:val="ListBullet"/>
      </w:pPr>
      <w:r>
        <w:t>**Si hay alteración POST: parar, ajustar, re-verificar, comunicar** (no continuar si hay alteración neurovascular).</w:t>
      </w:r>
    </w:p>
    <w:p>
      <w:pPr>
        <w:pStyle w:val="ListBullet"/>
      </w:pPr>
      <w:r>
        <w:t>**Acolchar sistemáticamente** todas las prominencias óseas y puntos de presión (occipucio, escápulas, sacro, crestas ilíacas, trocánteres, rodillas, maléolos, talones).</w:t>
      </w:r>
    </w:p>
    <w:p>
      <w:pPr>
        <w:pStyle w:val="ListBullet"/>
      </w:pPr>
      <w:r>
        <w:t>**Re-verificar control neurovascular** después de férulas, binder, tracción, extricación, transferencias y ajustes de dispositivos.</w:t>
      </w:r>
    </w:p>
    <w:p>
      <w:pPr>
        <w:pStyle w:val="ListBullet"/>
      </w:pPr>
      <w:r>
        <w:t>**Zonas de riesgo requieren prevención** (acolchado, centrado, correas planas, revisión periódica).</w:t>
      </w:r>
    </w:p>
    <w:p>
      <w:pPr>
        <w:pStyle w:val="ListBullet"/>
      </w:pPr>
      <w:r>
        <w:t>**Nervios periféricos se comprueban** de forma simple y segura (preguntar al paciente, movimientos simples si no hay contraindicación).</w:t>
      </w:r>
    </w:p>
    <w:p>
      <w:pPr>
        <w:pStyle w:val="ListBullet"/>
      </w:pPr>
      <w:r>
        <w:t>**Venas superficiales se identifican** para detectar sangrado y evitar pinzamientos con correas/férulas.</w:t>
      </w:r>
    </w:p>
    <w:p>
      <w:pPr>
        <w:pStyle w:val="ListBullet"/>
      </w:pPr>
      <w:r>
        <w:t>**Control neurovascular es dinámico** (repetir después de cada intervención o movimiento).</w:t>
      </w:r>
    </w:p>
    <w:p>
      <w:pPr>
        <w:pStyle w:val="ListBullet"/>
      </w:pPr>
      <w:r>
        <w:t>**Documentar control neurovascular PRE y POST** (comunicar alteraciones al médico inmediatamente).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2.0.10 Cierre del capítulo</w:t>
      </w:r>
    </w:p>
    <w:p>
      <w:r>
        <w:t>Este capítulo se integra con:</w:t>
      </w:r>
    </w:p>
    <w:p>
      <w:pPr>
        <w:pStyle w:val="ListBullet"/>
      </w:pPr>
      <w:r>
        <w:t>**2.7 – Extricación y Movimientos en Bloque** (referencias anatómicas para movilización segura)</w:t>
      </w:r>
    </w:p>
    <w:p>
      <w:pPr>
        <w:pStyle w:val="ListBullet"/>
      </w:pPr>
      <w:r>
        <w:t>**2.8 – Transferencias y Movilización del Paciente** (referencias anatómicas para transferencias seguras)</w:t>
      </w:r>
    </w:p>
    <w:p>
      <w:pPr>
        <w:pStyle w:val="ListBullet"/>
      </w:pPr>
      <w:r>
        <w:t>**2.9 – Errores Críticos y Prevención** *(pendiente)*</w:t>
      </w:r>
    </w:p>
    <w:p>
      <w:pPr>
        <w:pStyle w:val="ListBullet"/>
      </w:pPr>
      <w:r>
        <w:t>**2.10 – Férulas: Familias, Selección y Uso Operativo** (referencias anatómicas para aplicación de férulas)</w:t>
      </w:r>
    </w:p>
    <w:p>
      <w:pPr>
        <w:pStyle w:val="ListBullet"/>
      </w:pPr>
      <w:r>
        <w:t>**2.11 – Cinturón Pélvico: Colocación, Ajuste y Errores Críticos** *(pendiente)* (trocánter mayor = referencia clave)</w:t>
      </w:r>
    </w:p>
    <w:p>
      <w:pPr>
        <w:pStyle w:val="ListBullet"/>
      </w:pPr>
      <w:r>
        <w:t>**2.12 – Férula de Tracción: Colocación Paso a Paso y Errores Críticos** *(pendiente)* (referencias anatómicas para tracción)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capítulo es de **uso exclusivo como referencia operativa**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conocimiento anatómico profundo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Este capítulo es una **referencia práctica**, no un tratado de anatomía</w:t>
      </w:r>
    </w:p>
    <w:p>
      <w:pPr>
        <w:pStyle w:val="ListBullet"/>
      </w:pPr>
      <w:r>
        <w:t>Se centra en **"qué localizar" y "para qué sirve"** en la práctica TES</w:t>
      </w:r>
    </w:p>
    <w:p>
      <w:pPr>
        <w:pStyle w:val="ListBullet"/>
      </w:pPr>
      <w:r>
        <w:t>El **control neurovascular PRE y POST es obligatorio** para todas las inmovilizaciones y movilizaciones</w:t>
      </w:r>
    </w:p>
    <w:p>
      <w:pPr>
        <w:pStyle w:val="ListBullet"/>
      </w:pPr>
      <w:r>
        <w:t>**Si hay alteración POST: parar, ajustar, re-verificar, comunicar**</w:t>
      </w:r>
    </w:p>
    <w:p>
      <w:r>
        <w:t>**Principios No Negociables:**</w:t>
      </w:r>
    </w:p>
    <w:p>
      <w:pPr>
        <w:pStyle w:val="ListBullet"/>
      </w:pPr>
      <w:r>
        <w:t>**NUNCA omitir** control neurovascular PRE</w:t>
      </w:r>
    </w:p>
    <w:p>
      <w:pPr>
        <w:pStyle w:val="ListBullet"/>
      </w:pPr>
      <w:r>
        <w:t>**NUNCA finalizar** sin control neurovascular POST</w:t>
      </w:r>
    </w:p>
    <w:p>
      <w:pPr>
        <w:pStyle w:val="ListBullet"/>
      </w:pPr>
      <w:r>
        <w:t>**NUNCA continuar** si hay alteración neurovascular sin ajustar</w:t>
      </w:r>
    </w:p>
    <w:p>
      <w:pPr>
        <w:pStyle w:val="ListBullet"/>
      </w:pPr>
      <w:r>
        <w:t>**SIEMPRE acolchar** prominencias óseas y puntos de presión</w:t>
      </w:r>
    </w:p>
    <w:p>
      <w:pPr>
        <w:pStyle w:val="ListBullet"/>
      </w:pPr>
      <w:r>
        <w:t>**SIEMPRE re-verificar** después de movilizaciones y transferencias</w:t>
      </w:r>
    </w:p>
    <w:p>
      <w:pPr>
        <w:pStyle w:val="ListBullet"/>
      </w:pPr>
      <w:r>
        <w:t>**SIEMPRE documentar** control neurovascular PRE y POST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Referencia Anatómica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2.10 – Férulas: familias, selección y uso operativo (manual global)</w:t>
      </w:r>
    </w:p>
    <w:p>
      <w:pPr>
        <w:pStyle w:val="Heading1"/>
      </w:pPr>
      <w:r>
        <w:t>2.10 – Férulas: familias, selección y uso operativo (manual global)</w:t>
      </w:r>
    </w:p>
    <w:p>
      <w:pPr>
        <w:pStyle w:val="Heading2"/>
      </w:pPr>
      <w:r>
        <w:t>Manual TES Digital – Inmovilización de extremidades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2.10.1 Objetivo operativo</w:t>
      </w:r>
    </w:p>
    <w:p>
      <w:r>
        <w:t>Proporcionar al TES los conocimientos operativos para **seleccionar, aplicar y verificar** férulas de diferentes familias, manteniendo **inmovilización efectiva** de extremidades, **prevención de daño secundario**, **control neurovascular** y **integración** con técnicas de extricación y transferencia.</w:t>
      </w:r>
    </w:p>
    <w:p>
      <w:r>
        <w:t>Este capítulo es un **manual global** que abarca todas las familias de férulas, no un procedimiento de un modelo específico.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2.10.2 Indicaciones</w:t>
      </w:r>
    </w:p>
    <w:p>
      <w:r>
        <w:t>Se aplican férulas cuando:</w:t>
      </w:r>
    </w:p>
    <w:p>
      <w:pPr>
        <w:pStyle w:val="ListBullet"/>
      </w:pPr>
      <w:r>
        <w:t>Hay **sospecha de fractura** o lesión ósea.</w:t>
      </w:r>
    </w:p>
    <w:p>
      <w:pPr>
        <w:pStyle w:val="ListBullet"/>
      </w:pPr>
      <w:r>
        <w:t>Hay **lesión articular** (luxación, esguince grave).</w:t>
      </w:r>
    </w:p>
    <w:p>
      <w:pPr>
        <w:pStyle w:val="ListBullet"/>
      </w:pPr>
      <w:r>
        <w:t>Hay **dolor intenso** que limita movilidad.</w:t>
      </w:r>
    </w:p>
    <w:p>
      <w:pPr>
        <w:pStyle w:val="ListBullet"/>
      </w:pPr>
      <w:r>
        <w:t>Hay **deformidad** visible o palpable.</w:t>
      </w:r>
    </w:p>
    <w:p>
      <w:pPr>
        <w:pStyle w:val="ListBullet"/>
      </w:pPr>
      <w:r>
        <w:t>Hay **mecanismo lesional** compatible con fractura.</w:t>
      </w:r>
    </w:p>
    <w:p>
      <w:pPr>
        <w:pStyle w:val="ListBullet"/>
      </w:pPr>
      <w:r>
        <w:t>Es necesario **inmovilizar** para extricación o traslado seguro.</w:t>
      </w:r>
    </w:p>
    <w:p>
      <w:r>
        <w:t>**Consideraciones:**</w:t>
      </w:r>
    </w:p>
    <w:p>
      <w:pPr>
        <w:pStyle w:val="ListBullet"/>
      </w:pPr>
      <w:r>
        <w:t>La decisión de inmovilizar corresponde al criterio médico.</w:t>
      </w:r>
    </w:p>
    <w:p>
      <w:pPr>
        <w:pStyle w:val="ListBullet"/>
      </w:pPr>
      <w:r>
        <w:t>El TES aplica la férula según indicación y protocolo.</w:t>
      </w:r>
    </w:p>
    <w:p>
      <w:pPr>
        <w:pStyle w:val="ListBullet"/>
      </w:pPr>
      <w:r>
        <w:t>El objetivo es **prevenir daño secundario** durante movilización y traslado.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2.10.3 Clasificación global de férulas por familias</w:t>
      </w:r>
    </w:p>
    <w:p>
      <w:pPr>
        <w:pStyle w:val="Heading3"/>
      </w:pPr>
      <w:r>
        <w:t>A) Férulas rígidas preformadas</w:t>
      </w:r>
    </w:p>
    <w:p>
      <w:r>
        <w:t>**Características:**</w:t>
      </w:r>
    </w:p>
    <w:p>
      <w:pPr>
        <w:pStyle w:val="ListBullet"/>
      </w:pPr>
      <w:r>
        <w:t>Material: plástico, composite, valvas comerciales.</w:t>
      </w:r>
    </w:p>
    <w:p>
      <w:pPr>
        <w:pStyle w:val="ListBullet"/>
      </w:pPr>
      <w:r>
        <w:t>Forma: preformada según región anatómica.</w:t>
      </w:r>
    </w:p>
    <w:p>
      <w:pPr>
        <w:pStyle w:val="ListBullet"/>
      </w:pPr>
      <w:r>
        <w:t>Ventajas: rápida aplicación, estable, reutilizable.</w:t>
      </w:r>
    </w:p>
    <w:p>
      <w:pPr>
        <w:pStyle w:val="ListBullet"/>
      </w:pPr>
      <w:r>
        <w:t>Limitaciones: menos adaptable, requiere talla correcta.</w:t>
      </w:r>
    </w:p>
    <w:p>
      <w:r>
        <w:t>**Modelos comunes:**</w:t>
      </w:r>
    </w:p>
    <w:p>
      <w:pPr>
        <w:pStyle w:val="ListBullet"/>
      </w:pPr>
      <w:r>
        <w:t>Férulas de antebrazo (valvas).</w:t>
      </w:r>
    </w:p>
    <w:p>
      <w:pPr>
        <w:pStyle w:val="ListBullet"/>
      </w:pPr>
      <w:r>
        <w:t>Férulas de brazo (valvas).</w:t>
      </w:r>
    </w:p>
    <w:p>
      <w:pPr>
        <w:pStyle w:val="ListBullet"/>
      </w:pPr>
      <w:r>
        <w:t>Férulas de pierna (valvas).</w:t>
      </w:r>
    </w:p>
    <w:p>
      <w:pPr>
        <w:pStyle w:val="ListBullet"/>
      </w:pPr>
      <w:r>
        <w:t>Férulas de tobillo (valvas).</w:t>
      </w:r>
    </w:p>
    <w:p>
      <w:r>
        <w:t>**Uso típico:**</w:t>
      </w:r>
    </w:p>
    <w:p>
      <w:pPr>
        <w:pStyle w:val="ListBullet"/>
      </w:pPr>
      <w:r>
        <w:t>Fracturas de extremidades.</w:t>
      </w:r>
    </w:p>
    <w:p>
      <w:pPr>
        <w:pStyle w:val="ListBullet"/>
      </w:pPr>
      <w:r>
        <w:t>Lesiones articulares.</w:t>
      </w:r>
    </w:p>
    <w:p>
      <w:pPr>
        <w:pStyle w:val="ListBullet"/>
      </w:pPr>
      <w:r>
        <w:t>Inmovilización rápida y estándar.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B) Férulas moldeables tipo SAM y equivalentes</w:t>
      </w:r>
    </w:p>
    <w:p>
      <w:r>
        <w:t>**Características:**</w:t>
      </w:r>
    </w:p>
    <w:p>
      <w:pPr>
        <w:pStyle w:val="ListBullet"/>
      </w:pPr>
      <w:r>
        <w:t>Material: aluminio-espuma u otros materiales moldeables.</w:t>
      </w:r>
    </w:p>
    <w:p>
      <w:pPr>
        <w:pStyle w:val="ListBullet"/>
      </w:pPr>
      <w:r>
        <w:t>Forma: adaptable a la anatomía del paciente.</w:t>
      </w:r>
    </w:p>
    <w:p>
      <w:pPr>
        <w:pStyle w:val="ListBullet"/>
      </w:pPr>
      <w:r>
        <w:t>Ventajas: muy adaptable, personalizada, estable.</w:t>
      </w:r>
    </w:p>
    <w:p>
      <w:pPr>
        <w:pStyle w:val="ListBullet"/>
      </w:pPr>
      <w:r>
        <w:t>Limitaciones: requiere tiempo de moldeado, puede requerir acolchado.</w:t>
      </w:r>
    </w:p>
    <w:p>
      <w:r>
        <w:t>**Modelos comunes:**</w:t>
      </w:r>
    </w:p>
    <w:p>
      <w:pPr>
        <w:pStyle w:val="ListBullet"/>
      </w:pPr>
      <w:r>
        <w:t>Férula SAM (Splint, Aluminum, Malleable).</w:t>
      </w:r>
    </w:p>
    <w:p>
      <w:pPr>
        <w:pStyle w:val="ListBullet"/>
      </w:pPr>
      <w:r>
        <w:t>Férulas moldeables de aluminio.</w:t>
      </w:r>
    </w:p>
    <w:p>
      <w:pPr>
        <w:pStyle w:val="ListBullet"/>
      </w:pPr>
      <w:r>
        <w:t>Férulas moldeables de composite.</w:t>
      </w:r>
    </w:p>
    <w:p>
      <w:r>
        <w:t>**Uso típico:**</w:t>
      </w:r>
    </w:p>
    <w:p>
      <w:pPr>
        <w:pStyle w:val="ListBullet"/>
      </w:pPr>
      <w:r>
        <w:t>Fracturas que requieren adaptación personalizada.</w:t>
      </w:r>
    </w:p>
    <w:p>
      <w:pPr>
        <w:pStyle w:val="ListBullet"/>
      </w:pPr>
      <w:r>
        <w:t>Deformidades o anatomía no estándar.</w:t>
      </w:r>
    </w:p>
    <w:p>
      <w:pPr>
        <w:pStyle w:val="ListBullet"/>
      </w:pPr>
      <w:r>
        <w:t>Inmovilización de calidad cuando hay tiempo.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C) Férulas escalera / alambre (Kramer y equivalentes)</w:t>
      </w:r>
    </w:p>
    <w:p>
      <w:r>
        <w:t>**Características:**</w:t>
      </w:r>
    </w:p>
    <w:p>
      <w:pPr>
        <w:pStyle w:val="ListBullet"/>
      </w:pPr>
      <w:r>
        <w:t>Material: alambre metálico con estructura de escalera.</w:t>
      </w:r>
    </w:p>
    <w:p>
      <w:pPr>
        <w:pStyle w:val="ListBullet"/>
      </w:pPr>
      <w:r>
        <w:t>Forma: moldeable, estructura de escalera.</w:t>
      </w:r>
    </w:p>
    <w:p>
      <w:pPr>
        <w:pStyle w:val="ListBullet"/>
      </w:pPr>
      <w:r>
        <w:t>Ventajas: muy adaptable, ligera, fácil de moldear.</w:t>
      </w:r>
    </w:p>
    <w:p>
      <w:pPr>
        <w:pStyle w:val="ListBullet"/>
      </w:pPr>
      <w:r>
        <w:t>Limitaciones: requiere acolchado, puede ser menos estable que otras.</w:t>
      </w:r>
    </w:p>
    <w:p>
      <w:r>
        <w:t>**Modelos comunes:**</w:t>
      </w:r>
    </w:p>
    <w:p>
      <w:pPr>
        <w:pStyle w:val="ListBullet"/>
      </w:pPr>
      <w:r>
        <w:t>Férula Kramer.</w:t>
      </w:r>
    </w:p>
    <w:p>
      <w:pPr>
        <w:pStyle w:val="ListBullet"/>
      </w:pPr>
      <w:r>
        <w:t>Férulas de alambre con estructura de escalera.</w:t>
      </w:r>
    </w:p>
    <w:p>
      <w:r>
        <w:t>**Uso típico:**</w:t>
      </w:r>
    </w:p>
    <w:p>
      <w:pPr>
        <w:pStyle w:val="ListBullet"/>
      </w:pPr>
      <w:r>
        <w:t>Fracturas de extremidades.</w:t>
      </w:r>
    </w:p>
    <w:p>
      <w:pPr>
        <w:pStyle w:val="ListBullet"/>
      </w:pPr>
      <w:r>
        <w:t>Inmovilización adaptable.</w:t>
      </w:r>
    </w:p>
    <w:p>
      <w:pPr>
        <w:pStyle w:val="ListBullet"/>
      </w:pPr>
      <w:r>
        <w:t>Situaciones que requieren moldeado personalizado.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D) Férulas de vacío</w:t>
      </w:r>
    </w:p>
    <w:p>
      <w:r>
        <w:t>**Características:**</w:t>
      </w:r>
    </w:p>
    <w:p>
      <w:pPr>
        <w:pStyle w:val="ListBullet"/>
      </w:pPr>
      <w:r>
        <w:t>Material: bolsa con perlas de poliestireno.</w:t>
      </w:r>
    </w:p>
    <w:p>
      <w:pPr>
        <w:pStyle w:val="ListBullet"/>
      </w:pPr>
      <w:r>
        <w:t>Forma: adaptable al cuerpo, rígida después de extraer aire.</w:t>
      </w:r>
    </w:p>
    <w:p>
      <w:pPr>
        <w:pStyle w:val="ListBullet"/>
      </w:pPr>
      <w:r>
        <w:t>Ventajas: muy adaptable, personalizada, excelente inmovilización.</w:t>
      </w:r>
    </w:p>
    <w:p>
      <w:pPr>
        <w:pStyle w:val="ListBullet"/>
      </w:pPr>
      <w:r>
        <w:t>Limitaciones: requiere bomba de vacío, tiempo de preparación.</w:t>
      </w:r>
    </w:p>
    <w:p>
      <w:r>
        <w:t>**Modelos comunes:**</w:t>
      </w:r>
    </w:p>
    <w:p>
      <w:pPr>
        <w:pStyle w:val="ListBullet"/>
      </w:pPr>
      <w:r>
        <w:t>Férula de vacío de miembro superior.</w:t>
      </w:r>
    </w:p>
    <w:p>
      <w:pPr>
        <w:pStyle w:val="ListBullet"/>
      </w:pPr>
      <w:r>
        <w:t>Férula de vacío de miembro inferior.</w:t>
      </w:r>
    </w:p>
    <w:p>
      <w:pPr>
        <w:pStyle w:val="ListBullet"/>
      </w:pPr>
      <w:r>
        <w:t>Férula de vacío corta (tobillo/pie).</w:t>
      </w:r>
    </w:p>
    <w:p>
      <w:r>
        <w:t>**Uso típico:**</w:t>
      </w:r>
    </w:p>
    <w:p>
      <w:pPr>
        <w:pStyle w:val="ListBullet"/>
      </w:pPr>
      <w:r>
        <w:t>Fracturas complejas.</w:t>
      </w:r>
    </w:p>
    <w:p>
      <w:pPr>
        <w:pStyle w:val="ListBullet"/>
      </w:pPr>
      <w:r>
        <w:t>Inmovilización de calidad cuando hay tiempo.</w:t>
      </w:r>
    </w:p>
    <w:p>
      <w:pPr>
        <w:pStyle w:val="ListBullet"/>
      </w:pPr>
      <w:r>
        <w:t>Traslados largos.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E) Férulas neumáticas (hinchables)</w:t>
      </w:r>
    </w:p>
    <w:p>
      <w:r>
        <w:t>**Características:**</w:t>
      </w:r>
    </w:p>
    <w:p>
      <w:pPr>
        <w:pStyle w:val="ListBullet"/>
      </w:pPr>
      <w:r>
        <w:t>Material: plástico con válvula de aire.</w:t>
      </w:r>
    </w:p>
    <w:p>
      <w:pPr>
        <w:pStyle w:val="ListBullet"/>
      </w:pPr>
      <w:r>
        <w:t>Forma: adaptable, hinchable.</w:t>
      </w:r>
    </w:p>
    <w:p>
      <w:pPr>
        <w:pStyle w:val="ListBullet"/>
      </w:pPr>
      <w:r>
        <w:t>Ventajas: rápida aplicación, adaptable, compresión controlada.</w:t>
      </w:r>
    </w:p>
    <w:p>
      <w:pPr>
        <w:pStyle w:val="ListBullet"/>
      </w:pPr>
      <w:r>
        <w:t>Limitaciones: no sobre-inflar, verificar pulso después, uso condicionado por protocolo.</w:t>
      </w:r>
    </w:p>
    <w:p>
      <w:r>
        <w:t>**Modelos comunes:**</w:t>
      </w:r>
    </w:p>
    <w:p>
      <w:pPr>
        <w:pStyle w:val="ListBullet"/>
      </w:pPr>
      <w:r>
        <w:t>Férulas neumáticas de brazo.</w:t>
      </w:r>
    </w:p>
    <w:p>
      <w:pPr>
        <w:pStyle w:val="ListBullet"/>
      </w:pPr>
      <w:r>
        <w:t>Férulas neumáticas de pierna.</w:t>
      </w:r>
    </w:p>
    <w:p>
      <w:pPr>
        <w:pStyle w:val="ListBullet"/>
      </w:pPr>
      <w:r>
        <w:t>Férulas neumáticas universales.</w:t>
      </w:r>
    </w:p>
    <w:p>
      <w:r>
        <w:t>**Uso típico:**</w:t>
      </w:r>
    </w:p>
    <w:p>
      <w:pPr>
        <w:pStyle w:val="ListBullet"/>
      </w:pPr>
      <w:r>
        <w:t>Fracturas de extremidades.</w:t>
      </w:r>
    </w:p>
    <w:p>
      <w:pPr>
        <w:pStyle w:val="ListBullet"/>
      </w:pPr>
      <w:r>
        <w:t>Inmovilización rápida.</w:t>
      </w:r>
    </w:p>
    <w:p>
      <w:pPr>
        <w:pStyle w:val="ListBullet"/>
      </w:pPr>
      <w:r>
        <w:t>Uso según protocolo del servicio.</w:t>
      </w:r>
    </w:p>
    <w:p>
      <w:r>
        <w:t>**Consideraciones:**</w:t>
      </w:r>
    </w:p>
    <w:p>
      <w:pPr>
        <w:pStyle w:val="ListBullet"/>
      </w:pPr>
      <w:r>
        <w:t>Uso condicionado por tolerancia, control neurovascular y protocolo.</w:t>
      </w:r>
    </w:p>
    <w:p>
      <w:pPr>
        <w:pStyle w:val="ListBullet"/>
      </w:pPr>
      <w:r>
        <w:t>No sobre-inflar.</w:t>
      </w:r>
    </w:p>
    <w:p>
      <w:pPr>
        <w:pStyle w:val="ListBullet"/>
      </w:pPr>
      <w:r>
        <w:t>Verificar pulso después de aplicar.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F) Férulas de dedo / pequeñas inmovilizaciones</w:t>
      </w:r>
    </w:p>
    <w:p>
      <w:r>
        <w:t>**Características:**</w:t>
      </w:r>
    </w:p>
    <w:p>
      <w:pPr>
        <w:pStyle w:val="ListBullet"/>
      </w:pPr>
      <w:r>
        <w:t>Material: aluminio, espuma, plástico.</w:t>
      </w:r>
    </w:p>
    <w:p>
      <w:pPr>
        <w:pStyle w:val="ListBullet"/>
      </w:pPr>
      <w:r>
        <w:t>Forma: pequeña, específica para dedos.</w:t>
      </w:r>
    </w:p>
    <w:p>
      <w:pPr>
        <w:pStyle w:val="ListBullet"/>
      </w:pPr>
      <w:r>
        <w:t>Ventajas: específica, fácil aplicación.</w:t>
      </w:r>
    </w:p>
    <w:p>
      <w:pPr>
        <w:pStyle w:val="ListBullet"/>
      </w:pPr>
      <w:r>
        <w:t>Limitaciones: solo para dedos, no para lesiones mayores.</w:t>
      </w:r>
    </w:p>
    <w:p>
      <w:r>
        <w:t>**Modelos comunes:**</w:t>
      </w:r>
    </w:p>
    <w:p>
      <w:pPr>
        <w:pStyle w:val="ListBullet"/>
      </w:pPr>
      <w:r>
        <w:t>Férulas de dedo (aluminio/espuma).</w:t>
      </w:r>
    </w:p>
    <w:p>
      <w:pPr>
        <w:pStyle w:val="ListBullet"/>
      </w:pPr>
      <w:r>
        <w:t>Inmovilizadores de muñeca.</w:t>
      </w:r>
    </w:p>
    <w:p>
      <w:pPr>
        <w:pStyle w:val="ListBullet"/>
      </w:pPr>
      <w:r>
        <w:t>Inmovilizadores de tobillo.</w:t>
      </w:r>
    </w:p>
    <w:p>
      <w:r>
        <w:t>**Uso típico:**</w:t>
      </w:r>
    </w:p>
    <w:p>
      <w:pPr>
        <w:pStyle w:val="ListBullet"/>
      </w:pPr>
      <w:r>
        <w:t>Fracturas de dedos.</w:t>
      </w:r>
    </w:p>
    <w:p>
      <w:pPr>
        <w:pStyle w:val="ListBullet"/>
      </w:pPr>
      <w:r>
        <w:t>Lesiones menores de muñeca/tobillo.</w:t>
      </w:r>
    </w:p>
    <w:p>
      <w:pPr>
        <w:pStyle w:val="ListBullet"/>
      </w:pPr>
      <w:r>
        <w:t>Inmovilización específica.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G) Cabestrillo + vendaje de sujeción (sling &amp; swathe)</w:t>
      </w:r>
    </w:p>
    <w:p>
      <w:r>
        <w:t>**Características:**</w:t>
      </w:r>
    </w:p>
    <w:p>
      <w:pPr>
        <w:pStyle w:val="ListBullet"/>
      </w:pPr>
      <w:r>
        <w:t>Material: tela, vendas.</w:t>
      </w:r>
    </w:p>
    <w:p>
      <w:pPr>
        <w:pStyle w:val="ListBullet"/>
      </w:pPr>
      <w:r>
        <w:t>Forma: cabestrillo + vendaje de sujeción.</w:t>
      </w:r>
    </w:p>
    <w:p>
      <w:pPr>
        <w:pStyle w:val="ListBullet"/>
      </w:pPr>
      <w:r>
        <w:t>Ventajas: simple, rápida, no requiere material especial.</w:t>
      </w:r>
    </w:p>
    <w:p>
      <w:pPr>
        <w:pStyle w:val="ListBullet"/>
      </w:pPr>
      <w:r>
        <w:t>Limitaciones: menos estable que férulas rígidas, solo para miembro superior.</w:t>
      </w:r>
    </w:p>
    <w:p>
      <w:r>
        <w:t>**Componentes:**</w:t>
      </w:r>
    </w:p>
    <w:p>
      <w:pPr>
        <w:pStyle w:val="ListBullet"/>
      </w:pPr>
      <w:r>
        <w:t>Cabestrillo (sling).</w:t>
      </w:r>
    </w:p>
    <w:p>
      <w:pPr>
        <w:pStyle w:val="ListBullet"/>
      </w:pPr>
      <w:r>
        <w:t>Vendaje de sujeción (swathe).</w:t>
      </w:r>
    </w:p>
    <w:p>
      <w:r>
        <w:t>**Uso típico:**</w:t>
      </w:r>
    </w:p>
    <w:p>
      <w:pPr>
        <w:pStyle w:val="ListBullet"/>
      </w:pPr>
      <w:r>
        <w:t>Lesiones de hombro/clavícula.</w:t>
      </w:r>
    </w:p>
    <w:p>
      <w:pPr>
        <w:pStyle w:val="ListBullet"/>
      </w:pPr>
      <w:r>
        <w:t>Fracturas de brazo/antebrazo (temporal o complementaria).</w:t>
      </w:r>
    </w:p>
    <w:p>
      <w:pPr>
        <w:pStyle w:val="ListBullet"/>
      </w:pPr>
      <w:r>
        <w:t>Inmovilización básica cuando no hay férulas disponibles.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H) Férulas improvisadas (contingencia)</w:t>
      </w:r>
    </w:p>
    <w:p>
      <w:r>
        <w:t>**Características:**</w:t>
      </w:r>
    </w:p>
    <w:p>
      <w:pPr>
        <w:pStyle w:val="ListBullet"/>
      </w:pPr>
      <w:r>
        <w:t>Material: cartón, tablillas, manta enrollada, periódicos, etc.</w:t>
      </w:r>
    </w:p>
    <w:p>
      <w:pPr>
        <w:pStyle w:val="ListBullet"/>
      </w:pPr>
      <w:r>
        <w:t>Forma: adaptada al material disponible.</w:t>
      </w:r>
    </w:p>
    <w:p>
      <w:pPr>
        <w:pStyle w:val="ListBullet"/>
      </w:pPr>
      <w:r>
        <w:t>Ventajas: disponible cuando no hay material estándar.</w:t>
      </w:r>
    </w:p>
    <w:p>
      <w:pPr>
        <w:pStyle w:val="ListBullet"/>
      </w:pPr>
      <w:r>
        <w:t>Limitaciones: menos estable, solo para situaciones de contingencia.</w:t>
      </w:r>
    </w:p>
    <w:p>
      <w:r>
        <w:t>**Materiales comunes:**</w:t>
      </w:r>
    </w:p>
    <w:p>
      <w:pPr>
        <w:pStyle w:val="ListBullet"/>
      </w:pPr>
      <w:r>
        <w:t>Cartón.</w:t>
      </w:r>
    </w:p>
    <w:p>
      <w:pPr>
        <w:pStyle w:val="ListBullet"/>
      </w:pPr>
      <w:r>
        <w:t>Tablillas de madera.</w:t>
      </w:r>
    </w:p>
    <w:p>
      <w:pPr>
        <w:pStyle w:val="ListBullet"/>
      </w:pPr>
      <w:r>
        <w:t>Manta enrollada.</w:t>
      </w:r>
    </w:p>
    <w:p>
      <w:pPr>
        <w:pStyle w:val="ListBullet"/>
      </w:pPr>
      <w:r>
        <w:t>Periódicos/magazines enrollados.</w:t>
      </w:r>
    </w:p>
    <w:p>
      <w:pPr>
        <w:pStyle w:val="ListBullet"/>
      </w:pPr>
      <w:r>
        <w:t>Cualquier material rígido disponible.</w:t>
      </w:r>
    </w:p>
    <w:p>
      <w:r>
        <w:t>**Uso típico:**</w:t>
      </w:r>
    </w:p>
    <w:p>
      <w:pPr>
        <w:pStyle w:val="ListBullet"/>
      </w:pPr>
      <w:r>
        <w:t>Situaciones de contingencia.</w:t>
      </w:r>
    </w:p>
    <w:p>
      <w:pPr>
        <w:pStyle w:val="ListBullet"/>
      </w:pPr>
      <w:r>
        <w:t>Cuando no hay material estándar disponible.</w:t>
      </w:r>
    </w:p>
    <w:p>
      <w:pPr>
        <w:pStyle w:val="ListBullet"/>
      </w:pPr>
      <w:r>
        <w:t>Inmovilización temporal hasta llegar a material adecuado.</w:t>
      </w:r>
    </w:p>
    <w:p>
      <w:r>
        <w:t>**Consideraciones:**</w:t>
      </w:r>
    </w:p>
    <w:p>
      <w:pPr>
        <w:pStyle w:val="ListBullet"/>
      </w:pPr>
      <w:r>
        <w:t>Solo para situaciones de contingencia.</w:t>
      </w:r>
    </w:p>
    <w:p>
      <w:pPr>
        <w:pStyle w:val="ListBullet"/>
      </w:pPr>
      <w:r>
        <w:t>Reemplazar por material adecuado lo antes posible.</w:t>
      </w:r>
    </w:p>
    <w:p>
      <w:pPr>
        <w:pStyle w:val="ListBullet"/>
      </w:pPr>
      <w:r>
        <w:t>Aplicar principios básicos de inmovilización.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2.10.4 Principios TES antes de ferulizar</w:t>
      </w:r>
    </w:p>
    <w:p>
      <w:pPr>
        <w:pStyle w:val="Heading3"/>
      </w:pPr>
      <w:r>
        <w:t>Control neurovascular PRE-ferulización</w:t>
      </w:r>
    </w:p>
    <w:p>
      <w:r>
        <w:t>**Antes de aplicar cualquier férula, verificar:**</w:t>
      </w:r>
    </w:p>
    <w:p>
      <w:pPr>
        <w:pStyle w:val="ListNumber"/>
      </w:pPr>
      <w:r>
        <w:t>**Pulso distal**</w:t>
      </w:r>
    </w:p>
    <w:p>
      <w:pPr>
        <w:pStyle w:val="ListBullet"/>
      </w:pPr>
      <w:r>
        <w:t>Palpar pulso en extremidad afectada.</w:t>
      </w:r>
    </w:p>
    <w:p>
      <w:pPr>
        <w:pStyle w:val="ListBullet"/>
      </w:pPr>
      <w:r>
        <w:t>Comparar con extremidad contralateral si es posible.</w:t>
      </w:r>
    </w:p>
    <w:p>
      <w:pPr>
        <w:pStyle w:val="ListBullet"/>
      </w:pPr>
      <w:r>
        <w:t>Registrar presencia/ausencia y calidad.</w:t>
      </w:r>
    </w:p>
    <w:p>
      <w:pPr>
        <w:pStyle w:val="ListNumber"/>
      </w:pPr>
      <w:r>
        <w:t>**Temperatura distal**</w:t>
      </w:r>
    </w:p>
    <w:p>
      <w:pPr>
        <w:pStyle w:val="ListBullet"/>
      </w:pPr>
      <w:r>
        <w:t>Evaluar temperatura de extremidad (tacto).</w:t>
      </w:r>
    </w:p>
    <w:p>
      <w:pPr>
        <w:pStyle w:val="ListBullet"/>
      </w:pPr>
      <w:r>
        <w:t>Comparar con extremidad contralateral.</w:t>
      </w:r>
    </w:p>
    <w:p>
      <w:pPr>
        <w:pStyle w:val="ListBullet"/>
      </w:pPr>
      <w:r>
        <w:t>Registrar si está fría, tibia o normal.</w:t>
      </w:r>
    </w:p>
    <w:p>
      <w:pPr>
        <w:pStyle w:val="ListNumber"/>
      </w:pPr>
      <w:r>
        <w:t>**Relleno capilar**</w:t>
      </w:r>
    </w:p>
    <w:p>
      <w:pPr>
        <w:pStyle w:val="ListBullet"/>
      </w:pPr>
      <w:r>
        <w:t>Presionar lecho ungueal o pulpejo.</w:t>
      </w:r>
    </w:p>
    <w:p>
      <w:pPr>
        <w:pStyle w:val="ListBullet"/>
      </w:pPr>
      <w:r>
        <w:t>Observar tiempo de relleno (normal &lt;2 segundos).</w:t>
      </w:r>
    </w:p>
    <w:p>
      <w:pPr>
        <w:pStyle w:val="ListBullet"/>
      </w:pPr>
      <w:r>
        <w:t>Registrar tiempo de relleno.</w:t>
      </w:r>
    </w:p>
    <w:p>
      <w:pPr>
        <w:pStyle w:val="ListNumber"/>
      </w:pPr>
      <w:r>
        <w:t>**Sensibilidad**</w:t>
      </w:r>
    </w:p>
    <w:p>
      <w:pPr>
        <w:pStyle w:val="ListBullet"/>
      </w:pPr>
      <w:r>
        <w:t>Evaluar sensibilidad si es posible (si paciente está consciente).</w:t>
      </w:r>
    </w:p>
    <w:p>
      <w:pPr>
        <w:pStyle w:val="ListBullet"/>
      </w:pPr>
      <w:r>
        <w:t>Preguntar sobre sensación de hormigueo, adormecimiento.</w:t>
      </w:r>
    </w:p>
    <w:p>
      <w:pPr>
        <w:pStyle w:val="ListBullet"/>
      </w:pPr>
      <w:r>
        <w:t>Registrar alteraciones de sensibilidad.</w:t>
      </w:r>
    </w:p>
    <w:p>
      <w:pPr>
        <w:pStyle w:val="ListNumber"/>
      </w:pPr>
      <w:r>
        <w:t>**Movilidad**</w:t>
      </w:r>
    </w:p>
    <w:p>
      <w:pPr>
        <w:pStyle w:val="ListBullet"/>
      </w:pPr>
      <w:r>
        <w:t>Evaluar movilidad si es posible (si paciente está consciente y no hay contraindicación).</w:t>
      </w:r>
    </w:p>
    <w:p>
      <w:pPr>
        <w:pStyle w:val="ListBullet"/>
      </w:pPr>
      <w:r>
        <w:t>Preguntar sobre capacidad de mover dedos/extremidad.</w:t>
      </w:r>
    </w:p>
    <w:p>
      <w:pPr>
        <w:pStyle w:val="ListBullet"/>
      </w:pPr>
      <w:r>
        <w:t>Registrar alteraciones de movilidad.</w:t>
      </w:r>
    </w:p>
    <w:p>
      <w:r>
        <w:t>**Registro:**</w:t>
      </w:r>
    </w:p>
    <w:p>
      <w:pPr>
        <w:pStyle w:val="ListBullet"/>
      </w:pPr>
      <w:r>
        <w:t>Documentar hallazgos PRE-ferulización.</w:t>
      </w:r>
    </w:p>
    <w:p>
      <w:pPr>
        <w:pStyle w:val="ListBullet"/>
      </w:pPr>
      <w:r>
        <w:t>Comunicar al médico si hay alteraciones.</w:t>
      </w:r>
    </w:p>
    <w:p>
      <w:pPr>
        <w:pStyle w:val="ListBullet"/>
      </w:pPr>
      <w:r>
        <w:t>Usar como referencia para comparación POST-ferulización.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Principios de aplicación</w:t>
      </w:r>
    </w:p>
    <w:p>
      <w:pPr>
        <w:pStyle w:val="ListNumber"/>
      </w:pPr>
      <w:r>
        <w:t>**Exponer la extremidad**</w:t>
      </w:r>
    </w:p>
    <w:p>
      <w:pPr>
        <w:pStyle w:val="ListBullet"/>
      </w:pPr>
      <w:r>
        <w:t>Retirar ropa si es necesario (cortar si es preciso).</w:t>
      </w:r>
    </w:p>
    <w:p>
      <w:pPr>
        <w:pStyle w:val="ListBullet"/>
      </w:pPr>
      <w:r>
        <w:t>Inspeccionar visualmente.</w:t>
      </w:r>
    </w:p>
    <w:p>
      <w:pPr>
        <w:pStyle w:val="ListBullet"/>
      </w:pPr>
      <w:r>
        <w:t>Identificar deformidad, heridas, signos de fractura.</w:t>
      </w:r>
    </w:p>
    <w:p>
      <w:pPr>
        <w:pStyle w:val="ListNumber"/>
      </w:pPr>
      <w:r>
        <w:t>**Acolchar puntos de presión**</w:t>
      </w:r>
    </w:p>
    <w:p>
      <w:pPr>
        <w:pStyle w:val="ListBullet"/>
      </w:pPr>
      <w:r>
        <w:t>Acolchar prominencias óseas.</w:t>
      </w:r>
    </w:p>
    <w:p>
      <w:pPr>
        <w:pStyle w:val="ListBullet"/>
      </w:pPr>
      <w:r>
        <w:t>Acolchar articulaciones.</w:t>
      </w:r>
    </w:p>
    <w:p>
      <w:pPr>
        <w:pStyle w:val="ListBullet"/>
      </w:pPr>
      <w:r>
        <w:t>Prevenir lesiones por presión de la férula.</w:t>
      </w:r>
    </w:p>
    <w:p>
      <w:pPr>
        <w:pStyle w:val="ListNumber"/>
      </w:pPr>
      <w:r>
        <w:t>**Inmovilizar articulaciones proximal y distal**</w:t>
      </w:r>
    </w:p>
    <w:p>
      <w:pPr>
        <w:pStyle w:val="ListBullet"/>
      </w:pPr>
      <w:r>
        <w:t>Inmovilizar la lesión y las articulaciones adyacentes.</w:t>
      </w:r>
    </w:p>
    <w:p>
      <w:pPr>
        <w:pStyle w:val="ListBullet"/>
      </w:pPr>
      <w:r>
        <w:t>Prevenir movimiento que pueda agravar la lesión.</w:t>
      </w:r>
    </w:p>
    <w:p>
      <w:pPr>
        <w:pStyle w:val="ListNumber"/>
      </w:pPr>
      <w:r>
        <w:t>**Aplicar férula**</w:t>
      </w:r>
    </w:p>
    <w:p>
      <w:pPr>
        <w:pStyle w:val="ListBullet"/>
      </w:pPr>
      <w:r>
        <w:t>Seguir procedimiento específico de cada familia.</w:t>
      </w:r>
    </w:p>
    <w:p>
      <w:pPr>
        <w:pStyle w:val="ListBullet"/>
      </w:pPr>
      <w:r>
        <w:t>Ajustar correctamente.</w:t>
      </w:r>
    </w:p>
    <w:p>
      <w:pPr>
        <w:pStyle w:val="ListBullet"/>
      </w:pPr>
      <w:r>
        <w:t>Verificar que está bien fijada.</w:t>
      </w:r>
    </w:p>
    <w:p>
      <w:pPr>
        <w:pStyle w:val="ListNumber"/>
      </w:pPr>
      <w:r>
        <w:t>**No sobre-ajustar**</w:t>
      </w:r>
    </w:p>
    <w:p>
      <w:pPr>
        <w:pStyle w:val="ListBullet"/>
      </w:pPr>
      <w:r>
        <w:t>Ajustar firmemente pero sin comprimir.</w:t>
      </w:r>
    </w:p>
    <w:p>
      <w:pPr>
        <w:pStyle w:val="ListBullet"/>
      </w:pPr>
      <w:r>
        <w:t>Verificar que no hay compresión excesiva.</w:t>
      </w:r>
    </w:p>
    <w:p>
      <w:pPr>
        <w:pStyle w:val="ListBullet"/>
      </w:pPr>
      <w:r>
        <w:t>Prevenir síndrome compartimental.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2.10.5 Selección rápida del tipo de férula (criterio global)</w:t>
      </w:r>
    </w:p>
    <w:p>
      <w:pPr>
        <w:pStyle w:val="Heading3"/>
      </w:pPr>
      <w:r>
        <w:t>Criterios de selección</w:t>
      </w:r>
    </w:p>
    <w:p>
      <w:r>
        <w:t>**1. Disponibilidad de material:**</w:t>
      </w:r>
    </w:p>
    <w:p>
      <w:pPr>
        <w:pStyle w:val="ListBullet"/>
      </w:pPr>
      <w:r>
        <w:t>Si hay material estándar disponible → usar material estándar.</w:t>
      </w:r>
    </w:p>
    <w:p>
      <w:pPr>
        <w:pStyle w:val="ListBullet"/>
      </w:pPr>
      <w:r>
        <w:t>Si no hay material estándar → considerar improvisadas (contingencia).</w:t>
      </w:r>
    </w:p>
    <w:p>
      <w:r>
        <w:t>**2. Tiempo disponible:**</w:t>
      </w:r>
    </w:p>
    <w:p>
      <w:pPr>
        <w:pStyle w:val="ListBullet"/>
      </w:pPr>
      <w:r>
        <w:t>Si hay tiempo → férulas de vacío o moldeables (mayor calidad).</w:t>
      </w:r>
    </w:p>
    <w:p>
      <w:pPr>
        <w:pStyle w:val="ListBullet"/>
      </w:pPr>
      <w:r>
        <w:t>Si hay poco tiempo → férulas preformadas o neumáticas (rápida aplicación).</w:t>
      </w:r>
    </w:p>
    <w:p>
      <w:r>
        <w:t>**3. Tipo de traslado:**</w:t>
      </w:r>
    </w:p>
    <w:p>
      <w:pPr>
        <w:pStyle w:val="ListBullet"/>
      </w:pPr>
      <w:r>
        <w:t>Traslado corto → férulas rápidas (preformadas, neumáticas).</w:t>
      </w:r>
    </w:p>
    <w:p>
      <w:pPr>
        <w:pStyle w:val="ListBullet"/>
      </w:pPr>
      <w:r>
        <w:t>Traslado largo → férulas de calidad (vacío, moldeables).</w:t>
      </w:r>
    </w:p>
    <w:p>
      <w:r>
        <w:t>**4. Región anatómica:**</w:t>
      </w:r>
    </w:p>
    <w:p>
      <w:pPr>
        <w:pStyle w:val="ListBullet"/>
      </w:pPr>
      <w:r>
        <w:t>Antebrazo/muñeca → férulas de antebrazo o moldeables.</w:t>
      </w:r>
    </w:p>
    <w:p>
      <w:pPr>
        <w:pStyle w:val="ListBullet"/>
      </w:pPr>
      <w:r>
        <w:t>Brazo/húmero → férulas de brazo o cabestrillo + vendaje.</w:t>
      </w:r>
    </w:p>
    <w:p>
      <w:pPr>
        <w:pStyle w:val="ListBullet"/>
      </w:pPr>
      <w:r>
        <w:t>Tobillo/pie → férulas de tobillo o moldeables.</w:t>
      </w:r>
    </w:p>
    <w:p>
      <w:pPr>
        <w:pStyle w:val="ListBullet"/>
      </w:pPr>
      <w:r>
        <w:t>Pierna/tibia-peroné → férulas de pierna o moldeables.</w:t>
      </w:r>
    </w:p>
    <w:p>
      <w:r>
        <w:t>**5. Características del paciente:**</w:t>
      </w:r>
    </w:p>
    <w:p>
      <w:pPr>
        <w:pStyle w:val="ListBullet"/>
      </w:pPr>
      <w:r>
        <w:t>Anatomía estándar → férulas preformadas.</w:t>
      </w:r>
    </w:p>
    <w:p>
      <w:pPr>
        <w:pStyle w:val="ListBullet"/>
      </w:pPr>
      <w:r>
        <w:t>Deformidad o anatomía no estándar → férulas moldeables o vacío.</w:t>
      </w:r>
    </w:p>
    <w:p>
      <w:r>
        <w:t>**6. Protocolo del servicio:**</w:t>
      </w:r>
    </w:p>
    <w:p>
      <w:pPr>
        <w:pStyle w:val="ListBullet"/>
      </w:pPr>
      <w:r>
        <w:t>Seguir protocolos específicos del servicio.</w:t>
      </w:r>
    </w:p>
    <w:p>
      <w:pPr>
        <w:pStyle w:val="ListBullet"/>
      </w:pPr>
      <w:r>
        <w:t>Usar material según disponibilidad y protocolo.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2.10.6 Procedimiento paso a paso por familia</w:t>
      </w:r>
    </w:p>
    <w:p>
      <w:pPr>
        <w:pStyle w:val="Heading3"/>
      </w:pPr>
      <w:r>
        <w:t>A) Férulas rígidas preformadas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Seleccionar talla correcta de férula.</w:t>
      </w:r>
    </w:p>
    <w:p>
      <w:pPr>
        <w:pStyle w:val="ListBullet"/>
      </w:pPr>
      <w:r>
        <w:t>Preparar acolchado (gasas, vendas).</w:t>
      </w:r>
    </w:p>
    <w:p>
      <w:pPr>
        <w:pStyle w:val="ListBullet"/>
      </w:pPr>
      <w:r>
        <w:t>Exponer extremidad.</w:t>
      </w:r>
    </w:p>
    <w:p>
      <w:pPr>
        <w:pStyle w:val="ListNumber"/>
      </w:pPr>
      <w:r>
        <w:t>**Control neurovascular PRE**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Registrar hallazgos.</w:t>
      </w:r>
    </w:p>
    <w:p>
      <w:pPr>
        <w:pStyle w:val="ListNumber"/>
      </w:pPr>
      <w:r>
        <w:t>**Acolchado**</w:t>
      </w:r>
    </w:p>
    <w:p>
      <w:pPr>
        <w:pStyle w:val="ListBullet"/>
      </w:pPr>
      <w:r>
        <w:t>Acolchar prominencias óseas.</w:t>
      </w:r>
    </w:p>
    <w:p>
      <w:pPr>
        <w:pStyle w:val="ListBullet"/>
      </w:pPr>
      <w:r>
        <w:t>Acolchar articulaciones.</w:t>
      </w:r>
    </w:p>
    <w:p>
      <w:pPr>
        <w:pStyle w:val="ListBullet"/>
      </w:pPr>
      <w:r>
        <w:t>Acolchar puntos de presión.</w:t>
      </w:r>
    </w:p>
    <w:p>
      <w:pPr>
        <w:pStyle w:val="ListNumber"/>
      </w:pPr>
      <w:r>
        <w:t>**Aplicación de férula**</w:t>
      </w:r>
    </w:p>
    <w:p>
      <w:pPr>
        <w:pStyle w:val="ListBullet"/>
      </w:pPr>
      <w:r>
        <w:t>Colocar férula en posición correcta.</w:t>
      </w:r>
    </w:p>
    <w:p>
      <w:pPr>
        <w:pStyle w:val="ListBullet"/>
      </w:pPr>
      <w:r>
        <w:t>Ajustar valvas si aplica.</w:t>
      </w:r>
    </w:p>
    <w:p>
      <w:pPr>
        <w:pStyle w:val="ListBullet"/>
      </w:pPr>
      <w:r>
        <w:t>Verificar que cubre lesión y articulaciones adyacentes.</w:t>
      </w:r>
    </w:p>
    <w:p>
      <w:pPr>
        <w:pStyle w:val="ListNumber"/>
      </w:pPr>
      <w:r>
        <w:t>**Fijación**</w:t>
      </w:r>
    </w:p>
    <w:p>
      <w:pPr>
        <w:pStyle w:val="ListBullet"/>
      </w:pPr>
      <w:r>
        <w:t>Fijar con vendas o correas.</w:t>
      </w:r>
    </w:p>
    <w:p>
      <w:pPr>
        <w:pStyle w:val="ListBullet"/>
      </w:pPr>
      <w:r>
        <w:t>Ajustar firmemente pero sin comprimir.</w:t>
      </w:r>
    </w:p>
    <w:p>
      <w:pPr>
        <w:pStyle w:val="ListBullet"/>
      </w:pPr>
      <w:r>
        <w:t>Verificar que no hay compresión excesiva.</w:t>
      </w:r>
    </w:p>
    <w:p>
      <w:pPr>
        <w:pStyle w:val="ListNumber"/>
      </w:pPr>
      <w:r>
        <w:t>**Control neurovascular POST**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Comunicar alteraciones al médico.</w:t>
      </w:r>
    </w:p>
    <w:p>
      <w:r>
        <w:t>**Errores frecuentes:**</w:t>
      </w:r>
    </w:p>
    <w:p>
      <w:pPr>
        <w:pStyle w:val="ListBullet"/>
      </w:pPr>
      <w:r>
        <w:t>Talla incorrecta.</w:t>
      </w:r>
    </w:p>
    <w:p>
      <w:pPr>
        <w:pStyle w:val="ListBullet"/>
      </w:pPr>
      <w:r>
        <w:t>No acolchar puntos de presión.</w:t>
      </w:r>
    </w:p>
    <w:p>
      <w:pPr>
        <w:pStyle w:val="ListBullet"/>
      </w:pPr>
      <w:r>
        <w:t>No inmovilizar articulaciones adyacentes.</w:t>
      </w:r>
    </w:p>
    <w:p>
      <w:pPr>
        <w:pStyle w:val="ListBullet"/>
      </w:pPr>
      <w:r>
        <w:t>Sobre-ajustar (compresión excesiva).</w:t>
      </w:r>
    </w:p>
    <w:p>
      <w:pPr>
        <w:pStyle w:val="ListBullet"/>
      </w:pPr>
      <w:r>
        <w:t>No verificar control neurovascular POST.</w:t>
      </w:r>
    </w:p>
    <w:p>
      <w:r>
        <w:t>**Ejemplos operativos:**</w:t>
      </w:r>
    </w:p>
    <w:p>
      <w:r>
        <w:t>**Antebrazo/muñeca:**</w:t>
      </w:r>
    </w:p>
    <w:p>
      <w:pPr>
        <w:pStyle w:val="ListBullet"/>
      </w:pPr>
      <w:r>
        <w:t>Usar férula de antebrazo preformada.</w:t>
      </w:r>
    </w:p>
    <w:p>
      <w:pPr>
        <w:pStyle w:val="ListBullet"/>
      </w:pPr>
      <w:r>
        <w:t>Inmovilizar muñeca y codo.</w:t>
      </w:r>
    </w:p>
    <w:p>
      <w:pPr>
        <w:pStyle w:val="ListBullet"/>
      </w:pPr>
      <w:r>
        <w:t>Acolchar prominencias óseas.</w:t>
      </w:r>
    </w:p>
    <w:p>
      <w:pPr>
        <w:pStyle w:val="ListBullet"/>
      </w:pPr>
      <w:r>
        <w:t>Fijar con vendas.</w:t>
      </w:r>
    </w:p>
    <w:p>
      <w:r>
        <w:t>**Brazo/húmero:**</w:t>
      </w:r>
    </w:p>
    <w:p>
      <w:pPr>
        <w:pStyle w:val="ListBullet"/>
      </w:pPr>
      <w:r>
        <w:t>Usar férula de brazo preformada.</w:t>
      </w:r>
    </w:p>
    <w:p>
      <w:pPr>
        <w:pStyle w:val="ListBullet"/>
      </w:pPr>
      <w:r>
        <w:t>Inmovilizar hombro y codo.</w:t>
      </w:r>
    </w:p>
    <w:p>
      <w:pPr>
        <w:pStyle w:val="ListBullet"/>
      </w:pPr>
      <w:r>
        <w:t>Acolchar prominencias óseas.</w:t>
      </w:r>
    </w:p>
    <w:p>
      <w:pPr>
        <w:pStyle w:val="ListBullet"/>
      </w:pPr>
      <w:r>
        <w:t>Fijar con vendas.</w:t>
      </w:r>
    </w:p>
    <w:p>
      <w:pPr>
        <w:pStyle w:val="ListBullet"/>
      </w:pPr>
      <w:r>
        <w:t>Considerar cabestrillo adicional.</w:t>
      </w:r>
    </w:p>
    <w:p>
      <w:r>
        <w:t>**Tobillo/pie:**</w:t>
      </w:r>
    </w:p>
    <w:p>
      <w:pPr>
        <w:pStyle w:val="ListBullet"/>
      </w:pPr>
      <w:r>
        <w:t>Usar férula de tobillo preformada.</w:t>
      </w:r>
    </w:p>
    <w:p>
      <w:pPr>
        <w:pStyle w:val="ListBullet"/>
      </w:pPr>
      <w:r>
        <w:t>Inmovilizar tobillo y rodilla.</w:t>
      </w:r>
    </w:p>
    <w:p>
      <w:pPr>
        <w:pStyle w:val="ListBullet"/>
      </w:pPr>
      <w:r>
        <w:t>Acolchar maléolos.</w:t>
      </w:r>
    </w:p>
    <w:p>
      <w:pPr>
        <w:pStyle w:val="ListBullet"/>
      </w:pPr>
      <w:r>
        <w:t>Fijar con vendas.</w:t>
      </w:r>
    </w:p>
    <w:p>
      <w:r>
        <w:t>**Pierna/tibia-peroné:**</w:t>
      </w:r>
    </w:p>
    <w:p>
      <w:pPr>
        <w:pStyle w:val="ListBullet"/>
      </w:pPr>
      <w:r>
        <w:t>Usar férula de pierna preformada.</w:t>
      </w:r>
    </w:p>
    <w:p>
      <w:pPr>
        <w:pStyle w:val="ListBullet"/>
      </w:pPr>
      <w:r>
        <w:t>Inmovilizar rodilla y tobillo.</w:t>
      </w:r>
    </w:p>
    <w:p>
      <w:pPr>
        <w:pStyle w:val="ListBullet"/>
      </w:pPr>
      <w:r>
        <w:t>Acolchar prominencias óseas.</w:t>
      </w:r>
    </w:p>
    <w:p>
      <w:pPr>
        <w:pStyle w:val="ListBullet"/>
      </w:pPr>
      <w:r>
        <w:t>Fijar con vendas.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B) Férulas moldeables tipo SAM y equivalentes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Seleccionar férula moldeable de tamaño adecuado.</w:t>
      </w:r>
    </w:p>
    <w:p>
      <w:pPr>
        <w:pStyle w:val="ListBullet"/>
      </w:pPr>
      <w:r>
        <w:t>Preparar acolchado.</w:t>
      </w:r>
    </w:p>
    <w:p>
      <w:pPr>
        <w:pStyle w:val="ListBullet"/>
      </w:pPr>
      <w:r>
        <w:t>Exponer extremidad.</w:t>
      </w:r>
    </w:p>
    <w:p>
      <w:pPr>
        <w:pStyle w:val="ListNumber"/>
      </w:pPr>
      <w:r>
        <w:t>**Control neurovascular PRE**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Registrar hallazgos.</w:t>
      </w:r>
    </w:p>
    <w:p>
      <w:pPr>
        <w:pStyle w:val="ListNumber"/>
      </w:pPr>
      <w:r>
        <w:t>**Moldeado**</w:t>
      </w:r>
    </w:p>
    <w:p>
      <w:pPr>
        <w:pStyle w:val="ListBullet"/>
      </w:pPr>
      <w:r>
        <w:t>Moldear férula a la forma de la extremidad.</w:t>
      </w:r>
    </w:p>
    <w:p>
      <w:pPr>
        <w:pStyle w:val="ListBullet"/>
      </w:pPr>
      <w:r>
        <w:t>Adaptar a la anatomía del paciente.</w:t>
      </w:r>
    </w:p>
    <w:p>
      <w:pPr>
        <w:pStyle w:val="ListBullet"/>
      </w:pPr>
      <w:r>
        <w:t>Verificar que forma es correcta.</w:t>
      </w:r>
    </w:p>
    <w:p>
      <w:pPr>
        <w:pStyle w:val="ListNumber"/>
      </w:pPr>
      <w:r>
        <w:t>**Acolchado**</w:t>
      </w:r>
    </w:p>
    <w:p>
      <w:pPr>
        <w:pStyle w:val="ListBullet"/>
      </w:pPr>
      <w:r>
        <w:t>Acolchar prominencias óseas.</w:t>
      </w:r>
    </w:p>
    <w:p>
      <w:pPr>
        <w:pStyle w:val="ListBullet"/>
      </w:pPr>
      <w:r>
        <w:t>Acolchar articulaciones.</w:t>
      </w:r>
    </w:p>
    <w:p>
      <w:pPr>
        <w:pStyle w:val="ListBullet"/>
      </w:pPr>
      <w:r>
        <w:t>Acolchar puntos de presión.</w:t>
      </w:r>
    </w:p>
    <w:p>
      <w:pPr>
        <w:pStyle w:val="ListNumber"/>
      </w:pPr>
      <w:r>
        <w:t>**Aplicación**</w:t>
      </w:r>
    </w:p>
    <w:p>
      <w:pPr>
        <w:pStyle w:val="ListBullet"/>
      </w:pPr>
      <w:r>
        <w:t>Colocar férula moldeada en posición correcta.</w:t>
      </w:r>
    </w:p>
    <w:p>
      <w:pPr>
        <w:pStyle w:val="ListBullet"/>
      </w:pPr>
      <w:r>
        <w:t>Verificar que cubre lesión y articulaciones adyacentes.</w:t>
      </w:r>
    </w:p>
    <w:p>
      <w:pPr>
        <w:pStyle w:val="ListBullet"/>
      </w:pPr>
      <w:r>
        <w:t>Ajustar forma si es necesario.</w:t>
      </w:r>
    </w:p>
    <w:p>
      <w:pPr>
        <w:pStyle w:val="ListNumber"/>
      </w:pPr>
      <w:r>
        <w:t>**Fijación**</w:t>
      </w:r>
    </w:p>
    <w:p>
      <w:pPr>
        <w:pStyle w:val="ListBullet"/>
      </w:pPr>
      <w:r>
        <w:t>Fijar con vendas o correas.</w:t>
      </w:r>
    </w:p>
    <w:p>
      <w:pPr>
        <w:pStyle w:val="ListBullet"/>
      </w:pPr>
      <w:r>
        <w:t>Ajustar firmemente pero sin comprimir.</w:t>
      </w:r>
    </w:p>
    <w:p>
      <w:pPr>
        <w:pStyle w:val="ListBullet"/>
      </w:pPr>
      <w:r>
        <w:t>Verificar que no hay compresión excesiva.</w:t>
      </w:r>
    </w:p>
    <w:p>
      <w:pPr>
        <w:pStyle w:val="ListNumber"/>
      </w:pPr>
      <w:r>
        <w:t>**Control neurovascular POST**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Comunicar alteraciones al médico.</w:t>
      </w:r>
    </w:p>
    <w:p>
      <w:r>
        <w:t>**Variaciones por diseño:**</w:t>
      </w:r>
    </w:p>
    <w:p>
      <w:pPr>
        <w:pStyle w:val="ListBullet"/>
      </w:pPr>
      <w:r>
        <w:t>Férulas SAM: moldeado de aluminio-espuma.</w:t>
      </w:r>
    </w:p>
    <w:p>
      <w:pPr>
        <w:pStyle w:val="ListBullet"/>
      </w:pPr>
      <w:r>
        <w:t>Férulas moldeables de aluminio: moldeado de aluminio puro.</w:t>
      </w:r>
    </w:p>
    <w:p>
      <w:pPr>
        <w:pStyle w:val="ListBullet"/>
      </w:pPr>
      <w:r>
        <w:t>Férulas moldeables de composite: moldeado de composite.</w:t>
      </w:r>
    </w:p>
    <w:p>
      <w:r>
        <w:t>**Errores frecuentes:**</w:t>
      </w:r>
    </w:p>
    <w:p>
      <w:pPr>
        <w:pStyle w:val="ListBullet"/>
      </w:pPr>
      <w:r>
        <w:t>Moldeado incorrecto (no adaptado a anatomía).</w:t>
      </w:r>
    </w:p>
    <w:p>
      <w:pPr>
        <w:pStyle w:val="ListBullet"/>
      </w:pPr>
      <w:r>
        <w:t>No acolchar puntos de presión.</w:t>
      </w:r>
    </w:p>
    <w:p>
      <w:pPr>
        <w:pStyle w:val="ListBullet"/>
      </w:pPr>
      <w:r>
        <w:t>No inmovilizar articulaciones adyacentes.</w:t>
      </w:r>
    </w:p>
    <w:p>
      <w:pPr>
        <w:pStyle w:val="ListBullet"/>
      </w:pPr>
      <w:r>
        <w:t>Sobre-ajustar.</w:t>
      </w:r>
    </w:p>
    <w:p>
      <w:pPr>
        <w:pStyle w:val="ListBullet"/>
      </w:pPr>
      <w:r>
        <w:t>No verificar control neurovascular POST.</w:t>
      </w:r>
    </w:p>
    <w:p>
      <w:r>
        <w:t>**Ejemplos operativos:**</w:t>
      </w:r>
    </w:p>
    <w:p>
      <w:r>
        <w:t>**Antebrazo/muñeca:**</w:t>
      </w:r>
    </w:p>
    <w:p>
      <w:pPr>
        <w:pStyle w:val="ListBullet"/>
      </w:pPr>
      <w:r>
        <w:t>Moldear férula a forma de antebrazo.</w:t>
      </w:r>
    </w:p>
    <w:p>
      <w:pPr>
        <w:pStyle w:val="ListBullet"/>
      </w:pPr>
      <w:r>
        <w:t>Inmovilizar muñeca y codo.</w:t>
      </w:r>
    </w:p>
    <w:p>
      <w:pPr>
        <w:pStyle w:val="ListBullet"/>
      </w:pPr>
      <w:r>
        <w:t>Acolchar prominencias óseas.</w:t>
      </w:r>
    </w:p>
    <w:p>
      <w:pPr>
        <w:pStyle w:val="ListBullet"/>
      </w:pPr>
      <w:r>
        <w:t>Fijar con vendas.</w:t>
      </w:r>
    </w:p>
    <w:p>
      <w:r>
        <w:t>**Brazo/húmero:**</w:t>
      </w:r>
    </w:p>
    <w:p>
      <w:pPr>
        <w:pStyle w:val="ListBullet"/>
      </w:pPr>
      <w:r>
        <w:t>Moldear férula a forma de brazo.</w:t>
      </w:r>
    </w:p>
    <w:p>
      <w:pPr>
        <w:pStyle w:val="ListBullet"/>
      </w:pPr>
      <w:r>
        <w:t>Inmovilizar hombro y codo.</w:t>
      </w:r>
    </w:p>
    <w:p>
      <w:pPr>
        <w:pStyle w:val="ListBullet"/>
      </w:pPr>
      <w:r>
        <w:t>Acolchar prominencias óseas.</w:t>
      </w:r>
    </w:p>
    <w:p>
      <w:pPr>
        <w:pStyle w:val="ListBullet"/>
      </w:pPr>
      <w:r>
        <w:t>Fijar con vendas.</w:t>
      </w:r>
    </w:p>
    <w:p>
      <w:r>
        <w:t>**Tobillo/pie:**</w:t>
      </w:r>
    </w:p>
    <w:p>
      <w:pPr>
        <w:pStyle w:val="ListBullet"/>
      </w:pPr>
      <w:r>
        <w:t>Moldear férula a forma de pierna inferior.</w:t>
      </w:r>
    </w:p>
    <w:p>
      <w:pPr>
        <w:pStyle w:val="ListBullet"/>
      </w:pPr>
      <w:r>
        <w:t>Inmovilizar tobillo y rodilla.</w:t>
      </w:r>
    </w:p>
    <w:p>
      <w:pPr>
        <w:pStyle w:val="ListBullet"/>
      </w:pPr>
      <w:r>
        <w:t>Acolchar maléolos.</w:t>
      </w:r>
    </w:p>
    <w:p>
      <w:pPr>
        <w:pStyle w:val="ListBullet"/>
      </w:pPr>
      <w:r>
        <w:t>Fijar con vendas.</w:t>
      </w:r>
    </w:p>
    <w:p>
      <w:r>
        <w:t>**Pierna/tibia-peroné:**</w:t>
      </w:r>
    </w:p>
    <w:p>
      <w:pPr>
        <w:pStyle w:val="ListBullet"/>
      </w:pPr>
      <w:r>
        <w:t>Moldear férula a forma de pierna.</w:t>
      </w:r>
    </w:p>
    <w:p>
      <w:pPr>
        <w:pStyle w:val="ListBullet"/>
      </w:pPr>
      <w:r>
        <w:t>Inmovilizar rodilla y tobillo.</w:t>
      </w:r>
    </w:p>
    <w:p>
      <w:pPr>
        <w:pStyle w:val="ListBullet"/>
      </w:pPr>
      <w:r>
        <w:t>Acolchar prominencias óseas.</w:t>
      </w:r>
    </w:p>
    <w:p>
      <w:pPr>
        <w:pStyle w:val="ListBullet"/>
      </w:pPr>
      <w:r>
        <w:t>Fijar con vendas.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C) Férulas escalera / alambre (Kramer y equivalentes)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Seleccionar férula de tamaño adecuado.</w:t>
      </w:r>
    </w:p>
    <w:p>
      <w:pPr>
        <w:pStyle w:val="ListBullet"/>
      </w:pPr>
      <w:r>
        <w:t>Preparar acolchado abundante.</w:t>
      </w:r>
    </w:p>
    <w:p>
      <w:pPr>
        <w:pStyle w:val="ListBullet"/>
      </w:pPr>
      <w:r>
        <w:t>Exponer extremidad.</w:t>
      </w:r>
    </w:p>
    <w:p>
      <w:pPr>
        <w:pStyle w:val="ListNumber"/>
      </w:pPr>
      <w:r>
        <w:t>**Control neurovascular PRE**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Registrar hallazgos.</w:t>
      </w:r>
    </w:p>
    <w:p>
      <w:pPr>
        <w:pStyle w:val="ListNumber"/>
      </w:pPr>
      <w:r>
        <w:t>**Acolchado**</w:t>
      </w:r>
    </w:p>
    <w:p>
      <w:pPr>
        <w:pStyle w:val="ListBullet"/>
      </w:pPr>
      <w:r>
        <w:t>Acolchar abundantemente (férula escalera requiere más acolchado).</w:t>
      </w:r>
    </w:p>
    <w:p>
      <w:pPr>
        <w:pStyle w:val="ListBullet"/>
      </w:pPr>
      <w:r>
        <w:t>Acolchar prominencias óseas.</w:t>
      </w:r>
    </w:p>
    <w:p>
      <w:pPr>
        <w:pStyle w:val="ListBullet"/>
      </w:pPr>
      <w:r>
        <w:t>Acolchar articulaciones.</w:t>
      </w:r>
    </w:p>
    <w:p>
      <w:pPr>
        <w:pStyle w:val="ListBullet"/>
      </w:pPr>
      <w:r>
        <w:t>Acolchar toda la superficie de contacto.</w:t>
      </w:r>
    </w:p>
    <w:p>
      <w:pPr>
        <w:pStyle w:val="ListNumber"/>
      </w:pPr>
      <w:r>
        <w:t>**Moldeado**</w:t>
      </w:r>
    </w:p>
    <w:p>
      <w:pPr>
        <w:pStyle w:val="ListBullet"/>
      </w:pPr>
      <w:r>
        <w:t>Moldear férula a la forma de la extremidad.</w:t>
      </w:r>
    </w:p>
    <w:p>
      <w:pPr>
        <w:pStyle w:val="ListBullet"/>
      </w:pPr>
      <w:r>
        <w:t>Adaptar estructura de escalera a anatomía.</w:t>
      </w:r>
    </w:p>
    <w:p>
      <w:pPr>
        <w:pStyle w:val="ListBullet"/>
      </w:pPr>
      <w:r>
        <w:t>Verificar que forma es correcta.</w:t>
      </w:r>
    </w:p>
    <w:p>
      <w:pPr>
        <w:pStyle w:val="ListNumber"/>
      </w:pPr>
      <w:r>
        <w:t>**Aplicación**</w:t>
      </w:r>
    </w:p>
    <w:p>
      <w:pPr>
        <w:pStyle w:val="ListBullet"/>
      </w:pPr>
      <w:r>
        <w:t>Colocar férula moldeada y acolchada en posición correcta.</w:t>
      </w:r>
    </w:p>
    <w:p>
      <w:pPr>
        <w:pStyle w:val="ListBullet"/>
      </w:pPr>
      <w:r>
        <w:t>Verificar que cubre lesión y articulaciones adyacentes.</w:t>
      </w:r>
    </w:p>
    <w:p>
      <w:pPr>
        <w:pStyle w:val="ListBullet"/>
      </w:pPr>
      <w:r>
        <w:t>Ajustar forma si es necesario.</w:t>
      </w:r>
    </w:p>
    <w:p>
      <w:pPr>
        <w:pStyle w:val="ListNumber"/>
      </w:pPr>
      <w:r>
        <w:t>**Fijación**</w:t>
      </w:r>
    </w:p>
    <w:p>
      <w:pPr>
        <w:pStyle w:val="ListBullet"/>
      </w:pPr>
      <w:r>
        <w:t>Fijar con vendas o correas.</w:t>
      </w:r>
    </w:p>
    <w:p>
      <w:pPr>
        <w:pStyle w:val="ListBullet"/>
      </w:pPr>
      <w:r>
        <w:t>Ajustar firmemente pero sin comprimir.</w:t>
      </w:r>
    </w:p>
    <w:p>
      <w:pPr>
        <w:pStyle w:val="ListBullet"/>
      </w:pPr>
      <w:r>
        <w:t>Verificar que no hay compresión excesiva.</w:t>
      </w:r>
    </w:p>
    <w:p>
      <w:pPr>
        <w:pStyle w:val="ListNumber"/>
      </w:pPr>
      <w:r>
        <w:t>**Control neurovascular POST**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Comunicar alteraciones al médico.</w:t>
      </w:r>
    </w:p>
    <w:p>
      <w:r>
        <w:t>**Errores frecuentes:**</w:t>
      </w:r>
    </w:p>
    <w:p>
      <w:pPr>
        <w:pStyle w:val="ListBullet"/>
      </w:pPr>
      <w:r>
        <w:t>Acolchado insuficiente (férula escalera requiere acolchado abundante).</w:t>
      </w:r>
    </w:p>
    <w:p>
      <w:pPr>
        <w:pStyle w:val="ListBullet"/>
      </w:pPr>
      <w:r>
        <w:t>Moldeado incorrecto.</w:t>
      </w:r>
    </w:p>
    <w:p>
      <w:pPr>
        <w:pStyle w:val="ListBullet"/>
      </w:pPr>
      <w:r>
        <w:t>No inmovilizar articulaciones adyacentes.</w:t>
      </w:r>
    </w:p>
    <w:p>
      <w:pPr>
        <w:pStyle w:val="ListBullet"/>
      </w:pPr>
      <w:r>
        <w:t>Sobre-ajustar.</w:t>
      </w:r>
    </w:p>
    <w:p>
      <w:pPr>
        <w:pStyle w:val="ListBullet"/>
      </w:pPr>
      <w:r>
        <w:t>No verificar control neurovascular POST.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D) Férulas de vacío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Seleccionar férula de vacío de tamaño adecuado.</w:t>
      </w:r>
    </w:p>
    <w:p>
      <w:pPr>
        <w:pStyle w:val="ListBullet"/>
      </w:pPr>
      <w:r>
        <w:t>Verificar que bomba de vacío funciona.</w:t>
      </w:r>
    </w:p>
    <w:p>
      <w:pPr>
        <w:pStyle w:val="ListBullet"/>
      </w:pPr>
      <w:r>
        <w:t>Preparar acolchado si es necesario.</w:t>
      </w:r>
    </w:p>
    <w:p>
      <w:pPr>
        <w:pStyle w:val="ListBullet"/>
      </w:pPr>
      <w:r>
        <w:t>Exponer extremidad.</w:t>
      </w:r>
    </w:p>
    <w:p>
      <w:pPr>
        <w:pStyle w:val="ListNumber"/>
      </w:pPr>
      <w:r>
        <w:t>**Control neurovascular PRE**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Registrar hallazgos.</w:t>
      </w:r>
    </w:p>
    <w:p>
      <w:pPr>
        <w:pStyle w:val="ListNumber"/>
      </w:pPr>
      <w:r>
        <w:t>**Colocación de férula**</w:t>
      </w:r>
    </w:p>
    <w:p>
      <w:pPr>
        <w:pStyle w:val="ListBullet"/>
      </w:pPr>
      <w:r>
        <w:t>Colocar férula de vacío desinflada alrededor de la extremidad.</w:t>
      </w:r>
    </w:p>
    <w:p>
      <w:pPr>
        <w:pStyle w:val="ListBullet"/>
      </w:pPr>
      <w:r>
        <w:t>Ajustar forma a la anatomía del paciente.</w:t>
      </w:r>
    </w:p>
    <w:p>
      <w:pPr>
        <w:pStyle w:val="ListBullet"/>
      </w:pPr>
      <w:r>
        <w:t>Verificar que cubre lesión y articulaciones adyacentes.</w:t>
      </w:r>
    </w:p>
    <w:p>
      <w:pPr>
        <w:pStyle w:val="ListNumber"/>
      </w:pPr>
      <w:r>
        <w:t>**Extracción de aire**</w:t>
      </w:r>
    </w:p>
    <w:p>
      <w:pPr>
        <w:pStyle w:val="ListBullet"/>
      </w:pPr>
      <w:r>
        <w:t>Conectar bomba de vacío.</w:t>
      </w:r>
    </w:p>
    <w:p>
      <w:pPr>
        <w:pStyle w:val="ListBullet"/>
      </w:pPr>
      <w:r>
        <w:t>Extraer aire completamente.</w:t>
      </w:r>
    </w:p>
    <w:p>
      <w:pPr>
        <w:pStyle w:val="ListBullet"/>
      </w:pPr>
      <w:r>
        <w:t>Verificar que férula se vuelve rígida.</w:t>
      </w:r>
    </w:p>
    <w:p>
      <w:pPr>
        <w:pStyle w:val="ListBullet"/>
      </w:pPr>
      <w:r>
        <w:t>Continuar extrayendo hasta rigidez completa.</w:t>
      </w:r>
    </w:p>
    <w:p>
      <w:pPr>
        <w:pStyle w:val="ListNumber"/>
      </w:pPr>
      <w:r>
        <w:t>**Verificación de rigidez**</w:t>
      </w:r>
    </w:p>
    <w:p>
      <w:pPr>
        <w:pStyle w:val="ListBullet"/>
      </w:pPr>
      <w:r>
        <w:t>Verificar que férula está completamente rígida.</w:t>
      </w:r>
    </w:p>
    <w:p>
      <w:pPr>
        <w:pStyle w:val="ListBullet"/>
      </w:pPr>
      <w:r>
        <w:t>Verificar que inmovilización es adecuada.</w:t>
      </w:r>
    </w:p>
    <w:p>
      <w:pPr>
        <w:pStyle w:val="ListBullet"/>
      </w:pPr>
      <w:r>
        <w:t>Verificar que válvula está cerrada correctamente.</w:t>
      </w:r>
    </w:p>
    <w:p>
      <w:pPr>
        <w:pStyle w:val="ListNumber"/>
      </w:pPr>
      <w:r>
        <w:t>**Control neurovascular POST**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Comunicar alteraciones al médico.</w:t>
      </w:r>
    </w:p>
    <w:p>
      <w:r>
        <w:t>**Variaciones por diseño:**</w:t>
      </w:r>
    </w:p>
    <w:p>
      <w:pPr>
        <w:pStyle w:val="ListBullet"/>
      </w:pPr>
      <w:r>
        <w:t>Férulas de vacío de miembro superior: diseño específico para brazo/antebrazo.</w:t>
      </w:r>
    </w:p>
    <w:p>
      <w:pPr>
        <w:pStyle w:val="ListBullet"/>
      </w:pPr>
      <w:r>
        <w:t>Férulas de vacío de miembro inferior: diseño específico para pierna.</w:t>
      </w:r>
    </w:p>
    <w:p>
      <w:pPr>
        <w:pStyle w:val="ListBullet"/>
      </w:pPr>
      <w:r>
        <w:t>Férulas de vacío cortas: diseño específico para tobillo/pie.</w:t>
      </w:r>
    </w:p>
    <w:p>
      <w:r>
        <w:t>**Errores frecuentes:**</w:t>
      </w:r>
    </w:p>
    <w:p>
      <w:pPr>
        <w:pStyle w:val="ListBullet"/>
      </w:pPr>
      <w:r>
        <w:t>No extraer aire completamente (férula no se vuelve rígida).</w:t>
      </w:r>
    </w:p>
    <w:p>
      <w:pPr>
        <w:pStyle w:val="ListBullet"/>
      </w:pPr>
      <w:r>
        <w:t>No verificar rigidez antes de usar.</w:t>
      </w:r>
    </w:p>
    <w:p>
      <w:pPr>
        <w:pStyle w:val="ListBullet"/>
      </w:pPr>
      <w:r>
        <w:t>No cerrar válvula correctamente.</w:t>
      </w:r>
    </w:p>
    <w:p>
      <w:pPr>
        <w:pStyle w:val="ListBullet"/>
      </w:pPr>
      <w:r>
        <w:t>No verificar control neurovascular POST.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E) Férulas neumáticas (hinchables)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Seleccionar férula neumática de tamaño adecuado.</w:t>
      </w:r>
    </w:p>
    <w:p>
      <w:pPr>
        <w:pStyle w:val="ListBullet"/>
      </w:pPr>
      <w:r>
        <w:t>Verificar que válvula funciona.</w:t>
      </w:r>
    </w:p>
    <w:p>
      <w:pPr>
        <w:pStyle w:val="ListBullet"/>
      </w:pPr>
      <w:r>
        <w:t>Exponer extremidad.</w:t>
      </w:r>
    </w:p>
    <w:p>
      <w:pPr>
        <w:pStyle w:val="ListNumber"/>
      </w:pPr>
      <w:r>
        <w:t>**Control neurovascular PRE**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Registrar hallazgos.</w:t>
      </w:r>
    </w:p>
    <w:p>
      <w:pPr>
        <w:pStyle w:val="ListNumber"/>
      </w:pPr>
      <w:r>
        <w:t>**Colocación de férula**</w:t>
      </w:r>
    </w:p>
    <w:p>
      <w:pPr>
        <w:pStyle w:val="ListBullet"/>
      </w:pPr>
      <w:r>
        <w:t>Colocar férula neumática alrededor de la extremidad.</w:t>
      </w:r>
    </w:p>
    <w:p>
      <w:pPr>
        <w:pStyle w:val="ListBullet"/>
      </w:pPr>
      <w:r>
        <w:t>Verificar que cubre lesión y articulaciones adyacentes.</w:t>
      </w:r>
    </w:p>
    <w:p>
      <w:pPr>
        <w:pStyle w:val="ListBullet"/>
      </w:pPr>
      <w:r>
        <w:t>Posicionar correctamente.</w:t>
      </w:r>
    </w:p>
    <w:p>
      <w:pPr>
        <w:pStyle w:val="ListNumber"/>
      </w:pPr>
      <w:r>
        <w:t>**Hinchado**</w:t>
      </w:r>
    </w:p>
    <w:p>
      <w:pPr>
        <w:pStyle w:val="ListBullet"/>
      </w:pPr>
      <w:r>
        <w:t>Inflar férula con válvula.</w:t>
      </w:r>
    </w:p>
    <w:p>
      <w:pPr>
        <w:pStyle w:val="ListBullet"/>
      </w:pPr>
      <w:r>
        <w:t>Inflar hasta contacto firme pero no excesivo.</w:t>
      </w:r>
    </w:p>
    <w:p>
      <w:pPr>
        <w:pStyle w:val="ListBullet"/>
      </w:pPr>
      <w:r>
        <w:t>**NO sobre-inflar** (riesgo de compresión).</w:t>
      </w:r>
    </w:p>
    <w:p>
      <w:pPr>
        <w:pStyle w:val="ListNumber"/>
      </w:pPr>
      <w:r>
        <w:t>**Verificación**</w:t>
      </w:r>
    </w:p>
    <w:p>
      <w:pPr>
        <w:pStyle w:val="ListBullet"/>
      </w:pPr>
      <w:r>
        <w:t>Verificar que férula está bien ajustada.</w:t>
      </w:r>
    </w:p>
    <w:p>
      <w:pPr>
        <w:pStyle w:val="ListBullet"/>
      </w:pPr>
      <w:r>
        <w:t>Verificar que no hay compresión excesiva.</w:t>
      </w:r>
    </w:p>
    <w:p>
      <w:pPr>
        <w:pStyle w:val="ListBullet"/>
      </w:pPr>
      <w:r>
        <w:t>Verificar que inmovilización es adecuada.</w:t>
      </w:r>
    </w:p>
    <w:p>
      <w:pPr>
        <w:pStyle w:val="ListNumber"/>
      </w:pPr>
      <w:r>
        <w:t>**Control neurovascular POST**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**Si hay alteraciones: desinflar parcialmente y re-verificar.**</w:t>
      </w:r>
    </w:p>
    <w:p>
      <w:pPr>
        <w:pStyle w:val="ListBullet"/>
      </w:pPr>
      <w:r>
        <w:t>Comunicar alteraciones al médico.</w:t>
      </w:r>
    </w:p>
    <w:p>
      <w:r>
        <w:t>**Errores frecuentes:**</w:t>
      </w:r>
    </w:p>
    <w:p>
      <w:pPr>
        <w:pStyle w:val="ListBullet"/>
      </w:pPr>
      <w:r>
        <w:t>Sobre-inflar (compresión excesiva, riesgo de síndrome compartimental).</w:t>
      </w:r>
    </w:p>
    <w:p>
      <w:pPr>
        <w:pStyle w:val="ListBullet"/>
      </w:pPr>
      <w:r>
        <w:t>No verificar pulso después de inflar.</w:t>
      </w:r>
    </w:p>
    <w:p>
      <w:pPr>
        <w:pStyle w:val="ListBullet"/>
      </w:pPr>
      <w:r>
        <w:t>No verificar control neurovascular POST.</w:t>
      </w:r>
    </w:p>
    <w:p>
      <w:pPr>
        <w:pStyle w:val="ListBullet"/>
      </w:pPr>
      <w:r>
        <w:t>Inflar demasiado rápido.</w:t>
      </w:r>
    </w:p>
    <w:p>
      <w:r>
        <w:t>**Consideraciones:**</w:t>
      </w:r>
    </w:p>
    <w:p>
      <w:pPr>
        <w:pStyle w:val="ListBullet"/>
      </w:pPr>
      <w:r>
        <w:t>Uso condicionado por protocolo del servicio.</w:t>
      </w:r>
    </w:p>
    <w:p>
      <w:pPr>
        <w:pStyle w:val="ListBullet"/>
      </w:pPr>
      <w:r>
        <w:t>No usar si hay contraindicaciones según protocolo.</w:t>
      </w:r>
    </w:p>
    <w:p>
      <w:pPr>
        <w:pStyle w:val="ListBullet"/>
      </w:pPr>
      <w:r>
        <w:t>Verificar pulso después de inflar es obligatorio.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F) Férulas de dedo / pequeñas inmovilizaciones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Seleccionar férula de tamaño adecuado.</w:t>
      </w:r>
    </w:p>
    <w:p>
      <w:pPr>
        <w:pStyle w:val="ListBullet"/>
      </w:pPr>
      <w:r>
        <w:t>Exponer dedo/extremidad.</w:t>
      </w:r>
    </w:p>
    <w:p>
      <w:pPr>
        <w:pStyle w:val="ListNumber"/>
      </w:pPr>
      <w:r>
        <w:t>**Control neurovascular PRE**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Registrar hallazgos.</w:t>
      </w:r>
    </w:p>
    <w:p>
      <w:pPr>
        <w:pStyle w:val="ListNumber"/>
      </w:pPr>
      <w:r>
        <w:t>**Aplicación**</w:t>
      </w:r>
    </w:p>
    <w:p>
      <w:pPr>
        <w:pStyle w:val="ListBullet"/>
      </w:pPr>
      <w:r>
        <w:t>Colocar férula en posición correcta.</w:t>
      </w:r>
    </w:p>
    <w:p>
      <w:pPr>
        <w:pStyle w:val="ListBullet"/>
      </w:pPr>
      <w:r>
        <w:t>Ajustar a la forma del dedo/extremidad.</w:t>
      </w:r>
    </w:p>
    <w:p>
      <w:pPr>
        <w:pStyle w:val="ListBullet"/>
      </w:pPr>
      <w:r>
        <w:t>Verificar que inmovilización es adecuada.</w:t>
      </w:r>
    </w:p>
    <w:p>
      <w:pPr>
        <w:pStyle w:val="ListNumber"/>
      </w:pPr>
      <w:r>
        <w:t>**Fijación**</w:t>
      </w:r>
    </w:p>
    <w:p>
      <w:pPr>
        <w:pStyle w:val="ListBullet"/>
      </w:pPr>
      <w:r>
        <w:t>Fijar con vendas o cinta.</w:t>
      </w:r>
    </w:p>
    <w:p>
      <w:pPr>
        <w:pStyle w:val="ListBullet"/>
      </w:pPr>
      <w:r>
        <w:t>Ajustar firmemente pero sin comprimir.</w:t>
      </w:r>
    </w:p>
    <w:p>
      <w:pPr>
        <w:pStyle w:val="ListBullet"/>
      </w:pPr>
      <w:r>
        <w:t>Verificar que no hay compresión excesiva.</w:t>
      </w:r>
    </w:p>
    <w:p>
      <w:pPr>
        <w:pStyle w:val="ListNumber"/>
      </w:pPr>
      <w:r>
        <w:t>**Control neurovascular POST**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Comunicar alteraciones al médico.</w:t>
      </w:r>
    </w:p>
    <w:p>
      <w:r>
        <w:t>**Errores frecuentes:**</w:t>
      </w:r>
    </w:p>
    <w:p>
      <w:pPr>
        <w:pStyle w:val="ListBullet"/>
      </w:pPr>
      <w:r>
        <w:t>Talla incorrecta.</w:t>
      </w:r>
    </w:p>
    <w:p>
      <w:pPr>
        <w:pStyle w:val="ListBullet"/>
      </w:pPr>
      <w:r>
        <w:t>Sobre-ajustar.</w:t>
      </w:r>
    </w:p>
    <w:p>
      <w:pPr>
        <w:pStyle w:val="ListBullet"/>
      </w:pPr>
      <w:r>
        <w:t>No verificar control neurovascular POST.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G) Cabestrillo + vendaje de sujeción (sling &amp; swathe)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Preparar cabestrillo y vendas.</w:t>
      </w:r>
    </w:p>
    <w:p>
      <w:pPr>
        <w:pStyle w:val="ListBullet"/>
      </w:pPr>
      <w:r>
        <w:t>Exponer extremidad superior.</w:t>
      </w:r>
    </w:p>
    <w:p>
      <w:pPr>
        <w:pStyle w:val="ListNumber"/>
      </w:pPr>
      <w:r>
        <w:t>**Control neurovascular PRE**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Registrar hallazgos.</w:t>
      </w:r>
    </w:p>
    <w:p>
      <w:pPr>
        <w:pStyle w:val="ListNumber"/>
      </w:pPr>
      <w:r>
        <w:t>**Colocación de cabestrillo**</w:t>
      </w:r>
    </w:p>
    <w:p>
      <w:pPr>
        <w:pStyle w:val="ListBullet"/>
      </w:pPr>
      <w:r>
        <w:t>Colocar cabestrillo bajo antebrazo.</w:t>
      </w:r>
    </w:p>
    <w:p>
      <w:pPr>
        <w:pStyle w:val="ListBullet"/>
      </w:pPr>
      <w:r>
        <w:t>Ajustar altura (mano ligeramente por encima del codo).</w:t>
      </w:r>
    </w:p>
    <w:p>
      <w:pPr>
        <w:pStyle w:val="ListBullet"/>
      </w:pPr>
      <w:r>
        <w:t>Fijar cabestrillo.</w:t>
      </w:r>
    </w:p>
    <w:p>
      <w:pPr>
        <w:pStyle w:val="ListNumber"/>
      </w:pPr>
      <w:r>
        <w:t>**Vendaje de sujeción**</w:t>
      </w:r>
    </w:p>
    <w:p>
      <w:pPr>
        <w:pStyle w:val="ListBullet"/>
      </w:pPr>
      <w:r>
        <w:t>Colocar vendaje alrededor del tórax y brazo.</w:t>
      </w:r>
    </w:p>
    <w:p>
      <w:pPr>
        <w:pStyle w:val="ListBullet"/>
      </w:pPr>
      <w:r>
        <w:t>Fijar brazo al tórax.</w:t>
      </w:r>
    </w:p>
    <w:p>
      <w:pPr>
        <w:pStyle w:val="ListBullet"/>
      </w:pPr>
      <w:r>
        <w:t>Ajustar firmemente pero sin comprimir.</w:t>
      </w:r>
    </w:p>
    <w:p>
      <w:pPr>
        <w:pStyle w:val="ListNumber"/>
      </w:pPr>
      <w:r>
        <w:t>**Verificación**</w:t>
      </w:r>
    </w:p>
    <w:p>
      <w:pPr>
        <w:pStyle w:val="ListBullet"/>
      </w:pPr>
      <w:r>
        <w:t>Verificar que brazo está bien inmovilizado.</w:t>
      </w:r>
    </w:p>
    <w:p>
      <w:pPr>
        <w:pStyle w:val="ListBullet"/>
      </w:pPr>
      <w:r>
        <w:t>Verificar que no hay compresión excesiva.</w:t>
      </w:r>
    </w:p>
    <w:p>
      <w:pPr>
        <w:pStyle w:val="ListBullet"/>
      </w:pPr>
      <w:r>
        <w:t>Verificar que posición es cómoda.</w:t>
      </w:r>
    </w:p>
    <w:p>
      <w:pPr>
        <w:pStyle w:val="ListNumber"/>
      </w:pPr>
      <w:r>
        <w:t>**Control neurovascular POST**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Comunicar alteraciones al médico.</w:t>
      </w:r>
    </w:p>
    <w:p>
      <w:r>
        <w:t>**Errores frecuentes:**</w:t>
      </w:r>
    </w:p>
    <w:p>
      <w:pPr>
        <w:pStyle w:val="ListBullet"/>
      </w:pPr>
      <w:r>
        <w:t>Altura incorrecta del cabestrillo.</w:t>
      </w:r>
    </w:p>
    <w:p>
      <w:pPr>
        <w:pStyle w:val="ListBullet"/>
      </w:pPr>
      <w:r>
        <w:t>Vendaje de sujeción demasiado apretado.</w:t>
      </w:r>
    </w:p>
    <w:p>
      <w:pPr>
        <w:pStyle w:val="ListBullet"/>
      </w:pPr>
      <w:r>
        <w:t>No verificar control neurovascular POST.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H) Férulas improvisadas (contingencia)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Identificar material disponible (cartón, tablillas, manta, etc.).</w:t>
      </w:r>
    </w:p>
    <w:p>
      <w:pPr>
        <w:pStyle w:val="ListBullet"/>
      </w:pPr>
      <w:r>
        <w:t>Evaluar si material es adecuado.</w:t>
      </w:r>
    </w:p>
    <w:p>
      <w:pPr>
        <w:pStyle w:val="ListBullet"/>
      </w:pPr>
      <w:r>
        <w:t>Exponer extremidad.</w:t>
      </w:r>
    </w:p>
    <w:p>
      <w:pPr>
        <w:pStyle w:val="ListNumber"/>
      </w:pPr>
      <w:r>
        <w:t>**Control neurovascular PRE**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Registrar hallazgos.</w:t>
      </w:r>
    </w:p>
    <w:p>
      <w:pPr>
        <w:pStyle w:val="ListNumber"/>
      </w:pPr>
      <w:r>
        <w:t>**Preparación del material**</w:t>
      </w:r>
    </w:p>
    <w:p>
      <w:pPr>
        <w:pStyle w:val="ListBullet"/>
      </w:pPr>
      <w:r>
        <w:t>Preparar material (cortar cartón, enrollar manta, etc.).</w:t>
      </w:r>
    </w:p>
    <w:p>
      <w:pPr>
        <w:pStyle w:val="ListBullet"/>
      </w:pPr>
      <w:r>
        <w:t>Acolchar si es posible.</w:t>
      </w:r>
    </w:p>
    <w:p>
      <w:pPr>
        <w:pStyle w:val="ListBullet"/>
      </w:pPr>
      <w:r>
        <w:t>Adaptar a la forma de la extremidad.</w:t>
      </w:r>
    </w:p>
    <w:p>
      <w:pPr>
        <w:pStyle w:val="ListNumber"/>
      </w:pPr>
      <w:r>
        <w:t>**Aplicación**</w:t>
      </w:r>
    </w:p>
    <w:p>
      <w:pPr>
        <w:pStyle w:val="ListBullet"/>
      </w:pPr>
      <w:r>
        <w:t>Colocar material improvisado en posición correcta.</w:t>
      </w:r>
    </w:p>
    <w:p>
      <w:pPr>
        <w:pStyle w:val="ListBullet"/>
      </w:pPr>
      <w:r>
        <w:t>Verificar que cubre lesión y articulaciones adyacentes.</w:t>
      </w:r>
    </w:p>
    <w:p>
      <w:pPr>
        <w:pStyle w:val="ListBullet"/>
      </w:pPr>
      <w:r>
        <w:t>Ajustar si es necesario.</w:t>
      </w:r>
    </w:p>
    <w:p>
      <w:pPr>
        <w:pStyle w:val="ListNumber"/>
      </w:pPr>
      <w:r>
        <w:t>**Fijación**</w:t>
      </w:r>
    </w:p>
    <w:p>
      <w:pPr>
        <w:pStyle w:val="ListBullet"/>
      </w:pPr>
      <w:r>
        <w:t>Fijar con vendas, cintas o material disponible.</w:t>
      </w:r>
    </w:p>
    <w:p>
      <w:pPr>
        <w:pStyle w:val="ListBullet"/>
      </w:pPr>
      <w:r>
        <w:t>Ajustar firmemente pero sin comprimir.</w:t>
      </w:r>
    </w:p>
    <w:p>
      <w:pPr>
        <w:pStyle w:val="ListBullet"/>
      </w:pPr>
      <w:r>
        <w:t>Verificar que no hay compresión excesiva.</w:t>
      </w:r>
    </w:p>
    <w:p>
      <w:pPr>
        <w:pStyle w:val="ListNumber"/>
      </w:pPr>
      <w:r>
        <w:t>**Control neurovascular POST**</w:t>
      </w:r>
    </w:p>
    <w:p>
      <w:pPr>
        <w:pStyle w:val="ListBullet"/>
      </w:pPr>
      <w:r>
        <w:t>Verificar pulso, temperatura, relleno capilar, sensibilidad, movilidad.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Comunicar alteraciones al médico.</w:t>
      </w:r>
    </w:p>
    <w:p>
      <w:pPr>
        <w:pStyle w:val="ListNumber"/>
      </w:pPr>
      <w:r>
        <w:t>**Reemplazo**</w:t>
      </w:r>
    </w:p>
    <w:p>
      <w:pPr>
        <w:pStyle w:val="ListBullet"/>
      </w:pPr>
      <w:r>
        <w:t>Reemplazar por material adecuado lo antes posible.</w:t>
      </w:r>
    </w:p>
    <w:p>
      <w:pPr>
        <w:pStyle w:val="ListBullet"/>
      </w:pPr>
      <w:r>
        <w:t>No usar como solución definitiva.</w:t>
      </w:r>
    </w:p>
    <w:p>
      <w:r>
        <w:t>**Errores frecuentes:**</w:t>
      </w:r>
    </w:p>
    <w:p>
      <w:pPr>
        <w:pStyle w:val="ListBullet"/>
      </w:pPr>
      <w:r>
        <w:t>Usar material inadecuado.</w:t>
      </w:r>
    </w:p>
    <w:p>
      <w:pPr>
        <w:pStyle w:val="ListBullet"/>
      </w:pPr>
      <w:r>
        <w:t>No acolchar puntos de presión.</w:t>
      </w:r>
    </w:p>
    <w:p>
      <w:pPr>
        <w:pStyle w:val="ListBullet"/>
      </w:pPr>
      <w:r>
        <w:t>No verificar control neurovascular POST.</w:t>
      </w:r>
    </w:p>
    <w:p>
      <w:pPr>
        <w:pStyle w:val="ListBullet"/>
      </w:pPr>
      <w:r>
        <w:t>Usar como solución definitiva (debe reemplazarse).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2.10.7 Controles finales obligatorios</w:t>
      </w:r>
    </w:p>
    <w:p>
      <w:pPr>
        <w:pStyle w:val="Heading3"/>
      </w:pPr>
      <w:r>
        <w:t>Control neurovascular POST-ferulización</w:t>
      </w:r>
    </w:p>
    <w:p>
      <w:r>
        <w:t>**Después de aplicar cualquier férula, verificar:**</w:t>
      </w:r>
    </w:p>
    <w:p>
      <w:pPr>
        <w:pStyle w:val="ListNumber"/>
      </w:pPr>
      <w:r>
        <w:t>**Pulso distal**</w:t>
      </w:r>
    </w:p>
    <w:p>
      <w:pPr>
        <w:pStyle w:val="ListBullet"/>
      </w:pPr>
      <w:r>
        <w:t>Palpar pulso en extremidad afectada.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**Si pulso ausente o débil: ajustar férula inmediatamente.**</w:t>
      </w:r>
    </w:p>
    <w:p>
      <w:pPr>
        <w:pStyle w:val="ListNumber"/>
      </w:pPr>
      <w:r>
        <w:t>**Temperatura distal**</w:t>
      </w:r>
    </w:p>
    <w:p>
      <w:pPr>
        <w:pStyle w:val="ListBullet"/>
      </w:pPr>
      <w:r>
        <w:t>Evaluar temperatura de extremidad.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**Si extremidad fría: ajustar férula inmediatamente.**</w:t>
      </w:r>
    </w:p>
    <w:p>
      <w:pPr>
        <w:pStyle w:val="ListNumber"/>
      </w:pPr>
      <w:r>
        <w:t>**Relleno capilar**</w:t>
      </w:r>
    </w:p>
    <w:p>
      <w:pPr>
        <w:pStyle w:val="ListBullet"/>
      </w:pPr>
      <w:r>
        <w:t>Presionar lecho ungueal o pulpejo.</w:t>
      </w:r>
    </w:p>
    <w:p>
      <w:pPr>
        <w:pStyle w:val="ListBullet"/>
      </w:pPr>
      <w:r>
        <w:t>Observar tiempo de relleno.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**Si relleno capilar &gt;2 segundos: ajustar férula inmediatamente.**</w:t>
      </w:r>
    </w:p>
    <w:p>
      <w:pPr>
        <w:pStyle w:val="ListNumber"/>
      </w:pPr>
      <w:r>
        <w:t>**Sensibilidad**</w:t>
      </w:r>
    </w:p>
    <w:p>
      <w:pPr>
        <w:pStyle w:val="ListBullet"/>
      </w:pPr>
      <w:r>
        <w:t>Evaluar sensibilidad si es posible.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**Si hay alteración nueva: ajustar férula inmediatamente.**</w:t>
      </w:r>
    </w:p>
    <w:p>
      <w:pPr>
        <w:pStyle w:val="ListNumber"/>
      </w:pPr>
      <w:r>
        <w:t>**Movilidad**</w:t>
      </w:r>
    </w:p>
    <w:p>
      <w:pPr>
        <w:pStyle w:val="ListBullet"/>
      </w:pPr>
      <w:r>
        <w:t>Evaluar movilidad si es posible.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**Si hay alteración nueva: ajustar férula inmediatamente.**</w:t>
      </w:r>
    </w:p>
    <w:p>
      <w:r>
        <w:t>**Registro:**</w:t>
      </w:r>
    </w:p>
    <w:p>
      <w:pPr>
        <w:pStyle w:val="ListBullet"/>
      </w:pPr>
      <w:r>
        <w:t>Documentar hallazgos POST-ferulización.</w:t>
      </w:r>
    </w:p>
    <w:p>
      <w:pPr>
        <w:pStyle w:val="ListBullet"/>
      </w:pPr>
      <w:r>
        <w:t>Comparar con PRE-ferulización.</w:t>
      </w:r>
    </w:p>
    <w:p>
      <w:pPr>
        <w:pStyle w:val="ListBullet"/>
      </w:pPr>
      <w:r>
        <w:t>Comunicar alteraciones al médico inmediatamente.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Verificación de puntos de presión</w:t>
      </w:r>
    </w:p>
    <w:p>
      <w:r>
        <w:t>**Verificar que no hay compresión en:**</w:t>
      </w:r>
    </w:p>
    <w:p>
      <w:pPr>
        <w:pStyle w:val="ListBullet"/>
      </w:pPr>
      <w:r>
        <w:t>Prominencias óseas.</w:t>
      </w:r>
    </w:p>
    <w:p>
      <w:pPr>
        <w:pStyle w:val="ListBullet"/>
      </w:pPr>
      <w:r>
        <w:t>Articulaciones.</w:t>
      </w:r>
    </w:p>
    <w:p>
      <w:pPr>
        <w:pStyle w:val="ListBullet"/>
      </w:pPr>
      <w:r>
        <w:t>Puntos de contacto de la férula.</w:t>
      </w:r>
    </w:p>
    <w:p>
      <w:pPr>
        <w:pStyle w:val="ListBullet"/>
      </w:pPr>
      <w:r>
        <w:t>Zonas de fijación (vendas, correas).</w:t>
      </w:r>
    </w:p>
    <w:p>
      <w:r>
        <w:t>**Si hay compresión:**</w:t>
      </w:r>
    </w:p>
    <w:p>
      <w:pPr>
        <w:pStyle w:val="ListBullet"/>
      </w:pPr>
      <w:r>
        <w:t>Ajustar férula.</w:t>
      </w:r>
    </w:p>
    <w:p>
      <w:pPr>
        <w:pStyle w:val="ListBullet"/>
      </w:pPr>
      <w:r>
        <w:t>Acolchar puntos de presión.</w:t>
      </w:r>
    </w:p>
    <w:p>
      <w:pPr>
        <w:pStyle w:val="ListBullet"/>
      </w:pPr>
      <w:r>
        <w:t>Re-verificar.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Verificación de centrado y fijación</w:t>
      </w:r>
    </w:p>
    <w:p>
      <w:r>
        <w:t>**Verificar que:**</w:t>
      </w:r>
    </w:p>
    <w:p>
      <w:pPr>
        <w:pStyle w:val="ListBullet"/>
      </w:pPr>
      <w:r>
        <w:t>Férula está centrada correctamente.</w:t>
      </w:r>
    </w:p>
    <w:p>
      <w:pPr>
        <w:pStyle w:val="ListBullet"/>
      </w:pPr>
      <w:r>
        <w:t>Férula cubre lesión y articulaciones adyacentes.</w:t>
      </w:r>
    </w:p>
    <w:p>
      <w:pPr>
        <w:pStyle w:val="ListBullet"/>
      </w:pPr>
      <w:r>
        <w:t>Fijación es segura (no se mueve).</w:t>
      </w:r>
    </w:p>
    <w:p>
      <w:pPr>
        <w:pStyle w:val="ListBullet"/>
      </w:pPr>
      <w:r>
        <w:t>Fijación no comprime excesivamente.</w:t>
      </w:r>
    </w:p>
    <w:p>
      <w:r>
        <w:t>**Si hay problemas:**</w:t>
      </w:r>
    </w:p>
    <w:p>
      <w:pPr>
        <w:pStyle w:val="ListBullet"/>
      </w:pPr>
      <w:r>
        <w:t>Ajustar posición.</w:t>
      </w:r>
    </w:p>
    <w:p>
      <w:pPr>
        <w:pStyle w:val="ListBullet"/>
      </w:pPr>
      <w:r>
        <w:t>Re-fijar si es necesario.</w:t>
      </w:r>
    </w:p>
    <w:p>
      <w:pPr>
        <w:pStyle w:val="ListBullet"/>
      </w:pPr>
      <w:r>
        <w:t>Re-verificar.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2.10.8 Integración con extricación y transferencias</w:t>
      </w:r>
    </w:p>
    <w:p>
      <w:pPr>
        <w:pStyle w:val="Heading3"/>
      </w:pPr>
      <w:r>
        <w:t>Integración con extricación (2.7)</w:t>
      </w:r>
    </w:p>
    <w:p>
      <w:r>
        <w:t>**Durante extricación:**</w:t>
      </w:r>
    </w:p>
    <w:p>
      <w:pPr>
        <w:pStyle w:val="ListBullet"/>
      </w:pPr>
      <w:r>
        <w:t>Si extremidad está ferulizada: proteger durante extricación.</w:t>
      </w:r>
    </w:p>
    <w:p>
      <w:pPr>
        <w:pStyle w:val="ListBullet"/>
      </w:pPr>
      <w:r>
        <w:t>Mantener inmovilización durante movimientos en bloque.</w:t>
      </w:r>
    </w:p>
    <w:p>
      <w:pPr>
        <w:pStyle w:val="ListBullet"/>
      </w:pPr>
      <w:r>
        <w:t>Verificar control neurovascular después de extricación.</w:t>
      </w:r>
    </w:p>
    <w:p>
      <w:pPr>
        <w:pStyle w:val="ListBullet"/>
      </w:pPr>
      <w:r>
        <w:t>Ajustar férula si es necesario después de extricación.</w:t>
      </w:r>
    </w:p>
    <w:p>
      <w:r>
        <w:t>**Principios:**</w:t>
      </w:r>
    </w:p>
    <w:p>
      <w:pPr>
        <w:pStyle w:val="ListBullet"/>
      </w:pPr>
      <w:r>
        <w:t>La férula no debe interferir con extricación.</w:t>
      </w:r>
    </w:p>
    <w:p>
      <w:pPr>
        <w:pStyle w:val="ListBullet"/>
      </w:pPr>
      <w:r>
        <w:t>La extricación no debe comprometer la férula.</w:t>
      </w:r>
    </w:p>
    <w:p>
      <w:pPr>
        <w:pStyle w:val="ListBullet"/>
      </w:pPr>
      <w:r>
        <w:t>Re-verificar después de extricación.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Integración con transferencias (2.8)</w:t>
      </w:r>
    </w:p>
    <w:p>
      <w:r>
        <w:t>**Durante transferencias:**</w:t>
      </w:r>
    </w:p>
    <w:p>
      <w:pPr>
        <w:pStyle w:val="ListBullet"/>
      </w:pPr>
      <w:r>
        <w:t>Si extremidad está ferulizada: proteger durante transferencia.</w:t>
      </w:r>
    </w:p>
    <w:p>
      <w:pPr>
        <w:pStyle w:val="ListBullet"/>
      </w:pPr>
      <w:r>
        <w:t>Mantener inmovilización durante transferencia.</w:t>
      </w:r>
    </w:p>
    <w:p>
      <w:pPr>
        <w:pStyle w:val="ListBullet"/>
      </w:pPr>
      <w:r>
        <w:t>Verificar control neurovascular después de transferencia.</w:t>
      </w:r>
    </w:p>
    <w:p>
      <w:pPr>
        <w:pStyle w:val="ListBullet"/>
      </w:pPr>
      <w:r>
        <w:t>Ajustar férula si es necesario después de transferencia.</w:t>
      </w:r>
    </w:p>
    <w:p>
      <w:r>
        <w:t>**Principios:**</w:t>
      </w:r>
    </w:p>
    <w:p>
      <w:pPr>
        <w:pStyle w:val="ListBullet"/>
      </w:pPr>
      <w:r>
        <w:t>La férula no debe interferir con transferencia.</w:t>
      </w:r>
    </w:p>
    <w:p>
      <w:pPr>
        <w:pStyle w:val="ListBullet"/>
      </w:pPr>
      <w:r>
        <w:t>La transferencia no debe comprometer la férula.</w:t>
      </w:r>
    </w:p>
    <w:p>
      <w:pPr>
        <w:pStyle w:val="ListBullet"/>
      </w:pPr>
      <w:r>
        <w:t>Re-verificar después de transferencia.</w:t>
      </w:r>
    </w:p>
    <w:p>
      <w:r>
        <w:t>**Reevaluación tras transferencias:**</w:t>
      </w:r>
    </w:p>
    <w:p>
      <w:pPr>
        <w:pStyle w:val="ListBullet"/>
      </w:pPr>
      <w:r>
        <w:t>Control neurovascular POST-transferencia.</w:t>
      </w:r>
    </w:p>
    <w:p>
      <w:pPr>
        <w:pStyle w:val="ListBullet"/>
      </w:pPr>
      <w:r>
        <w:t>Verificar que férula sigue bien posicionada.</w:t>
      </w:r>
    </w:p>
    <w:p>
      <w:pPr>
        <w:pStyle w:val="ListBullet"/>
      </w:pPr>
      <w:r>
        <w:t>Verificar que fijación sigue segura.</w:t>
      </w:r>
    </w:p>
    <w:p>
      <w:pPr>
        <w:pStyle w:val="ListBullet"/>
      </w:pPr>
      <w:r>
        <w:t>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2.10.9 Errores críticos y señales de alarma</w:t>
      </w:r>
    </w:p>
    <w:p>
      <w:pPr>
        <w:pStyle w:val="Heading3"/>
      </w:pPr>
      <w:r>
        <w:t>Errores críticos</w:t>
      </w:r>
    </w:p>
    <w:p>
      <w:r>
        <w:t>**Error 1: No realizar control neurovascular PRE**</w:t>
      </w:r>
    </w:p>
    <w:p>
      <w:pPr>
        <w:pStyle w:val="ListBullet"/>
      </w:pPr>
      <w:r>
        <w:t>❌ Aplicar férula sin verificar pulso, temperatura, relleno capilar, sensibilidad, movilidad.</w:t>
      </w:r>
    </w:p>
    <w:p>
      <w:pPr>
        <w:pStyle w:val="ListBullet"/>
      </w:pPr>
      <w:r>
        <w:t>**Consecuencia:** No se puede comparar POST, no se detectan alteraciones preexistentes.</w:t>
      </w:r>
    </w:p>
    <w:p>
      <w:pPr>
        <w:pStyle w:val="ListBullet"/>
      </w:pPr>
      <w:r>
        <w:t>**Prevención:** Siempre realizar control neurovascular PRE antes de aplicar férula.</w:t>
      </w:r>
    </w:p>
    <w:p>
      <w:r>
        <w:t>**Error 2: No realizar control neurovascular POST**</w:t>
      </w:r>
    </w:p>
    <w:p>
      <w:pPr>
        <w:pStyle w:val="ListBullet"/>
      </w:pPr>
      <w:r>
        <w:t>❌ Aplicar férula sin verificar pulso, temperatura, relleno capilar, sensibilidad, movilidad después.</w:t>
      </w:r>
    </w:p>
    <w:p>
      <w:pPr>
        <w:pStyle w:val="ListBullet"/>
      </w:pPr>
      <w:r>
        <w:t>**Consecuencia:** No se detectan alteraciones causadas por la férula.</w:t>
      </w:r>
    </w:p>
    <w:p>
      <w:pPr>
        <w:pStyle w:val="ListBullet"/>
      </w:pPr>
      <w:r>
        <w:t>**Prevención:** Siempre realizar control neurovascular POST después de aplicar férula.</w:t>
      </w:r>
    </w:p>
    <w:p>
      <w:r>
        <w:t>**Error 3: Sobre-ajustar (compresión excesiva)**</w:t>
      </w:r>
    </w:p>
    <w:p>
      <w:pPr>
        <w:pStyle w:val="ListBullet"/>
      </w:pPr>
      <w:r>
        <w:t>❌ Ajustar férula demasiado apretada.</w:t>
      </w:r>
    </w:p>
    <w:p>
      <w:pPr>
        <w:pStyle w:val="ListBullet"/>
      </w:pPr>
      <w:r>
        <w:t>**Consecuencia:** Compresión vascular, riesgo de síndrome compartimental, lesión secundaria.</w:t>
      </w:r>
    </w:p>
    <w:p>
      <w:pPr>
        <w:pStyle w:val="ListBullet"/>
      </w:pPr>
      <w:r>
        <w:t>**Prevención:** Ajustar firmemente pero sin comprimir, verificar pulso después.</w:t>
      </w:r>
    </w:p>
    <w:p>
      <w:r>
        <w:t>**Error 4: No acolchar puntos de presión**</w:t>
      </w:r>
    </w:p>
    <w:p>
      <w:pPr>
        <w:pStyle w:val="ListBullet"/>
      </w:pPr>
      <w:r>
        <w:t>❌ Aplicar férula sin acolchar prominencias óseas.</w:t>
      </w:r>
    </w:p>
    <w:p>
      <w:pPr>
        <w:pStyle w:val="ListBullet"/>
      </w:pPr>
      <w:r>
        <w:t>**Consecuencia:** Lesiones por presión, úlceras, incomodidad.</w:t>
      </w:r>
    </w:p>
    <w:p>
      <w:pPr>
        <w:pStyle w:val="ListBullet"/>
      </w:pPr>
      <w:r>
        <w:t>**Prevención:** Siempre acolchar puntos de presión antes de aplicar férula.</w:t>
      </w:r>
    </w:p>
    <w:p>
      <w:r>
        <w:t>**Error 5: No inmovilizar articulaciones adyacentes**</w:t>
      </w:r>
    </w:p>
    <w:p>
      <w:pPr>
        <w:pStyle w:val="ListBullet"/>
      </w:pPr>
      <w:r>
        <w:t>❌ Inmovilizar solo la lesión, no las articulaciones adyacentes.</w:t>
      </w:r>
    </w:p>
    <w:p>
      <w:pPr>
        <w:pStyle w:val="ListBullet"/>
      </w:pPr>
      <w:r>
        <w:t>**Consecuencia:** Movimiento que puede agravar la lesión.</w:t>
      </w:r>
    </w:p>
    <w:p>
      <w:pPr>
        <w:pStyle w:val="ListBullet"/>
      </w:pPr>
      <w:r>
        <w:t>**Prevención:** Inmovilizar lesión y articulaciones proximal y distal.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Señales de alarma (cuándo parar y reevaluar)</w:t>
      </w:r>
    </w:p>
    <w:p>
      <w:r>
        <w:t>**Señal de alarma 1: Pulso ausente o débil POST-ferulización**</w:t>
      </w:r>
    </w:p>
    <w:p>
      <w:pPr>
        <w:pStyle w:val="ListBullet"/>
      </w:pPr>
      <w:r>
        <w:t>**Acción:** Parar, ajustar férula inmediatamente, re-verificar pulso.</w:t>
      </w:r>
    </w:p>
    <w:p>
      <w:pPr>
        <w:pStyle w:val="ListBullet"/>
      </w:pPr>
      <w:r>
        <w:t>**Si persiste:** Desajustar férula, comunicar al médico, considerar alternativas.</w:t>
      </w:r>
    </w:p>
    <w:p>
      <w:r>
        <w:t>**Señal de alarma 2: Extremidad fría POST-ferulización**</w:t>
      </w:r>
    </w:p>
    <w:p>
      <w:pPr>
        <w:pStyle w:val="ListBullet"/>
      </w:pPr>
      <w:r>
        <w:t>**Acción:** Parar, ajustar férula inmediatamente, re-verificar temperatura.</w:t>
      </w:r>
    </w:p>
    <w:p>
      <w:pPr>
        <w:pStyle w:val="ListBullet"/>
      </w:pPr>
      <w:r>
        <w:t>**Si persiste:** Desajustar férula, comunicar al médico.</w:t>
      </w:r>
    </w:p>
    <w:p>
      <w:r>
        <w:t>**Señal de alarma 3: Relleno capilar &gt;2 segundos POST-ferulización**</w:t>
      </w:r>
    </w:p>
    <w:p>
      <w:pPr>
        <w:pStyle w:val="ListBullet"/>
      </w:pPr>
      <w:r>
        <w:t>**Acción:** Parar, ajustar férula inmediatamente, re-verificar relleno capilar.</w:t>
      </w:r>
    </w:p>
    <w:p>
      <w:pPr>
        <w:pStyle w:val="ListBullet"/>
      </w:pPr>
      <w:r>
        <w:t>**Si persiste:** Desajustar férula, comunicar al médico.</w:t>
      </w:r>
    </w:p>
    <w:p>
      <w:r>
        <w:t>**Señal de alarma 4: Alteración nueva de sensibilidad POST-ferulización**</w:t>
      </w:r>
    </w:p>
    <w:p>
      <w:pPr>
        <w:pStyle w:val="ListBullet"/>
      </w:pPr>
      <w:r>
        <w:t>**Acción:** Parar, ajustar férula inmediatamente, re-verificar sensibilidad.</w:t>
      </w:r>
    </w:p>
    <w:p>
      <w:pPr>
        <w:pStyle w:val="ListBullet"/>
      </w:pPr>
      <w:r>
        <w:t>**Si persiste:** Desajustar férula, comunicar al médico.</w:t>
      </w:r>
    </w:p>
    <w:p>
      <w:r>
        <w:t>**Señal de alarma 5: Alteración nueva de movilidad POST-ferulización**</w:t>
      </w:r>
    </w:p>
    <w:p>
      <w:pPr>
        <w:pStyle w:val="ListBullet"/>
      </w:pPr>
      <w:r>
        <w:t>**Acción:** Parar, ajustar férula inmediatamente, re-verificar movilidad.</w:t>
      </w:r>
    </w:p>
    <w:p>
      <w:pPr>
        <w:pStyle w:val="ListBullet"/>
      </w:pPr>
      <w:r>
        <w:t>**Si persiste:** Desajustar férula, comunicar al médico.</w:t>
      </w:r>
    </w:p>
    <w:p>
      <w:r>
        <w:t>**Señal de alarma 6: Dolor intenso que aumenta POST-ferulización**</w:t>
      </w:r>
    </w:p>
    <w:p>
      <w:pPr>
        <w:pStyle w:val="ListBullet"/>
      </w:pPr>
      <w:r>
        <w:t>**Acción:** Parar, evaluar, ajustar férula si es necesario.</w:t>
      </w:r>
    </w:p>
    <w:p>
      <w:pPr>
        <w:pStyle w:val="ListBullet"/>
      </w:pPr>
      <w:r>
        <w:t>**Si persiste:** Comunicar al médico, considerar alternativas.</w:t>
      </w:r>
    </w:p>
    <w:p>
      <w:r>
        <w:t>**Principio:**</w:t>
      </w:r>
    </w:p>
    <w:p>
      <w:pPr>
        <w:pStyle w:val="ListBullet"/>
      </w:pPr>
      <w:r>
        <w:t>**Si hay señal de alarma: PARAR, RE-EVALUAR, AJUSTAR, COMUNICAR.**</w:t>
      </w:r>
    </w:p>
    <w:p>
      <w:pPr>
        <w:pStyle w:val="ListBullet"/>
      </w:pPr>
      <w:r>
        <w:t>**No continuar si hay alteración neurovascular.**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2.10.10 Puntos clave TES</w:t>
      </w:r>
    </w:p>
    <w:p>
      <w:pPr>
        <w:pStyle w:val="ListBullet"/>
      </w:pPr>
      <w:r>
        <w:t>**Control neurovascular PRE y POST es obligatorio** para todas las férulas.</w:t>
      </w:r>
    </w:p>
    <w:p>
      <w:pPr>
        <w:pStyle w:val="ListBullet"/>
      </w:pPr>
      <w:r>
        <w:t>**Si hay alteración POST-ferulización: parar, ajustar, re-verificar, comunicar.**</w:t>
      </w:r>
    </w:p>
    <w:p>
      <w:pPr>
        <w:pStyle w:val="ListBullet"/>
      </w:pPr>
      <w:r>
        <w:t>**Acolchar puntos de presión** antes de aplicar cualquier férula.</w:t>
      </w:r>
    </w:p>
    <w:p>
      <w:pPr>
        <w:pStyle w:val="ListBullet"/>
      </w:pPr>
      <w:r>
        <w:t>**Inmovilizar articulaciones proximal y distal** a la lesión.</w:t>
      </w:r>
    </w:p>
    <w:p>
      <w:pPr>
        <w:pStyle w:val="ListBullet"/>
      </w:pPr>
      <w:r>
        <w:t>**Ajustar firmemente pero sin comprimir** (riesgo de síndrome compartimental).</w:t>
      </w:r>
    </w:p>
    <w:p>
      <w:pPr>
        <w:pStyle w:val="ListBullet"/>
      </w:pPr>
      <w:r>
        <w:t>**Seleccionar férula según:** disponibilidad, tiempo, tipo de traslado, región anatómica.</w:t>
      </w:r>
    </w:p>
    <w:p>
      <w:pPr>
        <w:pStyle w:val="ListBullet"/>
      </w:pPr>
      <w:r>
        <w:t>**Re-verificar después de extricación y transferencias** (control neurovascular y posición).</w:t>
      </w:r>
    </w:p>
    <w:p>
      <w:pPr>
        <w:pStyle w:val="ListBullet"/>
      </w:pPr>
      <w:r>
        <w:t>**No sobre-inflar férulas neumáticas** (verificar pulso después de inflar).</w:t>
      </w:r>
    </w:p>
    <w:p>
      <w:pPr>
        <w:pStyle w:val="ListBullet"/>
      </w:pPr>
      <w:r>
        <w:t>**Férulas improvisadas solo para contingencia** (reemplazar por material adecuado lo antes posible).</w:t>
      </w:r>
    </w:p>
    <w:p>
      <w:pPr>
        <w:pStyle w:val="ListBullet"/>
      </w:pPr>
      <w:r>
        <w:t>**Integrar con técnicas de extricación y transferencia** (proteger férula, re-verificar después).</w:t>
      </w:r>
    </w:p>
    <w:p>
      <w:pPr>
        <w:pStyle w:val="ListBullet"/>
      </w:pPr>
      <w:r>
        <w:t>**Documentar control neurovascular PRE y POST** (comunicar alteraciones al médico).</w:t>
      </w:r>
    </w:p>
    <w:p>
      <w:pPr>
        <w:pStyle w:val="ListBullet"/>
      </w:pPr>
      <w:r>
        <w:t>**Un TES lesionado detiene la asistencia:** aplicar ergonomía al colocar férulas.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2.10.11 Cierre del capítulo</w:t>
      </w:r>
    </w:p>
    <w:p>
      <w:r>
        <w:t>Este capítulo se integra con:</w:t>
      </w:r>
    </w:p>
    <w:p>
      <w:pPr>
        <w:pStyle w:val="ListBullet"/>
      </w:pPr>
      <w:r>
        <w:t>**2.7 – Extricación y Movimientos en Bloque** (protección de férula durante extricación)</w:t>
      </w:r>
    </w:p>
    <w:p>
      <w:pPr>
        <w:pStyle w:val="ListBullet"/>
      </w:pPr>
      <w:r>
        <w:t>**2.8 – Transferencias y Movilización del Paciente** (protección de férula durante transferencias)</w:t>
      </w:r>
    </w:p>
    <w:p>
      <w:pPr>
        <w:pStyle w:val="ListBullet"/>
      </w:pPr>
      <w:r>
        <w:t>**2.9 – Errores Críticos y Prevención** *(pendiente)*</w:t>
      </w:r>
    </w:p>
    <w:p>
      <w:r>
        <w:t>Siguientes apartados recomendados:</w:t>
      </w:r>
    </w:p>
    <w:p>
      <w:pPr>
        <w:pStyle w:val="ListBullet"/>
      </w:pPr>
      <w:r>
        <w:t>**2.11 – Cinturón Pélvico: Colocación, Ajuste y Errores Críticos** *(pendiente)*</w:t>
      </w:r>
    </w:p>
    <w:p>
      <w:pPr>
        <w:pStyle w:val="ListBullet"/>
      </w:pPr>
      <w:r>
        <w:t>**2.12 – Férula de Tracción: Colocación Paso a Paso y Errores Críticos** *(pendiente)*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El **control neurovascular PRE y POST es obligatorio** para todas las férulas</w:t>
      </w:r>
    </w:p>
    <w:p>
      <w:pPr>
        <w:pStyle w:val="ListBullet"/>
      </w:pPr>
      <w:r>
        <w:t>**Si hay alteración POST-ferulización: parar, ajustar, re-verificar, comunicar**</w:t>
      </w:r>
    </w:p>
    <w:p>
      <w:pPr>
        <w:pStyle w:val="ListBullet"/>
      </w:pPr>
      <w:r>
        <w:t>La **selección de férula** depende de disponibilidad, tiempo, tipo de traslado y protocolo del servicio</w:t>
      </w:r>
    </w:p>
    <w:p>
      <w:pPr>
        <w:pStyle w:val="ListBullet"/>
      </w:pPr>
      <w:r>
        <w:t>La **integración con extricación y transferencias** requiere re-verificación después de cada movimiento</w:t>
      </w:r>
    </w:p>
    <w:p>
      <w:pPr>
        <w:pStyle w:val="ListBullet"/>
      </w:pPr>
      <w:r>
        <w:t>**Un TES lesionado detiene la asistencia:** aplicar ergonomía</w:t>
      </w:r>
    </w:p>
    <w:p>
      <w:r>
        <w:t>**Principios No Negociables:**</w:t>
      </w:r>
    </w:p>
    <w:p>
      <w:pPr>
        <w:pStyle w:val="ListBullet"/>
      </w:pPr>
      <w:r>
        <w:t>**NUNCA aplicar** férula sin control neurovascular PRE</w:t>
      </w:r>
    </w:p>
    <w:p>
      <w:pPr>
        <w:pStyle w:val="ListBullet"/>
      </w:pPr>
      <w:r>
        <w:t>**NUNCA finalizar** sin control neurovascular POST</w:t>
      </w:r>
    </w:p>
    <w:p>
      <w:pPr>
        <w:pStyle w:val="ListBullet"/>
      </w:pPr>
      <w:r>
        <w:t>**NUNCA sobre-ajustar** (riesgo de síndrome compartimental)</w:t>
      </w:r>
    </w:p>
    <w:p>
      <w:pPr>
        <w:pStyle w:val="ListBullet"/>
      </w:pPr>
      <w:r>
        <w:t>**NUNCA omitir** acolchado de puntos de presión</w:t>
      </w:r>
    </w:p>
    <w:p>
      <w:pPr>
        <w:pStyle w:val="ListBullet"/>
      </w:pPr>
      <w:r>
        <w:t>**SIEMPRE inmovilizar** articulaciones adyacentes</w:t>
      </w:r>
    </w:p>
    <w:p>
      <w:pPr>
        <w:pStyle w:val="ListBullet"/>
      </w:pPr>
      <w:r>
        <w:t>**SIEMPRE re-verificar** después de extricación y transferencias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2.11 – Cinturón Pélvico (Pelvic Binder): colocación, ajuste y errores críticos</w:t>
      </w:r>
    </w:p>
    <w:p>
      <w:pPr>
        <w:pStyle w:val="Heading1"/>
      </w:pPr>
      <w:r>
        <w:t>2.11 – Cinturón Pélvico (Pelvic Binder): colocación, ajuste y errores críticos</w:t>
      </w:r>
    </w:p>
    <w:p>
      <w:pPr>
        <w:pStyle w:val="Heading2"/>
      </w:pPr>
      <w:r>
        <w:t>Manual TES Digital – Inmovilización pélvica segura en emergencias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2.11.1 Objetivo operativo</w:t>
      </w:r>
    </w:p>
    <w:p>
      <w:r>
        <w:t>Estabilizar la pelvis de forma **rápida y segura** con un dispositivo externo, minimizando movimientos y evitando errores de colocación/tensión, integrando el cinturón pélvico con **anatomía operativa (2.0), colchón de vacío (2.6), transferencias (2.8) y errores críticos (2.9)**.</w:t>
      </w:r>
    </w:p>
    <w:p>
      <w:r>
        <w:t>Este capítulo se centra en **colocación, verificación y seguridad operativa**, no en diagnóstico ni criterios médicos complejos.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2.11.2 Alcance y límites</w:t>
      </w:r>
    </w:p>
    <w:p>
      <w:pPr>
        <w:pStyle w:val="Heading3"/>
      </w:pPr>
      <w:r>
        <w:t>Alcance del capítulo</w:t>
      </w:r>
    </w:p>
    <w:p>
      <w:r>
        <w:t>Este capítulo cubre:</w:t>
      </w:r>
    </w:p>
    <w:p>
      <w:pPr>
        <w:pStyle w:val="ListBullet"/>
      </w:pPr>
      <w:r>
        <w:t>**Uso operativo TES** del cinturón pélvico como dispositivo de inmovilización.</w:t>
      </w:r>
    </w:p>
    <w:p>
      <w:pPr>
        <w:pStyle w:val="ListBullet"/>
      </w:pPr>
      <w:r>
        <w:t>**Colocación, ajuste y verificación** del cinturón pélvico.</w:t>
      </w:r>
    </w:p>
    <w:p>
      <w:pPr>
        <w:pStyle w:val="ListBullet"/>
      </w:pPr>
      <w:r>
        <w:t>**Integración** con otras inmovilizaciones y traslado.</w:t>
      </w:r>
    </w:p>
    <w:p>
      <w:pPr>
        <w:pStyle w:val="ListBullet"/>
      </w:pPr>
      <w:r>
        <w:t>**Errores críticos** y prevención.</w:t>
      </w:r>
    </w:p>
    <w:p>
      <w:pPr>
        <w:pStyle w:val="Heading3"/>
      </w:pPr>
      <w:r>
        <w:t>Límites del capítulo</w:t>
      </w:r>
    </w:p>
    <w:p>
      <w:r>
        <w:t>**Este capítulo NO cubre:**</w:t>
      </w:r>
    </w:p>
    <w:p>
      <w:pPr>
        <w:pStyle w:val="ListBullet"/>
      </w:pPr>
      <w:r>
        <w:t>Diagnóstico de lesión pélvica (criterio médico).</w:t>
      </w:r>
    </w:p>
    <w:p>
      <w:pPr>
        <w:pStyle w:val="ListBullet"/>
      </w:pPr>
      <w:r>
        <w:t>Criterios médicos complejos de indicación.</w:t>
      </w:r>
    </w:p>
    <w:p>
      <w:pPr>
        <w:pStyle w:val="ListBullet"/>
      </w:pPr>
      <w:r>
        <w:t>Técnicas quirúrgicas o procedimientos invasivos.</w:t>
      </w:r>
    </w:p>
    <w:p>
      <w:r>
        <w:t>**Este capítulo SÍ cubre:**</w:t>
      </w:r>
    </w:p>
    <w:p>
      <w:pPr>
        <w:pStyle w:val="ListBullet"/>
      </w:pPr>
      <w:r>
        <w:t>Técnica operativa de colocación del cinturón pélvico.</w:t>
      </w:r>
    </w:p>
    <w:p>
      <w:pPr>
        <w:pStyle w:val="ListBullet"/>
      </w:pPr>
      <w:r>
        <w:t>Verificación y ajuste correcto.</w:t>
      </w:r>
    </w:p>
    <w:p>
      <w:pPr>
        <w:pStyle w:val="ListBullet"/>
      </w:pPr>
      <w:r>
        <w:t>Integración con otras técnicas TES.</w:t>
      </w:r>
    </w:p>
    <w:p>
      <w:r>
        <w:t>**Integración:**</w:t>
      </w:r>
    </w:p>
    <w:p>
      <w:pPr>
        <w:pStyle w:val="ListBullet"/>
      </w:pPr>
      <w:r>
        <w:t>Se integra con anatomía operativa (2.0).</w:t>
      </w:r>
    </w:p>
    <w:p>
      <w:pPr>
        <w:pStyle w:val="ListBullet"/>
      </w:pPr>
      <w:r>
        <w:t>Se integra con colchón de vacío (2.6).</w:t>
      </w:r>
    </w:p>
    <w:p>
      <w:pPr>
        <w:pStyle w:val="ListBullet"/>
      </w:pPr>
      <w:r>
        <w:t>Se integra con transferencias (2.8).</w:t>
      </w:r>
    </w:p>
    <w:p>
      <w:pPr>
        <w:pStyle w:val="ListBullet"/>
      </w:pPr>
      <w:r>
        <w:t>Se relaciona con errores críticos (2.9).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2.11.3 Principios TES (muy claros)</w:t>
      </w:r>
    </w:p>
    <w:p>
      <w:pPr>
        <w:pStyle w:val="Heading3"/>
      </w:pPr>
      <w:r>
        <w:t>El éxito depende de posición correcta + tensión adecuada + verificación</w:t>
      </w:r>
    </w:p>
    <w:p>
      <w:r>
        <w:t>**Principio:**</w:t>
      </w:r>
    </w:p>
    <w:p>
      <w:pPr>
        <w:pStyle w:val="ListBullet"/>
      </w:pPr>
      <w:r>
        <w:t>El éxito del cinturón pélvico depende de tres factores:</w:t>
      </w:r>
    </w:p>
    <w:p>
      <w:pPr>
        <w:pStyle w:val="ListNumber"/>
      </w:pPr>
      <w:r>
        <w:t>**Posición correcta** (a nivel de trocánteres mayores).</w:t>
      </w:r>
    </w:p>
    <w:p>
      <w:pPr>
        <w:pStyle w:val="ListNumber"/>
      </w:pPr>
      <w:r>
        <w:t>**Tensión adecuada** (según sistema del cinturón).</w:t>
      </w:r>
    </w:p>
    <w:p>
      <w:pPr>
        <w:pStyle w:val="ListNumber"/>
      </w:pPr>
      <w:r>
        <w:t>**Verificación** (post-colocación y tras movimientos).</w:t>
      </w:r>
    </w:p>
    <w:p>
      <w:r>
        <w:t>**Aplicación:**</w:t>
      </w:r>
    </w:p>
    <w:p>
      <w:pPr>
        <w:pStyle w:val="ListBullet"/>
      </w:pPr>
      <w:r>
        <w:t>No omitir ninguno de los tres factores.</w:t>
      </w:r>
    </w:p>
    <w:p>
      <w:pPr>
        <w:pStyle w:val="ListBullet"/>
      </w:pPr>
      <w:r>
        <w:t>Verificar cada factor durante colocación.</w:t>
      </w:r>
    </w:p>
    <w:p>
      <w:pPr>
        <w:pStyle w:val="ListBullet"/>
      </w:pPr>
      <w:r>
        <w:t>Re-verificar después de movimientos.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No se coloca "en la cintura": se coloca a nivel de los trocánteres mayores</w:t>
      </w:r>
    </w:p>
    <w:p>
      <w:r>
        <w:t>**Principio crítico:**</w:t>
      </w:r>
    </w:p>
    <w:p>
      <w:pPr>
        <w:pStyle w:val="ListBullet"/>
      </w:pPr>
      <w:r>
        <w:t>**NUNCA colocar el cinturón "en la cintura" o sobre el abdomen.**</w:t>
      </w:r>
    </w:p>
    <w:p>
      <w:pPr>
        <w:pStyle w:val="ListBullet"/>
      </w:pPr>
      <w:r>
        <w:t>**SIEMPRE colocar a nivel de los trocánteres mayores** (ver 2.0).</w:t>
      </w:r>
    </w:p>
    <w:p>
      <w:pPr>
        <w:pStyle w:val="ListBullet"/>
      </w:pPr>
      <w:r>
        <w:t>Colocación incorrecta es inefectiva y puede causar lesiones.</w:t>
      </w:r>
    </w:p>
    <w:p>
      <w:r>
        <w:t>**Aplicación:**</w:t>
      </w:r>
    </w:p>
    <w:p>
      <w:pPr>
        <w:pStyle w:val="ListBullet"/>
      </w:pPr>
      <w:r>
        <w:t>Identificar trocánteres mayores antes de colocar (landmark operativo).</w:t>
      </w:r>
    </w:p>
    <w:p>
      <w:pPr>
        <w:pStyle w:val="ListBullet"/>
      </w:pPr>
      <w:r>
        <w:t>Colocar cinturón a nivel de trocánteres mayores.</w:t>
      </w:r>
    </w:p>
    <w:p>
      <w:pPr>
        <w:pStyle w:val="ListBullet"/>
      </w:pPr>
      <w:r>
        <w:t>Verificar que no está sobre cintura/abdomen ni sobre crestas ilíacas.</w:t>
      </w:r>
    </w:p>
    <w:p>
      <w:r>
        <w:t>**Enlace:**</w:t>
      </w:r>
    </w:p>
    <w:p>
      <w:pPr>
        <w:pStyle w:val="ListBullet"/>
      </w:pPr>
      <w:r>
        <w:t>Ver 2.0 – Anatomía Operativa para Inmovilización y Movilización para localización de trocánteres mayores.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Una vez colocado correctamente, no aflojar/reajustar repetidamente (salvo error evidente)</w:t>
      </w:r>
    </w:p>
    <w:p>
      <w:r>
        <w:t>**Principio:**</w:t>
      </w:r>
    </w:p>
    <w:p>
      <w:pPr>
        <w:pStyle w:val="ListBullet"/>
      </w:pPr>
      <w:r>
        <w:t>Una vez colocado correctamente, mantener tensión.</w:t>
      </w:r>
    </w:p>
    <w:p>
      <w:pPr>
        <w:pStyle w:val="ListBullet"/>
      </w:pPr>
      <w:r>
        <w:t>No aflojar/reajustar repetidamente sin motivo operativo.</w:t>
      </w:r>
    </w:p>
    <w:p>
      <w:pPr>
        <w:pStyle w:val="ListBullet"/>
      </w:pPr>
      <w:r>
        <w:t>Solo reajustar si hay error evidente o se afloja durante movimientos.</w:t>
      </w:r>
    </w:p>
    <w:p>
      <w:r>
        <w:t>**Aplicación:**</w:t>
      </w:r>
    </w:p>
    <w:p>
      <w:pPr>
        <w:pStyle w:val="ListBullet"/>
      </w:pPr>
      <w:r>
        <w:t>Colocar correctamente desde el inicio.</w:t>
      </w:r>
    </w:p>
    <w:p>
      <w:pPr>
        <w:pStyle w:val="ListBullet"/>
      </w:pPr>
      <w:r>
        <w:t>Verificar que colocación es correcta antes de finalizar.</w:t>
      </w:r>
    </w:p>
    <w:p>
      <w:pPr>
        <w:pStyle w:val="ListBullet"/>
      </w:pPr>
      <w:r>
        <w:t>No aflojar "para que vaya cómodo" sin motivo operativo.</w:t>
      </w:r>
    </w:p>
    <w:p>
      <w:pPr>
        <w:pStyle w:val="ListBullet"/>
      </w:pPr>
      <w:r>
        <w:t>Reajustar solo si es necesario (error evidente, aflojamiento durante movimientos).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Reevaluar tras cada transferencia</w:t>
      </w:r>
    </w:p>
    <w:p>
      <w:r>
        <w:t>**Principio:**</w:t>
      </w:r>
    </w:p>
    <w:p>
      <w:pPr>
        <w:pStyle w:val="ListBullet"/>
      </w:pPr>
      <w:r>
        <w:t>Reevaluar posición y tensión del cinturón tras cada transferencia.</w:t>
      </w:r>
    </w:p>
    <w:p>
      <w:pPr>
        <w:pStyle w:val="ListBullet"/>
      </w:pPr>
      <w:r>
        <w:t>Verificar que no se ha desplazado ni aflojado.</w:t>
      </w:r>
    </w:p>
    <w:p>
      <w:pPr>
        <w:pStyle w:val="ListBullet"/>
      </w:pPr>
      <w:r>
        <w:t>Ajustar si es necesario.</w:t>
      </w:r>
    </w:p>
    <w:p>
      <w:r>
        <w:t>**Aplicación:**</w:t>
      </w:r>
    </w:p>
    <w:p>
      <w:pPr>
        <w:pStyle w:val="ListBullet"/>
      </w:pPr>
      <w:r>
        <w:t>Re-verificar después de cada transferencia (ver 2.8).</w:t>
      </w:r>
    </w:p>
    <w:p>
      <w:pPr>
        <w:pStyle w:val="ListBullet"/>
      </w:pPr>
      <w:r>
        <w:t>Verificar posición (a nivel de trocánteres mayores).</w:t>
      </w:r>
    </w:p>
    <w:p>
      <w:pPr>
        <w:pStyle w:val="ListBullet"/>
      </w:pPr>
      <w:r>
        <w:t>Verificar tensión (adecuada, no aflojado).</w:t>
      </w:r>
    </w:p>
    <w:p>
      <w:pPr>
        <w:pStyle w:val="ListBullet"/>
      </w:pPr>
      <w:r>
        <w:t>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2.11.4 Material y tipos de cinturón pélvico</w:t>
      </w:r>
    </w:p>
    <w:p>
      <w:pPr>
        <w:pStyle w:val="Heading3"/>
      </w:pPr>
      <w:r>
        <w:t>Cinturón comercial (tipos habituales por sistema)</w:t>
      </w:r>
    </w:p>
    <w:p>
      <w:r>
        <w:t>**Tipos habituales:**</w:t>
      </w:r>
    </w:p>
    <w:p>
      <w:pPr>
        <w:pStyle w:val="ListBullet"/>
      </w:pPr>
      <w:r>
        <w:t>Cinturón pélvico comercial con sistema de tensado controlado.</w:t>
      </w:r>
    </w:p>
    <w:p>
      <w:pPr>
        <w:pStyle w:val="ListBullet"/>
      </w:pPr>
      <w:r>
        <w:t>Cinturón pélvico genérico con cierres ajustables.</w:t>
      </w:r>
    </w:p>
    <w:p>
      <w:pPr>
        <w:pStyle w:val="ListBullet"/>
      </w:pPr>
      <w:r>
        <w:t>Variaciones según modelo y sistema.</w:t>
      </w:r>
    </w:p>
    <w:p>
      <w:r>
        <w:t>**Características comunes:**</w:t>
      </w:r>
    </w:p>
    <w:p>
      <w:pPr>
        <w:pStyle w:val="ListBullet"/>
      </w:pPr>
      <w:r>
        <w:t>Banda ancha que rodea pelvis.</w:t>
      </w:r>
    </w:p>
    <w:p>
      <w:pPr>
        <w:pStyle w:val="ListBullet"/>
      </w:pPr>
      <w:r>
        <w:t>Sistema de tensado (velcro, correas, mecanismo específico según modelo).</w:t>
      </w:r>
    </w:p>
    <w:p>
      <w:pPr>
        <w:pStyle w:val="ListBullet"/>
      </w:pPr>
      <w:r>
        <w:t>Cierres ajustables.</w:t>
      </w:r>
    </w:p>
    <w:p>
      <w:r>
        <w:t>**Verificación:**</w:t>
      </w:r>
    </w:p>
    <w:p>
      <w:pPr>
        <w:pStyle w:val="ListBullet"/>
      </w:pPr>
      <w:r>
        <w:t>Verificar que cinturón está disponible.</w:t>
      </w:r>
    </w:p>
    <w:p>
      <w:pPr>
        <w:pStyle w:val="ListBullet"/>
      </w:pPr>
      <w:r>
        <w:t>Verificar que está en buen estado (no dañado, cierres funcionan).</w:t>
      </w:r>
    </w:p>
    <w:p>
      <w:pPr>
        <w:pStyle w:val="ListBullet"/>
      </w:pPr>
      <w:r>
        <w:t>Verificar que sistema de tensado funciona.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Alternativas de contingencia (solo si tu servicio lo contempla): sábana/triangular ancha (enfoque prudente)</w:t>
      </w:r>
    </w:p>
    <w:p>
      <w:r>
        <w:t>**Alternativas:**</w:t>
      </w:r>
    </w:p>
    <w:p>
      <w:pPr>
        <w:pStyle w:val="ListBullet"/>
      </w:pPr>
      <w:r>
        <w:t>Sábana/triangular ancha como alternativa de contingencia (solo si protocolo del servicio lo contempla).</w:t>
      </w:r>
    </w:p>
    <w:p>
      <w:pPr>
        <w:pStyle w:val="ListBullet"/>
      </w:pPr>
      <w:r>
        <w:t>Uso solo en situaciones donde cinturón comercial no está disponible.</w:t>
      </w:r>
    </w:p>
    <w:p>
      <w:r>
        <w:t>**Consideraciones:**</w:t>
      </w:r>
    </w:p>
    <w:p>
      <w:pPr>
        <w:pStyle w:val="ListBullet"/>
      </w:pPr>
      <w:r>
        <w:t>Seguir protocolo del servicio para alternativas.</w:t>
      </w:r>
    </w:p>
    <w:p>
      <w:pPr>
        <w:pStyle w:val="ListBullet"/>
      </w:pPr>
      <w:r>
        <w:t>Enfoque prudente: usar solo si protocolo contempla.</w:t>
      </w:r>
    </w:p>
    <w:p>
      <w:pPr>
        <w:pStyle w:val="ListBullet"/>
      </w:pPr>
      <w:r>
        <w:t>No inventar técnicas no contempladas en protocolo.</w:t>
      </w:r>
    </w:p>
    <w:p>
      <w:r>
        <w:t>**Nota:** Este capítulo se centra en cinturón comercial. Para alternativas, seguir protocolo específico del servicio.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Tijeras trauma, guantes, manta térmica (integración con 3.9 si aplica)</w:t>
      </w:r>
    </w:p>
    <w:p>
      <w:r>
        <w:t>**Tijeras de trauma:**</w:t>
      </w:r>
    </w:p>
    <w:p>
      <w:pPr>
        <w:pStyle w:val="ListBullet"/>
      </w:pPr>
      <w:r>
        <w:t>Para cortar ropa si es necesario para exposición.</w:t>
      </w:r>
    </w:p>
    <w:p>
      <w:pPr>
        <w:pStyle w:val="ListBullet"/>
      </w:pPr>
      <w:r>
        <w:t>Acceso a zona pélvica sin exposición excesiva.</w:t>
      </w:r>
    </w:p>
    <w:p>
      <w:r>
        <w:t>**Guantes:**</w:t>
      </w:r>
    </w:p>
    <w:p>
      <w:pPr>
        <w:pStyle w:val="ListBullet"/>
      </w:pPr>
      <w:r>
        <w:t>Protección durante colocación.</w:t>
      </w:r>
    </w:p>
    <w:p>
      <w:pPr>
        <w:pStyle w:val="ListBullet"/>
      </w:pPr>
      <w:r>
        <w:t>Prevención de exposición a riesgo biológico.</w:t>
      </w:r>
    </w:p>
    <w:p>
      <w:r>
        <w:t>**Manta térmica:**</w:t>
      </w:r>
    </w:p>
    <w:p>
      <w:pPr>
        <w:pStyle w:val="ListBullet"/>
      </w:pPr>
      <w:r>
        <w:t>Control térmico durante exposición (ver 3.9).</w:t>
      </w:r>
    </w:p>
    <w:p>
      <w:pPr>
        <w:pStyle w:val="ListBullet"/>
      </w:pPr>
      <w:r>
        <w:t>Prevención de hipotermia.</w:t>
      </w:r>
    </w:p>
    <w:p>
      <w:r>
        <w:t>**Enlace:**</w:t>
      </w:r>
    </w:p>
    <w:p>
      <w:pPr>
        <w:pStyle w:val="ListBullet"/>
      </w:pPr>
      <w:r>
        <w:t>Ver 3.9 – Exposición, Aislamiento Térmico y Prevención de Hipotermia para técnicas de control térmico.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2.11.5 Indicaciones operativas (sin entrar en clínica avanzada)</w:t>
      </w:r>
    </w:p>
    <w:p>
      <w:pPr>
        <w:pStyle w:val="Heading3"/>
      </w:pPr>
      <w:r>
        <w:t>Sospecha de lesión pélvica por mecanismo/escena y presentación compatible</w:t>
      </w:r>
    </w:p>
    <w:p>
      <w:r>
        <w:t>**Indicación operativa:**</w:t>
      </w:r>
    </w:p>
    <w:p>
      <w:pPr>
        <w:pStyle w:val="ListBullet"/>
      </w:pPr>
      <w:r>
        <w:t>Mecanismo de alta energía (accidente de tráfico, caída desde altura, atropello).</w:t>
      </w:r>
    </w:p>
    <w:p>
      <w:pPr>
        <w:pStyle w:val="ListBullet"/>
      </w:pPr>
      <w:r>
        <w:t>Escena compatible con lesión pélvica.</w:t>
      </w:r>
    </w:p>
    <w:p>
      <w:pPr>
        <w:pStyle w:val="ListBullet"/>
      </w:pPr>
      <w:r>
        <w:t>Presentación compatible (dolor pélvico, incapacidad para apoyo, deformidad).</w:t>
      </w:r>
    </w:p>
    <w:p>
      <w:r>
        <w:t>**Aplicación:**</w:t>
      </w:r>
    </w:p>
    <w:p>
      <w:pPr>
        <w:pStyle w:val="ListBullet"/>
      </w:pPr>
      <w:r>
        <w:t>Evaluar mecanismo y escena.</w:t>
      </w:r>
    </w:p>
    <w:p>
      <w:pPr>
        <w:pStyle w:val="ListBullet"/>
      </w:pPr>
      <w:r>
        <w:t>Evaluar presentación del paciente.</w:t>
      </w:r>
    </w:p>
    <w:p>
      <w:pPr>
        <w:pStyle w:val="ListBullet"/>
      </w:pPr>
      <w:r>
        <w:t>Decidir colocación según indicación operativa.</w:t>
      </w:r>
    </w:p>
    <w:p>
      <w:r>
        <w:t>**Nota:** Este capítulo no entra en criterios médicos complejos. Seguir protocolo del servicio para indicaciones específicas.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Paciente politrauma con necesidad de empaquetado y traslado</w:t>
      </w:r>
    </w:p>
    <w:p>
      <w:r>
        <w:t>**Indicación operativa:**</w:t>
      </w:r>
    </w:p>
    <w:p>
      <w:pPr>
        <w:pStyle w:val="ListBullet"/>
      </w:pPr>
      <w:r>
        <w:t>Paciente politrauma con necesidad de empaquetado completo.</w:t>
      </w:r>
    </w:p>
    <w:p>
      <w:pPr>
        <w:pStyle w:val="ListBullet"/>
      </w:pPr>
      <w:r>
        <w:t>Necesidad de traslado seguro.</w:t>
      </w:r>
    </w:p>
    <w:p>
      <w:pPr>
        <w:pStyle w:val="ListBullet"/>
      </w:pPr>
      <w:r>
        <w:t>Integración con otras inmovilizaciones.</w:t>
      </w:r>
    </w:p>
    <w:p>
      <w:r>
        <w:t>**Aplicación:**</w:t>
      </w:r>
    </w:p>
    <w:p>
      <w:pPr>
        <w:pStyle w:val="ListBullet"/>
      </w:pPr>
      <w:r>
        <w:t>Colocar cinturón pélvico como parte del empaquetado.</w:t>
      </w:r>
    </w:p>
    <w:p>
      <w:pPr>
        <w:pStyle w:val="ListBullet"/>
      </w:pPr>
      <w:r>
        <w:t>Integrar con colchón de vacío, camilla cuchara, etc.</w:t>
      </w:r>
    </w:p>
    <w:p>
      <w:pPr>
        <w:pStyle w:val="ListBullet"/>
      </w:pPr>
      <w:r>
        <w:t>Asegurar traslado seguro.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Dolor pélvico significativo tras trauma + incapacidad para apoyo (en términos operativos)</w:t>
      </w:r>
    </w:p>
    <w:p>
      <w:r>
        <w:t>**Indicación operativa:**</w:t>
      </w:r>
    </w:p>
    <w:p>
      <w:pPr>
        <w:pStyle w:val="ListBullet"/>
      </w:pPr>
      <w:r>
        <w:t>Dolor pélvico significativo tras trauma.</w:t>
      </w:r>
    </w:p>
    <w:p>
      <w:pPr>
        <w:pStyle w:val="ListBullet"/>
      </w:pPr>
      <w:r>
        <w:t>Incapacidad para apoyo (paciente no puede apoyar peso en extremidades inferiores).</w:t>
      </w:r>
    </w:p>
    <w:p>
      <w:pPr>
        <w:pStyle w:val="ListBullet"/>
      </w:pPr>
      <w:r>
        <w:t>Presentación compatible con lesión pélvica.</w:t>
      </w:r>
    </w:p>
    <w:p>
      <w:r>
        <w:t>**Aplicación:**</w:t>
      </w:r>
    </w:p>
    <w:p>
      <w:pPr>
        <w:pStyle w:val="ListBullet"/>
      </w:pPr>
      <w:r>
        <w:t>Evaluar dolor y capacidad de apoyo.</w:t>
      </w:r>
    </w:p>
    <w:p>
      <w:pPr>
        <w:pStyle w:val="ListBullet"/>
      </w:pPr>
      <w:r>
        <w:t>Decidir colocación según indicación operativa.</w:t>
      </w:r>
    </w:p>
    <w:p>
      <w:pPr>
        <w:pStyle w:val="ListBullet"/>
      </w:pPr>
      <w:r>
        <w:t>Colocar de forma segura.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2.11.6 Contraindicaciones / precauciones</w:t>
      </w:r>
    </w:p>
    <w:p>
      <w:pPr>
        <w:pStyle w:val="Heading3"/>
      </w:pPr>
      <w:r>
        <w:t>Precauciones con embarazo avanzado (adaptación del entorno de colocación)</w:t>
      </w:r>
    </w:p>
    <w:p>
      <w:r>
        <w:t>**Precaución:**</w:t>
      </w:r>
    </w:p>
    <w:p>
      <w:pPr>
        <w:pStyle w:val="ListBullet"/>
      </w:pPr>
      <w:r>
        <w:t>Embarazo avanzado requiere adaptación del entorno de colocación.</w:t>
      </w:r>
    </w:p>
    <w:p>
      <w:pPr>
        <w:pStyle w:val="ListBullet"/>
      </w:pPr>
      <w:r>
        <w:t>No colocar directamente sobre abdomen gestante.</w:t>
      </w:r>
    </w:p>
    <w:p>
      <w:pPr>
        <w:pStyle w:val="ListBullet"/>
      </w:pPr>
      <w:r>
        <w:t>Adaptar posición si es necesario.</w:t>
      </w:r>
    </w:p>
    <w:p>
      <w:r>
        <w:t>**Aplicación:**</w:t>
      </w:r>
    </w:p>
    <w:p>
      <w:pPr>
        <w:pStyle w:val="ListBullet"/>
      </w:pPr>
      <w:r>
        <w:t>Identificar embarazo avanzado si es evidente.</w:t>
      </w:r>
    </w:p>
    <w:p>
      <w:pPr>
        <w:pStyle w:val="ListBullet"/>
      </w:pPr>
      <w:r>
        <w:t>Adaptar entorno de colocación si es necesario.</w:t>
      </w:r>
    </w:p>
    <w:p>
      <w:pPr>
        <w:pStyle w:val="ListBullet"/>
      </w:pPr>
      <w:r>
        <w:t>Colocar de forma segura sin comprimir abdomen gestante.</w:t>
      </w:r>
    </w:p>
    <w:p>
      <w:r>
        <w:t>**Nota:** Seguir protocolo del servicio para manejo de embarazo avanzado.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Heridas abiertas extensas/objetos que impidan colocación directa: ajuste operativo sin "inventar clínica"</w:t>
      </w:r>
    </w:p>
    <w:p>
      <w:r>
        <w:t>**Precaución:**</w:t>
      </w:r>
    </w:p>
    <w:p>
      <w:pPr>
        <w:pStyle w:val="ListBullet"/>
      </w:pPr>
      <w:r>
        <w:t>Heridas abiertas extensas o objetos que impidan colocación directa.</w:t>
      </w:r>
    </w:p>
    <w:p>
      <w:pPr>
        <w:pStyle w:val="ListBullet"/>
      </w:pPr>
      <w:r>
        <w:t>Ajuste operativo sin "inventar clínica".</w:t>
      </w:r>
    </w:p>
    <w:p>
      <w:pPr>
        <w:pStyle w:val="ListBullet"/>
      </w:pPr>
      <w:r>
        <w:t>Colocar de forma segura adaptando técnica si es necesario.</w:t>
      </w:r>
    </w:p>
    <w:p>
      <w:r>
        <w:t>**Aplicación:**</w:t>
      </w:r>
    </w:p>
    <w:p>
      <w:pPr>
        <w:pStyle w:val="ListBullet"/>
      </w:pPr>
      <w:r>
        <w:t>Evaluar si hay heridas abiertas extensas u objetos que impidan colocación directa.</w:t>
      </w:r>
    </w:p>
    <w:p>
      <w:pPr>
        <w:pStyle w:val="ListBullet"/>
      </w:pPr>
      <w:r>
        <w:t>Adaptar técnica si es necesario (sin inventar clínica).</w:t>
      </w:r>
    </w:p>
    <w:p>
      <w:pPr>
        <w:pStyle w:val="ListBullet"/>
      </w:pPr>
      <w:r>
        <w:t>Colocar de forma segura.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Si está claro que está mal posicionado (abdomen/crestas ilíacas): corregir</w:t>
      </w:r>
    </w:p>
    <w:p>
      <w:r>
        <w:t>**Precaución:**</w:t>
      </w:r>
    </w:p>
    <w:p>
      <w:pPr>
        <w:pStyle w:val="ListBullet"/>
      </w:pPr>
      <w:r>
        <w:t>Si está claro que cinturón está mal posicionado (sobre abdomen o crestas ilíacas): corregir.</w:t>
      </w:r>
    </w:p>
    <w:p>
      <w:pPr>
        <w:pStyle w:val="ListBullet"/>
      </w:pPr>
      <w:r>
        <w:t>No dejar mal posicionado.</w:t>
      </w:r>
    </w:p>
    <w:p>
      <w:pPr>
        <w:pStyle w:val="ListBullet"/>
      </w:pPr>
      <w:r>
        <w:t>Recolocar correctamente.</w:t>
      </w:r>
    </w:p>
    <w:p>
      <w:r>
        <w:t>**Aplicación:**</w:t>
      </w:r>
    </w:p>
    <w:p>
      <w:pPr>
        <w:pStyle w:val="ListBullet"/>
      </w:pPr>
      <w:r>
        <w:t>Verificar posición después de colocar.</w:t>
      </w:r>
    </w:p>
    <w:p>
      <w:pPr>
        <w:pStyle w:val="ListBullet"/>
      </w:pPr>
      <w:r>
        <w:t>Si está mal posicionado: corregir inmediatamente.</w:t>
      </w:r>
    </w:p>
    <w:p>
      <w:pPr>
        <w:pStyle w:val="ListBullet"/>
      </w:pPr>
      <w:r>
        <w:t>Recolocar a nivel de trocánteres mayores.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2.11.7 Preparación previa (antes de colocarlo)</w:t>
      </w:r>
    </w:p>
    <w:p>
      <w:pPr>
        <w:pStyle w:val="Heading3"/>
      </w:pPr>
      <w:r>
        <w:t>Explicar al paciente (si consciente) lo que vas a hacer y qué notará</w:t>
      </w:r>
    </w:p>
    <w:p>
      <w:r>
        <w:t>**Procedimiento:**</w:t>
      </w:r>
    </w:p>
    <w:p>
      <w:pPr>
        <w:pStyle w:val="ListBullet"/>
      </w:pPr>
      <w:r>
        <w:t>Explicar brevemente qué se va a hacer (ej: "te voy a colocar un cinturón para estabilizar la pelvis").</w:t>
      </w:r>
    </w:p>
    <w:p>
      <w:pPr>
        <w:pStyle w:val="ListBullet"/>
      </w:pPr>
      <w:r>
        <w:t>Anticipar sensaciones (ej: "vas a notar presión alrededor de la cadera").</w:t>
      </w:r>
    </w:p>
    <w:p>
      <w:pPr>
        <w:pStyle w:val="ListBullet"/>
      </w:pPr>
      <w:r>
        <w:t>Responder preguntas brevemente si es posible.</w:t>
      </w:r>
    </w:p>
    <w:p>
      <w:r>
        <w:t>**Técnica:**</w:t>
      </w:r>
    </w:p>
    <w:p>
      <w:pPr>
        <w:pStyle w:val="ListNumber"/>
      </w:pPr>
      <w:r>
        <w:t>Explicar brevemente qué se va a hacer.</w:t>
      </w:r>
    </w:p>
    <w:p>
      <w:pPr>
        <w:pStyle w:val="ListNumber"/>
      </w:pPr>
      <w:r>
        <w:t>Anticipar sensaciones.</w:t>
      </w:r>
    </w:p>
    <w:p>
      <w:pPr>
        <w:pStyle w:val="ListNumber"/>
      </w:pPr>
      <w:r>
        <w:t>Responder preguntas si es posible.</w:t>
      </w:r>
    </w:p>
    <w:p>
      <w:pPr>
        <w:pStyle w:val="ListNumber"/>
      </w:pPr>
      <w:r>
        <w:t>Luego: proceder con colocación.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Preparar equipo y decidir roles (quién mantiene alineación)</w:t>
      </w:r>
    </w:p>
    <w:p>
      <w:r>
        <w:t>**Procedimiento:**</w:t>
      </w:r>
    </w:p>
    <w:p>
      <w:pPr>
        <w:pStyle w:val="ListBullet"/>
      </w:pPr>
      <w:r>
        <w:t>Preparar cinturón pélvico (verificar que está disponible y en buen estado).</w:t>
      </w:r>
    </w:p>
    <w:p>
      <w:pPr>
        <w:pStyle w:val="ListBullet"/>
      </w:pPr>
      <w:r>
        <w:t>Preparar material adicional (tijeras trauma, guantes, manta térmica si es necesario).</w:t>
      </w:r>
    </w:p>
    <w:p>
      <w:pPr>
        <w:pStyle w:val="ListBullet"/>
      </w:pPr>
      <w:r>
        <w:t>Decidir roles: quién mantiene alineación, quién coloca cinturón, quién ajusta tensión.</w:t>
      </w:r>
    </w:p>
    <w:p>
      <w:r>
        <w:t>**Técnica:**</w:t>
      </w:r>
    </w:p>
    <w:p>
      <w:pPr>
        <w:pStyle w:val="ListNumber"/>
      </w:pPr>
      <w:r>
        <w:t>Preparar cinturón y material.</w:t>
      </w:r>
    </w:p>
    <w:p>
      <w:pPr>
        <w:pStyle w:val="ListNumber"/>
      </w:pPr>
      <w:r>
        <w:t>Asignar roles (alineación, colocación, ajuste).</w:t>
      </w:r>
    </w:p>
    <w:p>
      <w:pPr>
        <w:pStyle w:val="ListNumber"/>
      </w:pPr>
      <w:r>
        <w:t>Coordinar entre intervinientes.</w:t>
      </w:r>
    </w:p>
    <w:p>
      <w:pPr>
        <w:pStyle w:val="ListNumber"/>
      </w:pPr>
      <w:r>
        <w:t>Proceder con colocación.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Exposición mínima (por zonas) y control térmico posterior</w:t>
      </w:r>
    </w:p>
    <w:p>
      <w:r>
        <w:t>**Procedimiento:**</w:t>
      </w:r>
    </w:p>
    <w:p>
      <w:pPr>
        <w:pStyle w:val="ListBullet"/>
      </w:pPr>
      <w:r>
        <w:t>Exponer solo la zona necesaria para colocar cinturón (exposición mínima por zonas).</w:t>
      </w:r>
    </w:p>
    <w:p>
      <w:pPr>
        <w:pStyle w:val="ListBullet"/>
      </w:pPr>
      <w:r>
        <w:t>Control térmico posterior (aplicar manta térmica después de colocar).</w:t>
      </w:r>
    </w:p>
    <w:p>
      <w:r>
        <w:t>**Técnica:**</w:t>
      </w:r>
    </w:p>
    <w:p>
      <w:pPr>
        <w:pStyle w:val="ListNumber"/>
      </w:pPr>
      <w:r>
        <w:t>Exponer solo la zona necesaria (ver 3.9).</w:t>
      </w:r>
    </w:p>
    <w:p>
      <w:pPr>
        <w:pStyle w:val="ListNumber"/>
      </w:pPr>
      <w:r>
        <w:t>Colocar cinturón.</w:t>
      </w:r>
    </w:p>
    <w:p>
      <w:pPr>
        <w:pStyle w:val="ListNumber"/>
      </w:pPr>
      <w:r>
        <w:t>Aplicar control térmico posterior (manta térmica).</w:t>
      </w:r>
    </w:p>
    <w:p>
      <w:pPr>
        <w:pStyle w:val="ListNumber"/>
      </w:pPr>
      <w:r>
        <w:t>Mantener control térmico durante traslado.</w:t>
      </w:r>
    </w:p>
    <w:p>
      <w:r>
        <w:t>**Enlace:**</w:t>
      </w:r>
    </w:p>
    <w:p>
      <w:pPr>
        <w:pStyle w:val="ListBullet"/>
      </w:pPr>
      <w:r>
        <w:t>Ver 3.9 – Exposición, Aislamiento Térmico y Prevención de Hipotermia para técnicas de exposición mínima y control térmico.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Identificar referencia: trocánteres mayores (landmark operativo)</w:t>
      </w:r>
    </w:p>
    <w:p>
      <w:r>
        <w:t>**Procedimiento:**</w:t>
      </w:r>
    </w:p>
    <w:p>
      <w:pPr>
        <w:pStyle w:val="ListBullet"/>
      </w:pPr>
      <w:r>
        <w:t>Identificar trocánteres mayores como referencia (landmark operativo).</w:t>
      </w:r>
    </w:p>
    <w:p>
      <w:pPr>
        <w:pStyle w:val="ListBullet"/>
      </w:pPr>
      <w:r>
        <w:t>Localizar trocánteres mayores antes de colocar cinturón.</w:t>
      </w:r>
    </w:p>
    <w:p>
      <w:pPr>
        <w:pStyle w:val="ListBullet"/>
      </w:pPr>
      <w:r>
        <w:t>Usar trocánteres mayores como referencia para posición correcta.</w:t>
      </w:r>
    </w:p>
    <w:p>
      <w:r>
        <w:t>**Técnica:**</w:t>
      </w:r>
    </w:p>
    <w:p>
      <w:pPr>
        <w:pStyle w:val="ListNumber"/>
      </w:pPr>
      <w:r>
        <w:t>Localizar trocánteres mayores (ver 2.0).</w:t>
      </w:r>
    </w:p>
    <w:p>
      <w:pPr>
        <w:pStyle w:val="ListNumber"/>
      </w:pPr>
      <w:r>
        <w:t>Usar como referencia para posición del cinturón.</w:t>
      </w:r>
    </w:p>
    <w:p>
      <w:pPr>
        <w:pStyle w:val="ListNumber"/>
      </w:pPr>
      <w:r>
        <w:t>Colocar cinturón a nivel de trocánteres mayores.</w:t>
      </w:r>
    </w:p>
    <w:p>
      <w:pPr>
        <w:pStyle w:val="ListNumber"/>
      </w:pPr>
      <w:r>
        <w:t>Verificar que posición es correcta.</w:t>
      </w:r>
    </w:p>
    <w:p>
      <w:r>
        <w:t>**Enlace:**</w:t>
      </w:r>
    </w:p>
    <w:p>
      <w:pPr>
        <w:pStyle w:val="ListBullet"/>
      </w:pPr>
      <w:r>
        <w:t>Ver 2.0 – Anatomía Operativa para Inmovilización y Movilización para localización de trocánteres mayores.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2.11.8 Procedimiento paso a paso (colocación estándar)</w:t>
      </w:r>
    </w:p>
    <w:p>
      <w:pPr>
        <w:pStyle w:val="Heading3"/>
      </w:pPr>
      <w:r>
        <w:t>Mantener al paciente lo más inmóvil posible</w:t>
      </w:r>
    </w:p>
    <w:p>
      <w:r>
        <w:t>**Paso 1: Inmovilización previa**</w:t>
      </w:r>
    </w:p>
    <w:p>
      <w:pPr>
        <w:pStyle w:val="ListBullet"/>
      </w:pPr>
      <w:r>
        <w:t>Mantener al paciente lo más inmóvil posible durante colocación.</w:t>
      </w:r>
    </w:p>
    <w:p>
      <w:pPr>
        <w:pStyle w:val="ListBullet"/>
      </w:pPr>
      <w:r>
        <w:t>Mantener control de alineación si es necesario.</w:t>
      </w:r>
    </w:p>
    <w:p>
      <w:pPr>
        <w:pStyle w:val="ListBullet"/>
      </w:pPr>
      <w:r>
        <w:t>Coordinar movimientos mínimos.</w:t>
      </w:r>
    </w:p>
    <w:p>
      <w:r>
        <w:t>**Técnica:**</w:t>
      </w:r>
    </w:p>
    <w:p>
      <w:pPr>
        <w:pStyle w:val="ListNumber"/>
      </w:pPr>
      <w:r>
        <w:t>Mantener inmovilización previa (control manual, collarín si aplica).</w:t>
      </w:r>
    </w:p>
    <w:p>
      <w:pPr>
        <w:pStyle w:val="ListNumber"/>
      </w:pPr>
      <w:r>
        <w:t>Coordinar movimientos mínimos.</w:t>
      </w:r>
    </w:p>
    <w:p>
      <w:pPr>
        <w:pStyle w:val="ListNumber"/>
      </w:pPr>
      <w:r>
        <w:t>Proceder con colocación de forma controlada.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Deslizar el cinturón por debajo (técnica segura en equipo)</w:t>
      </w:r>
    </w:p>
    <w:p>
      <w:r>
        <w:t>**Paso 2: Colocación del cinturón**</w:t>
      </w:r>
    </w:p>
    <w:p>
      <w:pPr>
        <w:pStyle w:val="ListBullet"/>
      </w:pPr>
      <w:r>
        <w:t>Deslizar el cinturón por debajo del paciente (técnica segura en equipo).</w:t>
      </w:r>
    </w:p>
    <w:p>
      <w:pPr>
        <w:pStyle w:val="ListBullet"/>
      </w:pPr>
      <w:r>
        <w:t>Usar técnica de puente o slide si es necesario (ver 2.7, 2.8).</w:t>
      </w:r>
    </w:p>
    <w:p>
      <w:pPr>
        <w:pStyle w:val="ListBullet"/>
      </w:pPr>
      <w:r>
        <w:t>Coordinar entre intervinientes.</w:t>
      </w:r>
    </w:p>
    <w:p>
      <w:r>
        <w:t>**Técnica:**</w:t>
      </w:r>
    </w:p>
    <w:p>
      <w:pPr>
        <w:pStyle w:val="ListNumber"/>
      </w:pPr>
      <w:r>
        <w:t>Preparar cinturón (abrir, verificar que está listo).</w:t>
      </w:r>
    </w:p>
    <w:p>
      <w:pPr>
        <w:pStyle w:val="ListNumber"/>
      </w:pPr>
      <w:r>
        <w:t>Coordinar con equipo (quién mantiene alineación, quién desliza cinturón).</w:t>
      </w:r>
    </w:p>
    <w:p>
      <w:pPr>
        <w:pStyle w:val="ListNumber"/>
      </w:pPr>
      <w:r>
        <w:t>Deslizar cinturón por debajo del paciente (técnica segura).</w:t>
      </w:r>
    </w:p>
    <w:p>
      <w:pPr>
        <w:pStyle w:val="ListNumber"/>
      </w:pPr>
      <w:r>
        <w:t>Verificar que cinturón está bien posicionado.</w:t>
      </w:r>
    </w:p>
    <w:p>
      <w:r>
        <w:t>**Enlaces:**</w:t>
      </w:r>
    </w:p>
    <w:p>
      <w:pPr>
        <w:pStyle w:val="ListBullet"/>
      </w:pPr>
      <w:r>
        <w:t>Ver 2.7 – Extricación y Movimientos en Bloque para técnicas de puente/slide.</w:t>
      </w:r>
    </w:p>
    <w:p>
      <w:pPr>
        <w:pStyle w:val="ListBullet"/>
      </w:pPr>
      <w:r>
        <w:t>Ver 2.8 – Transferencias y Movilización del Paciente para técnicas de transferencia.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Centrar el cinturón en pelvis a nivel trocantérico</w:t>
      </w:r>
    </w:p>
    <w:p>
      <w:r>
        <w:t>**Paso 3: Centrado del cinturón**</w:t>
      </w:r>
    </w:p>
    <w:p>
      <w:pPr>
        <w:pStyle w:val="ListBullet"/>
      </w:pPr>
      <w:r>
        <w:t>Centrar el cinturón en pelvis a nivel de trocánteres mayores.</w:t>
      </w:r>
    </w:p>
    <w:p>
      <w:pPr>
        <w:pStyle w:val="ListBullet"/>
      </w:pPr>
      <w:r>
        <w:t>Verificar que está centrado (no desplazado hacia un lado).</w:t>
      </w:r>
    </w:p>
    <w:p>
      <w:pPr>
        <w:pStyle w:val="ListBullet"/>
      </w:pPr>
      <w:r>
        <w:t>Verificar que está a nivel correcto (no sobre cintura/abdomen ni sobre crestas ilíacas).</w:t>
      </w:r>
    </w:p>
    <w:p>
      <w:r>
        <w:t>**Técnica:**</w:t>
      </w:r>
    </w:p>
    <w:p>
      <w:pPr>
        <w:pStyle w:val="ListNumber"/>
      </w:pPr>
      <w:r>
        <w:t>Centrar cinturón en pelvis.</w:t>
      </w:r>
    </w:p>
    <w:p>
      <w:pPr>
        <w:pStyle w:val="ListNumber"/>
      </w:pPr>
      <w:r>
        <w:t>Verificar que está a nivel de trocánteres mayores.</w:t>
      </w:r>
    </w:p>
    <w:p>
      <w:pPr>
        <w:pStyle w:val="ListNumber"/>
      </w:pPr>
      <w:r>
        <w:t>Verificar que está centrado (no desplazado).</w:t>
      </w:r>
    </w:p>
    <w:p>
      <w:pPr>
        <w:pStyle w:val="ListNumber"/>
      </w:pPr>
      <w:r>
        <w:t>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Ajustar tensión según sistema del cinturón (pasos concretos)</w:t>
      </w:r>
    </w:p>
    <w:p>
      <w:r>
        <w:t>**Paso 4: Ajuste de tensión**</w:t>
      </w:r>
    </w:p>
    <w:p>
      <w:pPr>
        <w:pStyle w:val="ListBullet"/>
      </w:pPr>
      <w:r>
        <w:t>Ajustar tensión según sistema del cinturón (pasos concretos según modelo).</w:t>
      </w:r>
    </w:p>
    <w:p>
      <w:pPr>
        <w:pStyle w:val="ListBullet"/>
      </w:pPr>
      <w:r>
        <w:t>Aplicar tensión adecuada (no insuficiente, no excesiva).</w:t>
      </w:r>
    </w:p>
    <w:p>
      <w:pPr>
        <w:pStyle w:val="ListBullet"/>
      </w:pPr>
      <w:r>
        <w:t>Verificar que tensión es adecuada.</w:t>
      </w:r>
    </w:p>
    <w:p>
      <w:r>
        <w:t>**Técnica (genérica):**</w:t>
      </w:r>
    </w:p>
    <w:p>
      <w:pPr>
        <w:pStyle w:val="ListNumber"/>
      </w:pPr>
      <w:r>
        <w:t>Aplicar tensión inicial según sistema del cinturón.</w:t>
      </w:r>
    </w:p>
    <w:p>
      <w:pPr>
        <w:pStyle w:val="ListNumber"/>
      </w:pPr>
      <w:r>
        <w:t>Verificar que tensión es adecuada (cinturón está firme pero no excesivamente apretado).</w:t>
      </w:r>
    </w:p>
    <w:p>
      <w:pPr>
        <w:pStyle w:val="ListNumber"/>
      </w:pPr>
      <w:r>
        <w:t>Ajustar si es necesario.</w:t>
      </w:r>
    </w:p>
    <w:p>
      <w:pPr>
        <w:pStyle w:val="ListNumber"/>
      </w:pPr>
      <w:r>
        <w:t>Fijar cierre según sistema.</w:t>
      </w:r>
    </w:p>
    <w:p>
      <w:r>
        <w:t>**Variaciones por modelo:**</w:t>
      </w:r>
    </w:p>
    <w:p>
      <w:pPr>
        <w:pStyle w:val="ListBullet"/>
      </w:pPr>
      <w:r>
        <w:t>Cinturón con velcro: ajustar y fijar velcro.</w:t>
      </w:r>
    </w:p>
    <w:p>
      <w:pPr>
        <w:pStyle w:val="ListBullet"/>
      </w:pPr>
      <w:r>
        <w:t>Cinturón con correas: ajustar correas y fijar.</w:t>
      </w:r>
    </w:p>
    <w:p>
      <w:pPr>
        <w:pStyle w:val="ListBullet"/>
      </w:pPr>
      <w:r>
        <w:t>Cinturón con mecanismo específico: seguir instrucciones del fabricante.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Verificar que no está sobre abdomen/crestas</w:t>
      </w:r>
    </w:p>
    <w:p>
      <w:r>
        <w:t>**Paso 5: Verificación de posición**</w:t>
      </w:r>
    </w:p>
    <w:p>
      <w:pPr>
        <w:pStyle w:val="ListBullet"/>
      </w:pPr>
      <w:r>
        <w:t>Verificar que cinturón no está sobre abdomen.</w:t>
      </w:r>
    </w:p>
    <w:p>
      <w:pPr>
        <w:pStyle w:val="ListBullet"/>
      </w:pPr>
      <w:r>
        <w:t>Verificar que cinturón no está sobre crestas ilíacas.</w:t>
      </w:r>
    </w:p>
    <w:p>
      <w:pPr>
        <w:pStyle w:val="ListBullet"/>
      </w:pPr>
      <w:r>
        <w:t>Verificar que está a nivel de trocánteres mayores.</w:t>
      </w:r>
    </w:p>
    <w:p>
      <w:r>
        <w:t>**Técnica:**</w:t>
      </w:r>
    </w:p>
    <w:p>
      <w:pPr>
        <w:pStyle w:val="ListNumber"/>
      </w:pPr>
      <w:r>
        <w:t>Verificar posición visualmente.</w:t>
      </w:r>
    </w:p>
    <w:p>
      <w:pPr>
        <w:pStyle w:val="ListNumber"/>
      </w:pPr>
      <w:r>
        <w:t>Verificar que no está sobre abdomen (demasiado alto).</w:t>
      </w:r>
    </w:p>
    <w:p>
      <w:pPr>
        <w:pStyle w:val="ListNumber"/>
      </w:pPr>
      <w:r>
        <w:t>Verificar que no está sobre crestas ilíacas (demasiado alto).</w:t>
      </w:r>
    </w:p>
    <w:p>
      <w:pPr>
        <w:pStyle w:val="ListNumber"/>
      </w:pPr>
      <w:r>
        <w:t>Verificar que está a nivel de trocánteres mayores (correcto).</w:t>
      </w:r>
    </w:p>
    <w:p>
      <w:pPr>
        <w:pStyle w:val="ListNumber"/>
      </w:pPr>
      <w:r>
        <w:t>Corregir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Fijar el cierre y asegurar que no se afloja</w:t>
      </w:r>
    </w:p>
    <w:p>
      <w:r>
        <w:t>**Paso 6: Fijación del cierre**</w:t>
      </w:r>
    </w:p>
    <w:p>
      <w:pPr>
        <w:pStyle w:val="ListBullet"/>
      </w:pPr>
      <w:r>
        <w:t>Fijar el cierre según sistema del cinturón.</w:t>
      </w:r>
    </w:p>
    <w:p>
      <w:pPr>
        <w:pStyle w:val="ListBullet"/>
      </w:pPr>
      <w:r>
        <w:t>Asegurar que cierre está bien fijado.</w:t>
      </w:r>
    </w:p>
    <w:p>
      <w:pPr>
        <w:pStyle w:val="ListBullet"/>
      </w:pPr>
      <w:r>
        <w:t>Verificar que no se afloja.</w:t>
      </w:r>
    </w:p>
    <w:p>
      <w:r>
        <w:t>**Técnica:**</w:t>
      </w:r>
    </w:p>
    <w:p>
      <w:pPr>
        <w:pStyle w:val="ListNumber"/>
      </w:pPr>
      <w:r>
        <w:t>Fijar cierre según sistema (velcro, correas, mecanismo específico).</w:t>
      </w:r>
    </w:p>
    <w:p>
      <w:pPr>
        <w:pStyle w:val="ListNumber"/>
      </w:pPr>
      <w:r>
        <w:t>Verificar que cierre está bien fijado.</w:t>
      </w:r>
    </w:p>
    <w:p>
      <w:pPr>
        <w:pStyle w:val="ListNumber"/>
      </w:pPr>
      <w:r>
        <w:t>Verificar que no se afloja (tirar ligeramente para verificar).</w:t>
      </w:r>
    </w:p>
    <w:p>
      <w:pPr>
        <w:pStyle w:val="ListNumber"/>
      </w:pPr>
      <w:r>
        <w:t>Reajustar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Verificación rápida post-colocación: estabilidad, confort, piel, y control neurovascular distal si procede</w:t>
      </w:r>
    </w:p>
    <w:p>
      <w:r>
        <w:t>**Paso 7: Verificación post-colocación**</w:t>
      </w:r>
    </w:p>
    <w:p>
      <w:pPr>
        <w:pStyle w:val="ListBullet"/>
      </w:pPr>
      <w:r>
        <w:t>Verificar estabilidad (cinturón está firme, no se mueve).</w:t>
      </w:r>
    </w:p>
    <w:p>
      <w:pPr>
        <w:pStyle w:val="ListBullet"/>
      </w:pPr>
      <w:r>
        <w:t>Verificar confort (paciente no refiere dolor intenso por mala posición).</w:t>
      </w:r>
    </w:p>
    <w:p>
      <w:pPr>
        <w:pStyle w:val="ListBullet"/>
      </w:pPr>
      <w:r>
        <w:t>Verificar piel (no hay puntos de presión excesivos, no hay irritación).</w:t>
      </w:r>
    </w:p>
    <w:p>
      <w:pPr>
        <w:pStyle w:val="ListBullet"/>
      </w:pPr>
      <w:r>
        <w:t>Control neurovascular distal si procede (pulsos, temperatura, sensibilidad en extremidades inferiores).</w:t>
      </w:r>
    </w:p>
    <w:p>
      <w:r>
        <w:t>**Técnica:**</w:t>
      </w:r>
    </w:p>
    <w:p>
      <w:pPr>
        <w:pStyle w:val="ListNumber"/>
      </w:pPr>
      <w:r>
        <w:t>Verificar estabilidad (cinturón firme, no se mueve).</w:t>
      </w:r>
    </w:p>
    <w:p>
      <w:pPr>
        <w:pStyle w:val="ListNumber"/>
      </w:pPr>
      <w:r>
        <w:t>Verificar confort (observar respuesta del paciente, preguntar si está consciente).</w:t>
      </w:r>
    </w:p>
    <w:p>
      <w:pPr>
        <w:pStyle w:val="ListNumber"/>
      </w:pPr>
      <w:r>
        <w:t>Verificar piel (observar puntos de presión, irritación).</w:t>
      </w:r>
    </w:p>
    <w:p>
      <w:pPr>
        <w:pStyle w:val="ListNumber"/>
      </w:pPr>
      <w:r>
        <w:t>Control neurovascular distal (pulsos femorales, temperatura, sensibilidad si procede).</w:t>
      </w:r>
    </w:p>
    <w:p>
      <w:pPr>
        <w:pStyle w:val="ListNumber"/>
      </w:pPr>
      <w:r>
        <w:t>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Preparar inmovilización/traslado (colchón de vacío, camilla, etc.)</w:t>
      </w:r>
    </w:p>
    <w:p>
      <w:r>
        <w:t>**Paso 8: Preparación para traslado**</w:t>
      </w:r>
    </w:p>
    <w:p>
      <w:pPr>
        <w:pStyle w:val="ListBullet"/>
      </w:pPr>
      <w:r>
        <w:t>Preparar inmovilización definitiva (colchón de vacío, camilla, etc.).</w:t>
      </w:r>
    </w:p>
    <w:p>
      <w:pPr>
        <w:pStyle w:val="ListBullet"/>
      </w:pPr>
      <w:r>
        <w:t>Integrar cinturón pélvico con otras inmovilizaciones.</w:t>
      </w:r>
    </w:p>
    <w:p>
      <w:pPr>
        <w:pStyle w:val="ListBullet"/>
      </w:pPr>
      <w:r>
        <w:t>Asegurar que cinturón no se desplaza durante traslado.</w:t>
      </w:r>
    </w:p>
    <w:p>
      <w:r>
        <w:t>**Técnica:**</w:t>
      </w:r>
    </w:p>
    <w:p>
      <w:pPr>
        <w:pStyle w:val="ListNumber"/>
      </w:pPr>
      <w:r>
        <w:t>Preparar inmovilización definitiva (colchón de vacío, camilla, etc.).</w:t>
      </w:r>
    </w:p>
    <w:p>
      <w:pPr>
        <w:pStyle w:val="ListNumber"/>
      </w:pPr>
      <w:r>
        <w:t>Integrar cinturón con otras inmovilizaciones (ver 2.11.9).</w:t>
      </w:r>
    </w:p>
    <w:p>
      <w:pPr>
        <w:pStyle w:val="ListNumber"/>
      </w:pPr>
      <w:r>
        <w:t>Verificar que cinturón no se desplaza.</w:t>
      </w:r>
    </w:p>
    <w:p>
      <w:pPr>
        <w:pStyle w:val="ListNumber"/>
      </w:pPr>
      <w:r>
        <w:t>Continuar con traslado.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2.11.9 Integración con otras inmovilizaciones (Bloque 2)</w:t>
      </w:r>
    </w:p>
    <w:p>
      <w:pPr>
        <w:pStyle w:val="Heading3"/>
      </w:pPr>
      <w:r>
        <w:t>Con colchón de vacío: orden de colocación recomendado (binder primero si procede)</w:t>
      </w:r>
    </w:p>
    <w:p>
      <w:r>
        <w:t>**Principio:**</w:t>
      </w:r>
    </w:p>
    <w:p>
      <w:pPr>
        <w:pStyle w:val="ListBullet"/>
      </w:pPr>
      <w:r>
        <w:t>Integrar cinturón pélvico con colchón de vacío.</w:t>
      </w:r>
    </w:p>
    <w:p>
      <w:pPr>
        <w:pStyle w:val="ListBullet"/>
      </w:pPr>
      <w:r>
        <w:t>Orden de colocación recomendado: binder primero si procede (antes de colocar colchón).</w:t>
      </w:r>
    </w:p>
    <w:p>
      <w:pPr>
        <w:pStyle w:val="ListBullet"/>
      </w:pPr>
      <w:r>
        <w:t>Verificar que cinturón no se desplaza al colocar colchón.</w:t>
      </w:r>
    </w:p>
    <w:p>
      <w:r>
        <w:t>**Técnica:**</w:t>
      </w:r>
    </w:p>
    <w:p>
      <w:pPr>
        <w:pStyle w:val="ListNumber"/>
      </w:pPr>
      <w:r>
        <w:t>Colocar cinturón pélvico primero si procede.</w:t>
      </w:r>
    </w:p>
    <w:p>
      <w:pPr>
        <w:pStyle w:val="ListNumber"/>
      </w:pPr>
      <w:r>
        <w:t>Colocar colchón de vacío después.</w:t>
      </w:r>
    </w:p>
    <w:p>
      <w:pPr>
        <w:pStyle w:val="ListNumber"/>
      </w:pPr>
      <w:r>
        <w:t>Verificar que cinturón no se desplaza al colocar colchón.</w:t>
      </w:r>
    </w:p>
    <w:p>
      <w:pPr>
        <w:pStyle w:val="ListNumber"/>
      </w:pPr>
      <w:r>
        <w:t>Verificar que ambos dispositivos están bien integrados.</w:t>
      </w:r>
    </w:p>
    <w:p>
      <w:r>
        <w:t>**Enlace:**</w:t>
      </w:r>
    </w:p>
    <w:p>
      <w:pPr>
        <w:pStyle w:val="ListBullet"/>
      </w:pPr>
      <w:r>
        <w:t>Ver 2.6 – Colchón de Vacío: Inmovilización Definitiva para técnicas de colchón de vacío.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Con camilla cuchara/transferencias: evitar que se desplace o afloje</w:t>
      </w:r>
    </w:p>
    <w:p>
      <w:r>
        <w:t>**Principio:**</w:t>
      </w:r>
    </w:p>
    <w:p>
      <w:pPr>
        <w:pStyle w:val="ListBullet"/>
      </w:pPr>
      <w:r>
        <w:t>Integrar cinturón pélvico con camilla cuchara y transferencias.</w:t>
      </w:r>
    </w:p>
    <w:p>
      <w:pPr>
        <w:pStyle w:val="ListBullet"/>
      </w:pPr>
      <w:r>
        <w:t>Evitar que cinturón se desplace o afloje durante transferencias.</w:t>
      </w:r>
    </w:p>
    <w:p>
      <w:pPr>
        <w:pStyle w:val="ListBullet"/>
      </w:pPr>
      <w:r>
        <w:t>Re-verificar después de cada transferencia.</w:t>
      </w:r>
    </w:p>
    <w:p>
      <w:r>
        <w:t>**Técnica:**</w:t>
      </w:r>
    </w:p>
    <w:p>
      <w:pPr>
        <w:pStyle w:val="ListNumber"/>
      </w:pPr>
      <w:r>
        <w:t>Colocar cinturón antes de transferencias si es posible.</w:t>
      </w:r>
    </w:p>
    <w:p>
      <w:pPr>
        <w:pStyle w:val="ListNumber"/>
      </w:pPr>
      <w:r>
        <w:t>Durante transferencias: verificar que cinturón no se desplaza.</w:t>
      </w:r>
    </w:p>
    <w:p>
      <w:pPr>
        <w:pStyle w:val="ListNumber"/>
      </w:pPr>
      <w:r>
        <w:t>Después de transferencias: re-verificar posición y tensión.</w:t>
      </w:r>
    </w:p>
    <w:p>
      <w:pPr>
        <w:pStyle w:val="ListNumber"/>
      </w:pPr>
      <w:r>
        <w:t>Ajustar si es necesario.</w:t>
      </w:r>
    </w:p>
    <w:p>
      <w:r>
        <w:t>**Enlaces:**</w:t>
      </w:r>
    </w:p>
    <w:p>
      <w:pPr>
        <w:pStyle w:val="ListBullet"/>
      </w:pPr>
      <w:r>
        <w:t>Ver 2.4 – Camilla Cuchara (Cuchara Espinal): Uso Operativo para técnicas de camilla cuchara.</w:t>
      </w:r>
    </w:p>
    <w:p>
      <w:pPr>
        <w:pStyle w:val="ListBullet"/>
      </w:pPr>
      <w:r>
        <w:t>Ver 2.8 – Transferencias y Movilización del Paciente para técnicas de transferencia.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Con férulas de extremidad y tracción: coordinación y control de tensiones</w:t>
      </w:r>
    </w:p>
    <w:p>
      <w:r>
        <w:t>**Principio:**</w:t>
      </w:r>
    </w:p>
    <w:p>
      <w:pPr>
        <w:pStyle w:val="ListBullet"/>
      </w:pPr>
      <w:r>
        <w:t>Integrar cinturón pélvico con férulas de extremidad y tracción.</w:t>
      </w:r>
    </w:p>
    <w:p>
      <w:pPr>
        <w:pStyle w:val="ListBullet"/>
      </w:pPr>
      <w:r>
        <w:t>Coordinar colocación y control de tensiones.</w:t>
      </w:r>
    </w:p>
    <w:p>
      <w:pPr>
        <w:pStyle w:val="ListBullet"/>
      </w:pPr>
      <w:r>
        <w:t>Verificar que tensiones no interfieren entre sí.</w:t>
      </w:r>
    </w:p>
    <w:p>
      <w:r>
        <w:t>**Técnica:**</w:t>
      </w:r>
    </w:p>
    <w:p>
      <w:pPr>
        <w:pStyle w:val="ListNumber"/>
      </w:pPr>
      <w:r>
        <w:t>Coordinar colocación de cinturón y férulas/tracción.</w:t>
      </w:r>
    </w:p>
    <w:p>
      <w:pPr>
        <w:pStyle w:val="ListNumber"/>
      </w:pPr>
      <w:r>
        <w:t>Controlar tensiones (no excesivas, no interfieren).</w:t>
      </w:r>
    </w:p>
    <w:p>
      <w:pPr>
        <w:pStyle w:val="ListNumber"/>
      </w:pPr>
      <w:r>
        <w:t>Verificar que dispositivos están bien integrados.</w:t>
      </w:r>
    </w:p>
    <w:p>
      <w:pPr>
        <w:pStyle w:val="ListNumber"/>
      </w:pPr>
      <w:r>
        <w:t>Re-verificar después de movimientos.</w:t>
      </w:r>
    </w:p>
    <w:p>
      <w:r>
        <w:t>**Enlaces:**</w:t>
      </w:r>
    </w:p>
    <w:p>
      <w:pPr>
        <w:pStyle w:val="ListBullet"/>
      </w:pPr>
      <w:r>
        <w:t>Ver 2.10 – Férulas: Familias, Selección y Uso Operativo para técnicas de férulas.</w:t>
      </w:r>
    </w:p>
    <w:p>
      <w:pPr>
        <w:pStyle w:val="ListBullet"/>
      </w:pPr>
      <w:r>
        <w:t>Ver 2.12 – Férula de Tracción: Selección y Uso Operativo para técnicas de tracción.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2.11.10 Reevaluación y mantenimiento durante traslado</w:t>
      </w:r>
    </w:p>
    <w:p>
      <w:pPr>
        <w:pStyle w:val="Heading3"/>
      </w:pPr>
      <w:r>
        <w:t>Revisar tras cada transferencia: posición y tensión</w:t>
      </w:r>
    </w:p>
    <w:p>
      <w:r>
        <w:t>**Procedimiento:**</w:t>
      </w:r>
    </w:p>
    <w:p>
      <w:pPr>
        <w:pStyle w:val="ListBullet"/>
      </w:pPr>
      <w:r>
        <w:t>Revisar posición y tensión del cinturón tras cada transferencia.</w:t>
      </w:r>
    </w:p>
    <w:p>
      <w:pPr>
        <w:pStyle w:val="ListBullet"/>
      </w:pPr>
      <w:r>
        <w:t>Verificar que no se ha desplazado ni aflojado.</w:t>
      </w:r>
    </w:p>
    <w:p>
      <w:pPr>
        <w:pStyle w:val="ListBullet"/>
      </w:pPr>
      <w:r>
        <w:t>Ajustar si es necesario.</w:t>
      </w:r>
    </w:p>
    <w:p>
      <w:r>
        <w:t>**Técnica:**</w:t>
      </w:r>
    </w:p>
    <w:p>
      <w:pPr>
        <w:pStyle w:val="ListNumber"/>
      </w:pPr>
      <w:r>
        <w:t>Re-verificar después de cada transferencia (ver 2.8).</w:t>
      </w:r>
    </w:p>
    <w:p>
      <w:pPr>
        <w:pStyle w:val="ListNumber"/>
      </w:pPr>
      <w:r>
        <w:t>Verificar posición (a nivel de trocánteres mayores).</w:t>
      </w:r>
    </w:p>
    <w:p>
      <w:pPr>
        <w:pStyle w:val="ListNumber"/>
      </w:pPr>
      <w:r>
        <w:t>Verificar tensión (adecuada, no aflojado).</w:t>
      </w:r>
    </w:p>
    <w:p>
      <w:pPr>
        <w:pStyle w:val="ListNumber"/>
      </w:pPr>
      <w:r>
        <w:t>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Vigilar puntos de presión/irritación</w:t>
      </w:r>
    </w:p>
    <w:p>
      <w:r>
        <w:t>**Procedimiento:**</w:t>
      </w:r>
    </w:p>
    <w:p>
      <w:pPr>
        <w:pStyle w:val="ListBullet"/>
      </w:pPr>
      <w:r>
        <w:t>Vigilar puntos de presión e irritación durante traslado.</w:t>
      </w:r>
    </w:p>
    <w:p>
      <w:pPr>
        <w:pStyle w:val="ListBullet"/>
      </w:pPr>
      <w:r>
        <w:t>Detectar signos de problemas (enrojecimiento, dolor intenso).</w:t>
      </w:r>
    </w:p>
    <w:p>
      <w:pPr>
        <w:pStyle w:val="ListBullet"/>
      </w:pPr>
      <w:r>
        <w:t>Ajustar si es necesario.</w:t>
      </w:r>
    </w:p>
    <w:p>
      <w:r>
        <w:t>**Técnica:**</w:t>
      </w:r>
    </w:p>
    <w:p>
      <w:pPr>
        <w:pStyle w:val="ListNumber"/>
      </w:pPr>
      <w:r>
        <w:t>Observar puntos de presión durante traslado.</w:t>
      </w:r>
    </w:p>
    <w:p>
      <w:pPr>
        <w:pStyle w:val="ListNumber"/>
      </w:pPr>
      <w:r>
        <w:t>Detectar signos de irritación (enrojecimiento, dolor intenso).</w:t>
      </w:r>
    </w:p>
    <w:p>
      <w:pPr>
        <w:pStyle w:val="ListNumber"/>
      </w:pPr>
      <w:r>
        <w:t>Ajustar posición o acolchado si es necesario.</w:t>
      </w:r>
    </w:p>
    <w:p>
      <w:pPr>
        <w:pStyle w:val="ListNumber"/>
      </w:pPr>
      <w:r>
        <w:t>Re-verificar después de ajuste.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Mantener control térmico</w:t>
      </w:r>
    </w:p>
    <w:p>
      <w:r>
        <w:t>**Procedimiento:**</w:t>
      </w:r>
    </w:p>
    <w:p>
      <w:pPr>
        <w:pStyle w:val="ListBullet"/>
      </w:pPr>
      <w:r>
        <w:t>Mantener control térmico durante traslado.</w:t>
      </w:r>
    </w:p>
    <w:p>
      <w:pPr>
        <w:pStyle w:val="ListBullet"/>
      </w:pPr>
      <w:r>
        <w:t>Aplicar manta térmica si es necesario.</w:t>
      </w:r>
    </w:p>
    <w:p>
      <w:pPr>
        <w:pStyle w:val="ListBullet"/>
      </w:pPr>
      <w:r>
        <w:t>Prevenir hipotermia.</w:t>
      </w:r>
    </w:p>
    <w:p>
      <w:r>
        <w:t>**Técnica:**</w:t>
      </w:r>
    </w:p>
    <w:p>
      <w:pPr>
        <w:pStyle w:val="ListNumber"/>
      </w:pPr>
      <w:r>
        <w:t>Aplicar control térmico desde el inicio (ver 3.9).</w:t>
      </w:r>
    </w:p>
    <w:p>
      <w:pPr>
        <w:pStyle w:val="ListNumber"/>
      </w:pPr>
      <w:r>
        <w:t>Mantener durante traslado.</w:t>
      </w:r>
    </w:p>
    <w:p>
      <w:pPr>
        <w:pStyle w:val="ListNumber"/>
      </w:pPr>
      <w:r>
        <w:t>Re-verificar después de movimientos.</w:t>
      </w:r>
    </w:p>
    <w:p>
      <w:r>
        <w:t>**Enlace:**</w:t>
      </w:r>
    </w:p>
    <w:p>
      <w:pPr>
        <w:pStyle w:val="ListBullet"/>
      </w:pPr>
      <w:r>
        <w:t>Ver 3.9 – Exposición, Aislamiento Térmico y Prevención de Hipotermia para técnicas de control térmico.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2.11.11 Problemas frecuentes y resolución rápida</w:t>
      </w:r>
    </w:p>
    <w:p>
      <w:pPr>
        <w:pStyle w:val="Heading3"/>
      </w:pPr>
      <w:r>
        <w:t>Colocado demasiado alto: recolocar</w:t>
      </w:r>
    </w:p>
    <w:p>
      <w:r>
        <w:t>**Causa posible:**</w:t>
      </w:r>
    </w:p>
    <w:p>
      <w:pPr>
        <w:pStyle w:val="ListBullet"/>
      </w:pPr>
      <w:r>
        <w:t>Cinturón colocado demasiado alto (sobre cintura/abdomen o crestas ilíacas).</w:t>
      </w:r>
    </w:p>
    <w:p>
      <w:pPr>
        <w:pStyle w:val="ListBullet"/>
      </w:pPr>
      <w:r>
        <w:t>Posición incorrecta.</w:t>
      </w:r>
    </w:p>
    <w:p>
      <w:r>
        <w:t>**Resolución rápida:**</w:t>
      </w:r>
    </w:p>
    <w:p>
      <w:pPr>
        <w:pStyle w:val="ListNumber"/>
      </w:pPr>
      <w:r>
        <w:t>Detectar que está demasiado alto (verificación visual, paciente refiere incomodidad).</w:t>
      </w:r>
    </w:p>
    <w:p>
      <w:pPr>
        <w:pStyle w:val="ListNumber"/>
      </w:pPr>
      <w:r>
        <w:t>Recolocar a nivel de trocánteres mayores.</w:t>
      </w:r>
    </w:p>
    <w:p>
      <w:pPr>
        <w:pStyle w:val="ListNumber"/>
      </w:pPr>
      <w:r>
        <w:t>Verificar que posición es correcta.</w:t>
      </w:r>
    </w:p>
    <w:p>
      <w:pPr>
        <w:pStyle w:val="ListNumber"/>
      </w:pPr>
      <w:r>
        <w:t>Ajustar tensión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Se afloja con correas/transferencias: reajustar y fijar</w:t>
      </w:r>
    </w:p>
    <w:p>
      <w:r>
        <w:t>**Causa posible:**</w:t>
      </w:r>
    </w:p>
    <w:p>
      <w:pPr>
        <w:pStyle w:val="ListBullet"/>
      </w:pPr>
      <w:r>
        <w:t>Cinturón se afloja durante transferencias o por correas de inmovilización.</w:t>
      </w:r>
    </w:p>
    <w:p>
      <w:pPr>
        <w:pStyle w:val="ListBullet"/>
      </w:pPr>
      <w:r>
        <w:t>Fijación insuficiente.</w:t>
      </w:r>
    </w:p>
    <w:p>
      <w:r>
        <w:t>**Resolución rápida:**</w:t>
      </w:r>
    </w:p>
    <w:p>
      <w:pPr>
        <w:pStyle w:val="ListNumber"/>
      </w:pPr>
      <w:r>
        <w:t>Detectar que se afloja (verificación después de transferencias).</w:t>
      </w:r>
    </w:p>
    <w:p>
      <w:pPr>
        <w:pStyle w:val="ListNumber"/>
      </w:pPr>
      <w:r>
        <w:t>Reajustar tensión.</w:t>
      </w:r>
    </w:p>
    <w:p>
      <w:pPr>
        <w:pStyle w:val="ListNumber"/>
      </w:pPr>
      <w:r>
        <w:t>Fijar cierre correctamente.</w:t>
      </w:r>
    </w:p>
    <w:p>
      <w:pPr>
        <w:pStyle w:val="ListNumber"/>
      </w:pPr>
      <w:r>
        <w:t>Re-verificar que no se afloja.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Dolor aumentado por mala posición/puntos de presión: revisar alineación y centrado</w:t>
      </w:r>
    </w:p>
    <w:p>
      <w:r>
        <w:t>**Causa posible:**</w:t>
      </w:r>
    </w:p>
    <w:p>
      <w:pPr>
        <w:pStyle w:val="ListBullet"/>
      </w:pPr>
      <w:r>
        <w:t>Dolor aumentado por mala posición o puntos de presión.</w:t>
      </w:r>
    </w:p>
    <w:p>
      <w:pPr>
        <w:pStyle w:val="ListBullet"/>
      </w:pPr>
      <w:r>
        <w:t>Cinturón mal centrado o mal posicionado.</w:t>
      </w:r>
    </w:p>
    <w:p>
      <w:r>
        <w:t>**Resolución rápida:**</w:t>
      </w:r>
    </w:p>
    <w:p>
      <w:pPr>
        <w:pStyle w:val="ListNumber"/>
      </w:pPr>
      <w:r>
        <w:t>Detectar dolor aumentado (paciente refiere, observación).</w:t>
      </w:r>
    </w:p>
    <w:p>
      <w:pPr>
        <w:pStyle w:val="ListNumber"/>
      </w:pPr>
      <w:r>
        <w:t>Revisar alineación y centrado.</w:t>
      </w:r>
    </w:p>
    <w:p>
      <w:pPr>
        <w:pStyle w:val="ListNumber"/>
      </w:pPr>
      <w:r>
        <w:t>Ajustar posición si es necesario.</w:t>
      </w:r>
    </w:p>
    <w:p>
      <w:pPr>
        <w:pStyle w:val="ListNumber"/>
      </w:pPr>
      <w:r>
        <w:t>Acolchar puntos de presión si es necesario.</w:t>
      </w:r>
    </w:p>
    <w:p>
      <w:pPr>
        <w:pStyle w:val="ListNumber"/>
      </w:pPr>
      <w:r>
        <w:t>Re-verificar que dolor no aumenta.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2.11.12 Errores críticos</w:t>
      </w:r>
    </w:p>
    <w:p>
      <w:pPr>
        <w:pStyle w:val="Heading3"/>
      </w:pPr>
      <w:r>
        <w:t>Error 1: Colocar en cintura/abdomen</w:t>
      </w:r>
    </w:p>
    <w:p>
      <w:r>
        <w:t>**Error:**</w:t>
      </w:r>
    </w:p>
    <w:p>
      <w:pPr>
        <w:pStyle w:val="ListBullet"/>
      </w:pPr>
      <w:r>
        <w:t>❌ Colocar cinturón en cintura o sobre abdomen.</w:t>
      </w:r>
    </w:p>
    <w:p>
      <w:pPr>
        <w:pStyle w:val="ListBullet"/>
      </w:pPr>
      <w:r>
        <w:t>**Consecuencia:** Cinturón inefectivo, no estabiliza pelvis, puede causar lesiones.</w:t>
      </w:r>
    </w:p>
    <w:p>
      <w:pPr>
        <w:pStyle w:val="ListBullet"/>
      </w:pPr>
      <w:r>
        <w:t>**Prevención:** SIEMPRE colocar a nivel de trocánteres mayores, verificar posición antes de finalizar.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2: Colocar sobre crestas ilíacas (ineficaz)</w:t>
      </w:r>
    </w:p>
    <w:p>
      <w:r>
        <w:t>**Error:**</w:t>
      </w:r>
    </w:p>
    <w:p>
      <w:pPr>
        <w:pStyle w:val="ListBullet"/>
      </w:pPr>
      <w:r>
        <w:t>❌ Colocar cinturón sobre crestas ilíacas (demasiado alto).</w:t>
      </w:r>
    </w:p>
    <w:p>
      <w:pPr>
        <w:pStyle w:val="ListBullet"/>
      </w:pPr>
      <w:r>
        <w:t>**Consecuencia:** Cinturón inefectivo, no estabiliza pelvis correctamente.</w:t>
      </w:r>
    </w:p>
    <w:p>
      <w:pPr>
        <w:pStyle w:val="ListBullet"/>
      </w:pPr>
      <w:r>
        <w:t>**Prevención:** SIEMPRE colocar a nivel de trocánteres mayores, verificar que no está sobre crestas ilíacas.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3: Tensión insuficiente o tensión aplicada sin centrar</w:t>
      </w:r>
    </w:p>
    <w:p>
      <w:r>
        <w:t>**Error:**</w:t>
      </w:r>
    </w:p>
    <w:p>
      <w:pPr>
        <w:pStyle w:val="ListBullet"/>
      </w:pPr>
      <w:r>
        <w:t>❌ Aplicar tensión insuficiente o aplicar tensión sin centrar cinturón.</w:t>
      </w:r>
    </w:p>
    <w:p>
      <w:pPr>
        <w:pStyle w:val="ListBullet"/>
      </w:pPr>
      <w:r>
        <w:t>**Consecuencia:** Cinturón inefectivo, no estabiliza pelvis, se desplaza fácilmente.</w:t>
      </w:r>
    </w:p>
    <w:p>
      <w:pPr>
        <w:pStyle w:val="ListBullet"/>
      </w:pPr>
      <w:r>
        <w:t>**Prevención:** Centrar cinturón primero, luego aplicar tensión adecuada, verificar que tensión es adecuada.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4: Aflojar "para que vaya cómodo" sin motivo operativo</w:t>
      </w:r>
    </w:p>
    <w:p>
      <w:r>
        <w:t>**Error:**</w:t>
      </w:r>
    </w:p>
    <w:p>
      <w:pPr>
        <w:pStyle w:val="ListBullet"/>
      </w:pPr>
      <w:r>
        <w:t>❌ Aflojar cinturón "para que vaya cómodo" sin motivo operativo.</w:t>
      </w:r>
    </w:p>
    <w:p>
      <w:pPr>
        <w:pStyle w:val="ListBullet"/>
      </w:pPr>
      <w:r>
        <w:t>**Consecuencia:** Cinturón inefectivo, no estabiliza pelvis, riesgo de empeoramiento.</w:t>
      </w:r>
    </w:p>
    <w:p>
      <w:pPr>
        <w:pStyle w:val="ListBullet"/>
      </w:pPr>
      <w:r>
        <w:t>**Prevención:** No aflojar sin motivo operativo, mantener tensión adecuada, solo reajustar si hay error evidente o se afloja durante movimientos.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5: No reevaluar tras movimientos</w:t>
      </w:r>
    </w:p>
    <w:p>
      <w:r>
        <w:t>**Error:**</w:t>
      </w:r>
    </w:p>
    <w:p>
      <w:pPr>
        <w:pStyle w:val="ListBullet"/>
      </w:pPr>
      <w:r>
        <w:t>❌ No reevaluar posición y tensión del cinturón tras movimientos o transferencias.</w:t>
      </w:r>
    </w:p>
    <w:p>
      <w:pPr>
        <w:pStyle w:val="ListBullet"/>
      </w:pPr>
      <w:r>
        <w:t>**Consecuencia:** Cinturón puede desplazarse o aflojarse sin detectarlo, inefectivo.</w:t>
      </w:r>
    </w:p>
    <w:p>
      <w:pPr>
        <w:pStyle w:val="ListBullet"/>
      </w:pPr>
      <w:r>
        <w:t>**Prevención:** SIEMPRE reevaluar después de cada transferencia, verificar posición y tensión, 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2.11.13 Puntos clave TES</w:t>
      </w:r>
    </w:p>
    <w:p>
      <w:pPr>
        <w:pStyle w:val="ListBullet"/>
      </w:pPr>
      <w:r>
        <w:t>**El éxito depende de posición correcta + tensión adecuada + verificación** (no omitir ninguno de los tres factores).</w:t>
      </w:r>
    </w:p>
    <w:p>
      <w:pPr>
        <w:pStyle w:val="ListBullet"/>
      </w:pPr>
      <w:r>
        <w:t>**NUNCA colocar "en la cintura" o sobre abdomen** (SIEMPRE a nivel de trocánteres mayores).</w:t>
      </w:r>
    </w:p>
    <w:p>
      <w:pPr>
        <w:pStyle w:val="ListBullet"/>
      </w:pPr>
      <w:r>
        <w:t>**NUNCA colocar sobre crestas ilíacas** (demasiado alto, inefectivo).</w:t>
      </w:r>
    </w:p>
    <w:p>
      <w:pPr>
        <w:pStyle w:val="ListBullet"/>
      </w:pPr>
      <w:r>
        <w:t>**Identificar trocánteres mayores como referencia** (landmark operativo, ver 2.0).</w:t>
      </w:r>
    </w:p>
    <w:p>
      <w:pPr>
        <w:pStyle w:val="ListBullet"/>
      </w:pPr>
      <w:r>
        <w:t>**Preparación previa: explicar al paciente, preparar equipo, decidir roles, exposición mínima** (coordinación y preparación).</w:t>
      </w:r>
    </w:p>
    <w:p>
      <w:pPr>
        <w:pStyle w:val="ListBullet"/>
      </w:pPr>
      <w:r>
        <w:t>**Procedimiento paso a paso: mantener inmovilización, deslizar por debajo, centrar a nivel trocantérico, ajustar tensión, verificar posición, fijar cierre** (no omitir pasos).</w:t>
      </w:r>
    </w:p>
    <w:p>
      <w:pPr>
        <w:pStyle w:val="ListBullet"/>
      </w:pPr>
      <w:r>
        <w:t>**Verificación post-colocación: estabilidad, confort, piel, control neurovascular distal** (verificar todos los aspectos).</w:t>
      </w:r>
    </w:p>
    <w:p>
      <w:pPr>
        <w:pStyle w:val="ListBullet"/>
      </w:pPr>
      <w:r>
        <w:t>**Integración con colchón de vacío: orden recomendado (binder primero si procede)** (coordinar colocación).</w:t>
      </w:r>
    </w:p>
    <w:p>
      <w:pPr>
        <w:pStyle w:val="ListBullet"/>
      </w:pPr>
      <w:r>
        <w:t>**Integración con transferencias: evitar desplazamiento o aflojamiento** (re-verificar después de cada transferencia).</w:t>
      </w:r>
    </w:p>
    <w:p>
      <w:pPr>
        <w:pStyle w:val="ListBullet"/>
      </w:pPr>
      <w:r>
        <w:t>**Reevaluación durante traslado: revisar posición y tensión, vigilar puntos de presión, mantener control térmico** (mantenimiento continuo).</w:t>
      </w:r>
    </w:p>
    <w:p>
      <w:pPr>
        <w:pStyle w:val="ListBullet"/>
      </w:pPr>
      <w:r>
        <w:t>**NUNCA aflojar "para que vaya cómodo" sin motivo operativo** (mantener tensión adecuada).</w:t>
      </w:r>
    </w:p>
    <w:p>
      <w:pPr>
        <w:pStyle w:val="ListBullet"/>
      </w:pPr>
      <w:r>
        <w:t>**SIEMPRE reevaluar tras cada transferencia** (verificar posición y tensión, ajustar si es necesario).</w:t>
      </w:r>
    </w:p>
    <w:p>
      <w:pPr>
        <w:pStyle w:val="ListBullet"/>
      </w:pPr>
      <w:r>
        <w:t>**Un TES lesionado detiene la asistencia:** aplicar ergonomía (postura correcta, prevenir lesiones durante colocación).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2.11.14 Cierre del capítulo</w:t>
      </w:r>
    </w:p>
    <w:p>
      <w:r>
        <w:t>Este capítulo se integra con:</w:t>
      </w:r>
    </w:p>
    <w:p>
      <w:pPr>
        <w:pStyle w:val="ListBullet"/>
      </w:pPr>
      <w:r>
        <w:t>**2.0 – Anatomía Operativa para Inmovilización y Movilización** (localización de trocánteres mayores)</w:t>
      </w:r>
    </w:p>
    <w:p>
      <w:pPr>
        <w:pStyle w:val="ListBullet"/>
      </w:pPr>
      <w:r>
        <w:t>**2.6 – Colchón de Vacío: Inmovilización Definitiva** (integración con colchón de vacío)</w:t>
      </w:r>
    </w:p>
    <w:p>
      <w:pPr>
        <w:pStyle w:val="ListBullet"/>
      </w:pPr>
      <w:r>
        <w:t>**2.8 – Transferencias y Movilización del Paciente** (integración con transferencias)</w:t>
      </w:r>
    </w:p>
    <w:p>
      <w:pPr>
        <w:pStyle w:val="ListBullet"/>
      </w:pPr>
      <w:r>
        <w:t>**2.9 – Errores Críticos en Inmovilización y Movilización** (errores sistémicos)</w:t>
      </w:r>
    </w:p>
    <w:p>
      <w:pPr>
        <w:pStyle w:val="ListBullet"/>
      </w:pPr>
      <w:r>
        <w:t>**3.9 – Exposición, Aislamiento Térmico y Prevención de Hipotermia** (control térmico durante colocación)</w:t>
      </w:r>
    </w:p>
    <w:p>
      <w:r>
        <w:t>**Transición:**</w:t>
      </w:r>
    </w:p>
    <w:p>
      <w:pPr>
        <w:pStyle w:val="ListBullet"/>
      </w:pPr>
      <w:r>
        <w:t>Este capítulo proporciona técnicas operativas de **colocación del cinturón pélvico**.</w:t>
      </w:r>
    </w:p>
    <w:p>
      <w:pPr>
        <w:pStyle w:val="ListBullet"/>
      </w:pPr>
      <w:r>
        <w:t>El capítulo siguiente desarrolla **errores críticos en inmovilización y movilización (2.9)**.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El **éxito depende de posición correcta + tensión adecuada + verificación** (no omitir ninguno de los tres factores)</w:t>
      </w:r>
    </w:p>
    <w:p>
      <w:pPr>
        <w:pStyle w:val="ListBullet"/>
      </w:pPr>
      <w:r>
        <w:t>**NUNCA colocar "en la cintura" o sobre abdomen** (SIEMPRE a nivel de trocánteres mayores)</w:t>
      </w:r>
    </w:p>
    <w:p>
      <w:pPr>
        <w:pStyle w:val="ListBullet"/>
      </w:pPr>
      <w:r>
        <w:t>**NUNCA colocar sobre crestas ilíacas** (demasiado alto, inefectivo)</w:t>
      </w:r>
    </w:p>
    <w:p>
      <w:pPr>
        <w:pStyle w:val="ListBullet"/>
      </w:pPr>
      <w:r>
        <w:t>**SIEMPRE reevaluar tras cada transferencia** (verificar posición y tensión)</w:t>
      </w:r>
    </w:p>
    <w:p>
      <w:r>
        <w:t>**Principios No Negociables:**</w:t>
      </w:r>
    </w:p>
    <w:p>
      <w:pPr>
        <w:pStyle w:val="ListBullet"/>
      </w:pPr>
      <w:r>
        <w:t>**NUNCA colocar** en cintura/abdomen o sobre crestas ilíacas</w:t>
      </w:r>
    </w:p>
    <w:p>
      <w:pPr>
        <w:pStyle w:val="ListBullet"/>
      </w:pPr>
      <w:r>
        <w:t>**NUNCA aplicar** tensión sin centrar primero</w:t>
      </w:r>
    </w:p>
    <w:p>
      <w:pPr>
        <w:pStyle w:val="ListBullet"/>
      </w:pPr>
      <w:r>
        <w:t>**NUNCA aflojar** "para que vaya cómodo" sin motivo operativo</w:t>
      </w:r>
    </w:p>
    <w:p>
      <w:pPr>
        <w:pStyle w:val="ListBullet"/>
      </w:pPr>
      <w:r>
        <w:t>**NUNCA omitir** reevaluación tras movimientos</w:t>
      </w:r>
    </w:p>
    <w:p>
      <w:pPr>
        <w:pStyle w:val="ListBullet"/>
      </w:pPr>
      <w:r>
        <w:t>**SIEMPRE colocar** a nivel de trocánteres mayores</w:t>
      </w:r>
    </w:p>
    <w:p>
      <w:pPr>
        <w:pStyle w:val="ListBullet"/>
      </w:pPr>
      <w:r>
        <w:t>**SIEMPRE verificar** posición y tensión después de colocar</w:t>
      </w:r>
    </w:p>
    <w:p>
      <w:pPr>
        <w:pStyle w:val="ListBullet"/>
      </w:pPr>
      <w:r>
        <w:t>**SIEMPRE reevaluar** después de cada transferencia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2.12 – Férulas de tracción: selección y uso operativo (manual global)</w:t>
      </w:r>
    </w:p>
    <w:p>
      <w:pPr>
        <w:pStyle w:val="Heading1"/>
      </w:pPr>
      <w:r>
        <w:t>2.12 – Férulas de tracción: selección y uso operativo (manual global)</w:t>
      </w:r>
    </w:p>
    <w:p>
      <w:pPr>
        <w:pStyle w:val="Heading2"/>
      </w:pPr>
      <w:r>
        <w:t>Manual TES Digital – Inmovilización con tracción femoral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2.12.1 Objetivo operativo</w:t>
      </w:r>
    </w:p>
    <w:p>
      <w:r>
        <w:t>Proporcionar al TES los conocimientos operativos para **seleccionar, aplicar y verificar** férulas de tracción femoral, manteniendo **inmovilización efectiva** con tracción, **prevención de daño secundario**, **control neurovascular** y **integración** con otras técnicas de inmovilización y movilización.</w:t>
      </w:r>
    </w:p>
    <w:p>
      <w:r>
        <w:t>Este capítulo es un **manual global** que abarca principios comunes y variaciones por diseño, no un procedimiento de un modelo específico.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2.12.2 Alcance y límites</w:t>
      </w:r>
    </w:p>
    <w:p>
      <w:pPr>
        <w:pStyle w:val="Heading3"/>
      </w:pPr>
      <w:r>
        <w:t>Alcance del capítulo</w:t>
      </w:r>
    </w:p>
    <w:p>
      <w:r>
        <w:t>Este capítulo cubre:</w:t>
      </w:r>
    </w:p>
    <w:p>
      <w:pPr>
        <w:pStyle w:val="ListBullet"/>
      </w:pPr>
      <w:r>
        <w:t>**Principios comunes** de aplicación de férulas de tracción femoral.</w:t>
      </w:r>
    </w:p>
    <w:p>
      <w:pPr>
        <w:pStyle w:val="ListBullet"/>
      </w:pPr>
      <w:r>
        <w:t>**Variaciones por diseño** de modelos habituales.</w:t>
      </w:r>
    </w:p>
    <w:p>
      <w:pPr>
        <w:pStyle w:val="ListBullet"/>
      </w:pPr>
      <w:r>
        <w:t>**Técnica operativa** paso a paso.</w:t>
      </w:r>
    </w:p>
    <w:p>
      <w:pPr>
        <w:pStyle w:val="ListBullet"/>
      </w:pPr>
      <w:r>
        <w:t>**Integración** con otras inmovilizaciones y movilizaciones.</w:t>
      </w:r>
    </w:p>
    <w:p>
      <w:pPr>
        <w:pStyle w:val="ListBullet"/>
      </w:pPr>
      <w:r>
        <w:t>**Control neurovascular** y seguridad.</w:t>
      </w:r>
    </w:p>
    <w:p>
      <w:pPr>
        <w:pStyle w:val="Heading3"/>
      </w:pPr>
      <w:r>
        <w:t>Modelos habituales cubiertos</w:t>
      </w:r>
    </w:p>
    <w:p>
      <w:r>
        <w:t>**Tipo barra rígida estilo Hare:**</w:t>
      </w:r>
    </w:p>
    <w:p>
      <w:pPr>
        <w:pStyle w:val="ListBullet"/>
      </w:pPr>
      <w:r>
        <w:t>Barra rígida con mecanismo de tracción.</w:t>
      </w:r>
    </w:p>
    <w:p>
      <w:pPr>
        <w:pStyle w:val="ListBullet"/>
      </w:pPr>
      <w:r>
        <w:t>Punto de apoyo proximal en isquion/perineo.</w:t>
      </w:r>
    </w:p>
    <w:p>
      <w:pPr>
        <w:pStyle w:val="ListBullet"/>
      </w:pPr>
      <w:r>
        <w:t>Tracción mediante sistema de poleas o mecanismo directo.</w:t>
      </w:r>
    </w:p>
    <w:p>
      <w:r>
        <w:t>**Tipo soporte proximal estilo Sager/CT-6 y equivalentes:**</w:t>
      </w:r>
    </w:p>
    <w:p>
      <w:pPr>
        <w:pStyle w:val="ListBullet"/>
      </w:pPr>
      <w:r>
        <w:t>Soporte proximal que se apoya en isquion/perineo.</w:t>
      </w:r>
    </w:p>
    <w:p>
      <w:pPr>
        <w:pStyle w:val="ListBullet"/>
      </w:pPr>
      <w:r>
        <w:t>Mecanismo de tracción integrado.</w:t>
      </w:r>
    </w:p>
    <w:p>
      <w:pPr>
        <w:pStyle w:val="ListBullet"/>
      </w:pPr>
      <w:r>
        <w:t>Diseño más compacto que barra rígida.</w:t>
      </w:r>
    </w:p>
    <w:p>
      <w:r>
        <w:t>**Principio común:**</w:t>
      </w:r>
    </w:p>
    <w:p>
      <w:pPr>
        <w:pStyle w:val="ListBullet"/>
      </w:pPr>
      <w:r>
        <w:t>Todos los modelos aplican tracción a la extremidad inferior.</w:t>
      </w:r>
    </w:p>
    <w:p>
      <w:pPr>
        <w:pStyle w:val="ListBullet"/>
      </w:pPr>
      <w:r>
        <w:t>Todos requieren anclaje distal (tobillo/pie).</w:t>
      </w:r>
    </w:p>
    <w:p>
      <w:pPr>
        <w:pStyle w:val="ListBullet"/>
      </w:pPr>
      <w:r>
        <w:t>Todos requieren punto de apoyo proximal (isquion/perineo).</w:t>
      </w:r>
    </w:p>
    <w:p>
      <w:pPr>
        <w:pStyle w:val="ListBullet"/>
      </w:pPr>
      <w:r>
        <w:t>Todos requieren control neurovascular PRE y POST.</w:t>
      </w:r>
    </w:p>
    <w:p>
      <w:pPr>
        <w:pStyle w:val="Heading3"/>
      </w:pPr>
      <w:r>
        <w:t>Límites del capítulo</w:t>
      </w:r>
    </w:p>
    <w:p>
      <w:r>
        <w:t>**Este capítulo NO cubre:**</w:t>
      </w:r>
    </w:p>
    <w:p>
      <w:pPr>
        <w:pStyle w:val="ListBullet"/>
      </w:pPr>
      <w:r>
        <w:t>Diagnóstico de fracturas (criterio médico).</w:t>
      </w:r>
    </w:p>
    <w:p>
      <w:pPr>
        <w:pStyle w:val="ListBullet"/>
      </w:pPr>
      <w:r>
        <w:t>Clasificación de fracturas (criterio médico).</w:t>
      </w:r>
    </w:p>
    <w:p>
      <w:pPr>
        <w:pStyle w:val="ListBullet"/>
      </w:pPr>
      <w:r>
        <w:t>Decisión sobre necesidad de tracción (criterio médico).</w:t>
      </w:r>
    </w:p>
    <w:p>
      <w:pPr>
        <w:pStyle w:val="ListBullet"/>
      </w:pPr>
      <w:r>
        <w:t>Técnicas quirúrgicas o avanzadas.</w:t>
      </w:r>
    </w:p>
    <w:p>
      <w:r>
        <w:t>**Este capítulo SÍ cubre:**</w:t>
      </w:r>
    </w:p>
    <w:p>
      <w:pPr>
        <w:pStyle w:val="ListBullet"/>
      </w:pPr>
      <w:r>
        <w:t>Técnica operativa de aplicación.</w:t>
      </w:r>
    </w:p>
    <w:p>
      <w:pPr>
        <w:pStyle w:val="ListBullet"/>
      </w:pPr>
      <w:r>
        <w:t>Seguridad y control neurovascular.</w:t>
      </w:r>
    </w:p>
    <w:p>
      <w:pPr>
        <w:pStyle w:val="ListBullet"/>
      </w:pPr>
      <w:r>
        <w:t>Integración con otras inmovilizaciones.</w:t>
      </w:r>
    </w:p>
    <w:p>
      <w:pPr>
        <w:pStyle w:val="ListBullet"/>
      </w:pPr>
      <w:r>
        <w:t>Prevención de daño secundario.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2.12.3 Indicaciones</w:t>
      </w:r>
    </w:p>
    <w:p>
      <w:pPr>
        <w:pStyle w:val="Heading3"/>
      </w:pPr>
      <w:r>
        <w:t>Criterio operativo TES</w:t>
      </w:r>
    </w:p>
    <w:p>
      <w:r>
        <w:t>Se aplican férulas de tracción cuando:</w:t>
      </w:r>
    </w:p>
    <w:p>
      <w:pPr>
        <w:pStyle w:val="ListBullet"/>
      </w:pPr>
      <w:r>
        <w:t>Hay **indicación médica** de tracción femoral.</w:t>
      </w:r>
    </w:p>
    <w:p>
      <w:pPr>
        <w:pStyle w:val="ListBullet"/>
      </w:pPr>
      <w:r>
        <w:t>Hay **sospecha de fractura de fémur** que requiere tracción.</w:t>
      </w:r>
    </w:p>
    <w:p>
      <w:pPr>
        <w:pStyle w:val="ListBullet"/>
      </w:pPr>
      <w:r>
        <w:t>Hay **dolor intenso** en muslo que limita movilización.</w:t>
      </w:r>
    </w:p>
    <w:p>
      <w:pPr>
        <w:pStyle w:val="ListBullet"/>
      </w:pPr>
      <w:r>
        <w:t>Hay **deformidad** visible o palpable en muslo.</w:t>
      </w:r>
    </w:p>
    <w:p>
      <w:pPr>
        <w:pStyle w:val="ListBullet"/>
      </w:pPr>
      <w:r>
        <w:t>Es necesario **inmovilizar con tracción** para extricación o traslado seguro.</w:t>
      </w:r>
    </w:p>
    <w:p>
      <w:r>
        <w:t>**Consideraciones operativas:**</w:t>
      </w:r>
    </w:p>
    <w:p>
      <w:pPr>
        <w:pStyle w:val="ListBullet"/>
      </w:pPr>
      <w:r>
        <w:t>La decisión de aplicar tracción corresponde al criterio médico.</w:t>
      </w:r>
    </w:p>
    <w:p>
      <w:pPr>
        <w:pStyle w:val="ListBullet"/>
      </w:pPr>
      <w:r>
        <w:t>El TES aplica la férula según indicación y protocolo.</w:t>
      </w:r>
    </w:p>
    <w:p>
      <w:pPr>
        <w:pStyle w:val="ListBullet"/>
      </w:pPr>
      <w:r>
        <w:t>El objetivo es **prevenir daño secundario** durante movilización y traslado.</w:t>
      </w:r>
    </w:p>
    <w:p>
      <w:pPr>
        <w:pStyle w:val="ListBullet"/>
      </w:pPr>
      <w:r>
        <w:t>La tracción ayuda a **reducir dolor** y **estabilizar** la fractura.</w:t>
      </w:r>
    </w:p>
    <w:p>
      <w:r>
        <w:t>**Cuándo compensa aplicar tracción:**</w:t>
      </w:r>
    </w:p>
    <w:p>
      <w:pPr>
        <w:pStyle w:val="ListBullet"/>
      </w:pPr>
      <w:r>
        <w:t>Fracturas de fémur que requieren estabilización.</w:t>
      </w:r>
    </w:p>
    <w:p>
      <w:pPr>
        <w:pStyle w:val="ListBullet"/>
      </w:pPr>
      <w:r>
        <w:t>Dolor intenso que limita movilización.</w:t>
      </w:r>
    </w:p>
    <w:p>
      <w:pPr>
        <w:pStyle w:val="ListBullet"/>
      </w:pPr>
      <w:r>
        <w:t>Necesidad de estabilización para extricación o traslado.</w:t>
      </w:r>
    </w:p>
    <w:p>
      <w:pPr>
        <w:pStyle w:val="ListBullet"/>
      </w:pPr>
      <w:r>
        <w:t>Disponibilidad de material y tiempo para aplicación correcta.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2.12.4 Contraindicaciones y limitaciones</w:t>
      </w:r>
    </w:p>
    <w:p>
      <w:pPr>
        <w:pStyle w:val="Heading3"/>
      </w:pPr>
      <w:r>
        <w:t>Contraindicaciones relativas</w:t>
      </w:r>
    </w:p>
    <w:p>
      <w:r>
        <w:t>**No aplicar tracción si:**</w:t>
      </w:r>
    </w:p>
    <w:p>
      <w:pPr>
        <w:pStyle w:val="ListBullet"/>
      </w:pPr>
      <w:r>
        <w:t>Hay **lesión en cadera** que contraindica tracción (criterio médico).</w:t>
      </w:r>
    </w:p>
    <w:p>
      <w:pPr>
        <w:pStyle w:val="ListBullet"/>
      </w:pPr>
      <w:r>
        <w:t>Hay **lesión en rodilla** que contraindica tracción (criterio médico).</w:t>
      </w:r>
    </w:p>
    <w:p>
      <w:pPr>
        <w:pStyle w:val="ListBullet"/>
      </w:pPr>
      <w:r>
        <w:t>Hay **lesión vascular** en extremidad (criterio médico).</w:t>
      </w:r>
    </w:p>
    <w:p>
      <w:pPr>
        <w:pStyle w:val="ListBullet"/>
      </w:pPr>
      <w:r>
        <w:t>Hay **lesión neurológica** que contraindica tracción (criterio médico).</w:t>
      </w:r>
    </w:p>
    <w:p>
      <w:pPr>
        <w:pStyle w:val="ListBullet"/>
      </w:pPr>
      <w:r>
        <w:t>El **paciente no tolera** la tracción (dolor extremo, agitación).</w:t>
      </w:r>
    </w:p>
    <w:p>
      <w:r>
        <w:t>**En estos casos:**</w:t>
      </w:r>
    </w:p>
    <w:p>
      <w:pPr>
        <w:pStyle w:val="ListBullet"/>
      </w:pPr>
      <w:r>
        <w:t>Seguir indicaciones médicas.</w:t>
      </w:r>
    </w:p>
    <w:p>
      <w:pPr>
        <w:pStyle w:val="ListBullet"/>
      </w:pPr>
      <w:r>
        <w:t>Considerar alternativas de inmovilización.</w:t>
      </w:r>
    </w:p>
    <w:p>
      <w:pPr>
        <w:pStyle w:val="ListBullet"/>
      </w:pPr>
      <w:r>
        <w:t>Comunicar limitaciones al médico.</w:t>
      </w:r>
    </w:p>
    <w:p>
      <w:pPr>
        <w:pStyle w:val="Heading3"/>
      </w:pPr>
      <w:r>
        <w:t>Limitaciones operativas</w:t>
      </w:r>
    </w:p>
    <w:p>
      <w:r>
        <w:t>**Limitaciones técnicas:**</w:t>
      </w:r>
    </w:p>
    <w:p>
      <w:pPr>
        <w:pStyle w:val="ListBullet"/>
      </w:pPr>
      <w:r>
        <w:t>Requiere **equipo coordinado** (mínimo 2-3 intervinientes).</w:t>
      </w:r>
    </w:p>
    <w:p>
      <w:pPr>
        <w:pStyle w:val="ListBullet"/>
      </w:pPr>
      <w:r>
        <w:t>Requiere **tiempo** para aplicación correcta.</w:t>
      </w:r>
    </w:p>
    <w:p>
      <w:pPr>
        <w:pStyle w:val="ListBullet"/>
      </w:pPr>
      <w:r>
        <w:t>Requiere **material** disponible y en buen estado.</w:t>
      </w:r>
    </w:p>
    <w:p>
      <w:pPr>
        <w:pStyle w:val="ListBullet"/>
      </w:pPr>
      <w:r>
        <w:t>Requiere **espacio** suficiente para maniobra.</w:t>
      </w:r>
    </w:p>
    <w:p>
      <w:r>
        <w:t>**Limitaciones del paciente:**</w:t>
      </w:r>
    </w:p>
    <w:p>
      <w:pPr>
        <w:pStyle w:val="ListBullet"/>
      </w:pPr>
      <w:r>
        <w:t>Paciente muy pesado puede requerir más intervinientes.</w:t>
      </w:r>
    </w:p>
    <w:p>
      <w:pPr>
        <w:pStyle w:val="ListBullet"/>
      </w:pPr>
      <w:r>
        <w:t>Paciente no colaborador puede complicar técnica.</w:t>
      </w:r>
    </w:p>
    <w:p>
      <w:pPr>
        <w:pStyle w:val="ListBullet"/>
      </w:pPr>
      <w:r>
        <w:t>Dolor extremo puede limitar tolerancia.</w:t>
      </w:r>
    </w:p>
    <w:p>
      <w:r>
        <w:t>**Limitaciones del entorno:**</w:t>
      </w:r>
    </w:p>
    <w:p>
      <w:pPr>
        <w:pStyle w:val="ListBullet"/>
      </w:pPr>
      <w:r>
        <w:t>Espacios muy reducidos pueden dificultar aplicación.</w:t>
      </w:r>
    </w:p>
    <w:p>
      <w:pPr>
        <w:pStyle w:val="ListBullet"/>
      </w:pPr>
      <w:r>
        <w:t>Entornos inseguros pueden requerir extricación rápida sin tracción.</w:t>
      </w:r>
    </w:p>
    <w:p>
      <w:r>
        <w:t>**Principio TES:**</w:t>
      </w:r>
    </w:p>
    <w:p>
      <w:pPr>
        <w:pStyle w:val="ListBullet"/>
      </w:pPr>
      <w:r>
        <w:t>**Si no hay tiempo, material o condiciones: considerar alternativas.**</w:t>
      </w:r>
    </w:p>
    <w:p>
      <w:pPr>
        <w:pStyle w:val="ListBullet"/>
      </w:pPr>
      <w:r>
        <w:t>**La seguridad del paciente es prioritaria.**</w:t>
      </w:r>
    </w:p>
    <w:p>
      <w:pPr>
        <w:pStyle w:val="ListBullet"/>
      </w:pPr>
      <w:r>
        <w:t>**Comunicar limitaciones al médico.**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2.12.5 Principios TES antes de aplicar tracción</w:t>
      </w:r>
    </w:p>
    <w:p>
      <w:pPr>
        <w:pStyle w:val="Heading3"/>
      </w:pPr>
      <w:r>
        <w:t>Control neurovascular PRE-tracción</w:t>
      </w:r>
    </w:p>
    <w:p>
      <w:r>
        <w:t>**Antes de aplicar férula de tracción, verificar:**</w:t>
      </w:r>
    </w:p>
    <w:p>
      <w:pPr>
        <w:pStyle w:val="ListNumber"/>
      </w:pPr>
      <w:r>
        <w:t>**Pulso distal**</w:t>
      </w:r>
    </w:p>
    <w:p>
      <w:pPr>
        <w:pStyle w:val="ListBullet"/>
      </w:pPr>
      <w:r>
        <w:t>Palpar pulso femoral, tibial posterior, pedio.</w:t>
      </w:r>
    </w:p>
    <w:p>
      <w:pPr>
        <w:pStyle w:val="ListBullet"/>
      </w:pPr>
      <w:r>
        <w:t>Comparar con extremidad contralateral si es posible.</w:t>
      </w:r>
    </w:p>
    <w:p>
      <w:pPr>
        <w:pStyle w:val="ListBullet"/>
      </w:pPr>
      <w:r>
        <w:t>Registrar: presencia/ausencia, calidad, ritmo, simetría.</w:t>
      </w:r>
    </w:p>
    <w:p>
      <w:pPr>
        <w:pStyle w:val="ListNumber"/>
      </w:pPr>
      <w:r>
        <w:t>**Temperatura distal**</w:t>
      </w:r>
    </w:p>
    <w:p>
      <w:pPr>
        <w:pStyle w:val="ListBullet"/>
      </w:pPr>
      <w:r>
        <w:t>Evaluar temperatura de extremidad (tacto).</w:t>
      </w:r>
    </w:p>
    <w:p>
      <w:pPr>
        <w:pStyle w:val="ListBullet"/>
      </w:pPr>
      <w:r>
        <w:t>Comparar con extremidad contralateral.</w:t>
      </w:r>
    </w:p>
    <w:p>
      <w:pPr>
        <w:pStyle w:val="ListBullet"/>
      </w:pPr>
      <w:r>
        <w:t>Registrar: caliente, tibia, fría, simetría.</w:t>
      </w:r>
    </w:p>
    <w:p>
      <w:pPr>
        <w:pStyle w:val="ListNumber"/>
      </w:pPr>
      <w:r>
        <w:t>**Relleno capilar**</w:t>
      </w:r>
    </w:p>
    <w:p>
      <w:pPr>
        <w:pStyle w:val="ListBullet"/>
      </w:pPr>
      <w:r>
        <w:t>Presionar lecho ungueal o pulpejo.</w:t>
      </w:r>
    </w:p>
    <w:p>
      <w:pPr>
        <w:pStyle w:val="ListBullet"/>
      </w:pPr>
      <w:r>
        <w:t>Observar tiempo de relleno.</w:t>
      </w:r>
    </w:p>
    <w:p>
      <w:pPr>
        <w:pStyle w:val="ListBullet"/>
      </w:pPr>
      <w:r>
        <w:t>Registrar: tiempo de relleno (&lt;2 segundos = normal, &gt;2 segundos = alterado).</w:t>
      </w:r>
    </w:p>
    <w:p>
      <w:pPr>
        <w:pStyle w:val="ListNumber"/>
      </w:pPr>
      <w:r>
        <w:t>**Sensibilidad**</w:t>
      </w:r>
    </w:p>
    <w:p>
      <w:pPr>
        <w:pStyle w:val="ListBullet"/>
      </w:pPr>
      <w:r>
        <w:t>Evaluar sensibilidad si es posible (si paciente está consciente).</w:t>
      </w:r>
    </w:p>
    <w:p>
      <w:pPr>
        <w:pStyle w:val="ListBullet"/>
      </w:pPr>
      <w:r>
        <w:t>Preguntar sobre sensación, hormigueo, adormecimiento.</w:t>
      </w:r>
    </w:p>
    <w:p>
      <w:pPr>
        <w:pStyle w:val="ListBullet"/>
      </w:pPr>
      <w:r>
        <w:t>Registrar: normal, alterada, ausente.</w:t>
      </w:r>
    </w:p>
    <w:p>
      <w:pPr>
        <w:pStyle w:val="ListNumber"/>
      </w:pPr>
      <w:r>
        <w:t>**Movilidad**</w:t>
      </w:r>
    </w:p>
    <w:p>
      <w:pPr>
        <w:pStyle w:val="ListBullet"/>
      </w:pPr>
      <w:r>
        <w:t>Evaluar movilidad si es posible (si paciente está consciente y no hay contraindicación).</w:t>
      </w:r>
    </w:p>
    <w:p>
      <w:pPr>
        <w:pStyle w:val="ListBullet"/>
      </w:pPr>
      <w:r>
        <w:t>Preguntar sobre capacidad de mover dedos/pie.</w:t>
      </w:r>
    </w:p>
    <w:p>
      <w:pPr>
        <w:pStyle w:val="ListBullet"/>
      </w:pPr>
      <w:r>
        <w:t>Registrar: normal, alterada, ausente.</w:t>
      </w:r>
    </w:p>
    <w:p>
      <w:r>
        <w:t>**Registro:**</w:t>
      </w:r>
    </w:p>
    <w:p>
      <w:pPr>
        <w:pStyle w:val="ListBullet"/>
      </w:pPr>
      <w:r>
        <w:t>Documentar todos los hallazgos PRE-tracción.</w:t>
      </w:r>
    </w:p>
    <w:p>
      <w:pPr>
        <w:pStyle w:val="ListBullet"/>
      </w:pPr>
      <w:r>
        <w:t>Usar como referencia para comparación POST-tracción.</w:t>
      </w:r>
    </w:p>
    <w:p>
      <w:pPr>
        <w:pStyle w:val="ListBullet"/>
      </w:pPr>
      <w:r>
        <w:t>Comunicar alteraciones al médico.</w:t>
      </w:r>
    </w:p>
    <w:p>
      <w:r>
        <w:t>**Enlace con 2.0:**</w:t>
      </w:r>
    </w:p>
    <w:p>
      <w:pPr>
        <w:pStyle w:val="ListBullet"/>
      </w:pPr>
      <w:r>
        <w:t>Ver 2.0 – Anatomía Operativa para referencias anatómicas de pulsos y nervios.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Principios de aplicación</w:t>
      </w:r>
    </w:p>
    <w:p>
      <w:pPr>
        <w:pStyle w:val="ListNumber"/>
      </w:pPr>
      <w:r>
        <w:t>**Estabilización manual inicial**</w:t>
      </w:r>
    </w:p>
    <w:p>
      <w:pPr>
        <w:pStyle w:val="ListBullet"/>
      </w:pPr>
      <w:r>
        <w:t>Mantener extremidad estable durante preparación.</w:t>
      </w:r>
    </w:p>
    <w:p>
      <w:pPr>
        <w:pStyle w:val="ListBullet"/>
      </w:pPr>
      <w:r>
        <w:t>Evitar movimientos que agraven lesión.</w:t>
      </w:r>
    </w:p>
    <w:p>
      <w:pPr>
        <w:pStyle w:val="ListBullet"/>
      </w:pPr>
      <w:r>
        <w:t>Coordinar con el equipo.</w:t>
      </w:r>
    </w:p>
    <w:p>
      <w:pPr>
        <w:pStyle w:val="ListNumber"/>
      </w:pPr>
      <w:r>
        <w:t>**Preparación del material**</w:t>
      </w:r>
    </w:p>
    <w:p>
      <w:pPr>
        <w:pStyle w:val="ListBullet"/>
      </w:pPr>
      <w:r>
        <w:t>Verificar que férula está disponible y en buen estado.</w:t>
      </w:r>
    </w:p>
    <w:p>
      <w:pPr>
        <w:pStyle w:val="ListBullet"/>
      </w:pPr>
      <w:r>
        <w:t>Verificar que mecanismo de tracción funciona.</w:t>
      </w:r>
    </w:p>
    <w:p>
      <w:pPr>
        <w:pStyle w:val="ListBullet"/>
      </w:pPr>
      <w:r>
        <w:t>Preparar acolchado (ingles, maléolos, puntos de apoyo).</w:t>
      </w:r>
    </w:p>
    <w:p>
      <w:pPr>
        <w:pStyle w:val="ListBullet"/>
      </w:pPr>
      <w:r>
        <w:t>Preparar correas de anclaje.</w:t>
      </w:r>
    </w:p>
    <w:p>
      <w:pPr>
        <w:pStyle w:val="ListNumber"/>
      </w:pPr>
      <w:r>
        <w:t>**Acolchado sistemático**</w:t>
      </w:r>
    </w:p>
    <w:p>
      <w:pPr>
        <w:pStyle w:val="ListBullet"/>
      </w:pPr>
      <w:r>
        <w:t>Acolchar ingles (punto de apoyo proximal).</w:t>
      </w:r>
    </w:p>
    <w:p>
      <w:pPr>
        <w:pStyle w:val="ListBullet"/>
      </w:pPr>
      <w:r>
        <w:t>Acolchar maléolos (anclaje distal).</w:t>
      </w:r>
    </w:p>
    <w:p>
      <w:pPr>
        <w:pStyle w:val="ListBullet"/>
      </w:pPr>
      <w:r>
        <w:t>Acolchar puntos de presión.</w:t>
      </w:r>
    </w:p>
    <w:p>
      <w:pPr>
        <w:pStyle w:val="ListBullet"/>
      </w:pPr>
      <w:r>
        <w:t>Prevenir lesiones por presión.</w:t>
      </w:r>
    </w:p>
    <w:p>
      <w:pPr>
        <w:pStyle w:val="ListNumber"/>
      </w:pPr>
      <w:r>
        <w:t>**Tracción progresiva**</w:t>
      </w:r>
    </w:p>
    <w:p>
      <w:pPr>
        <w:pStyle w:val="ListBullet"/>
      </w:pPr>
      <w:r>
        <w:t>Aplicar tracción de forma progresiva.</w:t>
      </w:r>
    </w:p>
    <w:p>
      <w:pPr>
        <w:pStyle w:val="ListBullet"/>
      </w:pPr>
      <w:r>
        <w:t>No aplicar tracción brusca.</w:t>
      </w:r>
    </w:p>
    <w:p>
      <w:pPr>
        <w:pStyle w:val="ListBullet"/>
      </w:pPr>
      <w:r>
        <w:t>Verificar tolerancia del paciente.</w:t>
      </w:r>
    </w:p>
    <w:p>
      <w:pPr>
        <w:pStyle w:val="ListBullet"/>
      </w:pPr>
      <w:r>
        <w:t>Ajustar según respuesta.</w:t>
      </w:r>
    </w:p>
    <w:p>
      <w:pPr>
        <w:pStyle w:val="ListNumber"/>
      </w:pPr>
      <w:r>
        <w:t>**Control neurovascular POST**</w:t>
      </w:r>
    </w:p>
    <w:p>
      <w:pPr>
        <w:pStyle w:val="ListBullet"/>
      </w:pPr>
      <w:r>
        <w:t>Verificar pulso, temperatura, relleno capilar, sensibilidad, movilidad después de aplicar tracción.</w:t>
      </w:r>
    </w:p>
    <w:p>
      <w:pPr>
        <w:pStyle w:val="ListBullet"/>
      </w:pPr>
      <w:r>
        <w:t>Comparar con PRE-tracción.</w:t>
      </w:r>
    </w:p>
    <w:p>
      <w:pPr>
        <w:pStyle w:val="ListBullet"/>
      </w:pPr>
      <w:r>
        <w:t>Comunicar alteraciones al médico inmediatamente.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2.12.6 Procedimiento paso a paso (principio común)</w:t>
      </w:r>
    </w:p>
    <w:p>
      <w:pPr>
        <w:pStyle w:val="Heading3"/>
      </w:pPr>
      <w:r>
        <w:t>Fase 1: Estabilización manual inicial</w:t>
      </w:r>
    </w:p>
    <w:p>
      <w:r>
        <w:t>**Objetivo:** Mantener extremidad estable mientras se prepara el material.</w:t>
      </w:r>
    </w:p>
    <w:p>
      <w:r>
        <w:t>**Procedimiento:**</w:t>
      </w:r>
    </w:p>
    <w:p>
      <w:pPr>
        <w:pStyle w:val="ListNumber"/>
      </w:pPr>
      <w:r>
        <w:t>**Evaluar extremidad**</w:t>
      </w:r>
    </w:p>
    <w:p>
      <w:pPr>
        <w:pStyle w:val="ListBullet"/>
      </w:pPr>
      <w:r>
        <w:t>Inspeccionar visualmente.</w:t>
      </w:r>
    </w:p>
    <w:p>
      <w:pPr>
        <w:pStyle w:val="ListBullet"/>
      </w:pPr>
      <w:r>
        <w:t>Identificar deformidad, heridas, signos de fractura.</w:t>
      </w:r>
    </w:p>
    <w:p>
      <w:pPr>
        <w:pStyle w:val="ListBullet"/>
      </w:pPr>
      <w:r>
        <w:t>Evaluar posición actual de la extremidad.</w:t>
      </w:r>
    </w:p>
    <w:p>
      <w:pPr>
        <w:pStyle w:val="ListNumber"/>
      </w:pPr>
      <w:r>
        <w:t>**Estabilización manual**</w:t>
      </w:r>
    </w:p>
    <w:p>
      <w:pPr>
        <w:pStyle w:val="ListBullet"/>
      </w:pPr>
      <w:r>
        <w:t>Un interviniente mantiene extremidad estable.</w:t>
      </w:r>
    </w:p>
    <w:p>
      <w:pPr>
        <w:pStyle w:val="ListBullet"/>
      </w:pPr>
      <w:r>
        <w:t>Sujeción suave pero firme.</w:t>
      </w:r>
    </w:p>
    <w:p>
      <w:pPr>
        <w:pStyle w:val="ListBullet"/>
      </w:pPr>
      <w:r>
        <w:t>Evitar movimientos que agraven lesión.</w:t>
      </w:r>
    </w:p>
    <w:p>
      <w:pPr>
        <w:pStyle w:val="ListBullet"/>
      </w:pPr>
      <w:r>
        <w:t>Mantener posición actual si es posible.</w:t>
      </w:r>
    </w:p>
    <w:p>
      <w:pPr>
        <w:pStyle w:val="ListNumber"/>
      </w:pPr>
      <w:r>
        <w:t>**Control neurovascular PRE**</w:t>
      </w:r>
    </w:p>
    <w:p>
      <w:pPr>
        <w:pStyle w:val="ListBullet"/>
      </w:pPr>
      <w:r>
        <w:t>Realizar control neurovascular completo.</w:t>
      </w:r>
    </w:p>
    <w:p>
      <w:pPr>
        <w:pStyle w:val="ListBullet"/>
      </w:pPr>
      <w:r>
        <w:t>Documentar hallazgos.</w:t>
      </w:r>
    </w:p>
    <w:p>
      <w:pPr>
        <w:pStyle w:val="ListBullet"/>
      </w:pPr>
      <w:r>
        <w:t>Comunicar alteraciones al médico.</w:t>
      </w:r>
    </w:p>
    <w:p>
      <w:pPr>
        <w:pStyle w:val="ListNumber"/>
      </w:pPr>
      <w:r>
        <w:t>**Preparación del equipo**</w:t>
      </w:r>
    </w:p>
    <w:p>
      <w:pPr>
        <w:pStyle w:val="ListBullet"/>
      </w:pPr>
      <w:r>
        <w:t>Coordinar con el equipo.</w:t>
      </w:r>
    </w:p>
    <w:p>
      <w:pPr>
        <w:pStyle w:val="ListBullet"/>
      </w:pPr>
      <w:r>
        <w:t>Asignar roles (estabilización, aplicación, material).</w:t>
      </w:r>
    </w:p>
    <w:p>
      <w:pPr>
        <w:pStyle w:val="ListBullet"/>
      </w:pPr>
      <w:r>
        <w:t>Comunicar plan.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Fase 2: Colocación del sistema</w:t>
      </w:r>
    </w:p>
    <w:p>
      <w:r>
        <w:t>**Objetivo:** Colocar férula de tracción en posición correcta.</w:t>
      </w:r>
    </w:p>
    <w:p>
      <w:r>
        <w:t>**Procedimiento:**</w:t>
      </w:r>
    </w:p>
    <w:p>
      <w:pPr>
        <w:pStyle w:val="ListNumber"/>
      </w:pPr>
      <w:r>
        <w:t>**Preparar material**</w:t>
      </w:r>
    </w:p>
    <w:p>
      <w:pPr>
        <w:pStyle w:val="ListBullet"/>
      </w:pPr>
      <w:r>
        <w:t>Verificar que férula está en buen estado.</w:t>
      </w:r>
    </w:p>
    <w:p>
      <w:pPr>
        <w:pStyle w:val="ListBullet"/>
      </w:pPr>
      <w:r>
        <w:t>Verificar que mecanismo de tracción funciona.</w:t>
      </w:r>
    </w:p>
    <w:p>
      <w:pPr>
        <w:pStyle w:val="ListBullet"/>
      </w:pPr>
      <w:r>
        <w:t>Preparar acolchado.</w:t>
      </w:r>
    </w:p>
    <w:p>
      <w:pPr>
        <w:pStyle w:val="ListBullet"/>
      </w:pPr>
      <w:r>
        <w:t>Preparar correas de anclaje.</w:t>
      </w:r>
    </w:p>
    <w:p>
      <w:pPr>
        <w:pStyle w:val="ListNumber"/>
      </w:pPr>
      <w:r>
        <w:t>**Acolchado de ingles (punto de apoyo proximal)**</w:t>
      </w:r>
    </w:p>
    <w:p>
      <w:pPr>
        <w:pStyle w:val="ListBullet"/>
      </w:pPr>
      <w:r>
        <w:t>Colocar acolchado en ingles (isquion/perineo).</w:t>
      </w:r>
    </w:p>
    <w:p>
      <w:pPr>
        <w:pStyle w:val="ListBullet"/>
      </w:pPr>
      <w:r>
        <w:t>Acolchar abundantemente.</w:t>
      </w:r>
    </w:p>
    <w:p>
      <w:pPr>
        <w:pStyle w:val="ListBullet"/>
      </w:pPr>
      <w:r>
        <w:t>Verificar que acolchado está bien posicionado.</w:t>
      </w:r>
    </w:p>
    <w:p>
      <w:pPr>
        <w:pStyle w:val="ListBullet"/>
      </w:pPr>
      <w:r>
        <w:t>Prevenir lesiones por presión.</w:t>
      </w:r>
    </w:p>
    <w:p>
      <w:pPr>
        <w:pStyle w:val="ListNumber"/>
      </w:pPr>
      <w:r>
        <w:t>**Colocación de soporte proximal**</w:t>
      </w:r>
    </w:p>
    <w:p>
      <w:pPr>
        <w:pStyle w:val="ListBullet"/>
      </w:pPr>
      <w:r>
        <w:t>Colocar soporte proximal de férula en ingles.</w:t>
      </w:r>
    </w:p>
    <w:p>
      <w:pPr>
        <w:pStyle w:val="ListBullet"/>
      </w:pPr>
      <w:r>
        <w:t>Posicionar correctamente (según modelo).</w:t>
      </w:r>
    </w:p>
    <w:p>
      <w:pPr>
        <w:pStyle w:val="ListBullet"/>
      </w:pPr>
      <w:r>
        <w:t>Verificar que está bien apoyado.</w:t>
      </w:r>
    </w:p>
    <w:p>
      <w:pPr>
        <w:pStyle w:val="ListBullet"/>
      </w:pPr>
      <w:r>
        <w:t>Verificar que no comprime estructuras.</w:t>
      </w:r>
    </w:p>
    <w:p>
      <w:pPr>
        <w:pStyle w:val="ListNumber"/>
      </w:pPr>
      <w:r>
        <w:t>**Colocación de barra/sistema de tracción**</w:t>
      </w:r>
    </w:p>
    <w:p>
      <w:pPr>
        <w:pStyle w:val="ListBullet"/>
      </w:pPr>
      <w:r>
        <w:t>Colocar barra rígida o sistema de tracción (según modelo).</w:t>
      </w:r>
    </w:p>
    <w:p>
      <w:pPr>
        <w:pStyle w:val="ListBullet"/>
      </w:pPr>
      <w:r>
        <w:t>Posicionar correctamente.</w:t>
      </w:r>
    </w:p>
    <w:p>
      <w:pPr>
        <w:pStyle w:val="ListBullet"/>
      </w:pPr>
      <w:r>
        <w:t>Verificar que está bien alineado.</w:t>
      </w:r>
    </w:p>
    <w:p>
      <w:pPr>
        <w:pStyle w:val="ListBullet"/>
      </w:pPr>
      <w:r>
        <w:t>Verificar que no interfiere con otras estructuras.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Fase 3: Anclaje distal</w:t>
      </w:r>
    </w:p>
    <w:p>
      <w:r>
        <w:t>**Objetivo:** Anclar tobillo/pie para aplicar tracción.</w:t>
      </w:r>
    </w:p>
    <w:p>
      <w:r>
        <w:t>**Procedimiento:**</w:t>
      </w:r>
    </w:p>
    <w:p>
      <w:pPr>
        <w:pStyle w:val="ListNumber"/>
      </w:pPr>
      <w:r>
        <w:t>**Acolchado de maléolos**</w:t>
      </w:r>
    </w:p>
    <w:p>
      <w:pPr>
        <w:pStyle w:val="ListBullet"/>
      </w:pPr>
      <w:r>
        <w:t>Colocar acolchado en maléolos (tibial y peroneo).</w:t>
      </w:r>
    </w:p>
    <w:p>
      <w:pPr>
        <w:pStyle w:val="ListBullet"/>
      </w:pPr>
      <w:r>
        <w:t>Acolchar abundantemente.</w:t>
      </w:r>
    </w:p>
    <w:p>
      <w:pPr>
        <w:pStyle w:val="ListBullet"/>
      </w:pPr>
      <w:r>
        <w:t>Verificar que acolchado está bien posicionado.</w:t>
      </w:r>
    </w:p>
    <w:p>
      <w:pPr>
        <w:pStyle w:val="ListBullet"/>
      </w:pPr>
      <w:r>
        <w:t>Prevenir lesiones por presión.</w:t>
      </w:r>
    </w:p>
    <w:p>
      <w:pPr>
        <w:pStyle w:val="ListNumber"/>
      </w:pPr>
      <w:r>
        <w:t>**Colocación de tobillera/pernera**</w:t>
      </w:r>
    </w:p>
    <w:p>
      <w:pPr>
        <w:pStyle w:val="ListBullet"/>
      </w:pPr>
      <w:r>
        <w:t>Colocar tobillera o pernera (según modelo).</w:t>
      </w:r>
    </w:p>
    <w:p>
      <w:pPr>
        <w:pStyle w:val="ListBullet"/>
      </w:pPr>
      <w:r>
        <w:t>Posicionar correctamente en tobillo/pie.</w:t>
      </w:r>
    </w:p>
    <w:p>
      <w:pPr>
        <w:pStyle w:val="ListBullet"/>
      </w:pPr>
      <w:r>
        <w:t>Verificar que está bien centrada.</w:t>
      </w:r>
    </w:p>
    <w:p>
      <w:pPr>
        <w:pStyle w:val="ListBullet"/>
      </w:pPr>
      <w:r>
        <w:t>Verificar que no comprime maléolos.</w:t>
      </w:r>
    </w:p>
    <w:p>
      <w:pPr>
        <w:pStyle w:val="ListNumber"/>
      </w:pPr>
      <w:r>
        <w:t>**Ajuste de anclaje**</w:t>
      </w:r>
    </w:p>
    <w:p>
      <w:pPr>
        <w:pStyle w:val="ListBullet"/>
      </w:pPr>
      <w:r>
        <w:t>Ajustar tobillera/pernera firmemente pero sin comprimir.</w:t>
      </w:r>
    </w:p>
    <w:p>
      <w:pPr>
        <w:pStyle w:val="ListBullet"/>
      </w:pPr>
      <w:r>
        <w:t>Verificar que anclaje es seguro.</w:t>
      </w:r>
    </w:p>
    <w:p>
      <w:pPr>
        <w:pStyle w:val="ListBullet"/>
      </w:pPr>
      <w:r>
        <w:t>Verificar que no hay compresión excesiva.</w:t>
      </w:r>
    </w:p>
    <w:p>
      <w:pPr>
        <w:pStyle w:val="ListBullet"/>
      </w:pPr>
      <w:r>
        <w:t>Verificar que anclaje no se desplaza.</w:t>
      </w:r>
    </w:p>
    <w:p>
      <w:pPr>
        <w:pStyle w:val="ListNumber"/>
      </w:pPr>
      <w:r>
        <w:t>**Verificación inicial**</w:t>
      </w:r>
    </w:p>
    <w:p>
      <w:pPr>
        <w:pStyle w:val="ListBullet"/>
      </w:pPr>
      <w:r>
        <w:t>Verificar que anclaje está bien posicionado.</w:t>
      </w:r>
    </w:p>
    <w:p>
      <w:pPr>
        <w:pStyle w:val="ListBullet"/>
      </w:pPr>
      <w:r>
        <w:t>Verificar que no comprime estructuras.</w:t>
      </w:r>
    </w:p>
    <w:p>
      <w:pPr>
        <w:pStyle w:val="ListBullet"/>
      </w:pPr>
      <w:r>
        <w:t>Verificar que extremidad está estable.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Fase 4: Tracción progresiva</w:t>
      </w:r>
    </w:p>
    <w:p>
      <w:r>
        <w:t>**Objetivo:** Aplicar tracción de forma progresiva y controlada.</w:t>
      </w:r>
    </w:p>
    <w:p>
      <w:r>
        <w:t>**Procedimiento:**</w:t>
      </w:r>
    </w:p>
    <w:p>
      <w:pPr>
        <w:pStyle w:val="ListNumber"/>
      </w:pPr>
      <w:r>
        <w:t>**Preparación para tracción**</w:t>
      </w:r>
    </w:p>
    <w:p>
      <w:pPr>
        <w:pStyle w:val="ListBullet"/>
      </w:pPr>
      <w:r>
        <w:t>Verificar que sistema está bien posicionado.</w:t>
      </w:r>
    </w:p>
    <w:p>
      <w:pPr>
        <w:pStyle w:val="ListBullet"/>
      </w:pPr>
      <w:r>
        <w:t>Verificar que anclaje es seguro.</w:t>
      </w:r>
    </w:p>
    <w:p>
      <w:pPr>
        <w:pStyle w:val="ListBullet"/>
      </w:pPr>
      <w:r>
        <w:t>Coordinar con el equipo.</w:t>
      </w:r>
    </w:p>
    <w:p>
      <w:pPr>
        <w:pStyle w:val="ListBullet"/>
      </w:pPr>
      <w:r>
        <w:t>Explicar al paciente (si está consciente).</w:t>
      </w:r>
    </w:p>
    <w:p>
      <w:pPr>
        <w:pStyle w:val="ListNumber"/>
      </w:pPr>
      <w:r>
        <w:t>**Aplicación de tracción inicial**</w:t>
      </w:r>
    </w:p>
    <w:p>
      <w:pPr>
        <w:pStyle w:val="ListBullet"/>
      </w:pPr>
      <w:r>
        <w:t>Aplicar tracción mínima inicialmente.</w:t>
      </w:r>
    </w:p>
    <w:p>
      <w:pPr>
        <w:pStyle w:val="ListBullet"/>
      </w:pPr>
      <w:r>
        <w:t>Observar respuesta del paciente.</w:t>
      </w:r>
    </w:p>
    <w:p>
      <w:pPr>
        <w:pStyle w:val="ListBullet"/>
      </w:pPr>
      <w:r>
        <w:t>Verificar que tracción es tolerada.</w:t>
      </w:r>
    </w:p>
    <w:p>
      <w:pPr>
        <w:pStyle w:val="ListBullet"/>
      </w:pPr>
      <w:r>
        <w:t>Ajustar si es necesario.</w:t>
      </w:r>
    </w:p>
    <w:p>
      <w:pPr>
        <w:pStyle w:val="ListNumber"/>
      </w:pPr>
      <w:r>
        <w:t>**Tracción progresiva**</w:t>
      </w:r>
    </w:p>
    <w:p>
      <w:pPr>
        <w:pStyle w:val="ListBullet"/>
      </w:pPr>
      <w:r>
        <w:t>Aumentar tracción progresivamente.</w:t>
      </w:r>
    </w:p>
    <w:p>
      <w:pPr>
        <w:pStyle w:val="ListBullet"/>
      </w:pPr>
      <w:r>
        <w:t>Observar respuesta del paciente continuamente.</w:t>
      </w:r>
    </w:p>
    <w:p>
      <w:pPr>
        <w:pStyle w:val="ListBullet"/>
      </w:pPr>
      <w:r>
        <w:t>Verificar tolerancia.</w:t>
      </w:r>
    </w:p>
    <w:p>
      <w:pPr>
        <w:pStyle w:val="ListBullet"/>
      </w:pPr>
      <w:r>
        <w:t>Ajustar según respuesta.</w:t>
      </w:r>
    </w:p>
    <w:p>
      <w:pPr>
        <w:pStyle w:val="ListNumber"/>
      </w:pPr>
      <w:r>
        <w:t>**Tracción final**</w:t>
      </w:r>
    </w:p>
    <w:p>
      <w:pPr>
        <w:pStyle w:val="ListBullet"/>
      </w:pPr>
      <w:r>
        <w:t>Aplicar tracción según indicación médica o protocolo.</w:t>
      </w:r>
    </w:p>
    <w:p>
      <w:pPr>
        <w:pStyle w:val="ListBullet"/>
      </w:pPr>
      <w:r>
        <w:t>Verificar que tracción es adecuada.</w:t>
      </w:r>
    </w:p>
    <w:p>
      <w:pPr>
        <w:pStyle w:val="ListBullet"/>
      </w:pPr>
      <w:r>
        <w:t>Verificar que paciente tolera tracción.</w:t>
      </w:r>
    </w:p>
    <w:p>
      <w:pPr>
        <w:pStyle w:val="ListBullet"/>
      </w:pPr>
      <w:r>
        <w:t>Fijar tracción (según modelo).</w:t>
      </w:r>
    </w:p>
    <w:p>
      <w:pPr>
        <w:pStyle w:val="ListNumber"/>
      </w:pPr>
      <w:r>
        <w:t>**Verificación de tracción**</w:t>
      </w:r>
    </w:p>
    <w:p>
      <w:pPr>
        <w:pStyle w:val="ListBullet"/>
      </w:pPr>
      <w:r>
        <w:t>Verificar que tracción se mantiene.</w:t>
      </w:r>
    </w:p>
    <w:p>
      <w:pPr>
        <w:pStyle w:val="ListBullet"/>
      </w:pPr>
      <w:r>
        <w:t>Verificar que no hay desplazamiento.</w:t>
      </w:r>
    </w:p>
    <w:p>
      <w:pPr>
        <w:pStyle w:val="ListBullet"/>
      </w:pPr>
      <w:r>
        <w:t>Verificar que extremidad está estable.</w:t>
      </w:r>
    </w:p>
    <w:p>
      <w:pPr>
        <w:pStyle w:val="ListBullet"/>
      </w:pPr>
      <w:r>
        <w:t>Verificar que dolor disminuye (si aplica).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Fase 5: Correas de sujeción</w:t>
      </w:r>
    </w:p>
    <w:p>
      <w:r>
        <w:t>**Objetivo:** Fijar extremidad y férula con correas de sujeción.</w:t>
      </w:r>
    </w:p>
    <w:p>
      <w:r>
        <w:t>**Procedimiento:**</w:t>
      </w:r>
    </w:p>
    <w:p>
      <w:pPr>
        <w:pStyle w:val="ListNumber"/>
      </w:pPr>
      <w:r>
        <w:t>**Colocación de correas**</w:t>
      </w:r>
    </w:p>
    <w:p>
      <w:pPr>
        <w:pStyle w:val="ListBullet"/>
      </w:pPr>
      <w:r>
        <w:t>Colocar correas de sujeción según modelo.</w:t>
      </w:r>
    </w:p>
    <w:p>
      <w:pPr>
        <w:pStyle w:val="ListBullet"/>
      </w:pPr>
      <w:r>
        <w:t>Posicionar correas en muslo, rodilla, pierna (según modelo).</w:t>
      </w:r>
    </w:p>
    <w:p>
      <w:pPr>
        <w:pStyle w:val="ListBullet"/>
      </w:pPr>
      <w:r>
        <w:t>Verificar que correas están bien posicionadas.</w:t>
      </w:r>
    </w:p>
    <w:p>
      <w:pPr>
        <w:pStyle w:val="ListNumber"/>
      </w:pPr>
      <w:r>
        <w:t>**Ajuste de correas**</w:t>
      </w:r>
    </w:p>
    <w:p>
      <w:pPr>
        <w:pStyle w:val="ListBullet"/>
      </w:pPr>
      <w:r>
        <w:t>Ajustar correas firmemente pero sin comprimir.</w:t>
      </w:r>
    </w:p>
    <w:p>
      <w:pPr>
        <w:pStyle w:val="ListBullet"/>
      </w:pPr>
      <w:r>
        <w:t>Verificar que extremidad está bien fijada.</w:t>
      </w:r>
    </w:p>
    <w:p>
      <w:pPr>
        <w:pStyle w:val="ListBullet"/>
      </w:pPr>
      <w:r>
        <w:t>Verificar que no hay compresión excesiva.</w:t>
      </w:r>
    </w:p>
    <w:p>
      <w:pPr>
        <w:pStyle w:val="ListBullet"/>
      </w:pPr>
      <w:r>
        <w:t>Verificar que correas no se desplazan.</w:t>
      </w:r>
    </w:p>
    <w:p>
      <w:pPr>
        <w:pStyle w:val="ListNumber"/>
      </w:pPr>
      <w:r>
        <w:t>**Verificación de sujeción**</w:t>
      </w:r>
    </w:p>
    <w:p>
      <w:pPr>
        <w:pStyle w:val="ListBullet"/>
      </w:pPr>
      <w:r>
        <w:t>Verificar que extremidad está bien sujeta.</w:t>
      </w:r>
    </w:p>
    <w:p>
      <w:pPr>
        <w:pStyle w:val="ListBullet"/>
      </w:pPr>
      <w:r>
        <w:t>Verificar que férula está bien fijada.</w:t>
      </w:r>
    </w:p>
    <w:p>
      <w:pPr>
        <w:pStyle w:val="ListBullet"/>
      </w:pPr>
      <w:r>
        <w:t>Verificar que no hay movimientos.</w:t>
      </w:r>
    </w:p>
    <w:p>
      <w:pPr>
        <w:pStyle w:val="ListBullet"/>
      </w:pPr>
      <w:r>
        <w:t>Verificar que sujeción es segura.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Fase 6: Control final e integración con camilla/colchón</w:t>
      </w:r>
    </w:p>
    <w:p>
      <w:r>
        <w:t>**Objetivo:** Verificar aplicación correcta e integrar con sistema de transporte.</w:t>
      </w:r>
    </w:p>
    <w:p>
      <w:r>
        <w:t>**Procedimiento:**</w:t>
      </w:r>
    </w:p>
    <w:p>
      <w:pPr>
        <w:pStyle w:val="ListNumber"/>
      </w:pPr>
      <w:r>
        <w:t>**Control neurovascular POST**</w:t>
      </w:r>
    </w:p>
    <w:p>
      <w:pPr>
        <w:pStyle w:val="ListBullet"/>
      </w:pPr>
      <w:r>
        <w:t>Realizar control neurovascular completo.</w:t>
      </w:r>
    </w:p>
    <w:p>
      <w:pPr>
        <w:pStyle w:val="ListBullet"/>
      </w:pPr>
      <w:r>
        <w:t>Comparar con PRE-tracción.</w:t>
      </w:r>
    </w:p>
    <w:p>
      <w:pPr>
        <w:pStyle w:val="ListBullet"/>
      </w:pPr>
      <w:r>
        <w:t>**Si hay alteración: parar, ajustar, re-verificar, comunicar.**</w:t>
      </w:r>
    </w:p>
    <w:p>
      <w:pPr>
        <w:pStyle w:val="ListBullet"/>
      </w:pPr>
      <w:r>
        <w:t>Documentar hallazgos.</w:t>
      </w:r>
    </w:p>
    <w:p>
      <w:pPr>
        <w:pStyle w:val="ListNumber"/>
      </w:pPr>
      <w:r>
        <w:t>**Verificación final**</w:t>
      </w:r>
    </w:p>
    <w:p>
      <w:pPr>
        <w:pStyle w:val="ListBullet"/>
      </w:pPr>
      <w:r>
        <w:t>Verificar que férula está bien aplicada.</w:t>
      </w:r>
    </w:p>
    <w:p>
      <w:pPr>
        <w:pStyle w:val="ListBullet"/>
      </w:pPr>
      <w:r>
        <w:t>Verificar que tracción se mantiene.</w:t>
      </w:r>
    </w:p>
    <w:p>
      <w:pPr>
        <w:pStyle w:val="ListBullet"/>
      </w:pPr>
      <w:r>
        <w:t>Verificar que extremidad está estable.</w:t>
      </w:r>
    </w:p>
    <w:p>
      <w:pPr>
        <w:pStyle w:val="ListBullet"/>
      </w:pPr>
      <w:r>
        <w:t>Verificar que paciente tolera tracción.</w:t>
      </w:r>
    </w:p>
    <w:p>
      <w:pPr>
        <w:pStyle w:val="ListNumber"/>
      </w:pPr>
      <w:r>
        <w:t>**Integración con camilla/colchón**</w:t>
      </w:r>
    </w:p>
    <w:p>
      <w:pPr>
        <w:pStyle w:val="ListBullet"/>
      </w:pPr>
      <w:r>
        <w:t>Colocar paciente en camilla o colchón de vacío.</w:t>
      </w:r>
    </w:p>
    <w:p>
      <w:pPr>
        <w:pStyle w:val="ListBullet"/>
      </w:pPr>
      <w:r>
        <w:t>Verificar que férula de tracción es compatible.</w:t>
      </w:r>
    </w:p>
    <w:p>
      <w:pPr>
        <w:pStyle w:val="ListBullet"/>
      </w:pPr>
      <w:r>
        <w:t>Verificar que no hay interferencias.</w:t>
      </w:r>
    </w:p>
    <w:p>
      <w:pPr>
        <w:pStyle w:val="ListBullet"/>
      </w:pPr>
      <w:r>
        <w:t>Asegurar que férula está bien posicionada.</w:t>
      </w:r>
    </w:p>
    <w:p>
      <w:pPr>
        <w:pStyle w:val="ListNumber"/>
      </w:pPr>
      <w:r>
        <w:t>**Verificación de integración**</w:t>
      </w:r>
    </w:p>
    <w:p>
      <w:pPr>
        <w:pStyle w:val="ListBullet"/>
      </w:pPr>
      <w:r>
        <w:t>Verificar que paciente está bien posicionado.</w:t>
      </w:r>
    </w:p>
    <w:p>
      <w:pPr>
        <w:pStyle w:val="ListBullet"/>
      </w:pPr>
      <w:r>
        <w:t>Verificar que férula no interfiere con transporte.</w:t>
      </w:r>
    </w:p>
    <w:p>
      <w:pPr>
        <w:pStyle w:val="ListBullet"/>
      </w:pPr>
      <w:r>
        <w:t>Verificar que tracción se mantiene durante transporte.</w:t>
      </w:r>
    </w:p>
    <w:p>
      <w:pPr>
        <w:pStyle w:val="ListBullet"/>
      </w:pPr>
      <w:r>
        <w:t>Re-verificar control neurovascular después de integración.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2.12.7 Variaciones por diseño</w:t>
      </w:r>
    </w:p>
    <w:p>
      <w:pPr>
        <w:pStyle w:val="Heading3"/>
      </w:pPr>
      <w:r>
        <w:t>Tipo barra rígida estilo Hare</w:t>
      </w:r>
    </w:p>
    <w:p>
      <w:r>
        <w:t>**Características:**</w:t>
      </w:r>
    </w:p>
    <w:p>
      <w:pPr>
        <w:pStyle w:val="ListBullet"/>
      </w:pPr>
      <w:r>
        <w:t>Barra rígida con mecanismo de tracción.</w:t>
      </w:r>
    </w:p>
    <w:p>
      <w:pPr>
        <w:pStyle w:val="ListBullet"/>
      </w:pPr>
      <w:r>
        <w:t>Punto de apoyo proximal en isquion/perineo.</w:t>
      </w:r>
    </w:p>
    <w:p>
      <w:pPr>
        <w:pStyle w:val="ListBullet"/>
      </w:pPr>
      <w:r>
        <w:t>Tracción mediante sistema de poleas o mecanismo directo.</w:t>
      </w:r>
    </w:p>
    <w:p>
      <w:r>
        <w:t>**Punto de apoyo proximal:**</w:t>
      </w:r>
    </w:p>
    <w:p>
      <w:pPr>
        <w:pStyle w:val="ListBullet"/>
      </w:pPr>
      <w:r>
        <w:t>Se apoya en isquion/perineo.</w:t>
      </w:r>
    </w:p>
    <w:p>
      <w:pPr>
        <w:pStyle w:val="ListBullet"/>
      </w:pPr>
      <w:r>
        <w:t>Requiere acolchado abundante en ingles.</w:t>
      </w:r>
    </w:p>
    <w:p>
      <w:pPr>
        <w:pStyle w:val="ListBullet"/>
      </w:pPr>
      <w:r>
        <w:t>Verificar que no comprime estructuras.</w:t>
      </w:r>
    </w:p>
    <w:p>
      <w:r>
        <w:t>**Mecanismo de tracción:**</w:t>
      </w:r>
    </w:p>
    <w:p>
      <w:pPr>
        <w:pStyle w:val="ListBullet"/>
      </w:pPr>
      <w:r>
        <w:t>Sistema de poleas o mecanismo directo.</w:t>
      </w:r>
    </w:p>
    <w:p>
      <w:pPr>
        <w:pStyle w:val="ListBullet"/>
      </w:pPr>
      <w:r>
        <w:t>Tracción mediante manivela o sistema de tensado.</w:t>
      </w:r>
    </w:p>
    <w:p>
      <w:pPr>
        <w:pStyle w:val="ListBullet"/>
      </w:pPr>
      <w:r>
        <w:t>Verificar que mecanismo funciona correctamente.</w:t>
      </w:r>
    </w:p>
    <w:p>
      <w:r>
        <w:t>**Orden/ubicación de correas:**</w:t>
      </w:r>
    </w:p>
    <w:p>
      <w:pPr>
        <w:pStyle w:val="ListBullet"/>
      </w:pPr>
      <w:r>
        <w:t>Correas en muslo, rodilla, pierna.</w:t>
      </w:r>
    </w:p>
    <w:p>
      <w:pPr>
        <w:pStyle w:val="ListBullet"/>
      </w:pPr>
      <w:r>
        <w:t>Orden según modelo específico.</w:t>
      </w:r>
    </w:p>
    <w:p>
      <w:pPr>
        <w:pStyle w:val="ListBullet"/>
      </w:pPr>
      <w:r>
        <w:t>Verificar que correas están bien posicionadas.</w:t>
      </w:r>
    </w:p>
    <w:p>
      <w:r>
        <w:t>**Cómo evitar desplazamientos en traslado:**</w:t>
      </w:r>
    </w:p>
    <w:p>
      <w:pPr>
        <w:pStyle w:val="ListBullet"/>
      </w:pPr>
      <w:r>
        <w:t>Verificar que tracción está bien fijada.</w:t>
      </w:r>
    </w:p>
    <w:p>
      <w:pPr>
        <w:pStyle w:val="ListBullet"/>
      </w:pPr>
      <w:r>
        <w:t>Verificar que correas están bien ajustadas.</w:t>
      </w:r>
    </w:p>
    <w:p>
      <w:pPr>
        <w:pStyle w:val="ListBullet"/>
      </w:pPr>
      <w:r>
        <w:t>Re-verificar periódicamente durante traslado.</w:t>
      </w:r>
    </w:p>
    <w:p>
      <w:pPr>
        <w:pStyle w:val="ListBullet"/>
      </w:pPr>
      <w:r>
        <w:t>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Tipo soporte proximal estilo Sager/CT-6 y equivalentes</w:t>
      </w:r>
    </w:p>
    <w:p>
      <w:r>
        <w:t>**Características:**</w:t>
      </w:r>
    </w:p>
    <w:p>
      <w:pPr>
        <w:pStyle w:val="ListBullet"/>
      </w:pPr>
      <w:r>
        <w:t>Soporte proximal que se apoya en isquion/perineo.</w:t>
      </w:r>
    </w:p>
    <w:p>
      <w:pPr>
        <w:pStyle w:val="ListBullet"/>
      </w:pPr>
      <w:r>
        <w:t>Mecanismo de tracción integrado.</w:t>
      </w:r>
    </w:p>
    <w:p>
      <w:pPr>
        <w:pStyle w:val="ListBullet"/>
      </w:pPr>
      <w:r>
        <w:t>Diseño más compacto que barra rígida.</w:t>
      </w:r>
    </w:p>
    <w:p>
      <w:r>
        <w:t>**Punto de apoyo proximal:**</w:t>
      </w:r>
    </w:p>
    <w:p>
      <w:pPr>
        <w:pStyle w:val="ListBullet"/>
      </w:pPr>
      <w:r>
        <w:t>Soporte proximal integrado.</w:t>
      </w:r>
    </w:p>
    <w:p>
      <w:pPr>
        <w:pStyle w:val="ListBullet"/>
      </w:pPr>
      <w:r>
        <w:t>Se apoya en isquion/perineo.</w:t>
      </w:r>
    </w:p>
    <w:p>
      <w:pPr>
        <w:pStyle w:val="ListBullet"/>
      </w:pPr>
      <w:r>
        <w:t>Requiere acolchado abundante en ingles.</w:t>
      </w:r>
    </w:p>
    <w:p>
      <w:pPr>
        <w:pStyle w:val="ListBullet"/>
      </w:pPr>
      <w:r>
        <w:t>Verificar que no comprime estructuras.</w:t>
      </w:r>
    </w:p>
    <w:p>
      <w:r>
        <w:t>**Mecanismo de tracción:**</w:t>
      </w:r>
    </w:p>
    <w:p>
      <w:pPr>
        <w:pStyle w:val="ListBullet"/>
      </w:pPr>
      <w:r>
        <w:t>Mecanismo de tracción integrado en soporte proximal.</w:t>
      </w:r>
    </w:p>
    <w:p>
      <w:pPr>
        <w:pStyle w:val="ListBullet"/>
      </w:pPr>
      <w:r>
        <w:t>Tracción mediante sistema de tensado.</w:t>
      </w:r>
    </w:p>
    <w:p>
      <w:pPr>
        <w:pStyle w:val="ListBullet"/>
      </w:pPr>
      <w:r>
        <w:t>Verificar que mecanismo funciona correctamente.</w:t>
      </w:r>
    </w:p>
    <w:p>
      <w:r>
        <w:t>**Orden/ubicación de correas:**</w:t>
      </w:r>
    </w:p>
    <w:p>
      <w:pPr>
        <w:pStyle w:val="ListBullet"/>
      </w:pPr>
      <w:r>
        <w:t>Correas en muslo, rodilla, pierna (según modelo).</w:t>
      </w:r>
    </w:p>
    <w:p>
      <w:pPr>
        <w:pStyle w:val="ListBullet"/>
      </w:pPr>
      <w:r>
        <w:t>Orden según modelo específico.</w:t>
      </w:r>
    </w:p>
    <w:p>
      <w:pPr>
        <w:pStyle w:val="ListBullet"/>
      </w:pPr>
      <w:r>
        <w:t>Verificar que correas están bien posicionadas.</w:t>
      </w:r>
    </w:p>
    <w:p>
      <w:r>
        <w:t>**Cómo evitar desplazamientos en traslado:**</w:t>
      </w:r>
    </w:p>
    <w:p>
      <w:pPr>
        <w:pStyle w:val="ListBullet"/>
      </w:pPr>
      <w:r>
        <w:t>Verificar que tracción está bien fijada.</w:t>
      </w:r>
    </w:p>
    <w:p>
      <w:pPr>
        <w:pStyle w:val="ListBullet"/>
      </w:pPr>
      <w:r>
        <w:t>Verificar que correas están bien ajustadas.</w:t>
      </w:r>
    </w:p>
    <w:p>
      <w:pPr>
        <w:pStyle w:val="ListBullet"/>
      </w:pPr>
      <w:r>
        <w:t>Verificar que soporte proximal está bien posicionado.</w:t>
      </w:r>
    </w:p>
    <w:p>
      <w:pPr>
        <w:pStyle w:val="ListBullet"/>
      </w:pPr>
      <w:r>
        <w:t>Re-verificar periódicamente durante traslado.</w:t>
      </w:r>
    </w:p>
    <w:p>
      <w:pPr>
        <w:pStyle w:val="ListBullet"/>
      </w:pPr>
      <w:r>
        <w:t>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Principios comunes independientes del modelo</w:t>
      </w:r>
    </w:p>
    <w:p>
      <w:r>
        <w:t>**Independientemente del modelo:**</w:t>
      </w:r>
    </w:p>
    <w:p>
      <w:pPr>
        <w:pStyle w:val="ListBullet"/>
      </w:pPr>
      <w:r>
        <w:t>Acolchado sistemático (ingles, maléolos, puntos de presión).</w:t>
      </w:r>
    </w:p>
    <w:p>
      <w:pPr>
        <w:pStyle w:val="ListBullet"/>
      </w:pPr>
      <w:r>
        <w:t>Control neurovascular PRE y POST.</w:t>
      </w:r>
    </w:p>
    <w:p>
      <w:pPr>
        <w:pStyle w:val="ListBullet"/>
      </w:pPr>
      <w:r>
        <w:t>Tracción progresiva.</w:t>
      </w:r>
    </w:p>
    <w:p>
      <w:pPr>
        <w:pStyle w:val="ListBullet"/>
      </w:pPr>
      <w:r>
        <w:t>Verificación continua.</w:t>
      </w:r>
    </w:p>
    <w:p>
      <w:pPr>
        <w:pStyle w:val="ListBullet"/>
      </w:pPr>
      <w:r>
        <w:t>Re-verificación durante traslado.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2.12.8 Integración con otras inmovilizaciones</w:t>
      </w:r>
    </w:p>
    <w:p>
      <w:pPr>
        <w:pStyle w:val="Heading3"/>
      </w:pPr>
      <w:r>
        <w:t>Integración con cinturón pélvico (2.11)</w:t>
      </w:r>
    </w:p>
    <w:p>
      <w:r>
        <w:t>**Principios:**</w:t>
      </w:r>
    </w:p>
    <w:p>
      <w:pPr>
        <w:pStyle w:val="ListBullet"/>
      </w:pPr>
      <w:r>
        <w:t>Cinturón pélvico y férula de tracción son complementarios.</w:t>
      </w:r>
    </w:p>
    <w:p>
      <w:pPr>
        <w:pStyle w:val="ListBullet"/>
      </w:pPr>
      <w:r>
        <w:t>Cinturón pélvico estabiliza pelvis.</w:t>
      </w:r>
    </w:p>
    <w:p>
      <w:pPr>
        <w:pStyle w:val="ListBullet"/>
      </w:pPr>
      <w:r>
        <w:t>Férula de tracción estabiliza fémur.</w:t>
      </w:r>
    </w:p>
    <w:p>
      <w:pPr>
        <w:pStyle w:val="ListBullet"/>
      </w:pPr>
      <w:r>
        <w:t>Ambos pueden aplicarse simultáneamente si está indicado.</w:t>
      </w:r>
    </w:p>
    <w:p>
      <w:r>
        <w:t>**Orden de aplicación:**</w:t>
      </w:r>
    </w:p>
    <w:p>
      <w:pPr>
        <w:pStyle w:val="ListBullet"/>
      </w:pPr>
      <w:r>
        <w:t>Aplicar cinturón pélvico primero (si está indicado).</w:t>
      </w:r>
    </w:p>
    <w:p>
      <w:pPr>
        <w:pStyle w:val="ListBullet"/>
      </w:pPr>
      <w:r>
        <w:t>Luego aplicar férula de tracción.</w:t>
      </w:r>
    </w:p>
    <w:p>
      <w:pPr>
        <w:pStyle w:val="ListBullet"/>
      </w:pPr>
      <w:r>
        <w:t>Verificar que no hay interferencias.</w:t>
      </w:r>
    </w:p>
    <w:p>
      <w:pPr>
        <w:pStyle w:val="ListBullet"/>
      </w:pPr>
      <w:r>
        <w:t>Verificar que ambos están bien posicionados.</w:t>
      </w:r>
    </w:p>
    <w:p>
      <w:r>
        <w:t>**Consideraciones:**</w:t>
      </w:r>
    </w:p>
    <w:p>
      <w:pPr>
        <w:pStyle w:val="ListBullet"/>
      </w:pPr>
      <w:r>
        <w:t>Verificar que cinturón pélvico no interfiere con punto de apoyo proximal de férula.</w:t>
      </w:r>
    </w:p>
    <w:p>
      <w:pPr>
        <w:pStyle w:val="ListBullet"/>
      </w:pPr>
      <w:r>
        <w:t>Verificar que férula no interfiere con cinturón pélvico.</w:t>
      </w:r>
    </w:p>
    <w:p>
      <w:pPr>
        <w:pStyle w:val="ListBullet"/>
      </w:pPr>
      <w:r>
        <w:t>Re-verificar control neurovascular después de aplicar ambos.</w:t>
      </w:r>
    </w:p>
    <w:p>
      <w:r>
        <w:t>**Enlace con 2.11:**</w:t>
      </w:r>
    </w:p>
    <w:p>
      <w:pPr>
        <w:pStyle w:val="ListBullet"/>
      </w:pPr>
      <w:r>
        <w:t>Ver 2.11 – Cinturón Pélvico para procedimiento de cinturón pélvico.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Integración con colchón de vacío (2.6)</w:t>
      </w:r>
    </w:p>
    <w:p>
      <w:r>
        <w:t>**Principios:**</w:t>
      </w:r>
    </w:p>
    <w:p>
      <w:pPr>
        <w:pStyle w:val="ListBullet"/>
      </w:pPr>
      <w:r>
        <w:t>Colchón de vacío y férula de tracción son compatibles.</w:t>
      </w:r>
    </w:p>
    <w:p>
      <w:pPr>
        <w:pStyle w:val="ListBullet"/>
      </w:pPr>
      <w:r>
        <w:t>Colchón de vacío proporciona inmovilización general.</w:t>
      </w:r>
    </w:p>
    <w:p>
      <w:pPr>
        <w:pStyle w:val="ListBullet"/>
      </w:pPr>
      <w:r>
        <w:t>Férula de tracción proporciona tracción específica.</w:t>
      </w:r>
    </w:p>
    <w:p>
      <w:pPr>
        <w:pStyle w:val="ListBullet"/>
      </w:pPr>
      <w:r>
        <w:t>Ambos pueden usarse simultáneamente.</w:t>
      </w:r>
    </w:p>
    <w:p>
      <w:r>
        <w:t>**Orden de aplicación:**</w:t>
      </w:r>
    </w:p>
    <w:p>
      <w:pPr>
        <w:pStyle w:val="ListBullet"/>
      </w:pPr>
      <w:r>
        <w:t>Aplicar férula de tracción primero.</w:t>
      </w:r>
    </w:p>
    <w:p>
      <w:pPr>
        <w:pStyle w:val="ListBullet"/>
      </w:pPr>
      <w:r>
        <w:t>Luego colocar paciente en colchón de vacío.</w:t>
      </w:r>
    </w:p>
    <w:p>
      <w:pPr>
        <w:pStyle w:val="ListBullet"/>
      </w:pPr>
      <w:r>
        <w:t>Verificar que férula es compatible con colchón.</w:t>
      </w:r>
    </w:p>
    <w:p>
      <w:pPr>
        <w:pStyle w:val="ListBullet"/>
      </w:pPr>
      <w:r>
        <w:t>Verificar que tracción se mantiene.</w:t>
      </w:r>
    </w:p>
    <w:p>
      <w:r>
        <w:t>**Consideraciones:**</w:t>
      </w:r>
    </w:p>
    <w:p>
      <w:pPr>
        <w:pStyle w:val="ListBullet"/>
      </w:pPr>
      <w:r>
        <w:t>Verificar que colchón no interfiere con férula de tracción.</w:t>
      </w:r>
    </w:p>
    <w:p>
      <w:pPr>
        <w:pStyle w:val="ListBullet"/>
      </w:pPr>
      <w:r>
        <w:t>Verificar que tracción se mantiene después de extraer aire del colchón.</w:t>
      </w:r>
    </w:p>
    <w:p>
      <w:pPr>
        <w:pStyle w:val="ListBullet"/>
      </w:pPr>
      <w:r>
        <w:t>Re-verificar control neurovascular después de integrar.</w:t>
      </w:r>
    </w:p>
    <w:p>
      <w:r>
        <w:t>**Enlace con 2.6:**</w:t>
      </w:r>
    </w:p>
    <w:p>
      <w:pPr>
        <w:pStyle w:val="ListBullet"/>
      </w:pPr>
      <w:r>
        <w:t>Ver 2.6 – Colchón de Vacío para procedimiento de colchón de vacío.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Integración con transferencias (2.8)</w:t>
      </w:r>
    </w:p>
    <w:p>
      <w:r>
        <w:t>**Principios:**</w:t>
      </w:r>
    </w:p>
    <w:p>
      <w:pPr>
        <w:pStyle w:val="ListBullet"/>
      </w:pPr>
      <w:r>
        <w:t>Férula de tracción debe protegerse durante transferencias.</w:t>
      </w:r>
    </w:p>
    <w:p>
      <w:pPr>
        <w:pStyle w:val="ListBullet"/>
      </w:pPr>
      <w:r>
        <w:t>Tracción debe mantenerse durante transferencias.</w:t>
      </w:r>
    </w:p>
    <w:p>
      <w:pPr>
        <w:pStyle w:val="ListBullet"/>
      </w:pPr>
      <w:r>
        <w:t>Re-verificar control neurovascular después de transferencias.</w:t>
      </w:r>
    </w:p>
    <w:p>
      <w:r>
        <w:t>**Durante transferencias:**</w:t>
      </w:r>
    </w:p>
    <w:p>
      <w:pPr>
        <w:pStyle w:val="ListBullet"/>
      </w:pPr>
      <w:r>
        <w:t>Proteger férula de tracción.</w:t>
      </w:r>
    </w:p>
    <w:p>
      <w:pPr>
        <w:pStyle w:val="ListBullet"/>
      </w:pPr>
      <w:r>
        <w:t>Mantener tracción durante transferencia.</w:t>
      </w:r>
    </w:p>
    <w:p>
      <w:pPr>
        <w:pStyle w:val="ListBullet"/>
      </w:pPr>
      <w:r>
        <w:t>Verificar que férula no se desplaza.</w:t>
      </w:r>
    </w:p>
    <w:p>
      <w:pPr>
        <w:pStyle w:val="ListBullet"/>
      </w:pPr>
      <w:r>
        <w:t>Re-verificar control neurovascular después de transferencia.</w:t>
      </w:r>
    </w:p>
    <w:p>
      <w:r>
        <w:t>**Enlace con 2.8:**</w:t>
      </w:r>
    </w:p>
    <w:p>
      <w:pPr>
        <w:pStyle w:val="ListBullet"/>
      </w:pPr>
      <w:r>
        <w:t>Ver 2.8 – Transferencias y Movilización del Paciente para técnicas de transferencia.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Integración con férulas distales (2.10)</w:t>
      </w:r>
    </w:p>
    <w:p>
      <w:r>
        <w:t>**Principios:**</w:t>
      </w:r>
    </w:p>
    <w:p>
      <w:pPr>
        <w:pStyle w:val="ListBullet"/>
      </w:pPr>
      <w:r>
        <w:t>Si hay lesión en tobillo/pie además de fémur, puede requerir férula distal.</w:t>
      </w:r>
    </w:p>
    <w:p>
      <w:pPr>
        <w:pStyle w:val="ListBullet"/>
      </w:pPr>
      <w:r>
        <w:t>Férula de tracción y férula distal pueden usarse simultáneamente.</w:t>
      </w:r>
    </w:p>
    <w:p>
      <w:pPr>
        <w:pStyle w:val="ListBullet"/>
      </w:pPr>
      <w:r>
        <w:t>Verificar que no hay interferencias.</w:t>
      </w:r>
    </w:p>
    <w:p>
      <w:r>
        <w:t>**Consideraciones:**</w:t>
      </w:r>
    </w:p>
    <w:p>
      <w:pPr>
        <w:pStyle w:val="ListBullet"/>
      </w:pPr>
      <w:r>
        <w:t>Verificar que férula distal no interfiere con anclaje de férula de tracción.</w:t>
      </w:r>
    </w:p>
    <w:p>
      <w:pPr>
        <w:pStyle w:val="ListBullet"/>
      </w:pPr>
      <w:r>
        <w:t>Verificar que anclaje de férula de tracción no interfiere con férula distal.</w:t>
      </w:r>
    </w:p>
    <w:p>
      <w:pPr>
        <w:pStyle w:val="ListBullet"/>
      </w:pPr>
      <w:r>
        <w:t>Re-verificar control neurovascular después de aplicar ambas.</w:t>
      </w:r>
    </w:p>
    <w:p>
      <w:r>
        <w:t>**Enlace con 2.10:**</w:t>
      </w:r>
    </w:p>
    <w:p>
      <w:pPr>
        <w:pStyle w:val="ListBullet"/>
      </w:pPr>
      <w:r>
        <w:t>Ver 2.10 – Férulas: Familias, Selección y Uso Operativo para procedimiento de férulas distales.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2.12.9 Errores críticos y señales de alarma</w:t>
      </w:r>
    </w:p>
    <w:p>
      <w:pPr>
        <w:pStyle w:val="Heading3"/>
      </w:pPr>
      <w:r>
        <w:t>Errores críticos</w:t>
      </w:r>
    </w:p>
    <w:p>
      <w:r>
        <w:t>**Error 1: No realizar control neurovascular PRE**</w:t>
      </w:r>
    </w:p>
    <w:p>
      <w:pPr>
        <w:pStyle w:val="ListBullet"/>
      </w:pPr>
      <w:r>
        <w:t>❌ Aplicar férula de tracción sin verificar pulso, temperatura, relleno capilar, sensibilidad, movilidad.</w:t>
      </w:r>
    </w:p>
    <w:p>
      <w:pPr>
        <w:pStyle w:val="ListBullet"/>
      </w:pPr>
      <w:r>
        <w:t>**Consecuencia:** No se puede comparar POST, no se detectan alteraciones preexistentes.</w:t>
      </w:r>
    </w:p>
    <w:p>
      <w:pPr>
        <w:pStyle w:val="ListBullet"/>
      </w:pPr>
      <w:r>
        <w:t>**Prevención:** Siempre realizar control neurovascular PRE antes de aplicar tracción.</w:t>
      </w:r>
    </w:p>
    <w:p>
      <w:r>
        <w:t>**Error 2: No realizar control neurovascular POST**</w:t>
      </w:r>
    </w:p>
    <w:p>
      <w:pPr>
        <w:pStyle w:val="ListBullet"/>
      </w:pPr>
      <w:r>
        <w:t>❌ Aplicar tracción sin verificar pulso, temperatura, relleno capilar, sensibilidad, movilidad después.</w:t>
      </w:r>
    </w:p>
    <w:p>
      <w:pPr>
        <w:pStyle w:val="ListBullet"/>
      </w:pPr>
      <w:r>
        <w:t>**Consecuencia:** No se detectan alteraciones causadas por la tracción.</w:t>
      </w:r>
    </w:p>
    <w:p>
      <w:pPr>
        <w:pStyle w:val="ListBullet"/>
      </w:pPr>
      <w:r>
        <w:t>**Prevención:** Siempre realizar control neurovascular POST después de aplicar tracción.</w:t>
      </w:r>
    </w:p>
    <w:p>
      <w:r>
        <w:t>**Error 3: Acolchado insuficiente**</w:t>
      </w:r>
    </w:p>
    <w:p>
      <w:pPr>
        <w:pStyle w:val="ListBullet"/>
      </w:pPr>
      <w:r>
        <w:t>❌ No acolchar ingles, maléolos, puntos de presión.</w:t>
      </w:r>
    </w:p>
    <w:p>
      <w:pPr>
        <w:pStyle w:val="ListBullet"/>
      </w:pPr>
      <w:r>
        <w:t>**Consecuencia:** Lesiones por presión, úlceras, incomodidad.</w:t>
      </w:r>
    </w:p>
    <w:p>
      <w:pPr>
        <w:pStyle w:val="ListBullet"/>
      </w:pPr>
      <w:r>
        <w:t>**Prevención:** Acolchar sistemáticamente todas las zonas de presión.</w:t>
      </w:r>
    </w:p>
    <w:p>
      <w:r>
        <w:t>**Error 4: Tracción brusca**</w:t>
      </w:r>
    </w:p>
    <w:p>
      <w:pPr>
        <w:pStyle w:val="ListBullet"/>
      </w:pPr>
      <w:r>
        <w:t>❌ Aplicar tracción de forma brusca o excesiva.</w:t>
      </w:r>
    </w:p>
    <w:p>
      <w:pPr>
        <w:pStyle w:val="ListBullet"/>
      </w:pPr>
      <w:r>
        <w:t>**Consecuencia:** Dolor intenso, agravamiento de lesión, lesión secundaria.</w:t>
      </w:r>
    </w:p>
    <w:p>
      <w:pPr>
        <w:pStyle w:val="ListBullet"/>
      </w:pPr>
      <w:r>
        <w:t>**Prevención:** Aplicar tracción progresiva, observar respuesta del paciente.</w:t>
      </w:r>
    </w:p>
    <w:p>
      <w:r>
        <w:t>**Error 5: Anclaje incorrecto**</w:t>
      </w:r>
    </w:p>
    <w:p>
      <w:pPr>
        <w:pStyle w:val="ListBullet"/>
      </w:pPr>
      <w:r>
        <w:t>❌ Anclaje mal posicionado, demasiado apretado, o que se desplaza.</w:t>
      </w:r>
    </w:p>
    <w:p>
      <w:pPr>
        <w:pStyle w:val="ListBullet"/>
      </w:pPr>
      <w:r>
        <w:t>**Consecuencia:** Tracción inefectiva, lesiones por presión, desplazamiento.</w:t>
      </w:r>
    </w:p>
    <w:p>
      <w:pPr>
        <w:pStyle w:val="ListBullet"/>
      </w:pPr>
      <w:r>
        <w:t>**Prevención:** Anclaje correctamente posicionado, ajustado firmemente pero sin comprimir.</w:t>
      </w:r>
    </w:p>
    <w:p>
      <w:r>
        <w:t>**Error 6: No verificar tracción durante traslado**</w:t>
      </w:r>
    </w:p>
    <w:p>
      <w:pPr>
        <w:pStyle w:val="ListBullet"/>
      </w:pPr>
      <w:r>
        <w:t>❌ No re-verificar que tracción se mantiene durante traslado.</w:t>
      </w:r>
    </w:p>
    <w:p>
      <w:pPr>
        <w:pStyle w:val="ListBullet"/>
      </w:pPr>
      <w:r>
        <w:t>**Consecuencia:** Pérdida de tracción, agravamiento de lesión.</w:t>
      </w:r>
    </w:p>
    <w:p>
      <w:pPr>
        <w:pStyle w:val="ListBullet"/>
      </w:pPr>
      <w:r>
        <w:t>**Prevención:** Re-verificar periódicamente durante traslado, 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Señales de alarma (cuándo parar y reevaluar)</w:t>
      </w:r>
    </w:p>
    <w:p>
      <w:r>
        <w:t>**Señal de alarma 1: Pulso ausente o débil POST-tracción**</w:t>
      </w:r>
    </w:p>
    <w:p>
      <w:pPr>
        <w:pStyle w:val="ListBullet"/>
      </w:pPr>
      <w:r>
        <w:t>**Acción:** Parar, reducir tracción, re-verificar pulso.</w:t>
      </w:r>
    </w:p>
    <w:p>
      <w:pPr>
        <w:pStyle w:val="ListBullet"/>
      </w:pPr>
      <w:r>
        <w:t>**Si persiste:** Desajustar tracción, comunicar al médico, considerar alternativas.</w:t>
      </w:r>
    </w:p>
    <w:p>
      <w:r>
        <w:t>**Señal de alarma 2: Extremidad fría POST-tracción**</w:t>
      </w:r>
    </w:p>
    <w:p>
      <w:pPr>
        <w:pStyle w:val="ListBullet"/>
      </w:pPr>
      <w:r>
        <w:t>**Acción:** Parar, reducir tracción, re-verificar temperatura.</w:t>
      </w:r>
    </w:p>
    <w:p>
      <w:pPr>
        <w:pStyle w:val="ListBullet"/>
      </w:pPr>
      <w:r>
        <w:t>**Si persiste:** Desajustar tracción, comunicar al médico.</w:t>
      </w:r>
    </w:p>
    <w:p>
      <w:r>
        <w:t>**Señal de alarma 3: Relleno capilar &gt;2 segundos POST-tracción**</w:t>
      </w:r>
    </w:p>
    <w:p>
      <w:pPr>
        <w:pStyle w:val="ListBullet"/>
      </w:pPr>
      <w:r>
        <w:t>**Acción:** Parar, reducir tracción, re-verificar relleno capilar.</w:t>
      </w:r>
    </w:p>
    <w:p>
      <w:pPr>
        <w:pStyle w:val="ListBullet"/>
      </w:pPr>
      <w:r>
        <w:t>**Si persiste:** Desajustar tracción, comunicar al médico.</w:t>
      </w:r>
    </w:p>
    <w:p>
      <w:r>
        <w:t>**Señal de alarma 4: Alteración nueva de sensibilidad POST-tracción**</w:t>
      </w:r>
    </w:p>
    <w:p>
      <w:pPr>
        <w:pStyle w:val="ListBullet"/>
      </w:pPr>
      <w:r>
        <w:t>**Acción:** Parar, reducir tracción, re-verificar sensibilidad.</w:t>
      </w:r>
    </w:p>
    <w:p>
      <w:pPr>
        <w:pStyle w:val="ListBullet"/>
      </w:pPr>
      <w:r>
        <w:t>**Si persiste:** Desajustar tracción, comunicar al médico.</w:t>
      </w:r>
    </w:p>
    <w:p>
      <w:r>
        <w:t>**Señal de alarma 5: Alteración nueva de movilidad POST-tracción**</w:t>
      </w:r>
    </w:p>
    <w:p>
      <w:pPr>
        <w:pStyle w:val="ListBullet"/>
      </w:pPr>
      <w:r>
        <w:t>**Acción:** Parar, reducir tracción, re-verificar movilidad.</w:t>
      </w:r>
    </w:p>
    <w:p>
      <w:pPr>
        <w:pStyle w:val="ListBullet"/>
      </w:pPr>
      <w:r>
        <w:t>**Si persiste:** Desajustar tracción, comunicar al médico.</w:t>
      </w:r>
    </w:p>
    <w:p>
      <w:r>
        <w:t>**Señal de alarma 6: Dolor intenso que aumenta con tracción**</w:t>
      </w:r>
    </w:p>
    <w:p>
      <w:pPr>
        <w:pStyle w:val="ListBullet"/>
      </w:pPr>
      <w:r>
        <w:t>**Acción:** Parar, reducir tracción, evaluar, comunicar al médico.</w:t>
      </w:r>
    </w:p>
    <w:p>
      <w:pPr>
        <w:pStyle w:val="ListBullet"/>
      </w:pPr>
      <w:r>
        <w:t>**Si persiste:** Considerar alternativas, comunicar al médico.</w:t>
      </w:r>
    </w:p>
    <w:p>
      <w:r>
        <w:t>**Señal de alarma 7: Tracción se pierde durante traslado**</w:t>
      </w:r>
    </w:p>
    <w:p>
      <w:pPr>
        <w:pStyle w:val="ListBullet"/>
      </w:pPr>
      <w:r>
        <w:t>**Acción:** Parar, re-aplicar tracción, verificar que se mantiene.</w:t>
      </w:r>
    </w:p>
    <w:p>
      <w:pPr>
        <w:pStyle w:val="ListBullet"/>
      </w:pPr>
      <w:r>
        <w:t>**Si persiste:** Comunicar al médico, considerar alternativas.</w:t>
      </w:r>
    </w:p>
    <w:p>
      <w:r>
        <w:t>**Principio:**</w:t>
      </w:r>
    </w:p>
    <w:p>
      <w:pPr>
        <w:pStyle w:val="ListBullet"/>
      </w:pPr>
      <w:r>
        <w:t>**Si hay señal de alarma: PARAR, RE-EVALUAR, AJUSTAR, COMUNICAR.**</w:t>
      </w:r>
    </w:p>
    <w:p>
      <w:pPr>
        <w:pStyle w:val="ListBullet"/>
      </w:pPr>
      <w:r>
        <w:t>**No continuar si hay alteración neurovascular.**</w:t>
      </w:r>
    </w:p>
    <w:p>
      <w:pPr>
        <w:pStyle w:val="ListBullet"/>
      </w:pPr>
      <w:r>
        <w:t>**La seguridad del paciente es prioritaria.**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2.12.10 Puntos clave TES</w:t>
      </w:r>
    </w:p>
    <w:p>
      <w:pPr>
        <w:pStyle w:val="ListBullet"/>
      </w:pPr>
      <w:r>
        <w:t>**Control neurovascular PRE y POST es obligatorio** para todas las férulas de tracción.</w:t>
      </w:r>
    </w:p>
    <w:p>
      <w:pPr>
        <w:pStyle w:val="ListBullet"/>
      </w:pPr>
      <w:r>
        <w:t>**Si hay alteración POST-tracción: parar, reducir tracción, re-verificar, comunicar.**</w:t>
      </w:r>
    </w:p>
    <w:p>
      <w:pPr>
        <w:pStyle w:val="ListBullet"/>
      </w:pPr>
      <w:r>
        <w:t>**Acolchar sistemáticamente** ingles, maléolos y puntos de presión antes de aplicar tracción.</w:t>
      </w:r>
    </w:p>
    <w:p>
      <w:pPr>
        <w:pStyle w:val="ListBullet"/>
      </w:pPr>
      <w:r>
        <w:t>**Tracción progresiva**, no brusca (observar respuesta del paciente, ajustar según tolerancia).</w:t>
      </w:r>
    </w:p>
    <w:p>
      <w:pPr>
        <w:pStyle w:val="ListBullet"/>
      </w:pPr>
      <w:r>
        <w:t>**Anclaje distal debe estar bien posicionado** y ajustado firmemente pero sin comprimir.</w:t>
      </w:r>
    </w:p>
    <w:p>
      <w:pPr>
        <w:pStyle w:val="ListBullet"/>
      </w:pPr>
      <w:r>
        <w:t>**Re-verificar tracción periódicamente** durante traslado (no asumir que se mantiene).</w:t>
      </w:r>
    </w:p>
    <w:p>
      <w:pPr>
        <w:pStyle w:val="ListBullet"/>
      </w:pPr>
      <w:r>
        <w:t>**Integrar con otras inmovilizaciones** (cinturón pélvico, colchón de vacío) verificando compatibilidad.</w:t>
      </w:r>
    </w:p>
    <w:p>
      <w:pPr>
        <w:pStyle w:val="ListBullet"/>
      </w:pPr>
      <w:r>
        <w:t>**Proteger férula de tracción** durante transferencias y re-verificar control neurovascular después.</w:t>
      </w:r>
    </w:p>
    <w:p>
      <w:pPr>
        <w:pStyle w:val="ListBullet"/>
      </w:pPr>
      <w:r>
        <w:t>**Variaciones por diseño** requieren adaptar técnica pero principios comunes se mantienen.</w:t>
      </w:r>
    </w:p>
    <w:p>
      <w:pPr>
        <w:pStyle w:val="ListBullet"/>
      </w:pPr>
      <w:r>
        <w:t>**Documentar control neurovascular PRE y POST** (comunicar alteraciones al médico inmediatamente).</w:t>
      </w:r>
    </w:p>
    <w:p>
      <w:pPr>
        <w:pStyle w:val="ListBullet"/>
      </w:pPr>
      <w:r>
        <w:t>**Un TES lesionado detiene la asistencia:** aplicar ergonomía al colocar férulas de tracción.</w:t>
      </w:r>
    </w:p>
    <w:p>
      <w:pPr>
        <w:pStyle w:val="ListBullet"/>
      </w:pPr>
      <w:r>
        <w:t>**Si no hay tiempo, material o condiciones:** considerar alternativas, comunicar limitaciones al médico.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2.12.11 Cierre del capítulo</w:t>
      </w:r>
    </w:p>
    <w:p>
      <w:r>
        <w:t>Este capítulo se integra con:</w:t>
      </w:r>
    </w:p>
    <w:p>
      <w:pPr>
        <w:pStyle w:val="ListBullet"/>
      </w:pPr>
      <w:r>
        <w:t>**2.0 – Anatomía Operativa para Inmovilización y Movilización** (referencias anatómicas para control neurovascular)</w:t>
      </w:r>
    </w:p>
    <w:p>
      <w:pPr>
        <w:pStyle w:val="ListBullet"/>
      </w:pPr>
      <w:r>
        <w:t>**2.6 – Colchón de Vacío** (integración con inmovilización general)</w:t>
      </w:r>
    </w:p>
    <w:p>
      <w:pPr>
        <w:pStyle w:val="ListBullet"/>
      </w:pPr>
      <w:r>
        <w:t>**2.8 – Transferencias y Movilización del Paciente** (protección durante transferencias)</w:t>
      </w:r>
    </w:p>
    <w:p>
      <w:pPr>
        <w:pStyle w:val="ListBullet"/>
      </w:pPr>
      <w:r>
        <w:t>**2.9 – Errores Críticos y Prevención** *(pendiente)*</w:t>
      </w:r>
    </w:p>
    <w:p>
      <w:pPr>
        <w:pStyle w:val="ListBullet"/>
      </w:pPr>
      <w:r>
        <w:t>**2.10 – Férulas: Familias, Selección y Uso Operativo** (integración con férulas distales)</w:t>
      </w:r>
    </w:p>
    <w:p>
      <w:pPr>
        <w:pStyle w:val="ListBullet"/>
      </w:pPr>
      <w:r>
        <w:t>**2.11 – Cinturón Pélvico: Colocación, Ajuste y Errores Críticos** *(pendiente)* (integración con inmovilización pélvica)</w:t>
      </w:r>
    </w:p>
    <w:p>
      <w:r>
        <w:t>Siguiente apartado recomendado:</w:t>
      </w:r>
    </w:p>
    <w:p>
      <w:pPr>
        <w:pStyle w:val="ListBullet"/>
      </w:pPr>
      <w:r>
        <w:t>**2.13 – Silla de Rescate y Salvaescaleras: Movilización Segura en Entornos Difíciles** *(pendiente)*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El **control neurovascular PRE y POST es obligatorio** para todas las férulas de tracción</w:t>
      </w:r>
    </w:p>
    <w:p>
      <w:pPr>
        <w:pStyle w:val="ListBullet"/>
      </w:pPr>
      <w:r>
        <w:t>**Si hay alteración POST-tracción: parar, reducir tracción, re-verificar, comunicar**</w:t>
      </w:r>
    </w:p>
    <w:p>
      <w:pPr>
        <w:pStyle w:val="ListBullet"/>
      </w:pPr>
      <w:r>
        <w:t>La **tracción progresiva** es esencial (no aplicar tracción brusca)</w:t>
      </w:r>
    </w:p>
    <w:p>
      <w:pPr>
        <w:pStyle w:val="ListBullet"/>
      </w:pPr>
      <w:r>
        <w:t>La **integración con otras inmovilizaciones** requiere verificación de compatibilidad</w:t>
      </w:r>
    </w:p>
    <w:p>
      <w:pPr>
        <w:pStyle w:val="ListBullet"/>
      </w:pPr>
      <w:r>
        <w:t>**Re-verificar tracción periódicamente** durante traslado</w:t>
      </w:r>
    </w:p>
    <w:p>
      <w:pPr>
        <w:pStyle w:val="ListBullet"/>
      </w:pPr>
      <w:r>
        <w:t>**Un TES lesionado detiene la asistencia:** aplicar ergonomía</w:t>
      </w:r>
    </w:p>
    <w:p>
      <w:r>
        <w:t>**Principios No Negociables:**</w:t>
      </w:r>
    </w:p>
    <w:p>
      <w:pPr>
        <w:pStyle w:val="ListBullet"/>
      </w:pPr>
      <w:r>
        <w:t>**NUNCA aplicar** tracción sin control neurovascular PRE</w:t>
      </w:r>
    </w:p>
    <w:p>
      <w:pPr>
        <w:pStyle w:val="ListBullet"/>
      </w:pPr>
      <w:r>
        <w:t>**NUNCA finalizar** sin control neurovascular POST</w:t>
      </w:r>
    </w:p>
    <w:p>
      <w:pPr>
        <w:pStyle w:val="ListBullet"/>
      </w:pPr>
      <w:r>
        <w:t>**NUNCA aplicar** tracción brusca o excesiva</w:t>
      </w:r>
    </w:p>
    <w:p>
      <w:pPr>
        <w:pStyle w:val="ListBullet"/>
      </w:pPr>
      <w:r>
        <w:t>**NUNCA omitir** acolchado de zonas de presión</w:t>
      </w:r>
    </w:p>
    <w:p>
      <w:pPr>
        <w:pStyle w:val="ListBullet"/>
      </w:pPr>
      <w:r>
        <w:t>**SIEMPRE aplicar** tracción progresiva</w:t>
      </w:r>
    </w:p>
    <w:p>
      <w:pPr>
        <w:pStyle w:val="ListBullet"/>
      </w:pPr>
      <w:r>
        <w:t>**SIEMPRE re-verificar** tracción durante traslado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2.13 – Camillas y sillas de evacuación: selección y uso operativo (manual global)</w:t>
      </w:r>
    </w:p>
    <w:p>
      <w:pPr>
        <w:pStyle w:val="Heading1"/>
      </w:pPr>
      <w:r>
        <w:t>2.13 – Camillas y sillas de evacuación: selección y uso operativo (manual global)</w:t>
      </w:r>
    </w:p>
    <w:p>
      <w:pPr>
        <w:pStyle w:val="Heading2"/>
      </w:pPr>
      <w:r>
        <w:t>Manual TES Digital – Dispositivos de evacuación y transporte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2.13.1 Objetivo operativo</w:t>
      </w:r>
    </w:p>
    <w:p>
      <w:r>
        <w:t>Proporcionar al TES los conocimientos operativos para **seleccionar, preparar y usar** diferentes tipos de camillas y sillas de evacuación, manteniendo **evacuación segura**, **prevención de caídas y daño secundario**, **coordinación del equipo**, **ergonomía** e **integración** con técnicas de inmovilización y movilización.</w:t>
      </w:r>
    </w:p>
    <w:p>
      <w:r>
        <w:t>Este capítulo es un **manual global** que abarca principios comunes y variaciones por diseño, no un procedimiento de un modelo específico.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2.13.2 Indicaciones: elección del dispositivo (criterio operativo TES)</w:t>
      </w:r>
    </w:p>
    <w:p>
      <w:pPr>
        <w:pStyle w:val="Heading3"/>
      </w:pPr>
      <w:r>
        <w:t>Criterios de selección</w:t>
      </w:r>
    </w:p>
    <w:p>
      <w:r>
        <w:t>**1. Entorno y accesibilidad:**</w:t>
      </w:r>
    </w:p>
    <w:p>
      <w:pPr>
        <w:pStyle w:val="ListBullet"/>
      </w:pPr>
      <w:r>
        <w:t>**Espacios amplios y accesibles:** Camilla principal de ambulancia, camilla plegable.</w:t>
      </w:r>
    </w:p>
    <w:p>
      <w:pPr>
        <w:pStyle w:val="ListBullet"/>
      </w:pPr>
      <w:r>
        <w:t>**Espacios reducidos:** Silla de evacuación, silla salvaescaleras, camilla plegable.</w:t>
      </w:r>
    </w:p>
    <w:p>
      <w:pPr>
        <w:pStyle w:val="ListBullet"/>
      </w:pPr>
      <w:r>
        <w:t>**Escaleras:** Silla salvaescaleras, silla de evacuación.</w:t>
      </w:r>
    </w:p>
    <w:p>
      <w:pPr>
        <w:pStyle w:val="ListBullet"/>
      </w:pPr>
      <w:r>
        <w:t>**Terreno irregular:** Camilla tipo Reeves, canastilla/basket.</w:t>
      </w:r>
    </w:p>
    <w:p>
      <w:pPr>
        <w:pStyle w:val="ListBullet"/>
      </w:pPr>
      <w:r>
        <w:t>**Espacios muy reducidos:** Sked/camilla de arrastre.</w:t>
      </w:r>
    </w:p>
    <w:p>
      <w:r>
        <w:t>**2. Estado del paciente:**</w:t>
      </w:r>
    </w:p>
    <w:p>
      <w:pPr>
        <w:pStyle w:val="ListBullet"/>
      </w:pPr>
      <w:r>
        <w:t>**Paciente en decúbito:** Camilla principal, camilla plegable, colchón de vacío sobre camilla.</w:t>
      </w:r>
    </w:p>
    <w:p>
      <w:pPr>
        <w:pStyle w:val="ListBullet"/>
      </w:pPr>
      <w:r>
        <w:t>**Paciente sentado:** Silla de evacuación, silla salvaescaleras.</w:t>
      </w:r>
    </w:p>
    <w:p>
      <w:pPr>
        <w:pStyle w:val="ListBullet"/>
      </w:pPr>
      <w:r>
        <w:t>**Paciente con inmovilización completa:** Camilla principal con colchón de vacío/tablero.</w:t>
      </w:r>
    </w:p>
    <w:p>
      <w:pPr>
        <w:pStyle w:val="ListBullet"/>
      </w:pPr>
      <w:r>
        <w:t>**Paciente con férula de tracción:** Camilla principal compatible con férula.</w:t>
      </w:r>
    </w:p>
    <w:p>
      <w:r>
        <w:t>**3. Personal disponible:**</w:t>
      </w:r>
    </w:p>
    <w:p>
      <w:pPr>
        <w:pStyle w:val="ListBullet"/>
      </w:pPr>
      <w:r>
        <w:t>**Personal suficiente (3-4 intervinientes):** Camilla principal, camilla plegable.</w:t>
      </w:r>
    </w:p>
    <w:p>
      <w:pPr>
        <w:pStyle w:val="ListBullet"/>
      </w:pPr>
      <w:r>
        <w:t>**Personal limitado (2 intervinientes):** Silla de evacuación, silla salvaescaleras.</w:t>
      </w:r>
    </w:p>
    <w:p>
      <w:pPr>
        <w:pStyle w:val="ListBullet"/>
      </w:pPr>
      <w:r>
        <w:t>**Personal muy limitado (1-2 intervinientes):** Sked/camilla de arrastre (si es necesario).</w:t>
      </w:r>
    </w:p>
    <w:p>
      <w:r>
        <w:t>**4. Seguridad:**</w:t>
      </w:r>
    </w:p>
    <w:p>
      <w:pPr>
        <w:pStyle w:val="ListBullet"/>
      </w:pPr>
      <w:r>
        <w:t>**Riesgo de caída:** Dispositivo con cinturones, frenos, estabilidad.</w:t>
      </w:r>
    </w:p>
    <w:p>
      <w:pPr>
        <w:pStyle w:val="ListBullet"/>
      </w:pPr>
      <w:r>
        <w:t>**Riesgo de vuelco:** Dispositivo estable, personal suficiente, técnica correcta.</w:t>
      </w:r>
    </w:p>
    <w:p>
      <w:pPr>
        <w:pStyle w:val="ListBullet"/>
      </w:pPr>
      <w:r>
        <w:t>**Riesgo de lesión del TES:** Dispositivo adecuado, ergonomía, personal suficiente.</w:t>
      </w:r>
    </w:p>
    <w:p>
      <w:r>
        <w:t>**5. Tipo de traslado:**</w:t>
      </w:r>
    </w:p>
    <w:p>
      <w:pPr>
        <w:pStyle w:val="ListBullet"/>
      </w:pPr>
      <w:r>
        <w:t>**Traslado en ambulancia:** Camilla principal de ambulancia.</w:t>
      </w:r>
    </w:p>
    <w:p>
      <w:pPr>
        <w:pStyle w:val="ListBullet"/>
      </w:pPr>
      <w:r>
        <w:t>**Traslado corto:** Camilla plegable, silla de evacuación.</w:t>
      </w:r>
    </w:p>
    <w:p>
      <w:pPr>
        <w:pStyle w:val="ListBullet"/>
      </w:pPr>
      <w:r>
        <w:t>**Traslado en terreno difícil:** Camilla tipo Reeves, canastilla/basket.</w:t>
      </w:r>
    </w:p>
    <w:p>
      <w:pPr>
        <w:pStyle w:val="ListBullet"/>
      </w:pPr>
      <w:r>
        <w:t>**Evacuación vertical:** Silla salvaescaleras, silla de evacuación.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2.13.3 Principios TES de evacuación segura</w:t>
      </w:r>
    </w:p>
    <w:p>
      <w:pPr>
        <w:pStyle w:val="Heading3"/>
      </w:pPr>
      <w:r>
        <w:t>Principios fundamentales</w:t>
      </w:r>
    </w:p>
    <w:p>
      <w:r>
        <w:t>**1. Líder único**</w:t>
      </w:r>
    </w:p>
    <w:p>
      <w:pPr>
        <w:pStyle w:val="ListBullet"/>
      </w:pPr>
      <w:r>
        <w:t>Una sola persona da órdenes durante toda la evacuación.</w:t>
      </w:r>
    </w:p>
    <w:p>
      <w:pPr>
        <w:pStyle w:val="ListBullet"/>
      </w:pPr>
      <w:r>
        <w:t>Sin órdenes simultáneas ni contradicciones.</w:t>
      </w:r>
    </w:p>
    <w:p>
      <w:pPr>
        <w:pStyle w:val="ListBullet"/>
      </w:pPr>
      <w:r>
        <w:t>Líder coordina movimientos y verifica seguridad.</w:t>
      </w:r>
    </w:p>
    <w:p>
      <w:r>
        <w:t>**2. Ruta preparada**</w:t>
      </w:r>
    </w:p>
    <w:p>
      <w:pPr>
        <w:pStyle w:val="ListBullet"/>
      </w:pPr>
      <w:r>
        <w:t>Verificar ruta antes de iniciar evacuación.</w:t>
      </w:r>
    </w:p>
    <w:p>
      <w:pPr>
        <w:pStyle w:val="ListBullet"/>
      </w:pPr>
      <w:r>
        <w:t>Despejar obstáculos (escalones, puertas, cables).</w:t>
      </w:r>
    </w:p>
    <w:p>
      <w:pPr>
        <w:pStyle w:val="ListBullet"/>
      </w:pPr>
      <w:r>
        <w:t>Verificar que ruta es segura y accesible.</w:t>
      </w:r>
    </w:p>
    <w:p>
      <w:pPr>
        <w:pStyle w:val="ListBullet"/>
      </w:pPr>
      <w:r>
        <w:t>Planificar ruta alternativa si es necesario.</w:t>
      </w:r>
    </w:p>
    <w:p>
      <w:r>
        <w:t>**3. Frenos/cinturones**</w:t>
      </w:r>
    </w:p>
    <w:p>
      <w:pPr>
        <w:pStyle w:val="ListBullet"/>
      </w:pPr>
      <w:r>
        <w:t>Activar frenos antes de cargar/descargar paciente.</w:t>
      </w:r>
    </w:p>
    <w:p>
      <w:pPr>
        <w:pStyle w:val="ListBullet"/>
      </w:pPr>
      <w:r>
        <w:t>Verificar que frenos están activados.</w:t>
      </w:r>
    </w:p>
    <w:p>
      <w:pPr>
        <w:pStyle w:val="ListBullet"/>
      </w:pPr>
      <w:r>
        <w:t>Usar cinturones de sujeción del paciente.</w:t>
      </w:r>
    </w:p>
    <w:p>
      <w:pPr>
        <w:pStyle w:val="ListBullet"/>
      </w:pPr>
      <w:r>
        <w:t>Verificar que cinturones están bien ajustados.</w:t>
      </w:r>
    </w:p>
    <w:p>
      <w:r>
        <w:t>**4. Centro de gravedad**</w:t>
      </w:r>
    </w:p>
    <w:p>
      <w:pPr>
        <w:pStyle w:val="ListBullet"/>
      </w:pPr>
      <w:r>
        <w:t>Mantener centro de gravedad bajo.</w:t>
      </w:r>
    </w:p>
    <w:p>
      <w:pPr>
        <w:pStyle w:val="ListBullet"/>
      </w:pPr>
      <w:r>
        <w:t>Distribuir peso equilibradamente.</w:t>
      </w:r>
    </w:p>
    <w:p>
      <w:pPr>
        <w:pStyle w:val="ListBullet"/>
      </w:pPr>
      <w:r>
        <w:t>Evitar inclinaciones excesivas.</w:t>
      </w:r>
    </w:p>
    <w:p>
      <w:pPr>
        <w:pStyle w:val="ListBullet"/>
      </w:pPr>
      <w:r>
        <w:t>Mantener estabilidad durante movimientos.</w:t>
      </w:r>
    </w:p>
    <w:p>
      <w:r>
        <w:t>**5. Movimientos cortos**</w:t>
      </w:r>
    </w:p>
    <w:p>
      <w:pPr>
        <w:pStyle w:val="ListBullet"/>
      </w:pPr>
      <w:r>
        <w:t>Desplazamientos cortos y controlados.</w:t>
      </w:r>
    </w:p>
    <w:p>
      <w:pPr>
        <w:pStyle w:val="ListBullet"/>
      </w:pPr>
      <w:r>
        <w:t>No movimientos largos o bruscos.</w:t>
      </w:r>
    </w:p>
    <w:p>
      <w:pPr>
        <w:pStyle w:val="ListBullet"/>
      </w:pPr>
      <w:r>
        <w:t>Pausas si es necesario.</w:t>
      </w:r>
    </w:p>
    <w:p>
      <w:pPr>
        <w:pStyle w:val="ListBullet"/>
      </w:pPr>
      <w:r>
        <w:t>Verificar continuamente.</w:t>
      </w:r>
    </w:p>
    <w:p>
      <w:r>
        <w:t>**6. Ergonomía**</w:t>
      </w:r>
    </w:p>
    <w:p>
      <w:pPr>
        <w:pStyle w:val="ListBullet"/>
      </w:pPr>
      <w:r>
        <w:t>Postura correcta del TES.</w:t>
      </w:r>
    </w:p>
    <w:p>
      <w:pPr>
        <w:pStyle w:val="ListBullet"/>
      </w:pPr>
      <w:r>
        <w:t>Uso de piernas, no espalda.</w:t>
      </w:r>
    </w:p>
    <w:p>
      <w:pPr>
        <w:pStyle w:val="ListBullet"/>
      </w:pPr>
      <w:r>
        <w:t>Distribución equilibrada del peso.</w:t>
      </w:r>
    </w:p>
    <w:p>
      <w:pPr>
        <w:pStyle w:val="ListBullet"/>
      </w:pPr>
      <w:r>
        <w:t>Pedir ayuda si carga es excesiva.</w:t>
      </w:r>
    </w:p>
    <w:p>
      <w:r>
        <w:t>**7. Coordinación del equipo**</w:t>
      </w:r>
    </w:p>
    <w:p>
      <w:pPr>
        <w:pStyle w:val="ListBullet"/>
      </w:pPr>
      <w:r>
        <w:t>Comunicación clara y estructurada.</w:t>
      </w:r>
    </w:p>
    <w:p>
      <w:pPr>
        <w:pStyle w:val="ListBullet"/>
      </w:pPr>
      <w:r>
        <w:t>Movimientos simultáneos.</w:t>
      </w:r>
    </w:p>
    <w:p>
      <w:pPr>
        <w:pStyle w:val="ListBullet"/>
      </w:pPr>
      <w:r>
        <w:t>Verificación antes de ejecutar.</w:t>
      </w:r>
    </w:p>
    <w:p>
      <w:pPr>
        <w:pStyle w:val="ListBullet"/>
      </w:pPr>
      <w:r>
        <w:t>Comunicación de problemas inmediatamente.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2.13.4 Preparación previa común</w:t>
      </w:r>
    </w:p>
    <w:p>
      <w:pPr>
        <w:pStyle w:val="Heading3"/>
      </w:pPr>
      <w:r>
        <w:t>Checklist de preparación</w:t>
      </w:r>
    </w:p>
    <w:p>
      <w:r>
        <w:t>**1. Verificación del dispositivo**</w:t>
      </w:r>
    </w:p>
    <w:p>
      <w:pPr>
        <w:pStyle w:val="ListBullet"/>
      </w:pPr>
      <w:r>
        <w:t>[ ] Dispositivo disponible y en buen estado.</w:t>
      </w:r>
    </w:p>
    <w:p>
      <w:pPr>
        <w:pStyle w:val="ListBullet"/>
      </w:pPr>
      <w:r>
        <w:t>[ ] Estructura estable, sin daños.</w:t>
      </w:r>
    </w:p>
    <w:p>
      <w:pPr>
        <w:pStyle w:val="ListBullet"/>
      </w:pPr>
      <w:r>
        <w:t>[ ] Mecanismos funcionan correctamente.</w:t>
      </w:r>
    </w:p>
    <w:p>
      <w:pPr>
        <w:pStyle w:val="ListBullet"/>
      </w:pPr>
      <w:r>
        <w:t>[ ] Material adecuado para la situación.</w:t>
      </w:r>
    </w:p>
    <w:p>
      <w:r>
        <w:t>**2. Cierres y mecanismos**</w:t>
      </w:r>
    </w:p>
    <w:p>
      <w:pPr>
        <w:pStyle w:val="ListBullet"/>
      </w:pPr>
      <w:r>
        <w:t>[ ] Cierres funcionan correctamente.</w:t>
      </w:r>
    </w:p>
    <w:p>
      <w:pPr>
        <w:pStyle w:val="ListBullet"/>
      </w:pPr>
      <w:r>
        <w:t>[ ] Mecanismos de plegado/desplegado funcionan.</w:t>
      </w:r>
    </w:p>
    <w:p>
      <w:pPr>
        <w:pStyle w:val="ListBullet"/>
      </w:pPr>
      <w:r>
        <w:t>[ ] Verificar que dispositivo está completamente desplegado (si aplica).</w:t>
      </w:r>
    </w:p>
    <w:p>
      <w:pPr>
        <w:pStyle w:val="ListBullet"/>
      </w:pPr>
      <w:r>
        <w:t>[ ] Verificar que dispositivo está completamente plegado (si aplica para almacenamiento).</w:t>
      </w:r>
    </w:p>
    <w:p>
      <w:r>
        <w:t>**3. Ruedas (si aplica)**</w:t>
      </w:r>
    </w:p>
    <w:p>
      <w:pPr>
        <w:pStyle w:val="ListBullet"/>
      </w:pPr>
      <w:r>
        <w:t>[ ] Ruedas giran correctamente.</w:t>
      </w:r>
    </w:p>
    <w:p>
      <w:pPr>
        <w:pStyle w:val="ListBullet"/>
      </w:pPr>
      <w:r>
        <w:t>[ ] Frenos funcionan correctamente.</w:t>
      </w:r>
    </w:p>
    <w:p>
      <w:pPr>
        <w:pStyle w:val="ListBullet"/>
      </w:pPr>
      <w:r>
        <w:t>[ ] Activar frenos antes de cargar paciente.</w:t>
      </w:r>
    </w:p>
    <w:p>
      <w:pPr>
        <w:pStyle w:val="ListBullet"/>
      </w:pPr>
      <w:r>
        <w:t>[ ] Verificar que frenos están activados.</w:t>
      </w:r>
    </w:p>
    <w:p>
      <w:r>
        <w:t>**4. Cinturones de sujeción**</w:t>
      </w:r>
    </w:p>
    <w:p>
      <w:pPr>
        <w:pStyle w:val="ListBullet"/>
      </w:pPr>
      <w:r>
        <w:t>[ ] Cinturones disponibles y en buen estado.</w:t>
      </w:r>
    </w:p>
    <w:p>
      <w:pPr>
        <w:pStyle w:val="ListBullet"/>
      </w:pPr>
      <w:r>
        <w:t>[ ] Verificar que cinturones están bien fijados al dispositivo.</w:t>
      </w:r>
    </w:p>
    <w:p>
      <w:pPr>
        <w:pStyle w:val="ListBullet"/>
      </w:pPr>
      <w:r>
        <w:t>[ ] Preparar cinturones para sujeción del paciente.</w:t>
      </w:r>
    </w:p>
    <w:p>
      <w:pPr>
        <w:pStyle w:val="ListBullet"/>
      </w:pPr>
      <w:r>
        <w:t>[ ] Verificar que cinturones son adecuados.</w:t>
      </w:r>
    </w:p>
    <w:p>
      <w:r>
        <w:t>**5. Gestión de cables/oxígeno**</w:t>
      </w:r>
    </w:p>
    <w:p>
      <w:pPr>
        <w:pStyle w:val="ListBullet"/>
      </w:pPr>
      <w:r>
        <w:t>[ ] Identificar cables/oxígeno que deben acompañar al paciente.</w:t>
      </w:r>
    </w:p>
    <w:p>
      <w:pPr>
        <w:pStyle w:val="ListBullet"/>
      </w:pPr>
      <w:r>
        <w:t>[ ] Preparar cables/oxígeno para no engancharse.</w:t>
      </w:r>
    </w:p>
    <w:p>
      <w:pPr>
        <w:pStyle w:val="ListBullet"/>
      </w:pPr>
      <w:r>
        <w:t>[ ] Verificar que cables/oxígeno no interfieren con evacuación.</w:t>
      </w:r>
    </w:p>
    <w:p>
      <w:pPr>
        <w:pStyle w:val="ListBullet"/>
      </w:pPr>
      <w:r>
        <w:t>[ ] Asegurar que cables/oxígeno no se enganchan durante movimientos.</w:t>
      </w:r>
    </w:p>
    <w:p>
      <w:r>
        <w:t>**6. Equipo**</w:t>
      </w:r>
    </w:p>
    <w:p>
      <w:pPr>
        <w:pStyle w:val="ListBullet"/>
      </w:pPr>
      <w:r>
        <w:t>[ ] Personal suficiente disponible.</w:t>
      </w:r>
    </w:p>
    <w:p>
      <w:pPr>
        <w:pStyle w:val="ListBullet"/>
      </w:pPr>
      <w:r>
        <w:t>[ ] Roles asignados.</w:t>
      </w:r>
    </w:p>
    <w:p>
      <w:pPr>
        <w:pStyle w:val="ListBullet"/>
      </w:pPr>
      <w:r>
        <w:t>[ ] Comunicación establecida.</w:t>
      </w:r>
    </w:p>
    <w:p>
      <w:pPr>
        <w:pStyle w:val="ListBullet"/>
      </w:pPr>
      <w:r>
        <w:t>[ ] EPI adecuados.</w:t>
      </w:r>
    </w:p>
    <w:p>
      <w:r>
        <w:t>**7. Ruta**</w:t>
      </w:r>
    </w:p>
    <w:p>
      <w:pPr>
        <w:pStyle w:val="ListBullet"/>
      </w:pPr>
      <w:r>
        <w:t>[ ] Ruta despejada y segura.</w:t>
      </w:r>
    </w:p>
    <w:p>
      <w:pPr>
        <w:pStyle w:val="ListBullet"/>
      </w:pPr>
      <w:r>
        <w:t>[ ] Obstáculos identificados y gestionados.</w:t>
      </w:r>
    </w:p>
    <w:p>
      <w:pPr>
        <w:pStyle w:val="ListBullet"/>
      </w:pPr>
      <w:r>
        <w:t>[ ] Ruta alternativa planificada si es necesario.</w:t>
      </w:r>
    </w:p>
    <w:p>
      <w:pPr>
        <w:pStyle w:val="ListBullet"/>
      </w:pPr>
      <w:r>
        <w:t>[ ] Iluminación adecuada.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2.13.5 Procedimientos paso a paso por dispositivo</w:t>
      </w:r>
    </w:p>
    <w:p>
      <w:pPr>
        <w:pStyle w:val="Heading3"/>
      </w:pPr>
      <w:r>
        <w:t>A) Camilla principal de ambulancia (camilla de traslado)</w:t>
      </w:r>
    </w:p>
    <w:p>
      <w:r>
        <w:t>**Características:**</w:t>
      </w:r>
    </w:p>
    <w:p>
      <w:pPr>
        <w:pStyle w:val="ListBullet"/>
      </w:pPr>
      <w:r>
        <w:t>Camilla rígida con ruedas.</w:t>
      </w:r>
    </w:p>
    <w:p>
      <w:pPr>
        <w:pStyle w:val="ListBullet"/>
      </w:pPr>
      <w:r>
        <w:t>Sistema de elevación (hidráulico o manual).</w:t>
      </w:r>
    </w:p>
    <w:p>
      <w:pPr>
        <w:pStyle w:val="ListBullet"/>
      </w:pPr>
      <w:r>
        <w:t>Compatible con tablero espinal, colchón de vacío.</w:t>
      </w:r>
    </w:p>
    <w:p>
      <w:pPr>
        <w:pStyle w:val="ListBullet"/>
      </w:pPr>
      <w:r>
        <w:t>Uso estándar en ambulancia.</w:t>
      </w:r>
    </w:p>
    <w:p>
      <w:r>
        <w:t>**Procedimiento paso a paso:**</w:t>
      </w:r>
    </w:p>
    <w:p>
      <w:r>
        <w:t>**1. Preparación**</w:t>
      </w:r>
    </w:p>
    <w:p>
      <w:pPr>
        <w:pStyle w:val="ListBullet"/>
      </w:pPr>
      <w:r>
        <w:t>Verificar que camilla está en buen estado.</w:t>
      </w:r>
    </w:p>
    <w:p>
      <w:pPr>
        <w:pStyle w:val="ListBullet"/>
      </w:pPr>
      <w:r>
        <w:t>Activar frenos.</w:t>
      </w:r>
    </w:p>
    <w:p>
      <w:pPr>
        <w:pStyle w:val="ListBullet"/>
      </w:pPr>
      <w:r>
        <w:t>Ajustar altura si es necesario.</w:t>
      </w:r>
    </w:p>
    <w:p>
      <w:pPr>
        <w:pStyle w:val="ListBullet"/>
      </w:pPr>
      <w:r>
        <w:t>Preparar cinturones de sujeción.</w:t>
      </w:r>
    </w:p>
    <w:p>
      <w:r>
        <w:t>**2. Subida del paciente**</w:t>
      </w:r>
    </w:p>
    <w:p>
      <w:pPr>
        <w:pStyle w:val="ListBullet"/>
      </w:pPr>
      <w:r>
        <w:t>Colocar camilla junto al paciente o dispositivo de inmovilización.</w:t>
      </w:r>
    </w:p>
    <w:p>
      <w:pPr>
        <w:pStyle w:val="ListBullet"/>
      </w:pPr>
      <w:r>
        <w:t>Activar frenos.</w:t>
      </w:r>
    </w:p>
    <w:p>
      <w:pPr>
        <w:pStyle w:val="ListBullet"/>
      </w:pPr>
      <w:r>
        <w:t>Transferir paciente a camilla (ver 2.8).</w:t>
      </w:r>
    </w:p>
    <w:p>
      <w:pPr>
        <w:pStyle w:val="ListBullet"/>
      </w:pPr>
      <w:r>
        <w:t>Asegurar paciente con cinturones.</w:t>
      </w:r>
    </w:p>
    <w:p>
      <w:pPr>
        <w:pStyle w:val="ListBullet"/>
      </w:pPr>
      <w:r>
        <w:t>Verificar que paciente está bien sujeto.</w:t>
      </w:r>
    </w:p>
    <w:p>
      <w:r>
        <w:t>**3. Bloqueo y seguridad**</w:t>
      </w:r>
    </w:p>
    <w:p>
      <w:pPr>
        <w:pStyle w:val="ListBullet"/>
      </w:pPr>
      <w:r>
        <w:t>Activar frenos.</w:t>
      </w:r>
    </w:p>
    <w:p>
      <w:pPr>
        <w:pStyle w:val="ListBullet"/>
      </w:pPr>
      <w:r>
        <w:t>Verificar que frenos están activados.</w:t>
      </w:r>
    </w:p>
    <w:p>
      <w:pPr>
        <w:pStyle w:val="ListBullet"/>
      </w:pPr>
      <w:r>
        <w:t>Ajustar cinturones de sujeción.</w:t>
      </w:r>
    </w:p>
    <w:p>
      <w:pPr>
        <w:pStyle w:val="ListBullet"/>
      </w:pPr>
      <w:r>
        <w:t>Verificar que paciente está estable.</w:t>
      </w:r>
    </w:p>
    <w:p>
      <w:pPr>
        <w:pStyle w:val="ListBullet"/>
      </w:pPr>
      <w:r>
        <w:t>Verificar que cables/oxígeno están gestionados.</w:t>
      </w:r>
    </w:p>
    <w:p>
      <w:r>
        <w:t>**4. Movilización**</w:t>
      </w:r>
    </w:p>
    <w:p>
      <w:pPr>
        <w:pStyle w:val="ListBullet"/>
      </w:pPr>
      <w:r>
        <w:t>Desactivar frenos solo cuando se va a mover.</w:t>
      </w:r>
    </w:p>
    <w:p>
      <w:pPr>
        <w:pStyle w:val="ListBullet"/>
      </w:pPr>
      <w:r>
        <w:t>Movilizar con movimientos cortos y controlados.</w:t>
      </w:r>
    </w:p>
    <w:p>
      <w:pPr>
        <w:pStyle w:val="ListBullet"/>
      </w:pPr>
      <w:r>
        <w:t>Activar frenos si se detiene.</w:t>
      </w:r>
    </w:p>
    <w:p>
      <w:pPr>
        <w:pStyle w:val="ListBullet"/>
      </w:pPr>
      <w:r>
        <w:t>Verificar continuamente que paciente está estable.</w:t>
      </w:r>
    </w:p>
    <w:p>
      <w:r>
        <w:t>**5. Carga en ambulancia**</w:t>
      </w:r>
    </w:p>
    <w:p>
      <w:pPr>
        <w:pStyle w:val="ListBullet"/>
      </w:pPr>
      <w:r>
        <w:t>Activar frenos antes de cargar.</w:t>
      </w:r>
    </w:p>
    <w:p>
      <w:pPr>
        <w:pStyle w:val="ListBullet"/>
      </w:pPr>
      <w:r>
        <w:t>Elevar camilla a altura de ambulancia (sistema hidráulico o manual).</w:t>
      </w:r>
    </w:p>
    <w:p>
      <w:pPr>
        <w:pStyle w:val="ListBullet"/>
      </w:pPr>
      <w:r>
        <w:t>Cargar camilla en ambulancia.</w:t>
      </w:r>
    </w:p>
    <w:p>
      <w:pPr>
        <w:pStyle w:val="ListBullet"/>
      </w:pPr>
      <w:r>
        <w:t>Bloquear camilla en sistema de sujeción de ambulancia.</w:t>
      </w:r>
    </w:p>
    <w:p>
      <w:pPr>
        <w:pStyle w:val="ListBullet"/>
      </w:pPr>
      <w:r>
        <w:t>Verificar que camilla está bien bloqueada.</w:t>
      </w:r>
    </w:p>
    <w:p>
      <w:pPr>
        <w:pStyle w:val="ListBullet"/>
      </w:pPr>
      <w:r>
        <w:t>Verificar que paciente está estable.</w:t>
      </w:r>
    </w:p>
    <w:p>
      <w:r>
        <w:t>**6. Descarga de ambulancia**</w:t>
      </w:r>
    </w:p>
    <w:p>
      <w:pPr>
        <w:pStyle w:val="ListBullet"/>
      </w:pPr>
      <w:r>
        <w:t>Desbloquear camilla del sistema de sujeción.</w:t>
      </w:r>
    </w:p>
    <w:p>
      <w:pPr>
        <w:pStyle w:val="ListBullet"/>
      </w:pPr>
      <w:r>
        <w:t>Activar frenos.</w:t>
      </w:r>
    </w:p>
    <w:p>
      <w:pPr>
        <w:pStyle w:val="ListBullet"/>
      </w:pPr>
      <w:r>
        <w:t>Descargar camilla de ambulancia.</w:t>
      </w:r>
    </w:p>
    <w:p>
      <w:pPr>
        <w:pStyle w:val="ListBullet"/>
      </w:pPr>
      <w:r>
        <w:t>Bajar camilla a altura adecuada.</w:t>
      </w:r>
    </w:p>
    <w:p>
      <w:pPr>
        <w:pStyle w:val="ListBullet"/>
      </w:pPr>
      <w:r>
        <w:t>Verificar que frenos están activados.</w:t>
      </w:r>
    </w:p>
    <w:p>
      <w:pPr>
        <w:pStyle w:val="ListBullet"/>
      </w:pPr>
      <w:r>
        <w:t>Verificar que paciente está estable.</w:t>
      </w:r>
    </w:p>
    <w:p>
      <w:r>
        <w:t>**Variaciones por diseño:**</w:t>
      </w:r>
    </w:p>
    <w:p>
      <w:pPr>
        <w:pStyle w:val="ListBullet"/>
      </w:pPr>
      <w:r>
        <w:t>Sistema de elevación hidráulico vs manual.</w:t>
      </w:r>
    </w:p>
    <w:p>
      <w:pPr>
        <w:pStyle w:val="ListBullet"/>
      </w:pPr>
      <w:r>
        <w:t>Sistema de bloqueo en ambulancia (varía por modelo).</w:t>
      </w:r>
    </w:p>
    <w:p>
      <w:pPr>
        <w:pStyle w:val="ListBullet"/>
      </w:pPr>
      <w:r>
        <w:t>Altura ajustable vs fija.</w:t>
      </w:r>
    </w:p>
    <w:p>
      <w:r>
        <w:t>**Errores frecuentes:**</w:t>
      </w:r>
    </w:p>
    <w:p>
      <w:pPr>
        <w:pStyle w:val="ListBullet"/>
      </w:pPr>
      <w:r>
        <w:t>No activar frenos antes de cargar/descargar.</w:t>
      </w:r>
    </w:p>
    <w:p>
      <w:pPr>
        <w:pStyle w:val="ListBullet"/>
      </w:pPr>
      <w:r>
        <w:t>No bloquear camilla en ambulancia.</w:t>
      </w:r>
    </w:p>
    <w:p>
      <w:pPr>
        <w:pStyle w:val="ListBullet"/>
      </w:pPr>
      <w:r>
        <w:t>Movilizar con frenos activados.</w:t>
      </w:r>
    </w:p>
    <w:p>
      <w:pPr>
        <w:pStyle w:val="ListBullet"/>
      </w:pPr>
      <w:r>
        <w:t>No verificar que paciente está bien sujeto.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B) Camilla plegable / camilla de lona</w:t>
      </w:r>
    </w:p>
    <w:p>
      <w:r>
        <w:t>**Características:**</w:t>
      </w:r>
    </w:p>
    <w:p>
      <w:pPr>
        <w:pStyle w:val="ListBullet"/>
      </w:pPr>
      <w:r>
        <w:t>Camilla plegable, ligera.</w:t>
      </w:r>
    </w:p>
    <w:p>
      <w:pPr>
        <w:pStyle w:val="ListBullet"/>
      </w:pPr>
      <w:r>
        <w:t>Material: lona o similar.</w:t>
      </w:r>
    </w:p>
    <w:p>
      <w:pPr>
        <w:pStyle w:val="ListBullet"/>
      </w:pPr>
      <w:r>
        <w:t>Fácil de transportar.</w:t>
      </w:r>
    </w:p>
    <w:p>
      <w:pPr>
        <w:pStyle w:val="ListBullet"/>
      </w:pPr>
      <w:r>
        <w:t>Uso en espacios reducidos o como alternativa.</w:t>
      </w:r>
    </w:p>
    <w:p>
      <w:r>
        <w:t>**Procedimiento paso a paso:**</w:t>
      </w:r>
    </w:p>
    <w:p>
      <w:r>
        <w:t>**1. Preparación**</w:t>
      </w:r>
    </w:p>
    <w:p>
      <w:pPr>
        <w:pStyle w:val="ListBullet"/>
      </w:pPr>
      <w:r>
        <w:t>Desplegar camilla completamente.</w:t>
      </w:r>
    </w:p>
    <w:p>
      <w:pPr>
        <w:pStyle w:val="ListBullet"/>
      </w:pPr>
      <w:r>
        <w:t>Verificar que estructura está estable.</w:t>
      </w:r>
    </w:p>
    <w:p>
      <w:pPr>
        <w:pStyle w:val="ListBullet"/>
      </w:pPr>
      <w:r>
        <w:t>Verificar que cierres están seguros.</w:t>
      </w:r>
    </w:p>
    <w:p>
      <w:pPr>
        <w:pStyle w:val="ListBullet"/>
      </w:pPr>
      <w:r>
        <w:t>Preparar cinturones de sujeción.</w:t>
      </w:r>
    </w:p>
    <w:p>
      <w:r>
        <w:t>**2. Colocación del paciente**</w:t>
      </w:r>
    </w:p>
    <w:p>
      <w:pPr>
        <w:pStyle w:val="ListBullet"/>
      </w:pPr>
      <w:r>
        <w:t>Colocar camilla junto al paciente.</w:t>
      </w:r>
    </w:p>
    <w:p>
      <w:pPr>
        <w:pStyle w:val="ListBullet"/>
      </w:pPr>
      <w:r>
        <w:t>Transferir paciente a camilla (ver 2.8).</w:t>
      </w:r>
    </w:p>
    <w:p>
      <w:pPr>
        <w:pStyle w:val="ListBullet"/>
      </w:pPr>
      <w:r>
        <w:t>Asegurar paciente con cinturones.</w:t>
      </w:r>
    </w:p>
    <w:p>
      <w:pPr>
        <w:pStyle w:val="ListBullet"/>
      </w:pPr>
      <w:r>
        <w:t>Verificar que paciente está bien sujeto.</w:t>
      </w:r>
    </w:p>
    <w:p>
      <w:r>
        <w:t>**3. Movilización**</w:t>
      </w:r>
    </w:p>
    <w:p>
      <w:pPr>
        <w:pStyle w:val="ListBullet"/>
      </w:pPr>
      <w:r>
        <w:t>Coordinar equipo para movilización.</w:t>
      </w:r>
    </w:p>
    <w:p>
      <w:pPr>
        <w:pStyle w:val="ListBullet"/>
      </w:pPr>
      <w:r>
        <w:t>Movilizar con movimientos cortos y controlados.</w:t>
      </w:r>
    </w:p>
    <w:p>
      <w:pPr>
        <w:pStyle w:val="ListBullet"/>
      </w:pPr>
      <w:r>
        <w:t>Mantener estabilidad durante movilización.</w:t>
      </w:r>
    </w:p>
    <w:p>
      <w:pPr>
        <w:pStyle w:val="ListBullet"/>
      </w:pPr>
      <w:r>
        <w:t>Verificar continuamente que paciente está estable.</w:t>
      </w:r>
    </w:p>
    <w:p>
      <w:r>
        <w:t>**4. Almacenamiento**</w:t>
      </w:r>
    </w:p>
    <w:p>
      <w:pPr>
        <w:pStyle w:val="ListBullet"/>
      </w:pPr>
      <w:r>
        <w:t>Plegar camilla después de uso.</w:t>
      </w:r>
    </w:p>
    <w:p>
      <w:pPr>
        <w:pStyle w:val="ListBullet"/>
      </w:pPr>
      <w:r>
        <w:t>Verificar que cierres están seguros.</w:t>
      </w:r>
    </w:p>
    <w:p>
      <w:pPr>
        <w:pStyle w:val="ListBullet"/>
      </w:pPr>
      <w:r>
        <w:t>Almacenar correctamente.</w:t>
      </w:r>
    </w:p>
    <w:p>
      <w:r>
        <w:t>**Variaciones por diseño:**</w:t>
      </w:r>
    </w:p>
    <w:p>
      <w:pPr>
        <w:pStyle w:val="ListBullet"/>
      </w:pPr>
      <w:r>
        <w:t>Sistema de plegado (varía por modelo).</w:t>
      </w:r>
    </w:p>
    <w:p>
      <w:pPr>
        <w:pStyle w:val="ListBullet"/>
      </w:pPr>
      <w:r>
        <w:t>Material (lona, composite, etc.).</w:t>
      </w:r>
    </w:p>
    <w:p>
      <w:pPr>
        <w:pStyle w:val="ListBullet"/>
      </w:pPr>
      <w:r>
        <w:t>Sistema de sujeción (varía por modelo).</w:t>
      </w:r>
    </w:p>
    <w:p>
      <w:r>
        <w:t>**Errores frecuentes:**</w:t>
      </w:r>
    </w:p>
    <w:p>
      <w:pPr>
        <w:pStyle w:val="ListBullet"/>
      </w:pPr>
      <w:r>
        <w:t>No desplegar completamente antes de usar.</w:t>
      </w:r>
    </w:p>
    <w:p>
      <w:pPr>
        <w:pStyle w:val="ListBullet"/>
      </w:pPr>
      <w:r>
        <w:t>No verificar que estructura está estable.</w:t>
      </w:r>
    </w:p>
    <w:p>
      <w:pPr>
        <w:pStyle w:val="ListBullet"/>
      </w:pPr>
      <w:r>
        <w:t>No asegurar paciente correctamente.</w:t>
      </w:r>
    </w:p>
    <w:p>
      <w:pPr>
        <w:pStyle w:val="ListBullet"/>
      </w:pPr>
      <w:r>
        <w:t>Plegar con paciente aún en camilla.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C) Camilla tipo Reeves o equivalente</w:t>
      </w:r>
    </w:p>
    <w:p>
      <w:r>
        <w:t>**Características:**</w:t>
      </w:r>
    </w:p>
    <w:p>
      <w:pPr>
        <w:pStyle w:val="ListBullet"/>
      </w:pPr>
      <w:r>
        <w:t>Camilla rígida con estructura específica.</w:t>
      </w:r>
    </w:p>
    <w:p>
      <w:pPr>
        <w:pStyle w:val="ListBullet"/>
      </w:pPr>
      <w:r>
        <w:t>Diseño para terreno irregular.</w:t>
      </w:r>
    </w:p>
    <w:p>
      <w:pPr>
        <w:pStyle w:val="ListBullet"/>
      </w:pPr>
      <w:r>
        <w:t>Uso en rescate o terreno difícil.</w:t>
      </w:r>
    </w:p>
    <w:p>
      <w:r>
        <w:t>**Procedimiento paso a paso:**</w:t>
      </w:r>
    </w:p>
    <w:p>
      <w:r>
        <w:t>**1. Preparación**</w:t>
      </w:r>
    </w:p>
    <w:p>
      <w:pPr>
        <w:pStyle w:val="ListBullet"/>
      </w:pPr>
      <w:r>
        <w:t>Verificar que camilla está en buen estado.</w:t>
      </w:r>
    </w:p>
    <w:p>
      <w:pPr>
        <w:pStyle w:val="ListBullet"/>
      </w:pPr>
      <w:r>
        <w:t>Verificar que estructura está estable.</w:t>
      </w:r>
    </w:p>
    <w:p>
      <w:pPr>
        <w:pStyle w:val="ListBullet"/>
      </w:pPr>
      <w:r>
        <w:t>Preparar cinturones de sujeción.</w:t>
      </w:r>
    </w:p>
    <w:p>
      <w:pPr>
        <w:pStyle w:val="ListBullet"/>
      </w:pPr>
      <w:r>
        <w:t>Coordinar con el equipo.</w:t>
      </w:r>
    </w:p>
    <w:p>
      <w:r>
        <w:t>**2. Colocación del paciente**</w:t>
      </w:r>
    </w:p>
    <w:p>
      <w:pPr>
        <w:pStyle w:val="ListBullet"/>
      </w:pPr>
      <w:r>
        <w:t>Colocar camilla junto al paciente.</w:t>
      </w:r>
    </w:p>
    <w:p>
      <w:pPr>
        <w:pStyle w:val="ListBullet"/>
      </w:pPr>
      <w:r>
        <w:t>Transferir paciente a camilla (ver 2.8).</w:t>
      </w:r>
    </w:p>
    <w:p>
      <w:pPr>
        <w:pStyle w:val="ListBullet"/>
      </w:pPr>
      <w:r>
        <w:t>Asegurar paciente con cinturones.</w:t>
      </w:r>
    </w:p>
    <w:p>
      <w:pPr>
        <w:pStyle w:val="ListBullet"/>
      </w:pPr>
      <w:r>
        <w:t>Verificar que paciente está bien sujeto.</w:t>
      </w:r>
    </w:p>
    <w:p>
      <w:r>
        <w:t>**3. Movilización en terreno irregular**</w:t>
      </w:r>
    </w:p>
    <w:p>
      <w:pPr>
        <w:pStyle w:val="ListBullet"/>
      </w:pPr>
      <w:r>
        <w:t>Coordinar equipo para movilización.</w:t>
      </w:r>
    </w:p>
    <w:p>
      <w:pPr>
        <w:pStyle w:val="ListBullet"/>
      </w:pPr>
      <w:r>
        <w:t>Mantener estabilidad durante movilización.</w:t>
      </w:r>
    </w:p>
    <w:p>
      <w:pPr>
        <w:pStyle w:val="ListBullet"/>
      </w:pPr>
      <w:r>
        <w:t>Adaptar técnica al terreno.</w:t>
      </w:r>
    </w:p>
    <w:p>
      <w:pPr>
        <w:pStyle w:val="ListBullet"/>
      </w:pPr>
      <w:r>
        <w:t>Verificar continuamente que paciente está estable.</w:t>
      </w:r>
    </w:p>
    <w:p>
      <w:r>
        <w:t>**Variaciones por diseño:**</w:t>
      </w:r>
    </w:p>
    <w:p>
      <w:pPr>
        <w:pStyle w:val="ListBullet"/>
      </w:pPr>
      <w:r>
        <w:t>Estructura específica (varía por modelo).</w:t>
      </w:r>
    </w:p>
    <w:p>
      <w:pPr>
        <w:pStyle w:val="ListBullet"/>
      </w:pPr>
      <w:r>
        <w:t>Sistema de sujeción (varía por modelo).</w:t>
      </w:r>
    </w:p>
    <w:p>
      <w:pPr>
        <w:pStyle w:val="ListBullet"/>
      </w:pPr>
      <w:r>
        <w:t>Compatibilidad con otros dispositivos (varía por modelo).</w:t>
      </w:r>
    </w:p>
    <w:p>
      <w:r>
        <w:t>**Errores frecuentes:**</w:t>
      </w:r>
    </w:p>
    <w:p>
      <w:pPr>
        <w:pStyle w:val="ListBullet"/>
      </w:pPr>
      <w:r>
        <w:t>No verificar que estructura está estable.</w:t>
      </w:r>
    </w:p>
    <w:p>
      <w:pPr>
        <w:pStyle w:val="ListBullet"/>
      </w:pPr>
      <w:r>
        <w:t>No asegurar paciente correctamente.</w:t>
      </w:r>
    </w:p>
    <w:p>
      <w:pPr>
        <w:pStyle w:val="ListBullet"/>
      </w:pPr>
      <w:r>
        <w:t>Movilización brusca en terreno irregular.</w:t>
      </w:r>
    </w:p>
    <w:p>
      <w:pPr>
        <w:pStyle w:val="ListBullet"/>
      </w:pPr>
      <w:r>
        <w:t>No adaptar técnica al terreno.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D) Canastilla/basket (si aplica)</w:t>
      </w:r>
    </w:p>
    <w:p>
      <w:r>
        <w:t>**Características:**</w:t>
      </w:r>
    </w:p>
    <w:p>
      <w:pPr>
        <w:pStyle w:val="ListBullet"/>
      </w:pPr>
      <w:r>
        <w:t>Camilla tipo canasta o cesta.</w:t>
      </w:r>
    </w:p>
    <w:p>
      <w:pPr>
        <w:pStyle w:val="ListBullet"/>
      </w:pPr>
      <w:r>
        <w:t>Uso en rescate técnico.</w:t>
      </w:r>
    </w:p>
    <w:p>
      <w:pPr>
        <w:pStyle w:val="ListBullet"/>
      </w:pPr>
      <w:r>
        <w:t>Coordinación con bomberos/rescate.</w:t>
      </w:r>
    </w:p>
    <w:p>
      <w:r>
        <w:t>**Enfoque TES:**</w:t>
      </w:r>
    </w:p>
    <w:p>
      <w:pPr>
        <w:pStyle w:val="ListBullet"/>
      </w:pPr>
      <w:r>
        <w:t>El TES no realiza rescate técnico.</w:t>
      </w:r>
    </w:p>
    <w:p>
      <w:pPr>
        <w:pStyle w:val="ListBullet"/>
      </w:pPr>
      <w:r>
        <w:t>Coordina fase sanitaria con rescate técnico.</w:t>
      </w:r>
    </w:p>
    <w:p>
      <w:pPr>
        <w:pStyle w:val="ListBullet"/>
      </w:pPr>
      <w:r>
        <w:t>Protege paciente durante rescate.</w:t>
      </w:r>
    </w:p>
    <w:p>
      <w:pPr>
        <w:pStyle w:val="ListBullet"/>
      </w:pPr>
      <w:r>
        <w:t>Prepara para transferencia a camilla sanitaria.</w:t>
      </w:r>
    </w:p>
    <w:p>
      <w:r>
        <w:t>**Procedimiento paso a paso:**</w:t>
      </w:r>
    </w:p>
    <w:p>
      <w:r>
        <w:t>**1. Coordinación con rescate técnico**</w:t>
      </w:r>
    </w:p>
    <w:p>
      <w:pPr>
        <w:pStyle w:val="ListBullet"/>
      </w:pPr>
      <w:r>
        <w:t>Coordinar con bomberos/rescate técnico.</w:t>
      </w:r>
    </w:p>
    <w:p>
      <w:pPr>
        <w:pStyle w:val="ListBullet"/>
      </w:pPr>
      <w:r>
        <w:t>Comunicar necesidades sanitarias.</w:t>
      </w:r>
    </w:p>
    <w:p>
      <w:pPr>
        <w:pStyle w:val="ListBullet"/>
      </w:pPr>
      <w:r>
        <w:t>Esperar señal para fase sanitaria.</w:t>
      </w:r>
    </w:p>
    <w:p>
      <w:pPr>
        <w:pStyle w:val="ListBullet"/>
      </w:pPr>
      <w:r>
        <w:t>No interferir con rescate técnico.</w:t>
      </w:r>
    </w:p>
    <w:p>
      <w:r>
        <w:t>**2. Preparación para transferencia**</w:t>
      </w:r>
    </w:p>
    <w:p>
      <w:pPr>
        <w:pStyle w:val="ListBullet"/>
      </w:pPr>
      <w:r>
        <w:t>Preparar camilla sanitaria.</w:t>
      </w:r>
    </w:p>
    <w:p>
      <w:pPr>
        <w:pStyle w:val="ListBullet"/>
      </w:pPr>
      <w:r>
        <w:t>Preparar material de inmovilización.</w:t>
      </w:r>
    </w:p>
    <w:p>
      <w:pPr>
        <w:pStyle w:val="ListBullet"/>
      </w:pPr>
      <w:r>
        <w:t>Coordinar equipo para transferencia.</w:t>
      </w:r>
    </w:p>
    <w:p>
      <w:pPr>
        <w:pStyle w:val="ListBullet"/>
      </w:pPr>
      <w:r>
        <w:t>Esperar que rescate técnico complete su fase.</w:t>
      </w:r>
    </w:p>
    <w:p>
      <w:r>
        <w:t>**3. Transferencia a camilla sanitaria**</w:t>
      </w:r>
    </w:p>
    <w:p>
      <w:pPr>
        <w:pStyle w:val="ListBullet"/>
      </w:pPr>
      <w:r>
        <w:t>Coordinar transferencia con rescate técnico.</w:t>
      </w:r>
    </w:p>
    <w:p>
      <w:pPr>
        <w:pStyle w:val="ListBullet"/>
      </w:pPr>
      <w:r>
        <w:t>Transferir paciente de canastilla a camilla sanitaria (ver 2.8).</w:t>
      </w:r>
    </w:p>
    <w:p>
      <w:pPr>
        <w:pStyle w:val="ListBullet"/>
      </w:pPr>
      <w:r>
        <w:t>Aplicar inmovilización si es necesario.</w:t>
      </w:r>
    </w:p>
    <w:p>
      <w:pPr>
        <w:pStyle w:val="ListBullet"/>
      </w:pPr>
      <w:r>
        <w:t>Verificar que paciente está estable.</w:t>
      </w:r>
    </w:p>
    <w:p>
      <w:r>
        <w:t>**Consideraciones:**</w:t>
      </w:r>
    </w:p>
    <w:p>
      <w:pPr>
        <w:pStyle w:val="ListBullet"/>
      </w:pPr>
      <w:r>
        <w:t>Respetar roles: rescate técnico realiza rescate, TES realiza fase sanitaria.</w:t>
      </w:r>
    </w:p>
    <w:p>
      <w:pPr>
        <w:pStyle w:val="ListBullet"/>
      </w:pPr>
      <w:r>
        <w:t>Coordinar antes de actuar.</w:t>
      </w:r>
    </w:p>
    <w:p>
      <w:pPr>
        <w:pStyle w:val="ListBullet"/>
      </w:pPr>
      <w:r>
        <w:t>Comunicar necesidades claramente.</w:t>
      </w:r>
    </w:p>
    <w:p>
      <w:pPr>
        <w:pStyle w:val="ListBullet"/>
      </w:pPr>
      <w:r>
        <w:t>No sustituir rescate técnico.</w:t>
      </w:r>
    </w:p>
    <w:p>
      <w:r>
        <w:t>**Errores frecuentes:**</w:t>
      </w:r>
    </w:p>
    <w:p>
      <w:pPr>
        <w:pStyle w:val="ListBullet"/>
      </w:pPr>
      <w:r>
        <w:t>Interferir con rescate técnico.</w:t>
      </w:r>
    </w:p>
    <w:p>
      <w:pPr>
        <w:pStyle w:val="ListBullet"/>
      </w:pPr>
      <w:r>
        <w:t>No coordinar antes de actuar.</w:t>
      </w:r>
    </w:p>
    <w:p>
      <w:pPr>
        <w:pStyle w:val="ListBullet"/>
      </w:pPr>
      <w:r>
        <w:t>Intentar realizar rescate técnico sin competencia.</w:t>
      </w:r>
    </w:p>
    <w:p>
      <w:pPr>
        <w:pStyle w:val="ListBullet"/>
      </w:pPr>
      <w:r>
        <w:t>No preparar transferencia a camilla sanitaria.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E) Sked/camilla de arrastre (si existe)</w:t>
      </w:r>
    </w:p>
    <w:p>
      <w:r>
        <w:t>**Características:**</w:t>
      </w:r>
    </w:p>
    <w:p>
      <w:pPr>
        <w:pStyle w:val="ListBullet"/>
      </w:pPr>
      <w:r>
        <w:t>Camilla de arrastre, ligera.</w:t>
      </w:r>
    </w:p>
    <w:p>
      <w:pPr>
        <w:pStyle w:val="ListBullet"/>
      </w:pPr>
      <w:r>
        <w:t>Uso en espacios muy reducidos.</w:t>
      </w:r>
    </w:p>
    <w:p>
      <w:pPr>
        <w:pStyle w:val="ListBullet"/>
      </w:pPr>
      <w:r>
        <w:t>Arrastre o deslizamiento.</w:t>
      </w:r>
    </w:p>
    <w:p>
      <w:r>
        <w:t>**Procedimiento paso a paso:**</w:t>
      </w:r>
    </w:p>
    <w:p>
      <w:r>
        <w:t>**1. Preparación**</w:t>
      </w:r>
    </w:p>
    <w:p>
      <w:pPr>
        <w:pStyle w:val="ListBullet"/>
      </w:pPr>
      <w:r>
        <w:t>Verificar que sked está en buen estado.</w:t>
      </w:r>
    </w:p>
    <w:p>
      <w:pPr>
        <w:pStyle w:val="ListBullet"/>
      </w:pPr>
      <w:r>
        <w:t>Desplegar completamente.</w:t>
      </w:r>
    </w:p>
    <w:p>
      <w:pPr>
        <w:pStyle w:val="ListBullet"/>
      </w:pPr>
      <w:r>
        <w:t>Verificar que estructura está estable.</w:t>
      </w:r>
    </w:p>
    <w:p>
      <w:pPr>
        <w:pStyle w:val="ListBullet"/>
      </w:pPr>
      <w:r>
        <w:t>Preparar sistema de arrastre.</w:t>
      </w:r>
    </w:p>
    <w:p>
      <w:r>
        <w:t>**2. Colocación del paciente**</w:t>
      </w:r>
    </w:p>
    <w:p>
      <w:pPr>
        <w:pStyle w:val="ListBullet"/>
      </w:pPr>
      <w:r>
        <w:t>Colocar sked junto al paciente.</w:t>
      </w:r>
    </w:p>
    <w:p>
      <w:pPr>
        <w:pStyle w:val="ListBullet"/>
      </w:pPr>
      <w:r>
        <w:t>Transferir paciente a sked (ver 2.8).</w:t>
      </w:r>
    </w:p>
    <w:p>
      <w:pPr>
        <w:pStyle w:val="ListBullet"/>
      </w:pPr>
      <w:r>
        <w:t>Asegurar paciente con cinturones.</w:t>
      </w:r>
    </w:p>
    <w:p>
      <w:pPr>
        <w:pStyle w:val="ListBullet"/>
      </w:pPr>
      <w:r>
        <w:t>Verificar que paciente está bien sujeto.</w:t>
      </w:r>
    </w:p>
    <w:p>
      <w:r>
        <w:t>**3. Arrastre/deslizamiento**</w:t>
      </w:r>
    </w:p>
    <w:p>
      <w:pPr>
        <w:pStyle w:val="ListBullet"/>
      </w:pPr>
      <w:r>
        <w:t>Coordinar equipo para arrastre.</w:t>
      </w:r>
    </w:p>
    <w:p>
      <w:pPr>
        <w:pStyle w:val="ListBullet"/>
      </w:pPr>
      <w:r>
        <w:t>Arrastrar/deslizar con movimientos cortos y controlados.</w:t>
      </w:r>
    </w:p>
    <w:p>
      <w:pPr>
        <w:pStyle w:val="ListBullet"/>
      </w:pPr>
      <w:r>
        <w:t>Mantener estabilidad durante arrastre.</w:t>
      </w:r>
    </w:p>
    <w:p>
      <w:pPr>
        <w:pStyle w:val="ListBullet"/>
      </w:pPr>
      <w:r>
        <w:t>Verificar continuamente que paciente está estable.</w:t>
      </w:r>
    </w:p>
    <w:p>
      <w:r>
        <w:t>**4. Transferencia a camilla principal**</w:t>
      </w:r>
    </w:p>
    <w:p>
      <w:pPr>
        <w:pStyle w:val="ListBullet"/>
      </w:pPr>
      <w:r>
        <w:t>Transferir paciente de sked a camilla principal (ver 2.8).</w:t>
      </w:r>
    </w:p>
    <w:p>
      <w:pPr>
        <w:pStyle w:val="ListBullet"/>
      </w:pPr>
      <w:r>
        <w:t>Verificar que paciente está estable.</w:t>
      </w:r>
    </w:p>
    <w:p>
      <w:pPr>
        <w:pStyle w:val="ListBullet"/>
      </w:pPr>
      <w:r>
        <w:t>Almacenar sked correctamente.</w:t>
      </w:r>
    </w:p>
    <w:p>
      <w:r>
        <w:t>**Variaciones por diseño:**</w:t>
      </w:r>
    </w:p>
    <w:p>
      <w:pPr>
        <w:pStyle w:val="ListBullet"/>
      </w:pPr>
      <w:r>
        <w:t>Sistema de arrastre (varía por modelo).</w:t>
      </w:r>
    </w:p>
    <w:p>
      <w:pPr>
        <w:pStyle w:val="ListBullet"/>
      </w:pPr>
      <w:r>
        <w:t>Material (varía por modelo).</w:t>
      </w:r>
    </w:p>
    <w:p>
      <w:pPr>
        <w:pStyle w:val="ListBullet"/>
      </w:pPr>
      <w:r>
        <w:t>Sistema de sujeción (varía por modelo).</w:t>
      </w:r>
    </w:p>
    <w:p>
      <w:r>
        <w:t>**Errores frecuentes:**</w:t>
      </w:r>
    </w:p>
    <w:p>
      <w:pPr>
        <w:pStyle w:val="ListBullet"/>
      </w:pPr>
      <w:r>
        <w:t>No verificar que estructura está estable.</w:t>
      </w:r>
    </w:p>
    <w:p>
      <w:pPr>
        <w:pStyle w:val="ListBullet"/>
      </w:pPr>
      <w:r>
        <w:t>Arrastre brusco o descontrolado.</w:t>
      </w:r>
    </w:p>
    <w:p>
      <w:pPr>
        <w:pStyle w:val="ListBullet"/>
      </w:pPr>
      <w:r>
        <w:t>No asegurar paciente correctamente.</w:t>
      </w:r>
    </w:p>
    <w:p>
      <w:pPr>
        <w:pStyle w:val="ListBullet"/>
      </w:pPr>
      <w:r>
        <w:t>No transferir a camilla principal lo antes posible.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F) Silla de rescate / silla de evacuación</w:t>
      </w:r>
    </w:p>
    <w:p>
      <w:r>
        <w:t>**Características:**</w:t>
      </w:r>
    </w:p>
    <w:p>
      <w:pPr>
        <w:pStyle w:val="ListBullet"/>
      </w:pPr>
      <w:r>
        <w:t>Silla rígida con ruedas o sistema de transporte.</w:t>
      </w:r>
    </w:p>
    <w:p>
      <w:pPr>
        <w:pStyle w:val="ListBullet"/>
      </w:pPr>
      <w:r>
        <w:t>Paciente en posición sentada.</w:t>
      </w:r>
    </w:p>
    <w:p>
      <w:pPr>
        <w:pStyle w:val="ListBullet"/>
      </w:pPr>
      <w:r>
        <w:t>Uso en espacios reducidos, escaleras.</w:t>
      </w:r>
    </w:p>
    <w:p>
      <w:r>
        <w:t>**Procedimiento paso a paso:**</w:t>
      </w:r>
    </w:p>
    <w:p>
      <w:r>
        <w:t>**1. Preparación**</w:t>
      </w:r>
    </w:p>
    <w:p>
      <w:pPr>
        <w:pStyle w:val="ListBullet"/>
      </w:pPr>
      <w:r>
        <w:t>Verificar que silla está en buen estado.</w:t>
      </w:r>
    </w:p>
    <w:p>
      <w:pPr>
        <w:pStyle w:val="ListBullet"/>
      </w:pPr>
      <w:r>
        <w:t>Activar frenos (si aplica).</w:t>
      </w:r>
    </w:p>
    <w:p>
      <w:pPr>
        <w:pStyle w:val="ListBullet"/>
      </w:pPr>
      <w:r>
        <w:t>Verificar que estructura está estable.</w:t>
      </w:r>
    </w:p>
    <w:p>
      <w:pPr>
        <w:pStyle w:val="ListBullet"/>
      </w:pPr>
      <w:r>
        <w:t>Preparar cinturones de sujeción.</w:t>
      </w:r>
    </w:p>
    <w:p>
      <w:r>
        <w:t>**2. Colocación del paciente**</w:t>
      </w:r>
    </w:p>
    <w:p>
      <w:pPr>
        <w:pStyle w:val="ListBullet"/>
      </w:pPr>
      <w:r>
        <w:t>Colocar silla junto al paciente.</w:t>
      </w:r>
    </w:p>
    <w:p>
      <w:pPr>
        <w:pStyle w:val="ListBullet"/>
      </w:pPr>
      <w:r>
        <w:t>Ayudar paciente a sentarse en silla (si está consciente y puede colaborar).</w:t>
      </w:r>
    </w:p>
    <w:p>
      <w:pPr>
        <w:pStyle w:val="ListBullet"/>
      </w:pPr>
      <w:r>
        <w:t>O transferir paciente a silla (ver 2.8).</w:t>
      </w:r>
    </w:p>
    <w:p>
      <w:pPr>
        <w:pStyle w:val="ListBullet"/>
      </w:pPr>
      <w:r>
        <w:t>Asegurar paciente con cinturones.</w:t>
      </w:r>
    </w:p>
    <w:p>
      <w:pPr>
        <w:pStyle w:val="ListBullet"/>
      </w:pPr>
      <w:r>
        <w:t>Verificar que paciente está bien sujeto.</w:t>
      </w:r>
    </w:p>
    <w:p>
      <w:r>
        <w:t>**3. Movilización**</w:t>
      </w:r>
    </w:p>
    <w:p>
      <w:pPr>
        <w:pStyle w:val="ListBullet"/>
      </w:pPr>
      <w:r>
        <w:t>Activar frenos solo cuando se va a mover (si aplica).</w:t>
      </w:r>
    </w:p>
    <w:p>
      <w:pPr>
        <w:pStyle w:val="ListBullet"/>
      </w:pPr>
      <w:r>
        <w:t>Movilizar con movimientos cortos y controlados.</w:t>
      </w:r>
    </w:p>
    <w:p>
      <w:pPr>
        <w:pStyle w:val="ListBullet"/>
      </w:pPr>
      <w:r>
        <w:t>Mantener estabilidad durante movilización.</w:t>
      </w:r>
    </w:p>
    <w:p>
      <w:pPr>
        <w:pStyle w:val="ListBullet"/>
      </w:pPr>
      <w:r>
        <w:t>Verificar continuamente que paciente está estable.</w:t>
      </w:r>
    </w:p>
    <w:p>
      <w:r>
        <w:t>**4. Escaleras (si aplica)**</w:t>
      </w:r>
    </w:p>
    <w:p>
      <w:pPr>
        <w:pStyle w:val="ListBullet"/>
      </w:pPr>
      <w:r>
        <w:t>Verificar que escaleras son seguras.</w:t>
      </w:r>
    </w:p>
    <w:p>
      <w:pPr>
        <w:pStyle w:val="ListBullet"/>
      </w:pPr>
      <w:r>
        <w:t>Coordinar equipo para subida/bajada.</w:t>
      </w:r>
    </w:p>
    <w:p>
      <w:pPr>
        <w:pStyle w:val="ListBullet"/>
      </w:pPr>
      <w:r>
        <w:t>Un escalón a la vez.</w:t>
      </w:r>
    </w:p>
    <w:p>
      <w:pPr>
        <w:pStyle w:val="ListBullet"/>
      </w:pPr>
      <w:r>
        <w:t>Mantener silla nivelada.</w:t>
      </w:r>
    </w:p>
    <w:p>
      <w:pPr>
        <w:pStyle w:val="ListBullet"/>
      </w:pPr>
      <w:r>
        <w:t>Verificar continuamente que paciente está estable.</w:t>
      </w:r>
    </w:p>
    <w:p>
      <w:r>
        <w:t>**Variaciones por diseño:**</w:t>
      </w:r>
    </w:p>
    <w:p>
      <w:pPr>
        <w:pStyle w:val="ListBullet"/>
      </w:pPr>
      <w:r>
        <w:t>Sistema de ruedas vs sin ruedas.</w:t>
      </w:r>
    </w:p>
    <w:p>
      <w:pPr>
        <w:pStyle w:val="ListBullet"/>
      </w:pPr>
      <w:r>
        <w:t>Sistema de frenos (varía por modelo).</w:t>
      </w:r>
    </w:p>
    <w:p>
      <w:pPr>
        <w:pStyle w:val="ListBullet"/>
      </w:pPr>
      <w:r>
        <w:t>Compatibilidad con escaleras (varía por modelo).</w:t>
      </w:r>
    </w:p>
    <w:p>
      <w:r>
        <w:t>**Errores frecuentes:**</w:t>
      </w:r>
    </w:p>
    <w:p>
      <w:pPr>
        <w:pStyle w:val="ListBullet"/>
      </w:pPr>
      <w:r>
        <w:t>No activar frenos antes de cargar paciente.</w:t>
      </w:r>
    </w:p>
    <w:p>
      <w:pPr>
        <w:pStyle w:val="ListBullet"/>
      </w:pPr>
      <w:r>
        <w:t>Movilización brusca.</w:t>
      </w:r>
    </w:p>
    <w:p>
      <w:pPr>
        <w:pStyle w:val="ListBullet"/>
      </w:pPr>
      <w:r>
        <w:t>No asegurar paciente correctamente.</w:t>
      </w:r>
    </w:p>
    <w:p>
      <w:pPr>
        <w:pStyle w:val="ListBullet"/>
      </w:pPr>
      <w:r>
        <w:t>No verificar que paciente está estable.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G) Silla salvaescaleras / stair chair</w:t>
      </w:r>
    </w:p>
    <w:p>
      <w:r>
        <w:t>**Características:**</w:t>
      </w:r>
    </w:p>
    <w:p>
      <w:pPr>
        <w:pStyle w:val="ListBullet"/>
      </w:pPr>
      <w:r>
        <w:t>Silla específica para escaleras.</w:t>
      </w:r>
    </w:p>
    <w:p>
      <w:pPr>
        <w:pStyle w:val="ListBullet"/>
      </w:pPr>
      <w:r>
        <w:t>Diseño para subida/bajada de escaleras.</w:t>
      </w:r>
    </w:p>
    <w:p>
      <w:pPr>
        <w:pStyle w:val="ListBullet"/>
      </w:pPr>
      <w:r>
        <w:t>Paciente en posición sentada.</w:t>
      </w:r>
    </w:p>
    <w:p>
      <w:r>
        <w:t>**Procedimiento paso a paso:**</w:t>
      </w:r>
    </w:p>
    <w:p>
      <w:r>
        <w:t>**1. Preparación**</w:t>
      </w:r>
    </w:p>
    <w:p>
      <w:pPr>
        <w:pStyle w:val="ListBullet"/>
      </w:pPr>
      <w:r>
        <w:t>Verificar que silla está en buen estado.</w:t>
      </w:r>
    </w:p>
    <w:p>
      <w:pPr>
        <w:pStyle w:val="ListBullet"/>
      </w:pPr>
      <w:r>
        <w:t>Verificar que estructura está estable.</w:t>
      </w:r>
    </w:p>
    <w:p>
      <w:pPr>
        <w:pStyle w:val="ListBullet"/>
      </w:pPr>
      <w:r>
        <w:t>Preparar cinturones de sujeción.</w:t>
      </w:r>
    </w:p>
    <w:p>
      <w:pPr>
        <w:pStyle w:val="ListBullet"/>
      </w:pPr>
      <w:r>
        <w:t>Evaluar escaleras (seguridad, espacio, iluminación).</w:t>
      </w:r>
    </w:p>
    <w:p>
      <w:r>
        <w:t>**2. Colocación del paciente**</w:t>
      </w:r>
    </w:p>
    <w:p>
      <w:pPr>
        <w:pStyle w:val="ListBullet"/>
      </w:pPr>
      <w:r>
        <w:t>Colocar silla junto al paciente.</w:t>
      </w:r>
    </w:p>
    <w:p>
      <w:pPr>
        <w:pStyle w:val="ListBullet"/>
      </w:pPr>
      <w:r>
        <w:t>Ayudar paciente a sentarse en silla (si está consciente y puede colaborar).</w:t>
      </w:r>
    </w:p>
    <w:p>
      <w:pPr>
        <w:pStyle w:val="ListBullet"/>
      </w:pPr>
      <w:r>
        <w:t>O transferir paciente a silla (ver 2.8).</w:t>
      </w:r>
    </w:p>
    <w:p>
      <w:pPr>
        <w:pStyle w:val="ListBullet"/>
      </w:pPr>
      <w:r>
        <w:t>Asegurar paciente con cinturones.</w:t>
      </w:r>
    </w:p>
    <w:p>
      <w:pPr>
        <w:pStyle w:val="ListBullet"/>
      </w:pPr>
      <w:r>
        <w:t>Verificar que paciente está bien sujeto.</w:t>
      </w:r>
    </w:p>
    <w:p>
      <w:r>
        <w:t>**3. Cinturones de sujeción**</w:t>
      </w:r>
    </w:p>
    <w:p>
      <w:pPr>
        <w:pStyle w:val="ListBullet"/>
      </w:pPr>
      <w:r>
        <w:t>Colocar cinturón torácico.</w:t>
      </w:r>
    </w:p>
    <w:p>
      <w:pPr>
        <w:pStyle w:val="ListBullet"/>
      </w:pPr>
      <w:r>
        <w:t>Colocar cinturón pélvico (si aplica).</w:t>
      </w:r>
    </w:p>
    <w:p>
      <w:pPr>
        <w:pStyle w:val="ListBullet"/>
      </w:pPr>
      <w:r>
        <w:t>Ajustar cinturones firmemente pero sin comprimir.</w:t>
      </w:r>
    </w:p>
    <w:p>
      <w:pPr>
        <w:pStyle w:val="ListBullet"/>
      </w:pPr>
      <w:r>
        <w:t>Verificar que paciente está bien sujeto.</w:t>
      </w:r>
    </w:p>
    <w:p>
      <w:r>
        <w:t>**4. Bajada de escaleras**</w:t>
      </w:r>
    </w:p>
    <w:p>
      <w:pPr>
        <w:pStyle w:val="ListBullet"/>
      </w:pPr>
      <w:r>
        <w:t>Posicionar equipo (líder detrás, intervinientes a los lados).</w:t>
      </w:r>
    </w:p>
    <w:p>
      <w:pPr>
        <w:pStyle w:val="ListBullet"/>
      </w:pPr>
      <w:r>
        <w:t>Coordinar movimientos.</w:t>
      </w:r>
    </w:p>
    <w:p>
      <w:pPr>
        <w:pStyle w:val="ListBullet"/>
      </w:pPr>
      <w:r>
        <w:t>Un escalón a la vez.</w:t>
      </w:r>
    </w:p>
    <w:p>
      <w:pPr>
        <w:pStyle w:val="ListBullet"/>
      </w:pPr>
      <w:r>
        <w:t>Mantener silla nivelada.</w:t>
      </w:r>
    </w:p>
    <w:p>
      <w:pPr>
        <w:pStyle w:val="ListBullet"/>
      </w:pPr>
      <w:r>
        <w:t>Comunicar continuamente.</w:t>
      </w:r>
    </w:p>
    <w:p>
      <w:pPr>
        <w:pStyle w:val="ListBullet"/>
      </w:pPr>
      <w:r>
        <w:t>Pausar si hay problemas.</w:t>
      </w:r>
    </w:p>
    <w:p>
      <w:r>
        <w:t>**5. Subida de escaleras**</w:t>
      </w:r>
    </w:p>
    <w:p>
      <w:pPr>
        <w:pStyle w:val="ListBullet"/>
      </w:pPr>
      <w:r>
        <w:t>Posicionar equipo (líder delante, intervinientes a los lados).</w:t>
      </w:r>
    </w:p>
    <w:p>
      <w:pPr>
        <w:pStyle w:val="ListBullet"/>
      </w:pPr>
      <w:r>
        <w:t>Coordinar movimientos.</w:t>
      </w:r>
    </w:p>
    <w:p>
      <w:pPr>
        <w:pStyle w:val="ListBullet"/>
      </w:pPr>
      <w:r>
        <w:t>Un escalón a la vez.</w:t>
      </w:r>
    </w:p>
    <w:p>
      <w:pPr>
        <w:pStyle w:val="ListBullet"/>
      </w:pPr>
      <w:r>
        <w:t>Mantener silla nivelada.</w:t>
      </w:r>
    </w:p>
    <w:p>
      <w:pPr>
        <w:pStyle w:val="ListBullet"/>
      </w:pPr>
      <w:r>
        <w:t>Comunicar continuamente.</w:t>
      </w:r>
    </w:p>
    <w:p>
      <w:pPr>
        <w:pStyle w:val="ListBullet"/>
      </w:pPr>
      <w:r>
        <w:t>Pausar si hay problemas.</w:t>
      </w:r>
    </w:p>
    <w:p>
      <w:r>
        <w:t>**6. Descansillos**</w:t>
      </w:r>
    </w:p>
    <w:p>
      <w:pPr>
        <w:pStyle w:val="ListBullet"/>
      </w:pPr>
      <w:r>
        <w:t>Pausar en descansillos si es necesario.</w:t>
      </w:r>
    </w:p>
    <w:p>
      <w:pPr>
        <w:pStyle w:val="ListBullet"/>
      </w:pPr>
      <w:r>
        <w:t>Verificar que paciente está estable.</w:t>
      </w:r>
    </w:p>
    <w:p>
      <w:pPr>
        <w:pStyle w:val="ListBullet"/>
      </w:pPr>
      <w:r>
        <w:t>Re-ajustar cinturones si es necesario.</w:t>
      </w:r>
    </w:p>
    <w:p>
      <w:pPr>
        <w:pStyle w:val="ListBullet"/>
      </w:pPr>
      <w:r>
        <w:t>Continuar cuando esté listo.</w:t>
      </w:r>
    </w:p>
    <w:p>
      <w:r>
        <w:t>**Variaciones por diseño:**</w:t>
      </w:r>
    </w:p>
    <w:p>
      <w:pPr>
        <w:pStyle w:val="ListBullet"/>
      </w:pPr>
      <w:r>
        <w:t>Sistema de ruedas en escaleras (varía por modelo).</w:t>
      </w:r>
    </w:p>
    <w:p>
      <w:pPr>
        <w:pStyle w:val="ListBullet"/>
      </w:pPr>
      <w:r>
        <w:t>Sistema de frenos (varía por modelo).</w:t>
      </w:r>
    </w:p>
    <w:p>
      <w:pPr>
        <w:pStyle w:val="ListBullet"/>
      </w:pPr>
      <w:r>
        <w:t>Diseño específico (varía por modelo).</w:t>
      </w:r>
    </w:p>
    <w:p>
      <w:r>
        <w:t>**Errores frecuentes:**</w:t>
      </w:r>
    </w:p>
    <w:p>
      <w:pPr>
        <w:pStyle w:val="ListBullet"/>
      </w:pPr>
      <w:r>
        <w:t>No evaluar escaleras antes de iniciar.</w:t>
      </w:r>
    </w:p>
    <w:p>
      <w:pPr>
        <w:pStyle w:val="ListBullet"/>
      </w:pPr>
      <w:r>
        <w:t>Múltiples escalones a la vez.</w:t>
      </w:r>
    </w:p>
    <w:p>
      <w:pPr>
        <w:pStyle w:val="ListBullet"/>
      </w:pPr>
      <w:r>
        <w:t>No mantener silla levelada.</w:t>
      </w:r>
    </w:p>
    <w:p>
      <w:pPr>
        <w:pStyle w:val="ListBullet"/>
      </w:pPr>
      <w:r>
        <w:t>Falta de coordinación del equipo.</w:t>
      </w:r>
    </w:p>
    <w:p>
      <w:pPr>
        <w:pStyle w:val="ListBullet"/>
      </w:pPr>
      <w:r>
        <w:t>No pausar en descansillos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2.13.6 Integración con inmovilización y trauma</w:t>
      </w:r>
    </w:p>
    <w:p>
      <w:pPr>
        <w:pStyle w:val="Heading3"/>
      </w:pPr>
      <w:r>
        <w:t>Integración con colchón de vacío (2.6)</w:t>
      </w:r>
    </w:p>
    <w:p>
      <w:r>
        <w:t>**Principios:**</w:t>
      </w:r>
    </w:p>
    <w:p>
      <w:pPr>
        <w:pStyle w:val="ListBullet"/>
      </w:pPr>
      <w:r>
        <w:t>Colchón de vacío y camilla son compatibles.</w:t>
      </w:r>
    </w:p>
    <w:p>
      <w:pPr>
        <w:pStyle w:val="ListBullet"/>
      </w:pPr>
      <w:r>
        <w:t>Colchón de vacío se coloca sobre camilla.</w:t>
      </w:r>
    </w:p>
    <w:p>
      <w:pPr>
        <w:pStyle w:val="ListBullet"/>
      </w:pPr>
      <w:r>
        <w:t>Verificar que colchón es compatible con camilla.</w:t>
      </w:r>
    </w:p>
    <w:p>
      <w:pPr>
        <w:pStyle w:val="ListBullet"/>
      </w:pPr>
      <w:r>
        <w:t>Verificar que paciente está bien sujeto.</w:t>
      </w:r>
    </w:p>
    <w:p>
      <w:r>
        <w:t>**Procedimiento:**</w:t>
      </w:r>
    </w:p>
    <w:p>
      <w:pPr>
        <w:pStyle w:val="ListBullet"/>
      </w:pPr>
      <w:r>
        <w:t>Colocar paciente en colchón de vacío (ver 2.6).</w:t>
      </w:r>
    </w:p>
    <w:p>
      <w:pPr>
        <w:pStyle w:val="ListBullet"/>
      </w:pPr>
      <w:r>
        <w:t>Colocar colchón de vacío sobre camilla.</w:t>
      </w:r>
    </w:p>
    <w:p>
      <w:pPr>
        <w:pStyle w:val="ListBullet"/>
      </w:pPr>
      <w:r>
        <w:t>Verificar que colchón está bien posicionado.</w:t>
      </w:r>
    </w:p>
    <w:p>
      <w:pPr>
        <w:pStyle w:val="ListBullet"/>
      </w:pPr>
      <w:r>
        <w:t>Verificar que paciente está estable.</w:t>
      </w:r>
    </w:p>
    <w:p>
      <w:pPr>
        <w:pStyle w:val="ListBullet"/>
      </w:pPr>
      <w:r>
        <w:t>Asegurar que colchón no se desplaza durante transporte.</w:t>
      </w:r>
    </w:p>
    <w:p>
      <w:r>
        <w:t>**Enlace con 2.6:**</w:t>
      </w:r>
    </w:p>
    <w:p>
      <w:pPr>
        <w:pStyle w:val="ListBullet"/>
      </w:pPr>
      <w:r>
        <w:t>Ver 2.6 – Colchón de Vacío para procedimiento de colchón de vacío.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Integración con férula de tracción (2.12)</w:t>
      </w:r>
    </w:p>
    <w:p>
      <w:r>
        <w:t>**Principios:**</w:t>
      </w:r>
    </w:p>
    <w:p>
      <w:pPr>
        <w:pStyle w:val="ListBullet"/>
      </w:pPr>
      <w:r>
        <w:t>Férula de tracción y camilla son compatibles.</w:t>
      </w:r>
    </w:p>
    <w:p>
      <w:pPr>
        <w:pStyle w:val="ListBullet"/>
      </w:pPr>
      <w:r>
        <w:t>Verificar que férula es compatible con camilla.</w:t>
      </w:r>
    </w:p>
    <w:p>
      <w:pPr>
        <w:pStyle w:val="ListBullet"/>
      </w:pPr>
      <w:r>
        <w:t>Verificar que tracción se mantiene durante transporte.</w:t>
      </w:r>
    </w:p>
    <w:p>
      <w:pPr>
        <w:pStyle w:val="ListBullet"/>
      </w:pPr>
      <w:r>
        <w:t>Re-verificar control neurovascular después de colocar en camilla.</w:t>
      </w:r>
    </w:p>
    <w:p>
      <w:r>
        <w:t>**Procedimiento:**</w:t>
      </w:r>
    </w:p>
    <w:p>
      <w:pPr>
        <w:pStyle w:val="ListBullet"/>
      </w:pPr>
      <w:r>
        <w:t>Aplicar férula de tracción (ver 2.12).</w:t>
      </w:r>
    </w:p>
    <w:p>
      <w:pPr>
        <w:pStyle w:val="ListBullet"/>
      </w:pPr>
      <w:r>
        <w:t>Colocar paciente en camilla.</w:t>
      </w:r>
    </w:p>
    <w:p>
      <w:pPr>
        <w:pStyle w:val="ListBullet"/>
      </w:pPr>
      <w:r>
        <w:t>Verificar que férula es compatible con camilla.</w:t>
      </w:r>
    </w:p>
    <w:p>
      <w:pPr>
        <w:pStyle w:val="ListBullet"/>
      </w:pPr>
      <w:r>
        <w:t>Verificar que tracción se mantiene.</w:t>
      </w:r>
    </w:p>
    <w:p>
      <w:pPr>
        <w:pStyle w:val="ListBullet"/>
      </w:pPr>
      <w:r>
        <w:t>Re-verificar control neurovascular.</w:t>
      </w:r>
    </w:p>
    <w:p>
      <w:r>
        <w:t>**Enlace con 2.12:**</w:t>
      </w:r>
    </w:p>
    <w:p>
      <w:pPr>
        <w:pStyle w:val="ListBullet"/>
      </w:pPr>
      <w:r>
        <w:t>Ver 2.12 – Férula de Tracción para procedimiento de férula de tracción.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Integración con cinturón pélvico (2.11)</w:t>
      </w:r>
    </w:p>
    <w:p>
      <w:r>
        <w:t>**Principios:**</w:t>
      </w:r>
    </w:p>
    <w:p>
      <w:pPr>
        <w:pStyle w:val="ListBullet"/>
      </w:pPr>
      <w:r>
        <w:t>Cinturón pélvico y camilla son compatibles.</w:t>
      </w:r>
    </w:p>
    <w:p>
      <w:pPr>
        <w:pStyle w:val="ListBullet"/>
      </w:pPr>
      <w:r>
        <w:t>Verificar que cinturón no interfiere con camilla.</w:t>
      </w:r>
    </w:p>
    <w:p>
      <w:pPr>
        <w:pStyle w:val="ListBullet"/>
      </w:pPr>
      <w:r>
        <w:t>Verificar que paciente está bien sujeto.</w:t>
      </w:r>
    </w:p>
    <w:p>
      <w:r>
        <w:t>**Procedimiento:**</w:t>
      </w:r>
    </w:p>
    <w:p>
      <w:pPr>
        <w:pStyle w:val="ListBullet"/>
      </w:pPr>
      <w:r>
        <w:t>Aplicar cinturón pélvico (ver 2.11).</w:t>
      </w:r>
    </w:p>
    <w:p>
      <w:pPr>
        <w:pStyle w:val="ListBullet"/>
      </w:pPr>
      <w:r>
        <w:t>Colocar paciente en camilla.</w:t>
      </w:r>
    </w:p>
    <w:p>
      <w:pPr>
        <w:pStyle w:val="ListBullet"/>
      </w:pPr>
      <w:r>
        <w:t>Verificar que cinturón no interfiere con camilla.</w:t>
      </w:r>
    </w:p>
    <w:p>
      <w:pPr>
        <w:pStyle w:val="ListBullet"/>
      </w:pPr>
      <w:r>
        <w:t>Verificar que paciente está bien sujeto.</w:t>
      </w:r>
    </w:p>
    <w:p>
      <w:r>
        <w:t>**Enlace con 2.11:**</w:t>
      </w:r>
    </w:p>
    <w:p>
      <w:pPr>
        <w:pStyle w:val="ListBullet"/>
      </w:pPr>
      <w:r>
        <w:t>Ver 2.11 – Cinturón Pélvico para procedimiento de cinturón pélvico.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Control de ejes (2.0/2.7/2.8)</w:t>
      </w:r>
    </w:p>
    <w:p>
      <w:r>
        <w:t>**Principios:**</w:t>
      </w:r>
    </w:p>
    <w:p>
      <w:pPr>
        <w:pStyle w:val="ListBullet"/>
      </w:pPr>
      <w:r>
        <w:t>Mantener control de ejes durante evacuación.</w:t>
      </w:r>
    </w:p>
    <w:p>
      <w:pPr>
        <w:pStyle w:val="ListBullet"/>
      </w:pPr>
      <w:r>
        <w:t>Cabeza-cuello-tronco como unidad.</w:t>
      </w:r>
    </w:p>
    <w:p>
      <w:pPr>
        <w:pStyle w:val="ListBullet"/>
      </w:pPr>
      <w:r>
        <w:t>Evitar rotaciones y torsiones.</w:t>
      </w:r>
    </w:p>
    <w:p>
      <w:pPr>
        <w:pStyle w:val="ListBullet"/>
      </w:pPr>
      <w:r>
        <w:t>Re-verificar después de movilizaciones.</w:t>
      </w:r>
    </w:p>
    <w:p>
      <w:r>
        <w:t>**Procedimiento:**</w:t>
      </w:r>
    </w:p>
    <w:p>
      <w:pPr>
        <w:pStyle w:val="ListBullet"/>
      </w:pPr>
      <w:r>
        <w:t>Mantener inmovilización durante evacuación.</w:t>
      </w:r>
    </w:p>
    <w:p>
      <w:pPr>
        <w:pStyle w:val="ListBullet"/>
      </w:pPr>
      <w:r>
        <w:t>Verificar que control de ejes se mantiene.</w:t>
      </w:r>
    </w:p>
    <w:p>
      <w:pPr>
        <w:pStyle w:val="ListBullet"/>
      </w:pPr>
      <w:r>
        <w:t>Re-verificar después de transferencias.</w:t>
      </w:r>
    </w:p>
    <w:p>
      <w:pPr>
        <w:pStyle w:val="ListBullet"/>
      </w:pPr>
      <w:r>
        <w:t>Ajustar si es necesario.</w:t>
      </w:r>
    </w:p>
    <w:p>
      <w:r>
        <w:t>**Enlaces:**</w:t>
      </w:r>
    </w:p>
    <w:p>
      <w:pPr>
        <w:pStyle w:val="ListBullet"/>
      </w:pPr>
      <w:r>
        <w:t>Ver 2.0 – Anatomía Operativa para referencias anatómicas.</w:t>
      </w:r>
    </w:p>
    <w:p>
      <w:pPr>
        <w:pStyle w:val="ListBullet"/>
      </w:pPr>
      <w:r>
        <w:t>Ver 2.7 – Extricación y Movimientos en Bloque para técnicas de movilización.</w:t>
      </w:r>
    </w:p>
    <w:p>
      <w:pPr>
        <w:pStyle w:val="ListBullet"/>
      </w:pPr>
      <w:r>
        <w:t>Ver 2.8 – Transferencias y Movilización del Paciente para técnicas de transferencia.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2.13.7 Errores críticos y señales de alarma</w:t>
      </w:r>
    </w:p>
    <w:p>
      <w:pPr>
        <w:pStyle w:val="Heading3"/>
      </w:pPr>
      <w:r>
        <w:t>Errores críticos</w:t>
      </w:r>
    </w:p>
    <w:p>
      <w:r>
        <w:t>**Error 1: Frenos no activados**</w:t>
      </w:r>
    </w:p>
    <w:p>
      <w:pPr>
        <w:pStyle w:val="ListBullet"/>
      </w:pPr>
      <w:r>
        <w:t>❌ No activar frenos antes de cargar/descargar paciente.</w:t>
      </w:r>
    </w:p>
    <w:p>
      <w:pPr>
        <w:pStyle w:val="ListBullet"/>
      </w:pPr>
      <w:r>
        <w:t>**Consecuencia:** Camilla se mueve, riesgo de caída del paciente, lesión.</w:t>
      </w:r>
    </w:p>
    <w:p>
      <w:pPr>
        <w:pStyle w:val="ListBullet"/>
      </w:pPr>
      <w:r>
        <w:t>**Prevención:** Siempre activar frenos antes de cargar/descargar, verificar que están activados.</w:t>
      </w:r>
    </w:p>
    <w:p>
      <w:r>
        <w:t>**Error 2: Cinturones no ajustados**</w:t>
      </w:r>
    </w:p>
    <w:p>
      <w:pPr>
        <w:pStyle w:val="ListBullet"/>
      </w:pPr>
      <w:r>
        <w:t>❌ No asegurar paciente con cinturones o cinturones mal ajustados.</w:t>
      </w:r>
    </w:p>
    <w:p>
      <w:pPr>
        <w:pStyle w:val="ListBullet"/>
      </w:pPr>
      <w:r>
        <w:t>**Consecuencia:** Paciente se mueve o cae, riesgo de lesión.</w:t>
      </w:r>
    </w:p>
    <w:p>
      <w:pPr>
        <w:pStyle w:val="ListBullet"/>
      </w:pPr>
      <w:r>
        <w:t>**Prevención:** Siempre asegurar paciente con cinturones, verificar que están bien ajustados.</w:t>
      </w:r>
    </w:p>
    <w:p>
      <w:r>
        <w:t>**Error 3: Falta de personal**</w:t>
      </w:r>
    </w:p>
    <w:p>
      <w:pPr>
        <w:pStyle w:val="ListBullet"/>
      </w:pPr>
      <w:r>
        <w:t>❌ Intentar movilizar con personal insuficiente.</w:t>
      </w:r>
    </w:p>
    <w:p>
      <w:pPr>
        <w:pStyle w:val="ListBullet"/>
      </w:pPr>
      <w:r>
        <w:t>**Consecuencia:** Movilización insegura, riesgo de caída, lesión del TES.</w:t>
      </w:r>
    </w:p>
    <w:p>
      <w:pPr>
        <w:pStyle w:val="ListBullet"/>
      </w:pPr>
      <w:r>
        <w:t>**Prevención:** Verificar que hay personal suficiente, pedir ayuda si es necesario.</w:t>
      </w:r>
    </w:p>
    <w:p>
      <w:r>
        <w:t>**Error 4: Vuelco o inestabilidad**</w:t>
      </w:r>
    </w:p>
    <w:p>
      <w:pPr>
        <w:pStyle w:val="ListBullet"/>
      </w:pPr>
      <w:r>
        <w:t>❌ Movilizar con inclinación excesiva o inestabilidad.</w:t>
      </w:r>
    </w:p>
    <w:p>
      <w:pPr>
        <w:pStyle w:val="ListBullet"/>
      </w:pPr>
      <w:r>
        <w:t>**Consecuencia:** Vuelco, caída del paciente, lesión.</w:t>
      </w:r>
    </w:p>
    <w:p>
      <w:pPr>
        <w:pStyle w:val="ListBullet"/>
      </w:pPr>
      <w:r>
        <w:t>**Prevención:** Mantener estabilidad, evitar inclinaciones excesivas, verificar continuamente.</w:t>
      </w:r>
    </w:p>
    <w:p>
      <w:r>
        <w:t>**Error 5: Giros bruscos**</w:t>
      </w:r>
    </w:p>
    <w:p>
      <w:pPr>
        <w:pStyle w:val="ListBullet"/>
      </w:pPr>
      <w:r>
        <w:t>❌ Girar camilla/silla de forma brusca.</w:t>
      </w:r>
    </w:p>
    <w:p>
      <w:pPr>
        <w:pStyle w:val="ListBullet"/>
      </w:pPr>
      <w:r>
        <w:t>**Consecuencia:** Movimientos bruscos del paciente, riesgo de agravamiento de lesiones.</w:t>
      </w:r>
    </w:p>
    <w:p>
      <w:pPr>
        <w:pStyle w:val="ListBullet"/>
      </w:pPr>
      <w:r>
        <w:t>**Prevención:** Giros suaves y controlados, movimientos cortos.</w:t>
      </w:r>
    </w:p>
    <w:p>
      <w:r>
        <w:t>**Error 6: Cables enganchados**</w:t>
      </w:r>
    </w:p>
    <w:p>
      <w:pPr>
        <w:pStyle w:val="ListBullet"/>
      </w:pPr>
      <w:r>
        <w:t>❌ No gestionar cables/oxígeno correctamente.</w:t>
      </w:r>
    </w:p>
    <w:p>
      <w:pPr>
        <w:pStyle w:val="ListBullet"/>
      </w:pPr>
      <w:r>
        <w:t>**Consecuencia:** Cables se enganchan, riesgo de desconexión, caída de dispositivos.</w:t>
      </w:r>
    </w:p>
    <w:p>
      <w:pPr>
        <w:pStyle w:val="ListBullet"/>
      </w:pPr>
      <w:r>
        <w:t>**Prevención:** Gestionar cables/oxígeno antes de movilizar, verificar que no se enganchan.</w:t>
      </w:r>
    </w:p>
    <w:p>
      <w:r>
        <w:t>**Error 7: Lesión del TES**</w:t>
      </w:r>
    </w:p>
    <w:p>
      <w:pPr>
        <w:pStyle w:val="ListBullet"/>
      </w:pPr>
      <w:r>
        <w:t>❌ No aplicar ergonomía, carga excesiva, postura incorrecta.</w:t>
      </w:r>
    </w:p>
    <w:p>
      <w:pPr>
        <w:pStyle w:val="ListBullet"/>
      </w:pPr>
      <w:r>
        <w:t>**Consecuencia:** Lesión del TES, detención de asistencia.</w:t>
      </w:r>
    </w:p>
    <w:p>
      <w:pPr>
        <w:pStyle w:val="ListBullet"/>
      </w:pPr>
      <w:r>
        <w:t>**Prevención:** Aplicar ergonomía, distribuir peso, pedir ayuda si carga es excesiva.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Señales de alarma (cuándo parar y reevaluar)</w:t>
      </w:r>
    </w:p>
    <w:p>
      <w:r>
        <w:t>**Señal de alarma 1: Camilla/silla inestable**</w:t>
      </w:r>
    </w:p>
    <w:p>
      <w:pPr>
        <w:pStyle w:val="ListBullet"/>
      </w:pPr>
      <w:r>
        <w:t>**Acción:** Parar inmediatamente, estabilizar, re-evaluar.</w:t>
      </w:r>
    </w:p>
    <w:p>
      <w:pPr>
        <w:pStyle w:val="ListBullet"/>
      </w:pPr>
      <w:r>
        <w:t>**Si persiste:** Considerar alternativas, pedir ayuda.</w:t>
      </w:r>
    </w:p>
    <w:p>
      <w:r>
        <w:t>**Señal de alarma 2: Paciente se mueve o cae**</w:t>
      </w:r>
    </w:p>
    <w:p>
      <w:pPr>
        <w:pStyle w:val="ListBullet"/>
      </w:pPr>
      <w:r>
        <w:t>**Acción:** Parar inmediatamente, asegurar paciente, re-evaluar.</w:t>
      </w:r>
    </w:p>
    <w:p>
      <w:pPr>
        <w:pStyle w:val="ListBullet"/>
      </w:pPr>
      <w:r>
        <w:t>**Si persiste:** Ajustar cinturones, verificar sujeción, considerar alternativas.</w:t>
      </w:r>
    </w:p>
    <w:p>
      <w:r>
        <w:t>**Señal de alarma 3: Cables/oxígeno se enganchan**</w:t>
      </w:r>
    </w:p>
    <w:p>
      <w:pPr>
        <w:pStyle w:val="ListBullet"/>
      </w:pPr>
      <w:r>
        <w:t>**Acción:** Parar inmediatamente, desenganchar, gestionar cables.</w:t>
      </w:r>
    </w:p>
    <w:p>
      <w:pPr>
        <w:pStyle w:val="ListBullet"/>
      </w:pPr>
      <w:r>
        <w:t>**Si persiste:** Re-organizar cables, verificar que no se enganchan.</w:t>
      </w:r>
    </w:p>
    <w:p>
      <w:r>
        <w:t>**Señal de alarma 4: TES refiere dolor o lesión**</w:t>
      </w:r>
    </w:p>
    <w:p>
      <w:pPr>
        <w:pStyle w:val="ListBullet"/>
      </w:pPr>
      <w:r>
        <w:t>**Acción:** Parar inmediatamente, relevar TES, re-evaluar.</w:t>
      </w:r>
    </w:p>
    <w:p>
      <w:pPr>
        <w:pStyle w:val="ListBullet"/>
      </w:pPr>
      <w:r>
        <w:t>**Si persiste:** Pedir ayuda adicional, considerar alternativas.</w:t>
      </w:r>
    </w:p>
    <w:p>
      <w:r>
        <w:t>**Señal de alarma 5: Ruta se vuelve insegura**</w:t>
      </w:r>
    </w:p>
    <w:p>
      <w:pPr>
        <w:pStyle w:val="ListBullet"/>
      </w:pPr>
      <w:r>
        <w:t>**Acción:** Parar inmediatamente, re-evaluar ruta, considerar alternativa.</w:t>
      </w:r>
    </w:p>
    <w:p>
      <w:pPr>
        <w:pStyle w:val="ListBullet"/>
      </w:pPr>
      <w:r>
        <w:t>**Si persiste:** Buscar ruta alternativa, comunicar problemas.</w:t>
      </w:r>
    </w:p>
    <w:p>
      <w:r>
        <w:t>**Principio:**</w:t>
      </w:r>
    </w:p>
    <w:p>
      <w:pPr>
        <w:pStyle w:val="ListBullet"/>
      </w:pPr>
      <w:r>
        <w:t>**Si hay señal de alarma: PARAR, RE-EVALUAR, AJUSTAR, COMUNICAR.**</w:t>
      </w:r>
    </w:p>
    <w:p>
      <w:pPr>
        <w:pStyle w:val="ListBullet"/>
      </w:pPr>
      <w:r>
        <w:t>**No continuar si hay riesgo para paciente o equipo.**</w:t>
      </w:r>
    </w:p>
    <w:p>
      <w:pPr>
        <w:pStyle w:val="ListBullet"/>
      </w:pPr>
      <w:r>
        <w:t>**La seguridad es prioritaria.**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2.13.8 Puntos clave TES</w:t>
      </w:r>
    </w:p>
    <w:p>
      <w:pPr>
        <w:pStyle w:val="ListBullet"/>
      </w:pPr>
      <w:r>
        <w:t>**Seleccionar dispositivo según:** entorno, estado del paciente, personal disponible, seguridad.</w:t>
      </w:r>
    </w:p>
    <w:p>
      <w:pPr>
        <w:pStyle w:val="ListBullet"/>
      </w:pPr>
      <w:r>
        <w:t>**Líder único, ruta preparada, frenos/cinturones, centro de gravedad bajo, movimientos cortos.**</w:t>
      </w:r>
    </w:p>
    <w:p>
      <w:pPr>
        <w:pStyle w:val="ListBullet"/>
      </w:pPr>
      <w:r>
        <w:t>**Siempre activar frenos** antes de cargar/descargar paciente (verificar que están activados).</w:t>
      </w:r>
    </w:p>
    <w:p>
      <w:pPr>
        <w:pStyle w:val="ListBullet"/>
      </w:pPr>
      <w:r>
        <w:t>**Siempre asegurar paciente** con cinturones (verificar que están bien ajustados).</w:t>
      </w:r>
    </w:p>
    <w:p>
      <w:pPr>
        <w:pStyle w:val="ListBullet"/>
      </w:pPr>
      <w:r>
        <w:t>**Gestionar cables/oxígeno** antes de movilizar (verificar que no se enganchan).</w:t>
      </w:r>
    </w:p>
    <w:p>
      <w:pPr>
        <w:pStyle w:val="ListBullet"/>
      </w:pPr>
      <w:r>
        <w:t>**Re-verificar después de transferencias** (control neurovascular, sujeción, estabilidad).</w:t>
      </w:r>
    </w:p>
    <w:p>
      <w:pPr>
        <w:pStyle w:val="ListBullet"/>
      </w:pPr>
      <w:r>
        <w:t>**Integrar con inmovilizaciones** (colchón de vacío, férula de tracción, cinturón pélvico) verificando compatibilidad.</w:t>
      </w:r>
    </w:p>
    <w:p>
      <w:pPr>
        <w:pStyle w:val="ListBullet"/>
      </w:pPr>
      <w:r>
        <w:t>**Mantener control de ejes** durante evacuación (cabeza-cuello-tronco como unidad).</w:t>
      </w:r>
    </w:p>
    <w:p>
      <w:pPr>
        <w:pStyle w:val="ListBullet"/>
      </w:pPr>
      <w:r>
        <w:t>**Aplicar ergonomía** para prevenir lesiones del TES (postura correcta, uso de piernas, distribuir peso).</w:t>
      </w:r>
    </w:p>
    <w:p>
      <w:pPr>
        <w:pStyle w:val="ListBullet"/>
      </w:pPr>
      <w:r>
        <w:t>**Pedir ayuda si carga es excesiva** o personal es insuficiente (no arriesgar seguridad).</w:t>
      </w:r>
    </w:p>
    <w:p>
      <w:pPr>
        <w:pStyle w:val="ListBullet"/>
      </w:pPr>
      <w:r>
        <w:t>**Parar y re-evaluar** si hay señal de alarma (no continuar si hay riesgo).</w:t>
      </w:r>
    </w:p>
    <w:p>
      <w:pPr>
        <w:pStyle w:val="ListBullet"/>
      </w:pPr>
      <w:r>
        <w:t>**Un TES lesionado detiene la asistencia:** la seguridad del interviniente es prioritaria.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2.13.9 Cierre del capítulo</w:t>
      </w:r>
    </w:p>
    <w:p>
      <w:r>
        <w:t>Este capítulo se integra con:</w:t>
      </w:r>
    </w:p>
    <w:p>
      <w:pPr>
        <w:pStyle w:val="ListBullet"/>
      </w:pPr>
      <w:r>
        <w:t>**2.0 – Anatomía Operativa para Inmovilización y Movilización** (referencias anatómicas para control de ejes)</w:t>
      </w:r>
    </w:p>
    <w:p>
      <w:pPr>
        <w:pStyle w:val="ListBullet"/>
      </w:pPr>
      <w:r>
        <w:t>**2.6 – Colchón de Vacío** (integración con inmovilización general)</w:t>
      </w:r>
    </w:p>
    <w:p>
      <w:pPr>
        <w:pStyle w:val="ListBullet"/>
      </w:pPr>
      <w:r>
        <w:t>**2.7 – Extricación y Movimientos en Bloque** (técnicas de movilización)</w:t>
      </w:r>
    </w:p>
    <w:p>
      <w:pPr>
        <w:pStyle w:val="ListBullet"/>
      </w:pPr>
      <w:r>
        <w:t>**2.8 – Transferencias y Movilización del Paciente** (técnicas de transferencia)</w:t>
      </w:r>
    </w:p>
    <w:p>
      <w:pPr>
        <w:pStyle w:val="ListBullet"/>
      </w:pPr>
      <w:r>
        <w:t>**2.9 – Errores Críticos y Prevención** *(pendiente)*</w:t>
      </w:r>
    </w:p>
    <w:p>
      <w:pPr>
        <w:pStyle w:val="ListBullet"/>
      </w:pPr>
      <w:r>
        <w:t>**2.10 – Férulas: Familias, Selección y Uso Operativo** (integración con férulas)</w:t>
      </w:r>
    </w:p>
    <w:p>
      <w:pPr>
        <w:pStyle w:val="ListBullet"/>
      </w:pPr>
      <w:r>
        <w:t>**2.11 – Cinturón Pélvico: Colocación, Ajuste y Errores Críticos** *(pendiente)* (integración con inmovilización pélvica)</w:t>
      </w:r>
    </w:p>
    <w:p>
      <w:pPr>
        <w:pStyle w:val="ListBullet"/>
      </w:pPr>
      <w:r>
        <w:t>**2.12 – Férula de Tracción: Colocación Paso a Paso y Errores Críticos** (integración con tracción femoral)</w:t>
      </w:r>
    </w:p>
    <w:p>
      <w:r>
        <w:t>**Transición a Bloque 3:**</w:t>
      </w:r>
    </w:p>
    <w:p>
      <w:pPr>
        <w:pStyle w:val="ListBullet"/>
      </w:pPr>
      <w:r>
        <w:t>**Bloque 3 – Material Sanitario y Oxigenoterapia** (próximo bloque del manual)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La **selección del dispositivo** depende de entorno, estado del paciente, personal disponible y seguridad</w:t>
      </w:r>
    </w:p>
    <w:p>
      <w:pPr>
        <w:pStyle w:val="ListBullet"/>
      </w:pPr>
      <w:r>
        <w:t>**Siempre activar frenos** antes de cargar/descargar paciente</w:t>
      </w:r>
    </w:p>
    <w:p>
      <w:pPr>
        <w:pStyle w:val="ListBullet"/>
      </w:pPr>
      <w:r>
        <w:t>**Siempre asegurar paciente** con cinturones</w:t>
      </w:r>
    </w:p>
    <w:p>
      <w:pPr>
        <w:pStyle w:val="ListBullet"/>
      </w:pPr>
      <w:r>
        <w:t>La **integración con inmovilizaciones** requiere verificación de compatibilidad</w:t>
      </w:r>
    </w:p>
    <w:p>
      <w:pPr>
        <w:pStyle w:val="ListBullet"/>
      </w:pPr>
      <w:r>
        <w:t>**Un TES lesionado detiene la asistencia:** aplicar ergonomía</w:t>
      </w:r>
    </w:p>
    <w:p>
      <w:r>
        <w:t>**Principios No Negociables:**</w:t>
      </w:r>
    </w:p>
    <w:p>
      <w:pPr>
        <w:pStyle w:val="ListBullet"/>
      </w:pPr>
      <w:r>
        <w:t>**NUNCA movilizar** sin activar frenos (si aplica)</w:t>
      </w:r>
    </w:p>
    <w:p>
      <w:pPr>
        <w:pStyle w:val="ListBullet"/>
      </w:pPr>
      <w:r>
        <w:t>**NUNCA movilizar** sin asegurar paciente con cinturones</w:t>
      </w:r>
    </w:p>
    <w:p>
      <w:pPr>
        <w:pStyle w:val="ListBullet"/>
      </w:pPr>
      <w:r>
        <w:t>**NUNCA movilizar** con personal insuficiente</w:t>
      </w:r>
    </w:p>
    <w:p>
      <w:pPr>
        <w:pStyle w:val="ListBullet"/>
      </w:pPr>
      <w:r>
        <w:t>**NUNCA continuar** si hay señal de alarma</w:t>
      </w:r>
    </w:p>
    <w:p>
      <w:pPr>
        <w:pStyle w:val="ListBullet"/>
      </w:pPr>
      <w:r>
        <w:t>**SIEMPRE verificar** ruta antes de iniciar evacuación</w:t>
      </w:r>
    </w:p>
    <w:p>
      <w:pPr>
        <w:pStyle w:val="ListBullet"/>
      </w:pPr>
      <w:r>
        <w:t>**SIEMPRE aplicar** ergonomía para prevenir lesiones del TES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BLOQUE 2.2 – Inmovilización Manual y Control Inicial del Paciente</w:t>
      </w:r>
    </w:p>
    <w:p>
      <w:pPr>
        <w:pStyle w:val="Heading1"/>
      </w:pPr>
      <w:r>
        <w:t>BLOQUE 2.2 – Inmovilización Manual y Control Inicial del Paciente</w:t>
      </w:r>
    </w:p>
    <w:p>
      <w:pPr>
        <w:pStyle w:val="Heading2"/>
      </w:pPr>
      <w:r>
        <w:t>Manual TES Digital – Control corporal y cervical previo a dispositivos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 OBJETIVO DE LA INMOVILIZACIÓN MANUAL</w:t>
      </w:r>
    </w:p>
    <w:p>
      <w:r>
        <w:t>La inmovilización manual tiene como finalidad prevenir el agravamiento de lesiones, especialmente de la columna cervical y medular, desde el primer contacto con el paciente hasta la colocación de sistemas de inmovilización definitivos.</w:t>
      </w:r>
    </w:p>
    <w:p>
      <w:r>
        <w:t>**Características:**</w:t>
      </w:r>
    </w:p>
    <w:p>
      <w:pPr>
        <w:pStyle w:val="ListBullet"/>
      </w:pPr>
      <w:r>
        <w:t>Técnica inmediata, prioritaria y continua</w:t>
      </w:r>
    </w:p>
    <w:p>
      <w:pPr>
        <w:pStyle w:val="ListBullet"/>
      </w:pPr>
      <w:r>
        <w:t>Debe mantenerse sin interrupción mientras exista riesgo de lesión vertebral</w:t>
      </w:r>
    </w:p>
    <w:p>
      <w:pPr>
        <w:pStyle w:val="ListBullet"/>
      </w:pPr>
      <w:r>
        <w:t>No requiere material, solo técnica y criterio</w:t>
      </w:r>
    </w:p>
    <w:p>
      <w:pPr>
        <w:pStyle w:val="ListBullet"/>
      </w:pPr>
      <w:r>
        <w:t>Es una competencia directa del TES</w:t>
      </w:r>
    </w:p>
    <w:p>
      <w:r>
        <w:t>**Resultado Esperado:**</w:t>
      </w:r>
    </w:p>
    <w:p>
      <w:pPr>
        <w:pStyle w:val="ListBullet"/>
      </w:pPr>
      <w:r>
        <w:t>Control efectivo de la cabeza y cuello desde el primer contacto</w:t>
      </w:r>
    </w:p>
    <w:p>
      <w:pPr>
        <w:pStyle w:val="ListBullet"/>
      </w:pPr>
      <w:r>
        <w:t>Prevención de movimientos que puedan agravar lesiones</w:t>
      </w:r>
    </w:p>
    <w:p>
      <w:pPr>
        <w:pStyle w:val="ListBullet"/>
      </w:pPr>
      <w:r>
        <w:t>Transición segura a dispositivos de inmovilización</w:t>
      </w:r>
    </w:p>
    <w:p>
      <w:pPr>
        <w:pStyle w:val="ListBullet"/>
      </w:pPr>
      <w:r>
        <w:t>Sin lesiones secundarias por movimientos inadecuados</w:t>
      </w:r>
    </w:p>
    <w:p>
      <w:r>
        <w:t>**Importancia:**</w:t>
      </w:r>
    </w:p>
    <w:p>
      <w:pPr>
        <w:pStyle w:val="ListBullet"/>
      </w:pPr>
      <w:r>
        <w:t>Su correcta ejecución previene lesiones medulares irreversibles</w:t>
      </w:r>
    </w:p>
    <w:p>
      <w:pPr>
        <w:pStyle w:val="ListBullet"/>
      </w:pPr>
      <w:r>
        <w:t>Es la primera técnica de inmovilización</w:t>
      </w:r>
    </w:p>
    <w:p>
      <w:pPr>
        <w:pStyle w:val="ListBullet"/>
      </w:pPr>
      <w:r>
        <w:t>Tiene prioridad sobre cualquier otro procedimiento (salvo amenaza vital inmediata)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 CUÁNDO SE APLICA LA INMOVILIZACIÓN MANUAL</w:t>
      </w:r>
    </w:p>
    <w:p>
      <w:pPr>
        <w:pStyle w:val="Heading3"/>
      </w:pPr>
      <w:r>
        <w:t>Criterio de Aplicación</w:t>
      </w:r>
    </w:p>
    <w:p>
      <w:r>
        <w:t>La inmovilización manual debe iniciarse desde el primer contacto cuando exista cualquiera de los siguientes supuestos:</w:t>
      </w:r>
    </w:p>
    <w:p>
      <w:r>
        <w:t>**Situaciones que Requieren Inmovilización Manual:**</w:t>
      </w:r>
    </w:p>
    <w:p>
      <w:pPr>
        <w:pStyle w:val="ListNumber"/>
      </w:pPr>
      <w:r>
        <w:t>**Paciente politraumatizado**</w:t>
      </w:r>
    </w:p>
    <w:p>
      <w:pPr>
        <w:pStyle w:val="ListBullet"/>
      </w:pPr>
      <w:r>
        <w:t>Múltiples lesiones</w:t>
      </w:r>
    </w:p>
    <w:p>
      <w:pPr>
        <w:pStyle w:val="ListBullet"/>
      </w:pPr>
      <w:r>
        <w:t>Mecanismo de alta energía</w:t>
      </w:r>
    </w:p>
    <w:p>
      <w:pPr>
        <w:pStyle w:val="ListBullet"/>
      </w:pPr>
      <w:r>
        <w:t>Sospecha de lesión espinal</w:t>
      </w:r>
    </w:p>
    <w:p>
      <w:pPr>
        <w:pStyle w:val="ListNumber"/>
      </w:pPr>
      <w:r>
        <w:t>**Caídas desde altura o caídas con impacto**</w:t>
      </w:r>
    </w:p>
    <w:p>
      <w:pPr>
        <w:pStyle w:val="ListBullet"/>
      </w:pPr>
      <w:r>
        <w:t>Caída &gt;1.5 metros (adultos)</w:t>
      </w:r>
    </w:p>
    <w:p>
      <w:pPr>
        <w:pStyle w:val="ListBullet"/>
      </w:pPr>
      <w:r>
        <w:t>Caída &gt;1 metro (niños)</w:t>
      </w:r>
    </w:p>
    <w:p>
      <w:pPr>
        <w:pStyle w:val="ListBullet"/>
      </w:pPr>
      <w:r>
        <w:t>Impacto directo en cabeza/cuello</w:t>
      </w:r>
    </w:p>
    <w:p>
      <w:pPr>
        <w:pStyle w:val="ListNumber"/>
      </w:pPr>
      <w:r>
        <w:t>**Accidentes de tráfico, atropellos o vuelcos**</w:t>
      </w:r>
    </w:p>
    <w:p>
      <w:pPr>
        <w:pStyle w:val="ListBullet"/>
      </w:pPr>
      <w:r>
        <w:t>Cualquier accidente de tráfico</w:t>
      </w:r>
    </w:p>
    <w:p>
      <w:pPr>
        <w:pStyle w:val="ListBullet"/>
      </w:pPr>
      <w:r>
        <w:t>Atropello</w:t>
      </w:r>
    </w:p>
    <w:p>
      <w:pPr>
        <w:pStyle w:val="ListBullet"/>
      </w:pPr>
      <w:r>
        <w:t>Vuelco de vehículo</w:t>
      </w:r>
    </w:p>
    <w:p>
      <w:pPr>
        <w:pStyle w:val="ListBullet"/>
      </w:pPr>
      <w:r>
        <w:t>Impacto a velocidad &gt;30 km/h</w:t>
      </w:r>
    </w:p>
    <w:p>
      <w:pPr>
        <w:pStyle w:val="ListNumber"/>
      </w:pPr>
      <w:r>
        <w:t>**Paciente inconsciente o con alteración del nivel de consciencia**</w:t>
      </w:r>
    </w:p>
    <w:p>
      <w:pPr>
        <w:pStyle w:val="ListBullet"/>
      </w:pPr>
      <w:r>
        <w:t>Inconsciencia de cualquier causa</w:t>
      </w:r>
    </w:p>
    <w:p>
      <w:pPr>
        <w:pStyle w:val="ListBullet"/>
      </w:pPr>
      <w:r>
        <w:t>Alteración del nivel de consciencia</w:t>
      </w:r>
    </w:p>
    <w:p>
      <w:pPr>
        <w:pStyle w:val="ListBullet"/>
      </w:pPr>
      <w:r>
        <w:t>Imposibilidad de valorar adecuadamente</w:t>
      </w:r>
    </w:p>
    <w:p>
      <w:pPr>
        <w:pStyle w:val="ListNumber"/>
      </w:pPr>
      <w:r>
        <w:t>**Dolor cervical, dorsal o lumbar**</w:t>
      </w:r>
    </w:p>
    <w:p>
      <w:pPr>
        <w:pStyle w:val="ListBullet"/>
      </w:pPr>
      <w:r>
        <w:t>Dolor referido por el paciente</w:t>
      </w:r>
    </w:p>
    <w:p>
      <w:pPr>
        <w:pStyle w:val="ListBullet"/>
      </w:pPr>
      <w:r>
        <w:t>Dolor a la palpación</w:t>
      </w:r>
    </w:p>
    <w:p>
      <w:pPr>
        <w:pStyle w:val="ListBullet"/>
      </w:pPr>
      <w:r>
        <w:t>Rigidez cervical</w:t>
      </w:r>
    </w:p>
    <w:p>
      <w:pPr>
        <w:pStyle w:val="ListNumber"/>
      </w:pPr>
      <w:r>
        <w:t>**Mecanismo lesional compatible con lesión vertebral**</w:t>
      </w:r>
    </w:p>
    <w:p>
      <w:pPr>
        <w:pStyle w:val="ListBullet"/>
      </w:pPr>
      <w:r>
        <w:t>Cualquier mecanismo que pueda causar lesión espinal</w:t>
      </w:r>
    </w:p>
    <w:p>
      <w:pPr>
        <w:pStyle w:val="ListBullet"/>
      </w:pPr>
      <w:r>
        <w:t>Impacto directo en columna</w:t>
      </w:r>
    </w:p>
    <w:p>
      <w:pPr>
        <w:pStyle w:val="ListBullet"/>
      </w:pPr>
      <w:r>
        <w:t>Hiperextensión o hiperflexión forzada</w:t>
      </w:r>
    </w:p>
    <w:p>
      <w:pPr>
        <w:pStyle w:val="ListNumber"/>
      </w:pPr>
      <w:r>
        <w:t>**Convulsiones recientes**</w:t>
      </w:r>
    </w:p>
    <w:p>
      <w:pPr>
        <w:pStyle w:val="ListBullet"/>
      </w:pPr>
      <w:r>
        <w:t>Convulsiones que pueden causar traumatismo</w:t>
      </w:r>
    </w:p>
    <w:p>
      <w:pPr>
        <w:pStyle w:val="ListBullet"/>
      </w:pPr>
      <w:r>
        <w:t>Caída durante convulsión</w:t>
      </w:r>
    </w:p>
    <w:p>
      <w:pPr>
        <w:pStyle w:val="ListBullet"/>
      </w:pPr>
      <w:r>
        <w:t>Traumatismo asociado</w:t>
      </w:r>
    </w:p>
    <w:p>
      <w:pPr>
        <w:pStyle w:val="ListNumber"/>
      </w:pPr>
      <w:r>
        <w:t>**Paciente agitado tras traumatismo**</w:t>
      </w:r>
    </w:p>
    <w:p>
      <w:pPr>
        <w:pStyle w:val="ListBullet"/>
      </w:pPr>
      <w:r>
        <w:t>Agitación que puede causar movimientos peligrosos</w:t>
      </w:r>
    </w:p>
    <w:p>
      <w:pPr>
        <w:pStyle w:val="ListBullet"/>
      </w:pPr>
      <w:r>
        <w:t>Necesidad de control para seguridad</w:t>
      </w:r>
    </w:p>
    <w:p>
      <w:pPr>
        <w:pStyle w:val="ListNumber"/>
      </w:pPr>
      <w:r>
        <w:t>**Sospecha de lesión neurológica**</w:t>
      </w:r>
    </w:p>
    <w:p>
      <w:pPr>
        <w:pStyle w:val="ListBullet"/>
      </w:pPr>
      <w:r>
        <w:t>Déficit neurológico</w:t>
      </w:r>
    </w:p>
    <w:p>
      <w:pPr>
        <w:pStyle w:val="ListBullet"/>
      </w:pPr>
      <w:r>
        <w:t>Alteración de sensibilidad</w:t>
      </w:r>
    </w:p>
    <w:p>
      <w:pPr>
        <w:pStyle w:val="ListBullet"/>
      </w:pPr>
      <w:r>
        <w:t>Alteración de movilidad</w:t>
      </w:r>
    </w:p>
    <w:p>
      <w:pPr>
        <w:pStyle w:val="Heading3"/>
      </w:pPr>
      <w:r>
        <w:t>Principio Clave</w:t>
      </w:r>
    </w:p>
    <w:p>
      <w:r>
        <w:t>**📌 Toda víctima traumática se considera con lesión cervical hasta que se demuestre lo contrario.**</w:t>
      </w:r>
    </w:p>
    <w:p>
      <w:r>
        <w:t>**Aplicación del Principio:**</w:t>
      </w:r>
    </w:p>
    <w:p>
      <w:pPr>
        <w:pStyle w:val="ListBullet"/>
      </w:pPr>
      <w:r>
        <w:t>En caso de duda: aplicar inmovilización manual</w:t>
      </w:r>
    </w:p>
    <w:p>
      <w:pPr>
        <w:pStyle w:val="ListBullet"/>
      </w:pPr>
      <w:r>
        <w:t>Es preferible sobre-inmovilizar que sub-inmovilizar</w:t>
      </w:r>
    </w:p>
    <w:p>
      <w:pPr>
        <w:pStyle w:val="ListBullet"/>
      </w:pPr>
      <w:r>
        <w:t>La inmovilización manual no causa daño si se aplica correctamente</w:t>
      </w:r>
    </w:p>
    <w:p>
      <w:pPr>
        <w:pStyle w:val="ListBullet"/>
      </w:pPr>
      <w:r>
        <w:t>La falta de inmovilización puede causar lesión medular irreversible</w:t>
      </w:r>
    </w:p>
    <w:p>
      <w:r>
        <w:t>**El TES debe:**</w:t>
      </w:r>
    </w:p>
    <w:p>
      <w:pPr>
        <w:pStyle w:val="ListBullet"/>
      </w:pPr>
      <w:r>
        <w:t>✅ Iniciar inmovilización manual desde el primer contacto si hay sospecha</w:t>
      </w:r>
    </w:p>
    <w:p>
      <w:pPr>
        <w:pStyle w:val="ListBullet"/>
      </w:pPr>
      <w:r>
        <w:t>✅ Mantenerla hasta que el paciente esté asegurado con dispositivos</w:t>
      </w:r>
    </w:p>
    <w:p>
      <w:pPr>
        <w:pStyle w:val="ListBullet"/>
      </w:pPr>
      <w:r>
        <w:t>✅ No soltarla salvo relevo coordinado</w:t>
      </w:r>
    </w:p>
    <w:p>
      <w:pPr>
        <w:pStyle w:val="ListBullet"/>
      </w:pPr>
      <w:r>
        <w:t>✅ Priorizar la inmovilización manual sobre otros procedimientos (salvo amenaza vital)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3. PRINCIPIOS CLAVE DE SEGURIDAD</w:t>
      </w:r>
    </w:p>
    <w:p>
      <w:pPr>
        <w:pStyle w:val="Heading3"/>
      </w:pPr>
      <w:r>
        <w:t>Principios Fundamentales</w:t>
      </w:r>
    </w:p>
    <w:p>
      <w:r>
        <w:t>**1. Continuidad**</w:t>
      </w:r>
    </w:p>
    <w:p>
      <w:pPr>
        <w:pStyle w:val="ListBullet"/>
      </w:pPr>
      <w:r>
        <w:t>La inmovilización manual no se abandona nunca hasta que el paciente esté correctamente asegurado con dispositivos</w:t>
      </w:r>
    </w:p>
    <w:p>
      <w:pPr>
        <w:pStyle w:val="ListBullet"/>
      </w:pPr>
      <w:r>
        <w:t>No se interrumpe para coger material</w:t>
      </w:r>
    </w:p>
    <w:p>
      <w:pPr>
        <w:pStyle w:val="ListBullet"/>
      </w:pPr>
      <w:r>
        <w:t>No se interrumpe para realizar otros procedimientos (salvo amenaza vital inmediata)</w:t>
      </w:r>
    </w:p>
    <w:p>
      <w:r>
        <w:t>**2. Prioridad**</w:t>
      </w:r>
    </w:p>
    <w:p>
      <w:pPr>
        <w:pStyle w:val="ListBullet"/>
      </w:pPr>
      <w:r>
        <w:t>El control cervical manual tiene prioridad sobre cualquier otro procedimiento, salvo amenaza vital inmediata</w:t>
      </w:r>
    </w:p>
    <w:p>
      <w:pPr>
        <w:pStyle w:val="ListBullet"/>
      </w:pPr>
      <w:r>
        <w:t>Si hay que elegir entre inmovilización manual y otro procedimiento: priorizar inmovilización manual (salvo amenaza vital)</w:t>
      </w:r>
    </w:p>
    <w:p>
      <w:r>
        <w:t>**3. Responsabilidad**</w:t>
      </w:r>
    </w:p>
    <w:p>
      <w:pPr>
        <w:pStyle w:val="ListBullet"/>
      </w:pPr>
      <w:r>
        <w:t>El TES que inicia el control cervical no lo suelta salvo relevo directo y coordinado</w:t>
      </w:r>
    </w:p>
    <w:p>
      <w:pPr>
        <w:pStyle w:val="ListBullet"/>
      </w:pPr>
      <w:r>
        <w:t>El relevo debe ser coordinado y sin interrupción del control</w:t>
      </w:r>
    </w:p>
    <w:p>
      <w:pPr>
        <w:pStyle w:val="ListBullet"/>
      </w:pPr>
      <w:r>
        <w:t>No se delega sin asegurar continuidad</w:t>
      </w:r>
    </w:p>
    <w:p>
      <w:r>
        <w:t>**4. Minimización de Movimientos**</w:t>
      </w:r>
    </w:p>
    <w:p>
      <w:pPr>
        <w:pStyle w:val="ListBullet"/>
      </w:pPr>
      <w:r>
        <w:t>Se evitan movimientos innecesarios del paciente</w:t>
      </w:r>
    </w:p>
    <w:p>
      <w:pPr>
        <w:pStyle w:val="ListBullet"/>
      </w:pPr>
      <w:r>
        <w:t>Solo se mueve si es absolutamente necesario</w:t>
      </w:r>
    </w:p>
    <w:p>
      <w:pPr>
        <w:pStyle w:val="ListBullet"/>
      </w:pPr>
      <w:r>
        <w:t>Los movimientos se realizan en bloque</w:t>
      </w:r>
    </w:p>
    <w:p>
      <w:r>
        <w:t>**5. Coordinación**</w:t>
      </w:r>
    </w:p>
    <w:p>
      <w:pPr>
        <w:pStyle w:val="ListBullet"/>
      </w:pPr>
      <w:r>
        <w:t>Todas las maniobras deben realizarse en bloque, coordinadas y ordenadas</w:t>
      </w:r>
    </w:p>
    <w:p>
      <w:pPr>
        <w:pStyle w:val="ListBullet"/>
      </w:pPr>
      <w:r>
        <w:t>El TES que controla la cabeza dirige los movimientos</w:t>
      </w:r>
    </w:p>
    <w:p>
      <w:pPr>
        <w:pStyle w:val="ListBullet"/>
      </w:pPr>
      <w:r>
        <w:t>Comunicación clara y coordinada entre el equipo</w:t>
      </w:r>
    </w:p>
    <w:p>
      <w:pPr>
        <w:pStyle w:val="Heading3"/>
      </w:pPr>
      <w:r>
        <w:t>Amenaza Vital Inmediata</w:t>
      </w:r>
    </w:p>
    <w:p>
      <w:r>
        <w:t>**Situaciones en las que se puede priorizar sobre inmovilización manual:**</w:t>
      </w:r>
    </w:p>
    <w:p>
      <w:pPr>
        <w:pStyle w:val="ListBullet"/>
      </w:pPr>
      <w:r>
        <w:t>Obstrucción completa de vía aérea que requiere maniobra inmediata</w:t>
      </w:r>
    </w:p>
    <w:p>
      <w:pPr>
        <w:pStyle w:val="ListBullet"/>
      </w:pPr>
      <w:r>
        <w:t>Hemorragia masiva que requiere control inmediato</w:t>
      </w:r>
    </w:p>
    <w:p>
      <w:pPr>
        <w:pStyle w:val="ListBullet"/>
      </w:pPr>
      <w:r>
        <w:t>Parada cardiorrespiratoria que requiere RCP inmediata</w:t>
      </w:r>
    </w:p>
    <w:p>
      <w:r>
        <w:t>**En estos casos:**</w:t>
      </w:r>
    </w:p>
    <w:p>
      <w:pPr>
        <w:pStyle w:val="ListBullet"/>
      </w:pPr>
      <w:r>
        <w:t>Priorizar la amenaza vital</w:t>
      </w:r>
    </w:p>
    <w:p>
      <w:pPr>
        <w:pStyle w:val="ListBullet"/>
      </w:pPr>
      <w:r>
        <w:t>Reanudar inmovilización manual lo antes posible</w:t>
      </w:r>
    </w:p>
    <w:p>
      <w:pPr>
        <w:pStyle w:val="ListBullet"/>
      </w:pPr>
      <w:r>
        <w:t>Comunicar la situación al equipo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 INMOVILIZACIÓN CERVICAL MANUAL</w:t>
      </w:r>
    </w:p>
    <w:p>
      <w:pPr>
        <w:pStyle w:val="Heading3"/>
      </w:pPr>
      <w:r>
        <w:t>4.1 Posición del Interviniente</w:t>
      </w:r>
    </w:p>
    <w:p>
      <w:r>
        <w:t>**En Paciente en Decúbito Supino:**</w:t>
      </w:r>
    </w:p>
    <w:p>
      <w:pPr>
        <w:pStyle w:val="ListBullet"/>
      </w:pPr>
      <w:r>
        <w:t>El TES se sitúa a la altura de la cabeza del paciente</w:t>
      </w:r>
    </w:p>
    <w:p>
      <w:pPr>
        <w:pStyle w:val="ListBullet"/>
      </w:pPr>
      <w:r>
        <w:t>Preferentemente en eje con el cuerpo</w:t>
      </w:r>
    </w:p>
    <w:p>
      <w:pPr>
        <w:pStyle w:val="ListBullet"/>
      </w:pPr>
      <w:r>
        <w:t>De rodillas o en cuclillas según entorno</w:t>
      </w:r>
    </w:p>
    <w:p>
      <w:pPr>
        <w:pStyle w:val="ListBullet"/>
      </w:pPr>
      <w:r>
        <w:t>Posición cómoda que permita mantener control durante tiempo prolongado</w:t>
      </w:r>
    </w:p>
    <w:p>
      <w:r>
        <w:t>**En Paciente Sentado:**</w:t>
      </w:r>
    </w:p>
    <w:p>
      <w:pPr>
        <w:pStyle w:val="ListBullet"/>
      </w:pPr>
      <w:r>
        <w:t>El control se realiza desde detrás</w:t>
      </w:r>
    </w:p>
    <w:p>
      <w:pPr>
        <w:pStyle w:val="ListBullet"/>
      </w:pPr>
      <w:r>
        <w:t>TES detrás del paciente</w:t>
      </w:r>
    </w:p>
    <w:p>
      <w:pPr>
        <w:pStyle w:val="ListBullet"/>
      </w:pPr>
      <w:r>
        <w:t>Acceso a ambos lados de la cabeza</w:t>
      </w:r>
    </w:p>
    <w:p>
      <w:pPr>
        <w:pStyle w:val="ListBullet"/>
      </w:pPr>
      <w:r>
        <w:t>Posición que permita control y coordinación</w:t>
      </w:r>
    </w:p>
    <w:p>
      <w:r>
        <w:t>**Consideraciones:**</w:t>
      </w:r>
    </w:p>
    <w:p>
      <w:pPr>
        <w:pStyle w:val="ListBullet"/>
      </w:pPr>
      <w:r>
        <w:t>Posición que permita mantener control sin fatiga</w:t>
      </w:r>
    </w:p>
    <w:p>
      <w:pPr>
        <w:pStyle w:val="ListBullet"/>
      </w:pPr>
      <w:r>
        <w:t>Posición que permita comunicación con el equipo</w:t>
      </w:r>
    </w:p>
    <w:p>
      <w:pPr>
        <w:pStyle w:val="ListBullet"/>
      </w:pPr>
      <w:r>
        <w:t>Posición que permita ver al paciente y la situación</w:t>
      </w:r>
    </w:p>
    <w:p>
      <w:pPr>
        <w:pStyle w:val="Heading3"/>
      </w:pPr>
      <w:r>
        <w:t>4.2 Posición de las Manos</w:t>
      </w:r>
    </w:p>
    <w:p>
      <w:r>
        <w:t>**Técnica Correcta:**</w:t>
      </w:r>
    </w:p>
    <w:p>
      <w:pPr>
        <w:pStyle w:val="ListBullet"/>
      </w:pPr>
      <w:r>
        <w:t>Ambas manos sujetan firmemente la cabeza</w:t>
      </w:r>
    </w:p>
    <w:p>
      <w:pPr>
        <w:pStyle w:val="ListBullet"/>
      </w:pPr>
      <w:r>
        <w:t>Palmas apoyadas sobre los laterales del cráneo</w:t>
      </w:r>
    </w:p>
    <w:p>
      <w:pPr>
        <w:pStyle w:val="ListBullet"/>
      </w:pPr>
      <w:r>
        <w:t>Dedos extendidos, pulgares hacia delante</w:t>
      </w:r>
    </w:p>
    <w:p>
      <w:pPr>
        <w:pStyle w:val="ListBullet"/>
      </w:pPr>
      <w:r>
        <w:t>Sujeción firme pero sin comprimir</w:t>
      </w:r>
    </w:p>
    <w:p>
      <w:r>
        <w:t>**Errores a Evitar:**</w:t>
      </w:r>
    </w:p>
    <w:p>
      <w:pPr>
        <w:pStyle w:val="ListBullet"/>
      </w:pPr>
      <w:r>
        <w:t>❌ Presionar pabellones auriculares</w:t>
      </w:r>
    </w:p>
    <w:p>
      <w:pPr>
        <w:pStyle w:val="ListBullet"/>
      </w:pPr>
      <w:r>
        <w:t>❌ Presionar mandíbula</w:t>
      </w:r>
    </w:p>
    <w:p>
      <w:pPr>
        <w:pStyle w:val="ListBullet"/>
      </w:pPr>
      <w:r>
        <w:t>❌ Sujeción demasiado floja</w:t>
      </w:r>
    </w:p>
    <w:p>
      <w:pPr>
        <w:pStyle w:val="ListBullet"/>
      </w:pPr>
      <w:r>
        <w:t>❌ Sujeción demasiado fuerte (puede causar incomodidad o lesión)</w:t>
      </w:r>
    </w:p>
    <w:p>
      <w:r>
        <w:t>**Consideraciones:**</w:t>
      </w:r>
    </w:p>
    <w:p>
      <w:pPr>
        <w:pStyle w:val="ListBullet"/>
      </w:pPr>
      <w:r>
        <w:t>Sujeción firme pero no agresiva</w:t>
      </w:r>
    </w:p>
    <w:p>
      <w:pPr>
        <w:pStyle w:val="ListBullet"/>
      </w:pPr>
      <w:r>
        <w:t>Distribución uniforme de la presión</w:t>
      </w:r>
    </w:p>
    <w:p>
      <w:pPr>
        <w:pStyle w:val="ListBullet"/>
      </w:pPr>
      <w:r>
        <w:t>Evitar puntos de presión excesiva</w:t>
      </w:r>
    </w:p>
    <w:p>
      <w:pPr>
        <w:pStyle w:val="Heading3"/>
      </w:pPr>
      <w:r>
        <w:t>4.3 Control de Cabeza y Cuello</w:t>
      </w:r>
    </w:p>
    <w:p>
      <w:r>
        <w:t>**Alineación Neutra:**</w:t>
      </w:r>
    </w:p>
    <w:p>
      <w:pPr>
        <w:pStyle w:val="ListBullet"/>
      </w:pPr>
      <w:r>
        <w:t>Mantener alineación neutra cabeza-cuello-tronco</w:t>
      </w:r>
    </w:p>
    <w:p>
      <w:pPr>
        <w:pStyle w:val="ListBullet"/>
      </w:pPr>
      <w:r>
        <w:t>No realizar rotaciones</w:t>
      </w:r>
    </w:p>
    <w:p>
      <w:pPr>
        <w:pStyle w:val="ListBullet"/>
      </w:pPr>
      <w:r>
        <w:t>No realizar flexiones</w:t>
      </w:r>
    </w:p>
    <w:p>
      <w:pPr>
        <w:pStyle w:val="ListBullet"/>
      </w:pPr>
      <w:r>
        <w:t>No realizar extensiones</w:t>
      </w:r>
    </w:p>
    <w:p>
      <w:pPr>
        <w:pStyle w:val="ListBullet"/>
      </w:pPr>
      <w:r>
        <w:t>Mantener posición en la que se encuentre el paciente</w:t>
      </w:r>
    </w:p>
    <w:p>
      <w:r>
        <w:t>**Si el Paciente Adopta Posición Antiálgica:**</w:t>
      </w:r>
    </w:p>
    <w:p>
      <w:pPr>
        <w:pStyle w:val="ListBullet"/>
      </w:pPr>
      <w:r>
        <w:t>No forzar la corrección</w:t>
      </w:r>
    </w:p>
    <w:p>
      <w:pPr>
        <w:pStyle w:val="ListBullet"/>
      </w:pPr>
      <w:r>
        <w:t>Se mantiene la posición en la que se encuentre si hay dolor o resistencia</w:t>
      </w:r>
    </w:p>
    <w:p>
      <w:pPr>
        <w:pStyle w:val="ListBullet"/>
      </w:pPr>
      <w:r>
        <w:t>Forzar la corrección puede agravar lesiones</w:t>
      </w:r>
    </w:p>
    <w:p>
      <w:pPr>
        <w:pStyle w:val="ListBullet"/>
      </w:pPr>
      <w:r>
        <w:t>Comunicar la posición al médico</w:t>
      </w:r>
    </w:p>
    <w:p>
      <w:r>
        <w:t>**Principio:**</w:t>
      </w:r>
    </w:p>
    <w:p>
      <w:pPr>
        <w:pStyle w:val="ListBullet"/>
      </w:pPr>
      <w:r>
        <w:t>Mantener la posición actual del paciente</w:t>
      </w:r>
    </w:p>
    <w:p>
      <w:pPr>
        <w:pStyle w:val="ListBullet"/>
      </w:pPr>
      <w:r>
        <w:t>No mover hacia "posición correcta" si causa dolor o resistencia</w:t>
      </w:r>
    </w:p>
    <w:p>
      <w:pPr>
        <w:pStyle w:val="ListBullet"/>
      </w:pPr>
      <w:r>
        <w:t>La posición antiálgica puede ser protectora</w:t>
      </w:r>
    </w:p>
    <w:p>
      <w:pPr>
        <w:pStyle w:val="Heading3"/>
      </w:pPr>
      <w:r>
        <w:t>4.4 Situaciones Especiales</w:t>
      </w:r>
    </w:p>
    <w:p>
      <w:r>
        <w:t>**Paciente Agitado:**</w:t>
      </w:r>
    </w:p>
    <w:p>
      <w:pPr>
        <w:pStyle w:val="ListBullet"/>
      </w:pPr>
      <w:r>
        <w:t>Control firme pero no agresivo</w:t>
      </w:r>
    </w:p>
    <w:p>
      <w:pPr>
        <w:pStyle w:val="ListBullet"/>
      </w:pPr>
      <w:r>
        <w:t>Verbalización calmada y tranquilizadora</w:t>
      </w:r>
    </w:p>
    <w:p>
      <w:pPr>
        <w:pStyle w:val="ListBullet"/>
      </w:pPr>
      <w:r>
        <w:t>Apoyo de otro TES si es necesario</w:t>
      </w:r>
    </w:p>
    <w:p>
      <w:pPr>
        <w:pStyle w:val="ListBullet"/>
      </w:pPr>
      <w:r>
        <w:t>No forzar si hay resistencia extrema (comunicar al médico)</w:t>
      </w:r>
    </w:p>
    <w:p>
      <w:pPr>
        <w:pStyle w:val="ListBullet"/>
      </w:pPr>
      <w:r>
        <w:t>Considerar necesidad de sedación (criterio médico)</w:t>
      </w:r>
    </w:p>
    <w:p>
      <w:r>
        <w:t>**Paciente Sentado:**</w:t>
      </w:r>
    </w:p>
    <w:p>
      <w:pPr>
        <w:pStyle w:val="ListBullet"/>
      </w:pPr>
      <w:r>
        <w:t>Sujeción desde detrás</w:t>
      </w:r>
    </w:p>
    <w:p>
      <w:pPr>
        <w:pStyle w:val="ListBullet"/>
      </w:pPr>
      <w:r>
        <w:t>Alineación progresiva solo si es posible</w:t>
      </w:r>
    </w:p>
    <w:p>
      <w:pPr>
        <w:pStyle w:val="ListBullet"/>
      </w:pPr>
      <w:r>
        <w:t>No forzar si hay dolor o resistencia</w:t>
      </w:r>
    </w:p>
    <w:p>
      <w:pPr>
        <w:pStyle w:val="ListBullet"/>
      </w:pPr>
      <w:r>
        <w:t>Coordinar con equipo para movilización a decúbito supino</w:t>
      </w:r>
    </w:p>
    <w:p>
      <w:r>
        <w:t>**Paciente Atrapado:**</w:t>
      </w:r>
    </w:p>
    <w:p>
      <w:pPr>
        <w:pStyle w:val="ListBullet"/>
      </w:pPr>
      <w:r>
        <w:t>Inmovilización manual hasta liberación completa</w:t>
      </w:r>
    </w:p>
    <w:p>
      <w:pPr>
        <w:pStyle w:val="ListBullet"/>
      </w:pPr>
      <w:r>
        <w:t>Mantener control durante todo el proceso de liberación</w:t>
      </w:r>
    </w:p>
    <w:p>
      <w:pPr>
        <w:pStyle w:val="ListBullet"/>
      </w:pPr>
      <w:r>
        <w:t>Coordinar con servicios de rescate</w:t>
      </w:r>
    </w:p>
    <w:p>
      <w:pPr>
        <w:pStyle w:val="ListBullet"/>
      </w:pPr>
      <w:r>
        <w:t>No soltar hasta que el paciente esté liberado y asegurado</w:t>
      </w:r>
    </w:p>
    <w:p>
      <w:r>
        <w:t>**Paciente en Posición Lateral:**</w:t>
      </w:r>
    </w:p>
    <w:p>
      <w:pPr>
        <w:pStyle w:val="ListBullet"/>
      </w:pPr>
      <w:r>
        <w:t>Mantener control manual</w:t>
      </w:r>
    </w:p>
    <w:p>
      <w:pPr>
        <w:pStyle w:val="ListBullet"/>
      </w:pPr>
      <w:r>
        <w:t>No forzar giro a supino si hay dolor</w:t>
      </w:r>
    </w:p>
    <w:p>
      <w:pPr>
        <w:pStyle w:val="ListBullet"/>
      </w:pPr>
      <w:r>
        <w:t>Coordinar giro en bloque si es necesario</w:t>
      </w:r>
    </w:p>
    <w:p>
      <w:pPr>
        <w:pStyle w:val="ListBullet"/>
      </w:pPr>
      <w:r>
        <w:t>Comunicar posición al médico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 INMOVILIZACIÓN CORPORAL INICIAL (SIN DISPOSITIVOS)</w:t>
      </w:r>
    </w:p>
    <w:p>
      <w:pPr>
        <w:pStyle w:val="Heading3"/>
      </w:pPr>
      <w:r>
        <w:t>Control del Tronco y Extremidades</w:t>
      </w:r>
    </w:p>
    <w:p>
      <w:r>
        <w:t>**Mientras se mantiene el control cervical:**</w:t>
      </w:r>
    </w:p>
    <w:p>
      <w:r>
        <w:t>**Se evita que el paciente:**</w:t>
      </w:r>
    </w:p>
    <w:p>
      <w:pPr>
        <w:pStyle w:val="ListBullet"/>
      </w:pPr>
      <w:r>
        <w:t>Gire el tronco</w:t>
      </w:r>
    </w:p>
    <w:p>
      <w:pPr>
        <w:pStyle w:val="ListBullet"/>
      </w:pPr>
      <w:r>
        <w:t>Se incorpore</w:t>
      </w:r>
    </w:p>
    <w:p>
      <w:pPr>
        <w:pStyle w:val="ListBullet"/>
      </w:pPr>
      <w:r>
        <w:t>Flexione extremidades de forma brusca</w:t>
      </w:r>
    </w:p>
    <w:p>
      <w:pPr>
        <w:pStyle w:val="ListBullet"/>
      </w:pPr>
      <w:r>
        <w:t>Realice movimientos que puedan agravar lesiones</w:t>
      </w:r>
    </w:p>
    <w:p>
      <w:r>
        <w:t>**Técnicas de Control:**</w:t>
      </w:r>
    </w:p>
    <w:p>
      <w:pPr>
        <w:pStyle w:val="ListBullet"/>
      </w:pPr>
      <w:r>
        <w:t>Control verbal (instrucciones claras)</w:t>
      </w:r>
    </w:p>
    <w:p>
      <w:pPr>
        <w:pStyle w:val="ListBullet"/>
      </w:pPr>
      <w:r>
        <w:t>Control físico suave si es necesario (sin forzar)</w:t>
      </w:r>
    </w:p>
    <w:p>
      <w:pPr>
        <w:pStyle w:val="ListBullet"/>
      </w:pPr>
      <w:r>
        <w:t>Posicionamiento del equipo alrededor del paciente</w:t>
      </w:r>
    </w:p>
    <w:p>
      <w:pPr>
        <w:pStyle w:val="ListBullet"/>
      </w:pPr>
      <w:r>
        <w:t>Coordinación para prevenir movimientos</w:t>
      </w:r>
    </w:p>
    <w:p>
      <w:pPr>
        <w:pStyle w:val="Heading3"/>
      </w:pPr>
      <w:r>
        <w:t>Control Verbal</w:t>
      </w:r>
    </w:p>
    <w:p>
      <w:r>
        <w:t>**📌 El control verbal es parte de la inmovilización.**</w:t>
      </w:r>
    </w:p>
    <w:p>
      <w:r>
        <w:t>**Instrucciones al Paciente (si está consciente):**</w:t>
      </w:r>
    </w:p>
    <w:p>
      <w:pPr>
        <w:pStyle w:val="ListBullet"/>
      </w:pPr>
      <w:r>
        <w:t>"Permanezca inmóvil"</w:t>
      </w:r>
    </w:p>
    <w:p>
      <w:pPr>
        <w:pStyle w:val="ListBullet"/>
      </w:pPr>
      <w:r>
        <w:t>"No intente levantarse"</w:t>
      </w:r>
    </w:p>
    <w:p>
      <w:pPr>
        <w:pStyle w:val="ListBullet"/>
      </w:pPr>
      <w:r>
        <w:t>"Siga mis instrucciones"</w:t>
      </w:r>
    </w:p>
    <w:p>
      <w:pPr>
        <w:pStyle w:val="ListBullet"/>
      </w:pPr>
      <w:r>
        <w:t>"No mueva la cabeza ni el cuello"</w:t>
      </w:r>
    </w:p>
    <w:p>
      <w:pPr>
        <w:pStyle w:val="ListBullet"/>
      </w:pPr>
      <w:r>
        <w:t>"Mantenga esta posición"</w:t>
      </w:r>
    </w:p>
    <w:p>
      <w:r>
        <w:t>**Comunicación Clara:**</w:t>
      </w:r>
    </w:p>
    <w:p>
      <w:pPr>
        <w:pStyle w:val="ListBullet"/>
      </w:pPr>
      <w:r>
        <w:t>Instrucciones simples y directas</w:t>
      </w:r>
    </w:p>
    <w:p>
      <w:pPr>
        <w:pStyle w:val="ListBullet"/>
      </w:pPr>
      <w:r>
        <w:t>Tono calmado pero firme</w:t>
      </w:r>
    </w:p>
    <w:p>
      <w:pPr>
        <w:pStyle w:val="ListBullet"/>
      </w:pPr>
      <w:r>
        <w:t>Repetir si es necesario</w:t>
      </w:r>
    </w:p>
    <w:p>
      <w:pPr>
        <w:pStyle w:val="ListBullet"/>
      </w:pPr>
      <w:r>
        <w:t>Explicar brevemente por qué (si es apropiado)</w:t>
      </w:r>
    </w:p>
    <w:p>
      <w:r>
        <w:t>**Si el Paciente No Obedece:**</w:t>
      </w:r>
    </w:p>
    <w:p>
      <w:pPr>
        <w:pStyle w:val="ListBullet"/>
      </w:pPr>
      <w:r>
        <w:t>Reforzar instrucciones</w:t>
      </w:r>
    </w:p>
    <w:p>
      <w:pPr>
        <w:pStyle w:val="ListBullet"/>
      </w:pPr>
      <w:r>
        <w:t>Explicar importancia (brevemente)</w:t>
      </w:r>
    </w:p>
    <w:p>
      <w:pPr>
        <w:pStyle w:val="ListBullet"/>
      </w:pPr>
      <w:r>
        <w:t>Considerar control físico suave si es necesario</w:t>
      </w:r>
    </w:p>
    <w:p>
      <w:pPr>
        <w:pStyle w:val="ListBullet"/>
      </w:pPr>
      <w:r>
        <w:t>Comunicar al médico si hay resistencia extrema</w:t>
      </w:r>
    </w:p>
    <w:p>
      <w:pPr>
        <w:pStyle w:val="Heading3"/>
      </w:pPr>
      <w:r>
        <w:t>Control Físico (Si es Necesario)</w:t>
      </w:r>
    </w:p>
    <w:p>
      <w:r>
        <w:t>**Solo si el control verbal no es suficiente:**</w:t>
      </w:r>
    </w:p>
    <w:p>
      <w:pPr>
        <w:pStyle w:val="ListBullet"/>
      </w:pPr>
      <w:r>
        <w:t>Control suave de extremidades si intenta moverse</w:t>
      </w:r>
    </w:p>
    <w:p>
      <w:pPr>
        <w:pStyle w:val="ListBullet"/>
      </w:pPr>
      <w:r>
        <w:t>Posicionamiento del equipo para prevenir movimientos</w:t>
      </w:r>
    </w:p>
    <w:p>
      <w:pPr>
        <w:pStyle w:val="ListBullet"/>
      </w:pPr>
      <w:r>
        <w:t>No forzar ni agredir</w:t>
      </w:r>
    </w:p>
    <w:p>
      <w:pPr>
        <w:pStyle w:val="ListBullet"/>
      </w:pPr>
      <w:r>
        <w:t>Comunicar necesidad de sedación si es extrema (criterio médico)</w:t>
      </w:r>
    </w:p>
    <w:p>
      <w:r>
        <w:t>**Principio:**</w:t>
      </w:r>
    </w:p>
    <w:p>
      <w:pPr>
        <w:pStyle w:val="ListBullet"/>
      </w:pPr>
      <w:r>
        <w:t>Control verbal primero</w:t>
      </w:r>
    </w:p>
    <w:p>
      <w:pPr>
        <w:pStyle w:val="ListBullet"/>
      </w:pPr>
      <w:r>
        <w:t>Control físico solo si es necesario</w:t>
      </w:r>
    </w:p>
    <w:p>
      <w:pPr>
        <w:pStyle w:val="ListBullet"/>
      </w:pPr>
      <w:r>
        <w:t>Nunca agresivo ni forzado</w:t>
      </w:r>
    </w:p>
    <w:p>
      <w:pPr>
        <w:pStyle w:val="ListBullet"/>
      </w:pPr>
      <w:r>
        <w:t>Comunicar problemas al médico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6. COORDINACIÓN DEL EQUIPO</w:t>
      </w:r>
    </w:p>
    <w:p>
      <w:pPr>
        <w:pStyle w:val="Heading3"/>
      </w:pPr>
      <w:r>
        <w:t>Rol del TES que Controla la Cabeza</w:t>
      </w:r>
    </w:p>
    <w:p>
      <w:r>
        <w:t>**El TES que controla la cabeza:**</w:t>
      </w:r>
    </w:p>
    <w:p>
      <w:pPr>
        <w:pStyle w:val="ListBullet"/>
      </w:pPr>
      <w:r>
        <w:t>Dirige los movimientos</w:t>
      </w:r>
    </w:p>
    <w:p>
      <w:pPr>
        <w:pStyle w:val="ListBullet"/>
      </w:pPr>
      <w:r>
        <w:t>Da las órdenes de giro, movilización o traslado</w:t>
      </w:r>
    </w:p>
    <w:p>
      <w:pPr>
        <w:pStyle w:val="ListBullet"/>
      </w:pPr>
      <w:r>
        <w:t>Confirma cuándo se puede continuar</w:t>
      </w:r>
    </w:p>
    <w:p>
      <w:pPr>
        <w:pStyle w:val="ListBullet"/>
      </w:pPr>
      <w:r>
        <w:t>Coordina con el resto del equipo</w:t>
      </w:r>
    </w:p>
    <w:p>
      <w:r>
        <w:t>**Responsabilidades:**</w:t>
      </w:r>
    </w:p>
    <w:p>
      <w:pPr>
        <w:pStyle w:val="ListBullet"/>
      </w:pPr>
      <w:r>
        <w:t>Mantener control continuo</w:t>
      </w:r>
    </w:p>
    <w:p>
      <w:pPr>
        <w:pStyle w:val="ListBullet"/>
      </w:pPr>
      <w:r>
        <w:t>Comunicar claramente</w:t>
      </w:r>
    </w:p>
    <w:p>
      <w:pPr>
        <w:pStyle w:val="ListBullet"/>
      </w:pPr>
      <w:r>
        <w:t>Coordinar movimientos</w:t>
      </w:r>
    </w:p>
    <w:p>
      <w:pPr>
        <w:pStyle w:val="ListBullet"/>
      </w:pPr>
      <w:r>
        <w:t>Verificar que el equipo está listo antes de ordenar movimientos</w:t>
      </w:r>
    </w:p>
    <w:p>
      <w:pPr>
        <w:pStyle w:val="Heading3"/>
      </w:pPr>
      <w:r>
        <w:t>Comunicación y Órdenes</w:t>
      </w:r>
    </w:p>
    <w:p>
      <w:r>
        <w:t>**Estructura de Órdenes:**</w:t>
      </w:r>
    </w:p>
    <w:p>
      <w:pPr>
        <w:pStyle w:val="ListNumber"/>
      </w:pPr>
      <w:r>
        <w:t>**Preparación:** "Preparados para..."</w:t>
      </w:r>
    </w:p>
    <w:p>
      <w:pPr>
        <w:pStyle w:val="ListNumber"/>
      </w:pPr>
      <w:r>
        <w:t>**Cuenta atrás:** "3, 2, 1..."</w:t>
      </w:r>
    </w:p>
    <w:p>
      <w:pPr>
        <w:pStyle w:val="ListNumber"/>
      </w:pPr>
      <w:r>
        <w:t>**Ejecución:** "Giro" / "Movilización" / etc.</w:t>
      </w:r>
    </w:p>
    <w:p>
      <w:pPr>
        <w:pStyle w:val="ListNumber"/>
      </w:pPr>
      <w:r>
        <w:t>**Confirmación:** "Listo" / "Continuar"</w:t>
      </w:r>
    </w:p>
    <w:p>
      <w:r>
        <w:t>**Ejemplo de Orden Completa:**</w:t>
      </w:r>
    </w:p>
    <w:p>
      <w:pPr>
        <w:pStyle w:val="ListBullet"/>
      </w:pPr>
      <w:r>
        <w:t>"Preparados para giro en bloque a la derecha..."</w:t>
      </w:r>
    </w:p>
    <w:p>
      <w:pPr>
        <w:pStyle w:val="ListBullet"/>
      </w:pPr>
      <w:r>
        <w:t>"¿Todos listos?" (esperar confirmación)</w:t>
      </w:r>
    </w:p>
    <w:p>
      <w:pPr>
        <w:pStyle w:val="ListBullet"/>
      </w:pPr>
      <w:r>
        <w:t>"3, 2, 1... giro"</w:t>
      </w:r>
    </w:p>
    <w:p>
      <w:pPr>
        <w:pStyle w:val="ListBullet"/>
      </w:pPr>
      <w:r>
        <w:t>"Listo, continuar"</w:t>
      </w:r>
    </w:p>
    <w:p>
      <w:r>
        <w:t>**Importancia:**</w:t>
      </w:r>
    </w:p>
    <w:p>
      <w:pPr>
        <w:pStyle w:val="ListBullet"/>
      </w:pPr>
      <w:r>
        <w:t>Todos los miembros del equipo deben estar listos</w:t>
      </w:r>
    </w:p>
    <w:p>
      <w:pPr>
        <w:pStyle w:val="ListBullet"/>
      </w:pPr>
      <w:r>
        <w:t>Movimiento coordinado y simultáneo</w:t>
      </w:r>
    </w:p>
    <w:p>
      <w:pPr>
        <w:pStyle w:val="ListBullet"/>
      </w:pPr>
      <w:r>
        <w:t>Sin movimientos bruscos o descoordinados</w:t>
      </w:r>
    </w:p>
    <w:p>
      <w:pPr>
        <w:pStyle w:val="ListBullet"/>
      </w:pPr>
      <w:r>
        <w:t>Comunicación clara y audible</w:t>
      </w:r>
    </w:p>
    <w:p>
      <w:pPr>
        <w:pStyle w:val="Heading3"/>
      </w:pPr>
      <w:r>
        <w:t>Coordinación en Movimientos</w:t>
      </w:r>
    </w:p>
    <w:p>
      <w:r>
        <w:t>**Movimientos en Bloque:**</w:t>
      </w:r>
    </w:p>
    <w:p>
      <w:pPr>
        <w:pStyle w:val="ListBullet"/>
      </w:pPr>
      <w:r>
        <w:t>Todo el cuerpo se mueve como una unidad</w:t>
      </w:r>
    </w:p>
    <w:p>
      <w:pPr>
        <w:pStyle w:val="ListBullet"/>
      </w:pPr>
      <w:r>
        <w:t>Cabeza, cuello y tronco se mueven juntos</w:t>
      </w:r>
    </w:p>
    <w:p>
      <w:pPr>
        <w:pStyle w:val="ListBullet"/>
      </w:pPr>
      <w:r>
        <w:t>Sin movimientos independientes de partes del cuerpo</w:t>
      </w:r>
    </w:p>
    <w:p>
      <w:pPr>
        <w:pStyle w:val="ListBullet"/>
      </w:pPr>
      <w:r>
        <w:t>Coordinación entre todos los miembros del equipo</w:t>
      </w:r>
    </w:p>
    <w:p>
      <w:r>
        <w:t>**Roles del Equipo:**</w:t>
      </w:r>
    </w:p>
    <w:p>
      <w:pPr>
        <w:pStyle w:val="ListBullet"/>
      </w:pPr>
      <w:r>
        <w:t>**TES 1:** Control de cabeza (dirige)</w:t>
      </w:r>
    </w:p>
    <w:p>
      <w:pPr>
        <w:pStyle w:val="ListBullet"/>
      </w:pPr>
      <w:r>
        <w:t>**TES 2:** Control de tronco</w:t>
      </w:r>
    </w:p>
    <w:p>
      <w:pPr>
        <w:pStyle w:val="ListBullet"/>
      </w:pPr>
      <w:r>
        <w:t>**TES 3:** Control de extremidades (si es necesario)</w:t>
      </w:r>
    </w:p>
    <w:p>
      <w:pPr>
        <w:pStyle w:val="ListBullet"/>
      </w:pPr>
      <w:r>
        <w:t>**Médico:** Supervisión y decisiones clínicas</w:t>
      </w:r>
    </w:p>
    <w:p>
      <w:r>
        <w:t>**Comunicación Continua:**</w:t>
      </w:r>
    </w:p>
    <w:p>
      <w:pPr>
        <w:pStyle w:val="ListBullet"/>
      </w:pPr>
      <w:r>
        <w:t>Comunicar antes de cualquier movimiento</w:t>
      </w:r>
    </w:p>
    <w:p>
      <w:pPr>
        <w:pStyle w:val="ListBullet"/>
      </w:pPr>
      <w:r>
        <w:t>Confirmar que todos están listos</w:t>
      </w:r>
    </w:p>
    <w:p>
      <w:pPr>
        <w:pStyle w:val="ListBullet"/>
      </w:pPr>
      <w:r>
        <w:t>Comunicar durante el movimiento si hay problemas</w:t>
      </w:r>
    </w:p>
    <w:p>
      <w:pPr>
        <w:pStyle w:val="ListBullet"/>
      </w:pPr>
      <w:r>
        <w:t>Confirmar después del movimiento que está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7. TRANSICIÓN A DISPOSITIVOS DE INMOVILIZACIÓN</w:t>
      </w:r>
    </w:p>
    <w:p>
      <w:pPr>
        <w:pStyle w:val="Heading3"/>
      </w:pPr>
      <w:r>
        <w:t>Principio Fundamental</w:t>
      </w:r>
    </w:p>
    <w:p>
      <w:r>
        <w:t>**⚠️ Nunca se coloca un collarín sin control manual previo.**</w:t>
      </w:r>
    </w:p>
    <w:p>
      <w:r>
        <w:t>La inmovilización manual se mantiene hasta:</w:t>
      </w:r>
    </w:p>
    <w:p>
      <w:pPr>
        <w:pStyle w:val="ListBullet"/>
      </w:pPr>
      <w:r>
        <w:t>Colocación correcta del collarín cervical</w:t>
      </w:r>
    </w:p>
    <w:p>
      <w:pPr>
        <w:pStyle w:val="ListBullet"/>
      </w:pPr>
      <w:r>
        <w:t>Transferencia a tablero espinal, camilla cuchara o colchón de vacío</w:t>
      </w:r>
    </w:p>
    <w:p>
      <w:pPr>
        <w:pStyle w:val="ListBullet"/>
      </w:pPr>
      <w:r>
        <w:t>Aseguramiento completo del paciente</w:t>
      </w:r>
    </w:p>
    <w:p>
      <w:pPr>
        <w:pStyle w:val="Heading3"/>
      </w:pPr>
      <w:r>
        <w:t>Secuencia de Transición</w:t>
      </w:r>
    </w:p>
    <w:p>
      <w:r>
        <w:t>**Paso 1: Mantener Control Manual**</w:t>
      </w:r>
    </w:p>
    <w:p>
      <w:pPr>
        <w:pStyle w:val="ListBullet"/>
      </w:pPr>
      <w:r>
        <w:t>Continuar inmovilización manual durante todo el proceso</w:t>
      </w:r>
    </w:p>
    <w:p>
      <w:pPr>
        <w:pStyle w:val="ListBullet"/>
      </w:pPr>
      <w:r>
        <w:t>No soltar hasta que el dispositivo esté completamente fijado</w:t>
      </w:r>
    </w:p>
    <w:p>
      <w:r>
        <w:t>**Paso 2: Preparación del Dispositivo**</w:t>
      </w:r>
    </w:p>
    <w:p>
      <w:pPr>
        <w:pStyle w:val="ListBullet"/>
      </w:pPr>
      <w:r>
        <w:t>Preparar dispositivo mientras se mantiene control manual</w:t>
      </w:r>
    </w:p>
    <w:p>
      <w:pPr>
        <w:pStyle w:val="ListBullet"/>
      </w:pPr>
      <w:r>
        <w:t>Verificar que dispositivo está listo</w:t>
      </w:r>
    </w:p>
    <w:p>
      <w:pPr>
        <w:pStyle w:val="ListBullet"/>
      </w:pPr>
      <w:r>
        <w:t>Coordinar con el equipo</w:t>
      </w:r>
    </w:p>
    <w:p>
      <w:r>
        <w:t>**Paso 3: Colocación del Dispositivo**</w:t>
      </w:r>
    </w:p>
    <w:p>
      <w:pPr>
        <w:pStyle w:val="ListBullet"/>
      </w:pPr>
      <w:r>
        <w:t>Colocar dispositivo manteniendo control manual</w:t>
      </w:r>
    </w:p>
    <w:p>
      <w:pPr>
        <w:pStyle w:val="ListBullet"/>
      </w:pPr>
      <w:r>
        <w:t>Ajustar y fijar dispositivo</w:t>
      </w:r>
    </w:p>
    <w:p>
      <w:pPr>
        <w:pStyle w:val="ListBullet"/>
      </w:pPr>
      <w:r>
        <w:t>Verificar que dispositivo está correctamente colocado</w:t>
      </w:r>
    </w:p>
    <w:p>
      <w:r>
        <w:t>**Paso 4: Verificación**</w:t>
      </w:r>
    </w:p>
    <w:p>
      <w:pPr>
        <w:pStyle w:val="ListBullet"/>
      </w:pPr>
      <w:r>
        <w:t>Verificar que dispositivo está bien fijado</w:t>
      </w:r>
    </w:p>
    <w:p>
      <w:pPr>
        <w:pStyle w:val="ListBullet"/>
      </w:pPr>
      <w:r>
        <w:t>Verificar que inmovilización es adecuada</w:t>
      </w:r>
    </w:p>
    <w:p>
      <w:pPr>
        <w:pStyle w:val="ListBullet"/>
      </w:pPr>
      <w:r>
        <w:t>Verificar que no hay compresiones</w:t>
      </w:r>
    </w:p>
    <w:p>
      <w:r>
        <w:t>**Paso 5: Liberación Controlada**</w:t>
      </w:r>
    </w:p>
    <w:p>
      <w:pPr>
        <w:pStyle w:val="ListBullet"/>
      </w:pPr>
      <w:r>
        <w:t>Solo después de verificar que dispositivo está completamente fijado</w:t>
      </w:r>
    </w:p>
    <w:p>
      <w:pPr>
        <w:pStyle w:val="ListBullet"/>
      </w:pPr>
      <w:r>
        <w:t>Liberar inmovilización manual de forma controlada</w:t>
      </w:r>
    </w:p>
    <w:p>
      <w:pPr>
        <w:pStyle w:val="ListBullet"/>
      </w:pPr>
      <w:r>
        <w:t>Observar que no hay movimiento</w:t>
      </w:r>
    </w:p>
    <w:p>
      <w:pPr>
        <w:pStyle w:val="ListBullet"/>
      </w:pPr>
      <w:r>
        <w:t>Si hay movimiento: volver a inmovilización manual y ajustar dispositivo</w:t>
      </w:r>
    </w:p>
    <w:p>
      <w:pPr>
        <w:pStyle w:val="Heading3"/>
      </w:pPr>
      <w:r>
        <w:t>Dispositivos de Transición</w:t>
      </w:r>
    </w:p>
    <w:p>
      <w:r>
        <w:t>**Collarín Cervical:**</w:t>
      </w:r>
    </w:p>
    <w:p>
      <w:pPr>
        <w:pStyle w:val="ListBullet"/>
      </w:pPr>
      <w:r>
        <w:t>Se coloca manteniendo inmovilización manual</w:t>
      </w:r>
    </w:p>
    <w:p>
      <w:pPr>
        <w:pStyle w:val="ListBullet"/>
      </w:pPr>
      <w:r>
        <w:t>Se verifica antes de liberar control manual</w:t>
      </w:r>
    </w:p>
    <w:p>
      <w:pPr>
        <w:pStyle w:val="ListBullet"/>
      </w:pPr>
      <w:r>
        <w:t>Ver procedimiento específico en BLOQUE 2.1</w:t>
      </w:r>
    </w:p>
    <w:p>
      <w:r>
        <w:t>**Tablero Espinal:**</w:t>
      </w:r>
    </w:p>
    <w:p>
      <w:pPr>
        <w:pStyle w:val="ListBullet"/>
      </w:pPr>
      <w:r>
        <w:t>Se coloca manteniendo inmovilización manual y collarín</w:t>
      </w:r>
    </w:p>
    <w:p>
      <w:pPr>
        <w:pStyle w:val="ListBullet"/>
      </w:pPr>
      <w:r>
        <w:t>Se asegura con correas</w:t>
      </w:r>
    </w:p>
    <w:p>
      <w:pPr>
        <w:pStyle w:val="ListBullet"/>
      </w:pPr>
      <w:r>
        <w:t>Se verifica antes de liberar control manual</w:t>
      </w:r>
    </w:p>
    <w:p>
      <w:r>
        <w:t>**Colchón de Vacío:**</w:t>
      </w:r>
    </w:p>
    <w:p>
      <w:pPr>
        <w:pStyle w:val="ListBullet"/>
      </w:pPr>
      <w:r>
        <w:t>Se coloca manteniendo inmovilización manual</w:t>
      </w:r>
    </w:p>
    <w:p>
      <w:pPr>
        <w:pStyle w:val="ListBullet"/>
      </w:pPr>
      <w:r>
        <w:t>Se extrae aire</w:t>
      </w:r>
    </w:p>
    <w:p>
      <w:pPr>
        <w:pStyle w:val="ListBullet"/>
      </w:pPr>
      <w:r>
        <w:t>Se verifica rigidez antes de liberar control manual</w:t>
      </w:r>
    </w:p>
    <w:p>
      <w:r>
        <w:t>**Camilla Cuchara:**</w:t>
      </w:r>
    </w:p>
    <w:p>
      <w:pPr>
        <w:pStyle w:val="ListBullet"/>
      </w:pPr>
      <w:r>
        <w:t>Se coloca manteniendo inmovilización manual</w:t>
      </w:r>
    </w:p>
    <w:p>
      <w:pPr>
        <w:pStyle w:val="ListBullet"/>
      </w:pPr>
      <w:r>
        <w:t>Se cierra y asegura</w:t>
      </w:r>
    </w:p>
    <w:p>
      <w:pPr>
        <w:pStyle w:val="ListBullet"/>
      </w:pPr>
      <w:r>
        <w:t>Se verifica antes de liberar control manual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8. ERRORES FRECUENTES A EVITAR</w:t>
      </w:r>
    </w:p>
    <w:p>
      <w:pPr>
        <w:pStyle w:val="Heading3"/>
      </w:pPr>
      <w:r>
        <w:t>Errores Críticos</w:t>
      </w:r>
    </w:p>
    <w:p>
      <w:r>
        <w:t>**Error 1: Soltar la Cabeza para Coger Material**</w:t>
      </w:r>
    </w:p>
    <w:p>
      <w:pPr>
        <w:pStyle w:val="ListBullet"/>
      </w:pPr>
      <w:r>
        <w:t>❌ Soltar inmovilización manual para buscar o coger material</w:t>
      </w:r>
    </w:p>
    <w:p>
      <w:pPr>
        <w:pStyle w:val="ListBullet"/>
      </w:pPr>
      <w:r>
        <w:t>**Consecuencia:** Riesgo de movimiento de columna cervical</w:t>
      </w:r>
    </w:p>
    <w:p>
      <w:pPr>
        <w:pStyle w:val="ListBullet"/>
      </w:pPr>
      <w:r>
        <w:t>**Prevención:** Material debe estar preparado antes, o otro miembro del equipo lo trae</w:t>
      </w:r>
    </w:p>
    <w:p>
      <w:r>
        <w:t>**Error 2: Colocar el Collarín sin Control Cervical**</w:t>
      </w:r>
    </w:p>
    <w:p>
      <w:pPr>
        <w:pStyle w:val="ListBullet"/>
      </w:pPr>
      <w:r>
        <w:t>❌ Intentar colocar collarín sin mantener inmovilización manual</w:t>
      </w:r>
    </w:p>
    <w:p>
      <w:pPr>
        <w:pStyle w:val="ListBullet"/>
      </w:pPr>
      <w:r>
        <w:t>**Consecuencia:** Movimiento durante colocación, riesgo de lesión</w:t>
      </w:r>
    </w:p>
    <w:p>
      <w:pPr>
        <w:pStyle w:val="ListBullet"/>
      </w:pPr>
      <w:r>
        <w:t>**Prevención:** Mantener inmovilización manual durante todo el proceso</w:t>
      </w:r>
    </w:p>
    <w:p>
      <w:r>
        <w:t>**Error 3: Permitir que el Paciente se Mueva "Porque Está Consciente"**</w:t>
      </w:r>
    </w:p>
    <w:p>
      <w:pPr>
        <w:pStyle w:val="ListBullet"/>
      </w:pPr>
      <w:r>
        <w:t>❌ Asumir que paciente consciente no necesita inmovilización</w:t>
      </w:r>
    </w:p>
    <w:p>
      <w:pPr>
        <w:pStyle w:val="ListBullet"/>
      </w:pPr>
      <w:r>
        <w:t>**Consecuencia:** Riesgo de lesión si hay lesión espinal no detectada</w:t>
      </w:r>
    </w:p>
    <w:p>
      <w:pPr>
        <w:pStyle w:val="ListBullet"/>
      </w:pPr>
      <w:r>
        <w:t>**Prevención:** Aplicar inmovilización manual según criterios, no según nivel de consciencia</w:t>
      </w:r>
    </w:p>
    <w:p>
      <w:r>
        <w:t>**Error 4: Forzar la Alineación Cervical**</w:t>
      </w:r>
    </w:p>
    <w:p>
      <w:pPr>
        <w:pStyle w:val="ListBullet"/>
      </w:pPr>
      <w:r>
        <w:t>❌ Forzar cabeza a "posición correcta" si paciente tiene posición antiálgica</w:t>
      </w:r>
    </w:p>
    <w:p>
      <w:pPr>
        <w:pStyle w:val="ListBullet"/>
      </w:pPr>
      <w:r>
        <w:t>**Consecuencia:** Puede agravar lesión existente</w:t>
      </w:r>
    </w:p>
    <w:p>
      <w:pPr>
        <w:pStyle w:val="ListBullet"/>
      </w:pPr>
      <w:r>
        <w:t>**Prevención:** Mantener posición en la que se encuentre el paciente</w:t>
      </w:r>
    </w:p>
    <w:p>
      <w:r>
        <w:t>**Error 5: Falta de Coordinación entre Intervinientes**</w:t>
      </w:r>
    </w:p>
    <w:p>
      <w:pPr>
        <w:pStyle w:val="ListBullet"/>
      </w:pPr>
      <w:r>
        <w:t>❌ Movimientos descoordinados</w:t>
      </w:r>
    </w:p>
    <w:p>
      <w:pPr>
        <w:pStyle w:val="ListBullet"/>
      </w:pPr>
      <w:r>
        <w:t>❌ Falta de comunicación</w:t>
      </w:r>
    </w:p>
    <w:p>
      <w:pPr>
        <w:pStyle w:val="ListBullet"/>
      </w:pPr>
      <w:r>
        <w:t>**Consecuencia:** Movimientos bruscos, riesgo de lesión</w:t>
      </w:r>
    </w:p>
    <w:p>
      <w:pPr>
        <w:pStyle w:val="ListBullet"/>
      </w:pPr>
      <w:r>
        <w:t>**Prevención:** Comunicación clara, coordinación, órdenes del TES que controla cabeza</w:t>
      </w:r>
    </w:p>
    <w:p>
      <w:pPr>
        <w:pStyle w:val="Heading3"/>
      </w:pPr>
      <w:r>
        <w:t>Errores de Técnica</w:t>
      </w:r>
    </w:p>
    <w:p>
      <w:r>
        <w:t>**Error 6: Posición Incorrecta de las Manos**</w:t>
      </w:r>
    </w:p>
    <w:p>
      <w:pPr>
        <w:pStyle w:val="ListBullet"/>
      </w:pPr>
      <w:r>
        <w:t>❌ Presionar pabellones auriculares</w:t>
      </w:r>
    </w:p>
    <w:p>
      <w:pPr>
        <w:pStyle w:val="ListBullet"/>
      </w:pPr>
      <w:r>
        <w:t>❌ Presionar mandíbula</w:t>
      </w:r>
    </w:p>
    <w:p>
      <w:pPr>
        <w:pStyle w:val="ListBullet"/>
      </w:pPr>
      <w:r>
        <w:t>❌ Sujeción demasiado floja o demasiado fuerte</w:t>
      </w:r>
    </w:p>
    <w:p>
      <w:pPr>
        <w:pStyle w:val="ListBullet"/>
      </w:pPr>
      <w:r>
        <w:t>**Prevención:** Técnica correcta de posición de manos</w:t>
      </w:r>
    </w:p>
    <w:p>
      <w:r>
        <w:t>**Error 7: Interrupción del Control**</w:t>
      </w:r>
    </w:p>
    <w:p>
      <w:pPr>
        <w:pStyle w:val="ListBullet"/>
      </w:pPr>
      <w:r>
        <w:t>❌ Interrumpir control para otros procedimientos (salvo amenaza vital)</w:t>
      </w:r>
    </w:p>
    <w:p>
      <w:pPr>
        <w:pStyle w:val="ListBullet"/>
      </w:pPr>
      <w:r>
        <w:t>❌ Soltar sin relevo coordinado</w:t>
      </w:r>
    </w:p>
    <w:p>
      <w:pPr>
        <w:pStyle w:val="ListBullet"/>
      </w:pPr>
      <w:r>
        <w:t>**Prevención:** Mantener control continuo, relevo coordinado</w:t>
      </w:r>
    </w:p>
    <w:p>
      <w:r>
        <w:t>**Error 8: Falta de Control Verbal**</w:t>
      </w:r>
    </w:p>
    <w:p>
      <w:pPr>
        <w:pStyle w:val="ListBullet"/>
      </w:pPr>
      <w:r>
        <w:t>❌ No dar instrucciones al paciente consciente</w:t>
      </w:r>
    </w:p>
    <w:p>
      <w:pPr>
        <w:pStyle w:val="ListBullet"/>
      </w:pPr>
      <w:r>
        <w:t>❌ No comunicar con el equipo</w:t>
      </w:r>
    </w:p>
    <w:p>
      <w:pPr>
        <w:pStyle w:val="ListBullet"/>
      </w:pPr>
      <w:r>
        <w:t>**Prevención:** Control verbal como parte de la inmovilización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9. CONTENIDO APTO PARA APP (CHECKLIST)</w:t>
      </w:r>
    </w:p>
    <w:p>
      <w:pPr>
        <w:pStyle w:val="Heading3"/>
      </w:pPr>
      <w:r>
        <w:t>Checklist de Inicio de Inmovilización Manual</w:t>
      </w:r>
    </w:p>
    <w:p>
      <w:r>
        <w:t>**Al Primer Contacto:**</w:t>
      </w:r>
    </w:p>
    <w:p>
      <w:pPr>
        <w:pStyle w:val="ListBullet"/>
      </w:pPr>
      <w:r>
        <w:t>[ ] Evaluar mecanismo lesional</w:t>
      </w:r>
    </w:p>
    <w:p>
      <w:pPr>
        <w:pStyle w:val="ListBullet"/>
      </w:pPr>
      <w:r>
        <w:t>[ ] Identificar si requiere inmovilización manual</w:t>
      </w:r>
    </w:p>
    <w:p>
      <w:pPr>
        <w:pStyle w:val="ListBullet"/>
      </w:pPr>
      <w:r>
        <w:t>[ ] Posicionarse correctamente (cabecera o detrás si sentado)</w:t>
      </w:r>
    </w:p>
    <w:p>
      <w:pPr>
        <w:pStyle w:val="ListBullet"/>
      </w:pPr>
      <w:r>
        <w:t>[ ] Colocar manos correctamente (palmas en laterales del cráneo)</w:t>
      </w:r>
    </w:p>
    <w:p>
      <w:pPr>
        <w:pStyle w:val="ListBullet"/>
      </w:pPr>
      <w:r>
        <w:t>[ ] Iniciar control cervical manual</w:t>
      </w:r>
    </w:p>
    <w:p>
      <w:pPr>
        <w:pStyle w:val="ListBullet"/>
      </w:pPr>
      <w:r>
        <w:t>[ ] Mantener alineación neutra (o posición actual si antiálgica)</w:t>
      </w:r>
    </w:p>
    <w:p>
      <w:pPr>
        <w:pStyle w:val="Heading3"/>
      </w:pPr>
      <w:r>
        <w:t>Checklist de Mantenimiento</w:t>
      </w:r>
    </w:p>
    <w:p>
      <w:r>
        <w:t>**Durante Inmovilización Manual:**</w:t>
      </w:r>
    </w:p>
    <w:p>
      <w:pPr>
        <w:pStyle w:val="ListBullet"/>
      </w:pPr>
      <w:r>
        <w:t>[ ] Mantener control continuo</w:t>
      </w:r>
    </w:p>
    <w:p>
      <w:pPr>
        <w:pStyle w:val="ListBullet"/>
      </w:pPr>
      <w:r>
        <w:t>[ ] No soltar salvo relevo coordinado</w:t>
      </w:r>
    </w:p>
    <w:p>
      <w:pPr>
        <w:pStyle w:val="ListBullet"/>
      </w:pPr>
      <w:r>
        <w:t>[ ] Control verbal si paciente consciente</w:t>
      </w:r>
    </w:p>
    <w:p>
      <w:pPr>
        <w:pStyle w:val="ListBullet"/>
      </w:pPr>
      <w:r>
        <w:t>[ ] Prevenir movimientos del paciente</w:t>
      </w:r>
    </w:p>
    <w:p>
      <w:pPr>
        <w:pStyle w:val="ListBullet"/>
      </w:pPr>
      <w:r>
        <w:t>[ ] Coordinar con el equipo</w:t>
      </w:r>
    </w:p>
    <w:p>
      <w:pPr>
        <w:pStyle w:val="ListBullet"/>
      </w:pPr>
      <w:r>
        <w:t>[ ] Comunicar claramente</w:t>
      </w:r>
    </w:p>
    <w:p>
      <w:pPr>
        <w:pStyle w:val="Heading3"/>
      </w:pPr>
      <w:r>
        <w:t>Checklist de Transición a Dispositivos</w:t>
      </w:r>
    </w:p>
    <w:p>
      <w:r>
        <w:t>**Preparación:**</w:t>
      </w:r>
    </w:p>
    <w:p>
      <w:pPr>
        <w:pStyle w:val="ListBullet"/>
      </w:pPr>
      <w:r>
        <w:t>[ ] Material preparado y listo</w:t>
      </w:r>
    </w:p>
    <w:p>
      <w:pPr>
        <w:pStyle w:val="ListBullet"/>
      </w:pPr>
      <w:r>
        <w:t>[ ] Equipo coordinado</w:t>
      </w:r>
    </w:p>
    <w:p>
      <w:pPr>
        <w:pStyle w:val="ListBullet"/>
      </w:pPr>
      <w:r>
        <w:t>[ ] Mantener inmovilización manual durante preparación</w:t>
      </w:r>
    </w:p>
    <w:p>
      <w:r>
        <w:t>**Colocación:**</w:t>
      </w:r>
    </w:p>
    <w:p>
      <w:pPr>
        <w:pStyle w:val="ListBullet"/>
      </w:pPr>
      <w:r>
        <w:t>[ ] Mantener inmovilización manual durante colocación</w:t>
      </w:r>
    </w:p>
    <w:p>
      <w:pPr>
        <w:pStyle w:val="ListBullet"/>
      </w:pPr>
      <w:r>
        <w:t>[ ] Colocar dispositivo correctamente</w:t>
      </w:r>
    </w:p>
    <w:p>
      <w:pPr>
        <w:pStyle w:val="ListBullet"/>
      </w:pPr>
      <w:r>
        <w:t>[ ] Ajustar y fijar dispositivo</w:t>
      </w:r>
    </w:p>
    <w:p>
      <w:pPr>
        <w:pStyle w:val="ListBullet"/>
      </w:pPr>
      <w:r>
        <w:t>[ ] Verificar que dispositivo está bien fijado</w:t>
      </w:r>
    </w:p>
    <w:p>
      <w:r>
        <w:t>**Liberación:**</w:t>
      </w:r>
    </w:p>
    <w:p>
      <w:pPr>
        <w:pStyle w:val="ListBullet"/>
      </w:pPr>
      <w:r>
        <w:t>[ ] Verificar que dispositivo está completamente fijado</w:t>
      </w:r>
    </w:p>
    <w:p>
      <w:pPr>
        <w:pStyle w:val="ListBullet"/>
      </w:pPr>
      <w:r>
        <w:t>[ ] Liberar inmovilización manual de forma controlada</w:t>
      </w:r>
    </w:p>
    <w:p>
      <w:pPr>
        <w:pStyle w:val="ListBullet"/>
      </w:pPr>
      <w:r>
        <w:t>[ ] Observar que no hay movimiento</w:t>
      </w:r>
    </w:p>
    <w:p>
      <w:pPr>
        <w:pStyle w:val="ListBullet"/>
      </w:pPr>
      <w:r>
        <w:t>[ ] Si hay movimiento: volver a inmovilización manual</w:t>
      </w:r>
    </w:p>
    <w:p>
      <w:pPr>
        <w:pStyle w:val="Heading3"/>
      </w:pPr>
      <w:r>
        <w:t>Checklist de Coordinación</w:t>
      </w:r>
    </w:p>
    <w:p>
      <w:r>
        <w:t>**Comunicación:**</w:t>
      </w:r>
    </w:p>
    <w:p>
      <w:pPr>
        <w:pStyle w:val="ListBullet"/>
      </w:pPr>
      <w:r>
        <w:t>[ ] Comunicar intención de movimiento</w:t>
      </w:r>
    </w:p>
    <w:p>
      <w:pPr>
        <w:pStyle w:val="ListBullet"/>
      </w:pPr>
      <w:r>
        <w:t>[ ] Confirmar que equipo está listo</w:t>
      </w:r>
    </w:p>
    <w:p>
      <w:pPr>
        <w:pStyle w:val="ListBullet"/>
      </w:pPr>
      <w:r>
        <w:t>[ ] Dar órdenes claras (preparación, cuenta atrás, ejecución)</w:t>
      </w:r>
    </w:p>
    <w:p>
      <w:pPr>
        <w:pStyle w:val="ListBullet"/>
      </w:pPr>
      <w:r>
        <w:t>[ ] Confirmar que movimiento está completo</w:t>
      </w:r>
    </w:p>
    <w:p>
      <w:pPr>
        <w:pStyle w:val="Heading3"/>
      </w:pPr>
      <w:r>
        <w:t>Alertas y Recordatorios</w:t>
      </w:r>
    </w:p>
    <w:p>
      <w:r>
        <w:t>**Alertas de Seguridad:**</w:t>
      </w:r>
    </w:p>
    <w:p>
      <w:pPr>
        <w:pStyle w:val="ListBullet"/>
      </w:pPr>
      <w:r>
        <w:t>⚠️ NUNCA soltar inmovilización manual hasta que dispositivo esté fijado</w:t>
      </w:r>
    </w:p>
    <w:p>
      <w:pPr>
        <w:pStyle w:val="ListBullet"/>
      </w:pPr>
      <w:r>
        <w:t>⚠️ NUNCA colocar collarín sin control manual previo</w:t>
      </w:r>
    </w:p>
    <w:p>
      <w:pPr>
        <w:pStyle w:val="ListBullet"/>
      </w:pPr>
      <w:r>
        <w:t>⚠️ NUNCA forzar alineación si paciente tiene posición antiálgica</w:t>
      </w:r>
    </w:p>
    <w:p>
      <w:pPr>
        <w:pStyle w:val="ListBullet"/>
      </w:pPr>
      <w:r>
        <w:t>⚠️ SIEMPRE mantener control durante transición a dispositivos</w:t>
      </w:r>
    </w:p>
    <w:p>
      <w:r>
        <w:t>**Recordatorios:**</w:t>
      </w:r>
    </w:p>
    <w:p>
      <w:pPr>
        <w:pStyle w:val="ListBullet"/>
      </w:pPr>
      <w:r>
        <w:t>La inmovilización manual es la primera técnica</w:t>
      </w:r>
    </w:p>
    <w:p>
      <w:pPr>
        <w:pStyle w:val="ListBullet"/>
      </w:pPr>
      <w:r>
        <w:t>Tiene prioridad sobre otros procedimientos (salvo amenaza vital)</w:t>
      </w:r>
    </w:p>
    <w:p>
      <w:pPr>
        <w:pStyle w:val="ListBullet"/>
      </w:pPr>
      <w:r>
        <w:t>El control verbal es parte de la inmovilización</w:t>
      </w:r>
    </w:p>
    <w:p>
      <w:pPr>
        <w:pStyle w:val="ListBullet"/>
      </w:pPr>
      <w:r>
        <w:t>Coordinación y comunicación son esenciales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10. CONTENIDO PARA INFOGRAFÍA</w:t>
      </w:r>
    </w:p>
    <w:p>
      <w:pPr>
        <w:pStyle w:val="Heading3"/>
      </w:pPr>
      <w:r>
        <w:t>Infografía 1: Posición del TES</w:t>
      </w:r>
    </w:p>
    <w:p>
      <w:r>
        <w:t>**Elementos Visuales:**</w:t>
      </w:r>
    </w:p>
    <w:p>
      <w:pPr>
        <w:pStyle w:val="ListBullet"/>
      </w:pPr>
      <w:r>
        <w:t>Diagrama de TES en posición correcta (cabecera del paciente)</w:t>
      </w:r>
    </w:p>
    <w:p>
      <w:pPr>
        <w:pStyle w:val="ListBullet"/>
      </w:pPr>
      <w:r>
        <w:t>Posición de rodillas o cuclillas</w:t>
      </w:r>
    </w:p>
    <w:p>
      <w:pPr>
        <w:pStyle w:val="ListBullet"/>
      </w:pPr>
      <w:r>
        <w:t>Eje con el cuerpo del paciente</w:t>
      </w:r>
    </w:p>
    <w:p>
      <w:pPr>
        <w:pStyle w:val="ListBullet"/>
      </w:pPr>
      <w:r>
        <w:t>Posición de las manos (vista lateral y frontal)</w:t>
      </w:r>
    </w:p>
    <w:p>
      <w:r>
        <w:t>**Texto:**</w:t>
      </w:r>
    </w:p>
    <w:p>
      <w:pPr>
        <w:pStyle w:val="ListBullet"/>
      </w:pPr>
      <w:r>
        <w:t>"Posición: Cabecera del paciente, en eje con el cuerpo"</w:t>
      </w:r>
    </w:p>
    <w:p>
      <w:pPr>
        <w:pStyle w:val="ListBullet"/>
      </w:pPr>
      <w:r>
        <w:t>"Manos: Palmas en laterales del cráneo, dedos extendidos"</w:t>
      </w:r>
    </w:p>
    <w:p>
      <w:pPr>
        <w:pStyle w:val="ListBullet"/>
      </w:pPr>
      <w:r>
        <w:t>"Mantener posición cómoda para control prolongado"</w:t>
      </w:r>
    </w:p>
    <w:p>
      <w:pPr>
        <w:pStyle w:val="Heading3"/>
      </w:pPr>
      <w:r>
        <w:t>Infografía 2: Técnica de Sujeción</w:t>
      </w:r>
    </w:p>
    <w:p>
      <w:r>
        <w:t>**Elementos Visuales:**</w:t>
      </w:r>
    </w:p>
    <w:p>
      <w:pPr>
        <w:pStyle w:val="ListBullet"/>
      </w:pPr>
      <w:r>
        <w:t>Vista superior de cabeza con posición de manos</w:t>
      </w:r>
    </w:p>
    <w:p>
      <w:pPr>
        <w:pStyle w:val="ListBullet"/>
      </w:pPr>
      <w:r>
        <w:t>Palmas en laterales del cráneo marcadas</w:t>
      </w:r>
    </w:p>
    <w:p>
      <w:pPr>
        <w:pStyle w:val="ListBullet"/>
      </w:pPr>
      <w:r>
        <w:t>Zonas a evitar (pabellones auriculares, mandíbula)</w:t>
      </w:r>
    </w:p>
    <w:p>
      <w:pPr>
        <w:pStyle w:val="ListBullet"/>
      </w:pPr>
      <w:r>
        <w:t>Indicadores de sujeción correcta</w:t>
      </w:r>
    </w:p>
    <w:p>
      <w:r>
        <w:t>**Texto:**</w:t>
      </w:r>
    </w:p>
    <w:p>
      <w:pPr>
        <w:pStyle w:val="ListBullet"/>
      </w:pPr>
      <w:r>
        <w:t>"Sujeción: Palmas en laterales del cráneo"</w:t>
      </w:r>
    </w:p>
    <w:p>
      <w:pPr>
        <w:pStyle w:val="ListBullet"/>
      </w:pPr>
      <w:r>
        <w:t>"Evitar: Pabellones auriculares, mandíbula"</w:t>
      </w:r>
    </w:p>
    <w:p>
      <w:pPr>
        <w:pStyle w:val="ListBullet"/>
      </w:pPr>
      <w:r>
        <w:t>"Firme pero sin comprimir"</w:t>
      </w:r>
    </w:p>
    <w:p>
      <w:pPr>
        <w:pStyle w:val="Heading3"/>
      </w:pPr>
      <w:r>
        <w:t>Infografía 3: Situaciones que Requieren Inmovilización</w:t>
      </w:r>
    </w:p>
    <w:p>
      <w:r>
        <w:t>**Elementos Visuales:**</w:t>
      </w:r>
    </w:p>
    <w:p>
      <w:pPr>
        <w:pStyle w:val="ListBullet"/>
      </w:pPr>
      <w:r>
        <w:t>Iconos o símbolos de cada situación:</w:t>
      </w:r>
    </w:p>
    <w:p>
      <w:pPr>
        <w:pStyle w:val="ListBullet"/>
      </w:pPr>
      <w:r>
        <w:t>Politraumatizado</w:t>
      </w:r>
    </w:p>
    <w:p>
      <w:pPr>
        <w:pStyle w:val="ListBullet"/>
      </w:pPr>
      <w:r>
        <w:t>Caída desde altura</w:t>
      </w:r>
    </w:p>
    <w:p>
      <w:pPr>
        <w:pStyle w:val="ListBullet"/>
      </w:pPr>
      <w:r>
        <w:t>Accidente de tráfico</w:t>
      </w:r>
    </w:p>
    <w:p>
      <w:pPr>
        <w:pStyle w:val="ListBullet"/>
      </w:pPr>
      <w:r>
        <w:t>Inconsciencia</w:t>
      </w:r>
    </w:p>
    <w:p>
      <w:pPr>
        <w:pStyle w:val="ListBullet"/>
      </w:pPr>
      <w:r>
        <w:t>Dolor cervical</w:t>
      </w:r>
    </w:p>
    <w:p>
      <w:pPr>
        <w:pStyle w:val="ListBullet"/>
      </w:pPr>
      <w:r>
        <w:t>etc.</w:t>
      </w:r>
    </w:p>
    <w:p>
      <w:pPr>
        <w:pStyle w:val="ListBullet"/>
      </w:pPr>
      <w:r>
        <w:t>Principio clave destacado</w:t>
      </w:r>
    </w:p>
    <w:p>
      <w:r>
        <w:t>**Texto:**</w:t>
      </w:r>
    </w:p>
    <w:p>
      <w:pPr>
        <w:pStyle w:val="ListBullet"/>
      </w:pPr>
      <w:r>
        <w:t>Lista de situaciones</w:t>
      </w:r>
    </w:p>
    <w:p>
      <w:pPr>
        <w:pStyle w:val="ListBullet"/>
      </w:pPr>
      <w:r>
        <w:t>"Principio: Toda víctima traumática se considera con lesión cervical hasta que se demuestre lo contrario"</w:t>
      </w:r>
    </w:p>
    <w:p>
      <w:pPr>
        <w:pStyle w:val="Heading3"/>
      </w:pPr>
      <w:r>
        <w:t>Infografía 4: Secuencia de Transición</w:t>
      </w:r>
    </w:p>
    <w:p>
      <w:r>
        <w:t>**Elementos Visuales:**</w:t>
      </w:r>
    </w:p>
    <w:p>
      <w:pPr>
        <w:pStyle w:val="ListBullet"/>
      </w:pPr>
      <w:r>
        <w:t>Secuencia visual de 4-5 pasos:</w:t>
      </w:r>
    </w:p>
    <w:p>
      <w:pPr>
        <w:pStyle w:val="ListBullet"/>
      </w:pPr>
      <w:r>
        <w:t>Paso 1: Control manual</w:t>
      </w:r>
    </w:p>
    <w:p>
      <w:pPr>
        <w:pStyle w:val="ListBullet"/>
      </w:pPr>
      <w:r>
        <w:t>Paso 2: Preparación dispositivo</w:t>
      </w:r>
    </w:p>
    <w:p>
      <w:pPr>
        <w:pStyle w:val="ListBullet"/>
      </w:pPr>
      <w:r>
        <w:t>Paso 3: Colocación (manteniendo control)</w:t>
      </w:r>
    </w:p>
    <w:p>
      <w:pPr>
        <w:pStyle w:val="ListBullet"/>
      </w:pPr>
      <w:r>
        <w:t>Paso 4: Verificación</w:t>
      </w:r>
    </w:p>
    <w:p>
      <w:pPr>
        <w:pStyle w:val="ListBullet"/>
      </w:pPr>
      <w:r>
        <w:t>Paso 5: Liberación controlada</w:t>
      </w:r>
    </w:p>
    <w:p>
      <w:pPr>
        <w:pStyle w:val="ListBullet"/>
      </w:pPr>
      <w:r>
        <w:t>Indicador visual de "NO SOLTAR" en cada paso</w:t>
      </w:r>
    </w:p>
    <w:p>
      <w:r>
        <w:t>**Texto:**</w:t>
      </w:r>
    </w:p>
    <w:p>
      <w:pPr>
        <w:pStyle w:val="ListBullet"/>
      </w:pPr>
      <w:r>
        <w:t>Títulos de cada paso</w:t>
      </w:r>
    </w:p>
    <w:p>
      <w:pPr>
        <w:pStyle w:val="ListBullet"/>
      </w:pPr>
      <w:r>
        <w:t>Advertencia: "Mantener control manual hasta que dispositivo esté completamente fijado"</w:t>
      </w:r>
    </w:p>
    <w:p>
      <w:pPr>
        <w:pStyle w:val="Heading3"/>
      </w:pPr>
      <w:r>
        <w:t>Infografía 5: Coordinación del Equipo</w:t>
      </w:r>
    </w:p>
    <w:p>
      <w:r>
        <w:t>**Elementos Visuales:**</w:t>
      </w:r>
    </w:p>
    <w:p>
      <w:pPr>
        <w:pStyle w:val="ListBullet"/>
      </w:pPr>
      <w:r>
        <w:t>Diagrama de equipo alrededor del paciente</w:t>
      </w:r>
    </w:p>
    <w:p>
      <w:pPr>
        <w:pStyle w:val="ListBullet"/>
      </w:pPr>
      <w:r>
        <w:t>Roles marcados (control cabeza, control tronco, etc.)</w:t>
      </w:r>
    </w:p>
    <w:p>
      <w:pPr>
        <w:pStyle w:val="ListBullet"/>
      </w:pPr>
      <w:r>
        <w:t>Flujo de comunicación</w:t>
      </w:r>
    </w:p>
    <w:p>
      <w:pPr>
        <w:pStyle w:val="ListBullet"/>
      </w:pPr>
      <w:r>
        <w:t>Secuencia de órdenes</w:t>
      </w:r>
    </w:p>
    <w:p>
      <w:r>
        <w:t>**Texto:**</w:t>
      </w:r>
    </w:p>
    <w:p>
      <w:pPr>
        <w:pStyle w:val="ListBullet"/>
      </w:pPr>
      <w:r>
        <w:t>"El TES que controla la cabeza dirige los movimientos"</w:t>
      </w:r>
    </w:p>
    <w:p>
      <w:pPr>
        <w:pStyle w:val="ListBullet"/>
      </w:pPr>
      <w:r>
        <w:t>Estructura de órdenes</w:t>
      </w:r>
    </w:p>
    <w:p>
      <w:pPr>
        <w:pStyle w:val="ListBullet"/>
      </w:pPr>
      <w:r>
        <w:t>Importancia de coordinación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11. PUNTOS CLAVE PARA TES</w:t>
      </w:r>
    </w:p>
    <w:p>
      <w:pPr>
        <w:pStyle w:val="Heading3"/>
      </w:pPr>
      <w:r>
        <w:t>Resumen Ejecutivo</w:t>
      </w:r>
    </w:p>
    <w:p>
      <w:r>
        <w:t>**1. Principio Fundamental:**</w:t>
      </w:r>
    </w:p>
    <w:p>
      <w:pPr>
        <w:pStyle w:val="ListBullet"/>
      </w:pPr>
      <w:r>
        <w:t>La inmovilización manual es la **primera técnica de inmovilización**</w:t>
      </w:r>
    </w:p>
    <w:p>
      <w:pPr>
        <w:pStyle w:val="ListBullet"/>
      </w:pPr>
      <w:r>
        <w:t>**NUNCA se abandona** hasta que el paciente esté asegurado con dispositivos</w:t>
      </w:r>
    </w:p>
    <w:p>
      <w:pPr>
        <w:pStyle w:val="ListBullet"/>
      </w:pPr>
      <w:r>
        <w:t>**NUNCA se coloca un collarín** sin control manual previo</w:t>
      </w:r>
    </w:p>
    <w:p>
      <w:r>
        <w:t>**2. Cuándo Aplicar:**</w:t>
      </w:r>
    </w:p>
    <w:p>
      <w:pPr>
        <w:pStyle w:val="ListBullet"/>
      </w:pPr>
      <w:r>
        <w:t>Desde el primer contacto si hay sospecha de lesión espinal</w:t>
      </w:r>
    </w:p>
    <w:p>
      <w:pPr>
        <w:pStyle w:val="ListBullet"/>
      </w:pPr>
      <w:r>
        <w:t>**Principio:** Toda víctima traumática se considera con lesión cervical hasta que se demuestre lo contrario</w:t>
      </w:r>
    </w:p>
    <w:p>
      <w:pPr>
        <w:pStyle w:val="ListBullet"/>
      </w:pPr>
      <w:r>
        <w:t>En caso de duda: aplicar inmovilización manual</w:t>
      </w:r>
    </w:p>
    <w:p>
      <w:r>
        <w:t>**3. Técnica:**</w:t>
      </w:r>
    </w:p>
    <w:p>
      <w:pPr>
        <w:pStyle w:val="ListBullet"/>
      </w:pPr>
      <w:r>
        <w:t>Posición: Cabecera del paciente (o detrás si sentado)</w:t>
      </w:r>
    </w:p>
    <w:p>
      <w:pPr>
        <w:pStyle w:val="ListBullet"/>
      </w:pPr>
      <w:r>
        <w:t>Manos: Palmas en laterales del cráneo, dedos extendidos</w:t>
      </w:r>
    </w:p>
    <w:p>
      <w:pPr>
        <w:pStyle w:val="ListBullet"/>
      </w:pPr>
      <w:r>
        <w:t>Mantener alineación neutra (o posición actual si antiálgica)</w:t>
      </w:r>
    </w:p>
    <w:p>
      <w:pPr>
        <w:pStyle w:val="ListBullet"/>
      </w:pPr>
      <w:r>
        <w:t>No forzar corrección de posición antiálgica</w:t>
      </w:r>
    </w:p>
    <w:p>
      <w:r>
        <w:t>**4. Prioridad:**</w:t>
      </w:r>
    </w:p>
    <w:p>
      <w:pPr>
        <w:pStyle w:val="ListBullet"/>
      </w:pPr>
      <w:r>
        <w:t>Tiene prioridad sobre cualquier otro procedimiento</w:t>
      </w:r>
    </w:p>
    <w:p>
      <w:pPr>
        <w:pStyle w:val="ListBullet"/>
      </w:pPr>
      <w:r>
        <w:t>**Salvo amenaza vital inmediata** (obstrucción vía aérea, hemorragia masiva, PCR)</w:t>
      </w:r>
    </w:p>
    <w:p>
      <w:pPr>
        <w:pStyle w:val="ListBullet"/>
      </w:pPr>
      <w:r>
        <w:t>Reanudar inmovilización manual lo antes posible</w:t>
      </w:r>
    </w:p>
    <w:p>
      <w:r>
        <w:t>**5. Continuidad:**</w:t>
      </w:r>
    </w:p>
    <w:p>
      <w:pPr>
        <w:pStyle w:val="ListBullet"/>
      </w:pPr>
      <w:r>
        <w:t>No se interrumpe para coger material</w:t>
      </w:r>
    </w:p>
    <w:p>
      <w:pPr>
        <w:pStyle w:val="ListBullet"/>
      </w:pPr>
      <w:r>
        <w:t>No se interrumpe para otros procedimientos (salvo amenaza vital)</w:t>
      </w:r>
    </w:p>
    <w:p>
      <w:pPr>
        <w:pStyle w:val="ListBullet"/>
      </w:pPr>
      <w:r>
        <w:t>Solo se suelta con relevo coordinado</w:t>
      </w:r>
    </w:p>
    <w:p>
      <w:pPr>
        <w:pStyle w:val="ListBullet"/>
      </w:pPr>
      <w:r>
        <w:t>Se mantiene hasta que dispositivo esté completamente fijado</w:t>
      </w:r>
    </w:p>
    <w:p>
      <w:r>
        <w:t>**6. Coordinación:**</w:t>
      </w:r>
    </w:p>
    <w:p>
      <w:pPr>
        <w:pStyle w:val="ListBullet"/>
      </w:pPr>
      <w:r>
        <w:t>El TES que controla la cabeza dirige los movimientos</w:t>
      </w:r>
    </w:p>
    <w:p>
      <w:pPr>
        <w:pStyle w:val="ListBullet"/>
      </w:pPr>
      <w:r>
        <w:t>Comunicación clara y coordinada</w:t>
      </w:r>
    </w:p>
    <w:p>
      <w:pPr>
        <w:pStyle w:val="ListBullet"/>
      </w:pPr>
      <w:r>
        <w:t>Órdenes estructuradas (preparación, cuenta atrás, ejecución)</w:t>
      </w:r>
    </w:p>
    <w:p>
      <w:pPr>
        <w:pStyle w:val="ListBullet"/>
      </w:pPr>
      <w:r>
        <w:t>Movimientos en bloque y coordinados</w:t>
      </w:r>
    </w:p>
    <w:p>
      <w:r>
        <w:t>**7. Control Verbal:**</w:t>
      </w:r>
    </w:p>
    <w:p>
      <w:pPr>
        <w:pStyle w:val="ListBullet"/>
      </w:pPr>
      <w:r>
        <w:t>El control verbal es parte de la inmovilización</w:t>
      </w:r>
    </w:p>
    <w:p>
      <w:pPr>
        <w:pStyle w:val="ListBullet"/>
      </w:pPr>
      <w:r>
        <w:t>Instrucciones claras al paciente (si está consciente)</w:t>
      </w:r>
    </w:p>
    <w:p>
      <w:pPr>
        <w:pStyle w:val="ListBullet"/>
      </w:pPr>
      <w:r>
        <w:t>Comunicación con el equipo</w:t>
      </w:r>
    </w:p>
    <w:p>
      <w:pPr>
        <w:pStyle w:val="ListBullet"/>
      </w:pPr>
      <w:r>
        <w:t>Coordinación mediante órdenes</w:t>
      </w:r>
    </w:p>
    <w:p>
      <w:r>
        <w:t>**8. Transición a Dispositivos:**</w:t>
      </w:r>
    </w:p>
    <w:p>
      <w:pPr>
        <w:pStyle w:val="ListBullet"/>
      </w:pPr>
      <w:r>
        <w:t>Mantener control manual durante todo el proceso</w:t>
      </w:r>
    </w:p>
    <w:p>
      <w:pPr>
        <w:pStyle w:val="ListBullet"/>
      </w:pPr>
      <w:r>
        <w:t>Verificar que dispositivo está completamente fijado</w:t>
      </w:r>
    </w:p>
    <w:p>
      <w:pPr>
        <w:pStyle w:val="ListBullet"/>
      </w:pPr>
      <w:r>
        <w:t>Liberar control manual solo después de verificación</w:t>
      </w:r>
    </w:p>
    <w:p>
      <w:pPr>
        <w:pStyle w:val="ListBullet"/>
      </w:pPr>
      <w:r>
        <w:t>Si hay movimiento: volver a control manual</w:t>
      </w:r>
    </w:p>
    <w:p>
      <w:pPr>
        <w:pStyle w:val="Heading3"/>
      </w:pPr>
      <w:r>
        <w:t>Checklist Rápido TES</w:t>
      </w:r>
    </w:p>
    <w:p>
      <w:r>
        <w:t>**Inicio:**</w:t>
      </w:r>
    </w:p>
    <w:p>
      <w:pPr>
        <w:pStyle w:val="ListBullet"/>
      </w:pPr>
      <w:r>
        <w:t>[ ] Evaluar mecanismo lesional</w:t>
      </w:r>
    </w:p>
    <w:p>
      <w:pPr>
        <w:pStyle w:val="ListBullet"/>
      </w:pPr>
      <w:r>
        <w:t>[ ] Posicionarse correctamente</w:t>
      </w:r>
    </w:p>
    <w:p>
      <w:pPr>
        <w:pStyle w:val="ListBullet"/>
      </w:pPr>
      <w:r>
        <w:t>[ ] Colocar manos correctamente</w:t>
      </w:r>
    </w:p>
    <w:p>
      <w:pPr>
        <w:pStyle w:val="ListBullet"/>
      </w:pPr>
      <w:r>
        <w:t>[ ] Iniciar control cervical manual</w:t>
      </w:r>
    </w:p>
    <w:p>
      <w:pPr>
        <w:pStyle w:val="ListBullet"/>
      </w:pPr>
      <w:r>
        <w:t>[ ] Mantener alineación (o posición actual)</w:t>
      </w:r>
    </w:p>
    <w:p>
      <w:r>
        <w:t>**Mantenimiento:**</w:t>
      </w:r>
    </w:p>
    <w:p>
      <w:pPr>
        <w:pStyle w:val="ListBullet"/>
      </w:pPr>
      <w:r>
        <w:t>[ ] Control continuo sin interrupción</w:t>
      </w:r>
    </w:p>
    <w:p>
      <w:pPr>
        <w:pStyle w:val="ListBullet"/>
      </w:pPr>
      <w:r>
        <w:t>[ ] Control verbal si paciente consciente</w:t>
      </w:r>
    </w:p>
    <w:p>
      <w:pPr>
        <w:pStyle w:val="ListBullet"/>
      </w:pPr>
      <w:r>
        <w:t>[ ] Prevenir movimientos del paciente</w:t>
      </w:r>
    </w:p>
    <w:p>
      <w:pPr>
        <w:pStyle w:val="ListBullet"/>
      </w:pPr>
      <w:r>
        <w:t>[ ] Coordinar con el equipo</w:t>
      </w:r>
    </w:p>
    <w:p>
      <w:pPr>
        <w:pStyle w:val="ListBullet"/>
      </w:pPr>
      <w:r>
        <w:t>[ ] Comunicar claramente</w:t>
      </w:r>
    </w:p>
    <w:p>
      <w:r>
        <w:t>**Transición:**</w:t>
      </w:r>
    </w:p>
    <w:p>
      <w:pPr>
        <w:pStyle w:val="ListBullet"/>
      </w:pPr>
      <w:r>
        <w:t>[ ] Mantener control durante preparación</w:t>
      </w:r>
    </w:p>
    <w:p>
      <w:pPr>
        <w:pStyle w:val="ListBullet"/>
      </w:pPr>
      <w:r>
        <w:t>[ ] Mantener control durante colocación</w:t>
      </w:r>
    </w:p>
    <w:p>
      <w:pPr>
        <w:pStyle w:val="ListBullet"/>
      </w:pPr>
      <w:r>
        <w:t>[ ] Verificar que dispositivo está fijado</w:t>
      </w:r>
    </w:p>
    <w:p>
      <w:pPr>
        <w:pStyle w:val="ListBullet"/>
      </w:pPr>
      <w:r>
        <w:t>[ ] Liberar control de forma controlada</w:t>
      </w:r>
    </w:p>
    <w:p>
      <w:pPr>
        <w:pStyle w:val="ListBullet"/>
      </w:pPr>
      <w:r>
        <w:t>[ ] Observar que no hay movimiento</w:t>
      </w:r>
    </w:p>
    <w:p>
      <w:r>
        <w:t>**Seguridad:**</w:t>
      </w:r>
    </w:p>
    <w:p>
      <w:pPr>
        <w:pStyle w:val="ListBullet"/>
      </w:pPr>
      <w:r>
        <w:t>[ ] NUNCA soltar sin relevo coordinado</w:t>
      </w:r>
    </w:p>
    <w:p>
      <w:pPr>
        <w:pStyle w:val="ListBullet"/>
      </w:pPr>
      <w:r>
        <w:t>[ ] NUNCA colocar collarín sin control manual</w:t>
      </w:r>
    </w:p>
    <w:p>
      <w:pPr>
        <w:pStyle w:val="ListBullet"/>
      </w:pPr>
      <w:r>
        <w:t>[ ] NUNCA forzar alineación si hay posición antiálgica</w:t>
      </w:r>
    </w:p>
    <w:p>
      <w:pPr>
        <w:pStyle w:val="ListBullet"/>
      </w:pPr>
      <w:r>
        <w:t>[ ] SIEMPRE mantener control durante transición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La inmovilización manual es una **competencia directa del TES**</w:t>
      </w:r>
    </w:p>
    <w:p>
      <w:pPr>
        <w:pStyle w:val="ListBullet"/>
      </w:pPr>
      <w:r>
        <w:t>Su correcta ejecución **previene lesiones medulares irreversibles**</w:t>
      </w:r>
    </w:p>
    <w:p>
      <w:pPr>
        <w:pStyle w:val="ListBullet"/>
      </w:pPr>
      <w:r>
        <w:t>Es la **primera técnica de inmovilización** y tiene máxima prioridad</w:t>
      </w:r>
    </w:p>
    <w:p>
      <w:pPr>
        <w:pStyle w:val="ListBullet"/>
      </w:pPr>
      <w:r>
        <w:t>El profesional mantiene la **responsabilidad completa** de sus actuaciones</w:t>
      </w:r>
    </w:p>
    <w:p>
      <w:r>
        <w:t>**Principios No Negociables:**</w:t>
      </w:r>
    </w:p>
    <w:p>
      <w:pPr>
        <w:pStyle w:val="ListBullet"/>
      </w:pPr>
      <w:r>
        <w:t>**NUNCA soltar** la inmovilización manual hasta que el dispositivo esté completamente fijado</w:t>
      </w:r>
    </w:p>
    <w:p>
      <w:pPr>
        <w:pStyle w:val="ListBullet"/>
      </w:pPr>
      <w:r>
        <w:t>**NUNCA colocar** un collarín sin control manual previo</w:t>
      </w:r>
    </w:p>
    <w:p>
      <w:pPr>
        <w:pStyle w:val="ListBullet"/>
      </w:pPr>
      <w:r>
        <w:t>**NUNCA forzar** la alineación si el paciente tiene posición antiálgica</w:t>
      </w:r>
    </w:p>
    <w:p>
      <w:pPr>
        <w:pStyle w:val="ListBullet"/>
      </w:pPr>
      <w:r>
        <w:t>**SIEMPRE mantener** control durante transición a dispositivos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2.3 – Collarín Cervical: Selección, Colocación y Errores</w:t>
      </w:r>
    </w:p>
    <w:p>
      <w:pPr>
        <w:pStyle w:val="Heading1"/>
      </w:pPr>
      <w:r>
        <w:t>2.3 – Collarín Cervical: Selección, Colocación y Errores</w:t>
      </w:r>
    </w:p>
    <w:p>
      <w:pPr>
        <w:pStyle w:val="Heading2"/>
      </w:pPr>
      <w:r>
        <w:t>Manual TES Digital – Inmovilización cervical con dispositivos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2.3.1 Objetivo operativo</w:t>
      </w:r>
    </w:p>
    <w:p>
      <w:pPr>
        <w:pStyle w:val="Heading3"/>
      </w:pPr>
      <w:r>
        <w:t>Definición y Función</w:t>
      </w:r>
    </w:p>
    <w:p>
      <w:r>
        <w:t>El collarín cervical es un dispositivo de inmovilización externa cuya finalidad es limitar los movimientos de la columna cervical tras un traumatismo, reduciendo el riesgo de agravamiento de lesiones vertebrales y medulares.</w:t>
      </w:r>
    </w:p>
    <w:p>
      <w:r>
        <w:t>**Características Fundamentales:**</w:t>
      </w:r>
    </w:p>
    <w:p>
      <w:pPr>
        <w:pStyle w:val="ListBullet"/>
      </w:pPr>
      <w:r>
        <w:t>Dispositivo de inmovilización externa</w:t>
      </w:r>
    </w:p>
    <w:p>
      <w:pPr>
        <w:pStyle w:val="ListBullet"/>
      </w:pPr>
      <w:r>
        <w:t>Limita movimientos de la columna cervical</w:t>
      </w:r>
    </w:p>
    <w:p>
      <w:pPr>
        <w:pStyle w:val="ListBullet"/>
      </w:pPr>
      <w:r>
        <w:t>Reduce riesgo de agravamiento de lesiones</w:t>
      </w:r>
    </w:p>
    <w:p>
      <w:pPr>
        <w:pStyle w:val="ListBullet"/>
      </w:pPr>
      <w:r>
        <w:t>Complementa la inmovilización manual</w:t>
      </w:r>
    </w:p>
    <w:p>
      <w:pPr>
        <w:pStyle w:val="ListBullet"/>
      </w:pPr>
      <w:r>
        <w:t>Nunca sustituye la inmovilización manual</w:t>
      </w:r>
    </w:p>
    <w:p>
      <w:pPr>
        <w:pStyle w:val="Heading3"/>
      </w:pPr>
      <w:r>
        <w:t>Función Complementaria</w:t>
      </w:r>
    </w:p>
    <w:p>
      <w:r>
        <w:t>**📌 Principio Clave:**</w:t>
      </w:r>
    </w:p>
    <w:p>
      <w:r>
        <w:t>El collarín cervical no inmoviliza por completo: solo limita movimientos.</w:t>
      </w:r>
    </w:p>
    <w:p>
      <w:r>
        <w:t>**La protección real se logra con la combinación de:**</w:t>
      </w:r>
    </w:p>
    <w:p>
      <w:pPr>
        <w:pStyle w:val="ListNumber"/>
      </w:pPr>
      <w:r>
        <w:t>**Control manual** - Inmovilización manual continua</w:t>
      </w:r>
    </w:p>
    <w:p>
      <w:pPr>
        <w:pStyle w:val="ListNumber"/>
      </w:pPr>
      <w:r>
        <w:t>**Collarín** - Limitación de movimientos cervicales</w:t>
      </w:r>
    </w:p>
    <w:p>
      <w:pPr>
        <w:pStyle w:val="ListNumber"/>
      </w:pPr>
      <w:r>
        <w:t>**Inmovilización corporal completa** - Tablero espinal, colchón de vacío, etc.</w:t>
      </w:r>
    </w:p>
    <w:p>
      <w:r>
        <w:t>**Importancia:**</w:t>
      </w:r>
    </w:p>
    <w:p>
      <w:pPr>
        <w:pStyle w:val="ListBullet"/>
      </w:pPr>
      <w:r>
        <w:t>El collarín es parte de un sistema de inmovilización</w:t>
      </w:r>
    </w:p>
    <w:p>
      <w:pPr>
        <w:pStyle w:val="ListBullet"/>
      </w:pPr>
      <w:r>
        <w:t>No es suficiente por sí solo</w:t>
      </w:r>
    </w:p>
    <w:p>
      <w:pPr>
        <w:pStyle w:val="ListBullet"/>
      </w:pPr>
      <w:r>
        <w:t>Requiere combinación con otras técnicas</w:t>
      </w:r>
    </w:p>
    <w:p>
      <w:pPr>
        <w:pStyle w:val="ListBullet"/>
      </w:pPr>
      <w:r>
        <w:t>La inmovilización es un proceso, no un gesto aislado</w:t>
      </w:r>
    </w:p>
    <w:p>
      <w:r>
        <w:t>**Resultado Esperado:**</w:t>
      </w:r>
    </w:p>
    <w:p>
      <w:pPr>
        <w:pStyle w:val="ListBullet"/>
      </w:pPr>
      <w:r>
        <w:t>Limitación efectiva de movimientos cervicales</w:t>
      </w:r>
    </w:p>
    <w:p>
      <w:pPr>
        <w:pStyle w:val="ListBullet"/>
      </w:pPr>
      <w:r>
        <w:t>Reducción del riesgo de agravamiento de lesiones</w:t>
      </w:r>
    </w:p>
    <w:p>
      <w:pPr>
        <w:pStyle w:val="ListBullet"/>
      </w:pPr>
      <w:r>
        <w:t>Integración con sistema completo de inmovilización</w:t>
      </w:r>
    </w:p>
    <w:p>
      <w:pPr>
        <w:pStyle w:val="ListBullet"/>
      </w:pPr>
      <w:r>
        <w:t>Sin lesiones secundarias por mala colocación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2.3.2 Alcance y límites</w:t>
      </w:r>
    </w:p>
    <w:p>
      <w:pPr>
        <w:pStyle w:val="Heading3"/>
      </w:pPr>
      <w:r>
        <w:t>Criterio de Aplicación</w:t>
      </w:r>
    </w:p>
    <w:p>
      <w:r>
        <w:t>Se colocará collarín cervical en todo paciente traumático con sospecha de lesión vertebral, incluyendo:</w:t>
      </w:r>
    </w:p>
    <w:p>
      <w:r>
        <w:t>**Situaciones que Requieren Collarín Cervical:**</w:t>
      </w:r>
    </w:p>
    <w:p>
      <w:pPr>
        <w:pStyle w:val="ListNumber"/>
      </w:pPr>
      <w:r>
        <w:t>**Politraumatizados**</w:t>
      </w:r>
    </w:p>
    <w:p>
      <w:pPr>
        <w:pStyle w:val="ListBullet"/>
      </w:pPr>
      <w:r>
        <w:t>Múltiples lesiones</w:t>
      </w:r>
    </w:p>
    <w:p>
      <w:pPr>
        <w:pStyle w:val="ListBullet"/>
      </w:pPr>
      <w:r>
        <w:t>Mecanismo de alta energía</w:t>
      </w:r>
    </w:p>
    <w:p>
      <w:pPr>
        <w:pStyle w:val="ListBullet"/>
      </w:pPr>
      <w:r>
        <w:t>Sospecha de lesión espinal</w:t>
      </w:r>
    </w:p>
    <w:p>
      <w:pPr>
        <w:pStyle w:val="ListNumber"/>
      </w:pPr>
      <w:r>
        <w:t>**Accidentes de tráfico, atropellos, vuelcos**</w:t>
      </w:r>
    </w:p>
    <w:p>
      <w:pPr>
        <w:pStyle w:val="ListBullet"/>
      </w:pPr>
      <w:r>
        <w:t>Cualquier accidente de tráfico</w:t>
      </w:r>
    </w:p>
    <w:p>
      <w:pPr>
        <w:pStyle w:val="ListBullet"/>
      </w:pPr>
      <w:r>
        <w:t>Atropello</w:t>
      </w:r>
    </w:p>
    <w:p>
      <w:pPr>
        <w:pStyle w:val="ListBullet"/>
      </w:pPr>
      <w:r>
        <w:t>Vuelco de vehículo</w:t>
      </w:r>
    </w:p>
    <w:p>
      <w:pPr>
        <w:pStyle w:val="ListBullet"/>
      </w:pPr>
      <w:r>
        <w:t>Impacto a velocidad significativa</w:t>
      </w:r>
    </w:p>
    <w:p>
      <w:pPr>
        <w:pStyle w:val="ListNumber"/>
      </w:pPr>
      <w:r>
        <w:t>**Caídas desde altura o con impacto**</w:t>
      </w:r>
    </w:p>
    <w:p>
      <w:pPr>
        <w:pStyle w:val="ListBullet"/>
      </w:pPr>
      <w:r>
        <w:t>Caída &gt;1.5 metros (adultos)</w:t>
      </w:r>
    </w:p>
    <w:p>
      <w:pPr>
        <w:pStyle w:val="ListBullet"/>
      </w:pPr>
      <w:r>
        <w:t>Caída &gt;1 metro (niños)</w:t>
      </w:r>
    </w:p>
    <w:p>
      <w:pPr>
        <w:pStyle w:val="ListBullet"/>
      </w:pPr>
      <w:r>
        <w:t>Impacto directo en cabeza/cuello</w:t>
      </w:r>
    </w:p>
    <w:p>
      <w:pPr>
        <w:pStyle w:val="ListNumber"/>
      </w:pPr>
      <w:r>
        <w:t>**Paciente inconsciente o con disminución del nivel de conciencia**</w:t>
      </w:r>
    </w:p>
    <w:p>
      <w:pPr>
        <w:pStyle w:val="ListBullet"/>
      </w:pPr>
      <w:r>
        <w:t>Inconsciencia de cualquier causa</w:t>
      </w:r>
    </w:p>
    <w:p>
      <w:pPr>
        <w:pStyle w:val="ListBullet"/>
      </w:pPr>
      <w:r>
        <w:t>Alteración del nivel de consciencia</w:t>
      </w:r>
    </w:p>
    <w:p>
      <w:pPr>
        <w:pStyle w:val="ListBullet"/>
      </w:pPr>
      <w:r>
        <w:t>Imposibilidad de valorar adecuadamente</w:t>
      </w:r>
    </w:p>
    <w:p>
      <w:pPr>
        <w:pStyle w:val="ListNumber"/>
      </w:pPr>
      <w:r>
        <w:t>**Dolor cervical, dorsal o lumbar**</w:t>
      </w:r>
    </w:p>
    <w:p>
      <w:pPr>
        <w:pStyle w:val="ListBullet"/>
      </w:pPr>
      <w:r>
        <w:t>Dolor referido por el paciente</w:t>
      </w:r>
    </w:p>
    <w:p>
      <w:pPr>
        <w:pStyle w:val="ListBullet"/>
      </w:pPr>
      <w:r>
        <w:t>Dolor a la palpación</w:t>
      </w:r>
    </w:p>
    <w:p>
      <w:pPr>
        <w:pStyle w:val="ListBullet"/>
      </w:pPr>
      <w:r>
        <w:t>Rigidez cervical</w:t>
      </w:r>
    </w:p>
    <w:p>
      <w:pPr>
        <w:pStyle w:val="ListNumber"/>
      </w:pPr>
      <w:r>
        <w:t>**Déficit neurológico**</w:t>
      </w:r>
    </w:p>
    <w:p>
      <w:pPr>
        <w:pStyle w:val="ListBullet"/>
      </w:pPr>
      <w:r>
        <w:t>Alteración de sensibilidad</w:t>
      </w:r>
    </w:p>
    <w:p>
      <w:pPr>
        <w:pStyle w:val="ListBullet"/>
      </w:pPr>
      <w:r>
        <w:t>Alteración de movilidad</w:t>
      </w:r>
    </w:p>
    <w:p>
      <w:pPr>
        <w:pStyle w:val="ListBullet"/>
      </w:pPr>
      <w:r>
        <w:t>Signos neurológicos</w:t>
      </w:r>
    </w:p>
    <w:p>
      <w:pPr>
        <w:pStyle w:val="ListNumber"/>
      </w:pPr>
      <w:r>
        <w:t>**Convulsiones postraumáticas**</w:t>
      </w:r>
    </w:p>
    <w:p>
      <w:pPr>
        <w:pStyle w:val="ListBullet"/>
      </w:pPr>
      <w:r>
        <w:t>Convulsiones que pueden causar traumatismo</w:t>
      </w:r>
    </w:p>
    <w:p>
      <w:pPr>
        <w:pStyle w:val="ListBullet"/>
      </w:pPr>
      <w:r>
        <w:t>Caída durante convulsión</w:t>
      </w:r>
    </w:p>
    <w:p>
      <w:pPr>
        <w:pStyle w:val="ListBullet"/>
      </w:pPr>
      <w:r>
        <w:t>Traumatismo asociado</w:t>
      </w:r>
    </w:p>
    <w:p>
      <w:pPr>
        <w:pStyle w:val="ListNumber"/>
      </w:pPr>
      <w:r>
        <w:t>**Mecanismo lesional de alta energía**</w:t>
      </w:r>
    </w:p>
    <w:p>
      <w:pPr>
        <w:pStyle w:val="ListBullet"/>
      </w:pPr>
      <w:r>
        <w:t>Cualquier mecanismo que pueda causar lesión espinal</w:t>
      </w:r>
    </w:p>
    <w:p>
      <w:pPr>
        <w:pStyle w:val="ListBullet"/>
      </w:pPr>
      <w:r>
        <w:t>Impacto directo en columna</w:t>
      </w:r>
    </w:p>
    <w:p>
      <w:pPr>
        <w:pStyle w:val="ListBullet"/>
      </w:pPr>
      <w:r>
        <w:t>Hiperextensión o hiperflexión forzada</w:t>
      </w:r>
    </w:p>
    <w:p>
      <w:pPr>
        <w:pStyle w:val="Heading3"/>
      </w:pPr>
      <w:r>
        <w:t>Regla TES</w:t>
      </w:r>
    </w:p>
    <w:p>
      <w:r>
        <w:t>**📌 Si dudas → se coloca.**</w:t>
      </w:r>
    </w:p>
    <w:p>
      <w:r>
        <w:t>**Aplicación del Principio:**</w:t>
      </w:r>
    </w:p>
    <w:p>
      <w:pPr>
        <w:pStyle w:val="ListBullet"/>
      </w:pPr>
      <w:r>
        <w:t>En caso de duda: aplicar collarín cervical</w:t>
      </w:r>
    </w:p>
    <w:p>
      <w:pPr>
        <w:pStyle w:val="ListBullet"/>
      </w:pPr>
      <w:r>
        <w:t>Es preferible sobre-inmovilizar que sub-inmovilizar</w:t>
      </w:r>
    </w:p>
    <w:p>
      <w:pPr>
        <w:pStyle w:val="ListBullet"/>
      </w:pPr>
      <w:r>
        <w:t>La colocación del collarín no causa daño si se aplica correctamente</w:t>
      </w:r>
    </w:p>
    <w:p>
      <w:pPr>
        <w:pStyle w:val="ListBullet"/>
      </w:pPr>
      <w:r>
        <w:t>La falta de inmovilización puede causar lesión medular irreversible</w:t>
      </w:r>
    </w:p>
    <w:p>
      <w:r>
        <w:t>**El TES debe:**</w:t>
      </w:r>
    </w:p>
    <w:p>
      <w:pPr>
        <w:pStyle w:val="ListBullet"/>
      </w:pPr>
      <w:r>
        <w:t>✅ Colocar collarín si hay sospecha de lesión cervical</w:t>
      </w:r>
    </w:p>
    <w:p>
      <w:pPr>
        <w:pStyle w:val="ListBullet"/>
      </w:pPr>
      <w:r>
        <w:t>✅ No esperar confirmación de lesión</w:t>
      </w:r>
    </w:p>
    <w:p>
      <w:pPr>
        <w:pStyle w:val="ListBullet"/>
      </w:pPr>
      <w:r>
        <w:t>✅ Aplicar principio de precaución</w:t>
      </w:r>
    </w:p>
    <w:p>
      <w:pPr>
        <w:pStyle w:val="ListBullet"/>
      </w:pPr>
      <w:r>
        <w:t>✅ Mantener control manual durante todo el proceso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2.3.3 Contraindicaciones y precauciones</w:t>
      </w:r>
    </w:p>
    <w:p>
      <w:pPr>
        <w:pStyle w:val="Heading3"/>
      </w:pPr>
      <w:r>
        <w:t>Consideraciones Especiales</w:t>
      </w:r>
    </w:p>
    <w:p>
      <w:r>
        <w:t>**Principio Fundamental:**</w:t>
      </w:r>
    </w:p>
    <w:p>
      <w:r>
        <w:t>No existen contraindicaciones absolutas cuando hay riesgo cervical.</w:t>
      </w:r>
    </w:p>
    <w:p>
      <w:r>
        <w:t>**Sin embargo, se extremará precaución en:**</w:t>
      </w:r>
    </w:p>
    <w:p>
      <w:r>
        <w:t>**1. Vómitos Activos:**</w:t>
      </w:r>
    </w:p>
    <w:p>
      <w:pPr>
        <w:pStyle w:val="ListBullet"/>
      </w:pPr>
      <w:r>
        <w:t>Riesgo de aspiración</w:t>
      </w:r>
    </w:p>
    <w:p>
      <w:pPr>
        <w:pStyle w:val="ListBullet"/>
      </w:pPr>
      <w:r>
        <w:t>Dificultad para mantener vía aérea</w:t>
      </w:r>
    </w:p>
    <w:p>
      <w:pPr>
        <w:pStyle w:val="ListBullet"/>
      </w:pPr>
      <w:r>
        <w:t>**Adaptación:** Mantener control manual, posicionar para prevenir aspiración, considerar aspiración de secreciones</w:t>
      </w:r>
    </w:p>
    <w:p>
      <w:r>
        <w:t>**2. Obstrucción de Vía Aérea:**</w:t>
      </w:r>
    </w:p>
    <w:p>
      <w:pPr>
        <w:pStyle w:val="ListBullet"/>
      </w:pPr>
      <w:r>
        <w:t>Prioridad: vía aérea permeable</w:t>
      </w:r>
    </w:p>
    <w:p>
      <w:pPr>
        <w:pStyle w:val="ListBullet"/>
      </w:pPr>
      <w:r>
        <w:t>**Adaptación:** Asegurar vía aérea primero, luego colocar collarín con precaución</w:t>
      </w:r>
    </w:p>
    <w:p>
      <w:r>
        <w:t>**3. Pacientes Muy Agitados:**</w:t>
      </w:r>
    </w:p>
    <w:p>
      <w:pPr>
        <w:pStyle w:val="ListBullet"/>
      </w:pPr>
      <w:r>
        <w:t>Riesgo de no tolerar collarín</w:t>
      </w:r>
    </w:p>
    <w:p>
      <w:pPr>
        <w:pStyle w:val="ListBullet"/>
      </w:pPr>
      <w:r>
        <w:t>Puede aumentar agitación</w:t>
      </w:r>
    </w:p>
    <w:p>
      <w:pPr>
        <w:pStyle w:val="ListBullet"/>
      </w:pPr>
      <w:r>
        <w:t>**Adaptación:** Control manual firme, verbalización calmada, considerar necesidad de sedación (criterio médico)</w:t>
      </w:r>
    </w:p>
    <w:p>
      <w:r>
        <w:t>**4. Deformidades Cervicales Evidentes:**</w:t>
      </w:r>
    </w:p>
    <w:p>
      <w:pPr>
        <w:pStyle w:val="ListBullet"/>
      </w:pPr>
      <w:r>
        <w:t>Puede no adaptarse correctamente</w:t>
      </w:r>
    </w:p>
    <w:p>
      <w:pPr>
        <w:pStyle w:val="ListBullet"/>
      </w:pPr>
      <w:r>
        <w:t>Riesgo de agravar deformidad</w:t>
      </w:r>
    </w:p>
    <w:p>
      <w:pPr>
        <w:pStyle w:val="ListBullet"/>
      </w:pPr>
      <w:r>
        <w:t>**Adaptación:** No forzar, mantener control manual, adaptar técnica</w:t>
      </w:r>
    </w:p>
    <w:p>
      <w:pPr>
        <w:pStyle w:val="Heading3"/>
      </w:pPr>
      <w:r>
        <w:t>Principio de Priorización</w:t>
      </w:r>
    </w:p>
    <w:p>
      <w:r>
        <w:t>**⚠️ En estos casos:**</w:t>
      </w:r>
    </w:p>
    <w:p>
      <w:pPr>
        <w:pStyle w:val="ListBullet"/>
      </w:pPr>
      <w:r>
        <w:t>NO se retira el control manual</w:t>
      </w:r>
    </w:p>
    <w:p>
      <w:pPr>
        <w:pStyle w:val="ListBullet"/>
      </w:pPr>
      <w:r>
        <w:t>Se prioriza la vida (vía aérea, respiración)</w:t>
      </w:r>
    </w:p>
    <w:p>
      <w:pPr>
        <w:pStyle w:val="ListBullet"/>
      </w:pPr>
      <w:r>
        <w:t>Se adapta la técnica según situación</w:t>
      </w:r>
    </w:p>
    <w:p>
      <w:pPr>
        <w:pStyle w:val="ListBullet"/>
      </w:pPr>
      <w:r>
        <w:t>Se comunica al médico</w:t>
      </w:r>
    </w:p>
    <w:p>
      <w:r>
        <w:t>**Aplicación:**</w:t>
      </w:r>
    </w:p>
    <w:p>
      <w:pPr>
        <w:pStyle w:val="ListBullet"/>
      </w:pPr>
      <w:r>
        <w:t>La vida tiene prioridad sobre la inmovilización</w:t>
      </w:r>
    </w:p>
    <w:p>
      <w:pPr>
        <w:pStyle w:val="ListBullet"/>
      </w:pPr>
      <w:r>
        <w:t>El control manual se mantiene siempre</w:t>
      </w:r>
    </w:p>
    <w:p>
      <w:pPr>
        <w:pStyle w:val="ListBullet"/>
      </w:pPr>
      <w:r>
        <w:t>El collarín se adapta o pospone si es necesario</w:t>
      </w:r>
    </w:p>
    <w:p>
      <w:pPr>
        <w:pStyle w:val="ListBullet"/>
      </w:pPr>
      <w:r>
        <w:t>Se comunica la situación al equipo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2.3.4 Material: tipos de collarín cervical</w:t>
      </w:r>
    </w:p>
    <w:p>
      <w:pPr>
        <w:pStyle w:val="Heading3"/>
      </w:pPr>
      <w:r>
        <w:t>4.1 Collarín Rígido Ajustable</w:t>
      </w:r>
    </w:p>
    <w:p>
      <w:r>
        <w:t>**Características:**</w:t>
      </w:r>
    </w:p>
    <w:p>
      <w:pPr>
        <w:pStyle w:val="ListBullet"/>
      </w:pPr>
      <w:r>
        <w:t>Más utilizado en emergencias</w:t>
      </w:r>
    </w:p>
    <w:p>
      <w:pPr>
        <w:pStyle w:val="ListBullet"/>
      </w:pPr>
      <w:r>
        <w:t>Permite adaptación a diferentes tallas</w:t>
      </w:r>
    </w:p>
    <w:p>
      <w:pPr>
        <w:pStyle w:val="ListBullet"/>
      </w:pPr>
      <w:r>
        <w:t>Proporciona mayor limitación de movimiento</w:t>
      </w:r>
    </w:p>
    <w:p>
      <w:pPr>
        <w:pStyle w:val="ListBullet"/>
      </w:pPr>
      <w:r>
        <w:t>Ajuste mediante velcros o sistemas de cierre</w:t>
      </w:r>
    </w:p>
    <w:p>
      <w:r>
        <w:t>**Ventajas:**</w:t>
      </w:r>
    </w:p>
    <w:p>
      <w:pPr>
        <w:pStyle w:val="ListBullet"/>
      </w:pPr>
      <w:r>
        <w:t>Versatilidad (una talla para varios pacientes)</w:t>
      </w:r>
    </w:p>
    <w:p>
      <w:pPr>
        <w:pStyle w:val="ListBullet"/>
      </w:pPr>
      <w:r>
        <w:t>Fácil ajuste</w:t>
      </w:r>
    </w:p>
    <w:p>
      <w:pPr>
        <w:pStyle w:val="ListBullet"/>
      </w:pPr>
      <w:r>
        <w:t>Buena limitación de movimiento</w:t>
      </w:r>
    </w:p>
    <w:p>
      <w:pPr>
        <w:pStyle w:val="ListBullet"/>
      </w:pPr>
      <w:r>
        <w:t>Uso estándar en prehospitalario</w:t>
      </w:r>
    </w:p>
    <w:p>
      <w:r>
        <w:t>**Consideraciones:**</w:t>
      </w:r>
    </w:p>
    <w:p>
      <w:pPr>
        <w:pStyle w:val="ListBullet"/>
      </w:pPr>
      <w:r>
        <w:t>Verificar que ajuste es correcto</w:t>
      </w:r>
    </w:p>
    <w:p>
      <w:pPr>
        <w:pStyle w:val="ListBullet"/>
      </w:pPr>
      <w:r>
        <w:t>No sobre-ajustar</w:t>
      </w:r>
    </w:p>
    <w:p>
      <w:pPr>
        <w:pStyle w:val="ListBullet"/>
      </w:pPr>
      <w:r>
        <w:t>Verificar que no comprime</w:t>
      </w:r>
    </w:p>
    <w:p>
      <w:pPr>
        <w:pStyle w:val="Heading3"/>
      </w:pPr>
      <w:r>
        <w:t>4.2 Collarín Rígido de Talla Fija</w:t>
      </w:r>
    </w:p>
    <w:p>
      <w:r>
        <w:t>**Características:**</w:t>
      </w:r>
    </w:p>
    <w:p>
      <w:pPr>
        <w:pStyle w:val="ListBullet"/>
      </w:pPr>
      <w:r>
        <w:t>Requiere selección correcta de talla</w:t>
      </w:r>
    </w:p>
    <w:p>
      <w:pPr>
        <w:pStyle w:val="ListBullet"/>
      </w:pPr>
      <w:r>
        <w:t>Uso frecuente en entornos hospitalarios</w:t>
      </w:r>
    </w:p>
    <w:p>
      <w:pPr>
        <w:pStyle w:val="ListBullet"/>
      </w:pPr>
      <w:r>
        <w:t>Tallas: pediátrico, pequeño, mediano, grande</w:t>
      </w:r>
    </w:p>
    <w:p>
      <w:pPr>
        <w:pStyle w:val="ListBullet"/>
      </w:pPr>
      <w:r>
        <w:t>Limitación de movimiento según diseño</w:t>
      </w:r>
    </w:p>
    <w:p>
      <w:r>
        <w:t>**Ventajas:**</w:t>
      </w:r>
    </w:p>
    <w:p>
      <w:pPr>
        <w:pStyle w:val="ListBullet"/>
      </w:pPr>
      <w:r>
        <w:t>Adaptación precisa si talla es correcta</w:t>
      </w:r>
    </w:p>
    <w:p>
      <w:pPr>
        <w:pStyle w:val="ListBullet"/>
      </w:pPr>
      <w:r>
        <w:t>Diseño específico por talla</w:t>
      </w:r>
    </w:p>
    <w:p>
      <w:pPr>
        <w:pStyle w:val="ListBullet"/>
      </w:pPr>
      <w:r>
        <w:t>Uso estándar en hospital</w:t>
      </w:r>
    </w:p>
    <w:p>
      <w:r>
        <w:t>**Consideraciones:**</w:t>
      </w:r>
    </w:p>
    <w:p>
      <w:pPr>
        <w:pStyle w:val="ListBullet"/>
      </w:pPr>
      <w:r>
        <w:t>Requiere tener varias tallas disponibles</w:t>
      </w:r>
    </w:p>
    <w:p>
      <w:pPr>
        <w:pStyle w:val="ListBullet"/>
      </w:pPr>
      <w:r>
        <w:t>Selección correcta es crítica</w:t>
      </w:r>
    </w:p>
    <w:p>
      <w:pPr>
        <w:pStyle w:val="ListBullet"/>
      </w:pPr>
      <w:r>
        <w:t>No usar talla incorrecta</w:t>
      </w:r>
    </w:p>
    <w:p>
      <w:pPr>
        <w:pStyle w:val="Heading3"/>
      </w:pPr>
      <w:r>
        <w:t>4.3 Collarines Blandos</w:t>
      </w:r>
    </w:p>
    <w:p>
      <w:r>
        <w:t>**Características:**</w:t>
      </w:r>
    </w:p>
    <w:p>
      <w:pPr>
        <w:pStyle w:val="ListBullet"/>
      </w:pPr>
      <w:r>
        <w:t>Material blando (espuma, tela)</w:t>
      </w:r>
    </w:p>
    <w:p>
      <w:pPr>
        <w:pStyle w:val="ListBullet"/>
      </w:pPr>
      <w:r>
        <w:t>No proporcionan limitación real de movimiento</w:t>
      </w:r>
    </w:p>
    <w:p>
      <w:pPr>
        <w:pStyle w:val="ListBullet"/>
      </w:pPr>
      <w:r>
        <w:t>Uso exclusivo en patología no traumática</w:t>
      </w:r>
    </w:p>
    <w:p>
      <w:r>
        <w:t>**⚠️ IMPORTANTE:**</w:t>
      </w:r>
    </w:p>
    <w:p>
      <w:pPr>
        <w:pStyle w:val="ListBullet"/>
      </w:pPr>
      <w:r>
        <w:t>❌ NO indicados en trauma</w:t>
      </w:r>
    </w:p>
    <w:p>
      <w:pPr>
        <w:pStyle w:val="ListBullet"/>
      </w:pPr>
      <w:r>
        <w:t>❌ Uso exclusivo en patología no traumática</w:t>
      </w:r>
    </w:p>
    <w:p>
      <w:pPr>
        <w:pStyle w:val="ListBullet"/>
      </w:pPr>
      <w:r>
        <w:t>❌ NO deben emplearse en emergencias</w:t>
      </w:r>
    </w:p>
    <w:p>
      <w:pPr>
        <w:pStyle w:val="ListBullet"/>
      </w:pPr>
      <w:r>
        <w:t>❌ No proporcionan protección real en trauma</w:t>
      </w:r>
    </w:p>
    <w:p>
      <w:r>
        <w:t>**Aplicación:**</w:t>
      </w:r>
    </w:p>
    <w:p>
      <w:pPr>
        <w:pStyle w:val="ListBullet"/>
      </w:pPr>
      <w:r>
        <w:t>Solo en patología no traumática (cervicalgia, contracturas)</w:t>
      </w:r>
    </w:p>
    <w:p>
      <w:pPr>
        <w:pStyle w:val="ListBullet"/>
      </w:pPr>
      <w:r>
        <w:t>Nunca en pacientes traumáticos</w:t>
      </w:r>
    </w:p>
    <w:p>
      <w:pPr>
        <w:pStyle w:val="ListBullet"/>
      </w:pPr>
      <w:r>
        <w:t>Nunca en emergencias prehospitalarias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2.3.5 Preparación previa a la colocación</w:t>
      </w:r>
    </w:p>
    <w:p>
      <w:pPr>
        <w:pStyle w:val="Heading3"/>
      </w:pPr>
      <w:r>
        <w:t>Secuencia de Preparación</w:t>
      </w:r>
    </w:p>
    <w:p>
      <w:r>
        <w:t>**Antes de colocar el collarín:**</w:t>
      </w:r>
    </w:p>
    <w:p>
      <w:r>
        <w:t>**1. Mantener Control Cervical Manual Continuo:**</w:t>
      </w:r>
    </w:p>
    <w:p>
      <w:pPr>
        <w:pStyle w:val="ListBullet"/>
      </w:pPr>
      <w:r>
        <w:t>✅ NO soltar la cabeza</w:t>
      </w:r>
    </w:p>
    <w:p>
      <w:pPr>
        <w:pStyle w:val="ListBullet"/>
      </w:pPr>
      <w:r>
        <w:t>✅ Mantener inmovilización manual durante todo el proceso</w:t>
      </w:r>
    </w:p>
    <w:p>
      <w:pPr>
        <w:pStyle w:val="ListBullet"/>
      </w:pPr>
      <w:r>
        <w:t>✅ El control manual es prioritario</w:t>
      </w:r>
    </w:p>
    <w:p>
      <w:r>
        <w:t>**2. Explicar al Paciente (si está consciente):**</w:t>
      </w:r>
    </w:p>
    <w:p>
      <w:pPr>
        <w:pStyle w:val="ListBullet"/>
      </w:pPr>
      <w:r>
        <w:t>Explicar lo que se va a hacer</w:t>
      </w:r>
    </w:p>
    <w:p>
      <w:pPr>
        <w:pStyle w:val="ListBullet"/>
      </w:pPr>
      <w:r>
        <w:t>Tranquilizar</w:t>
      </w:r>
    </w:p>
    <w:p>
      <w:pPr>
        <w:pStyle w:val="ListBullet"/>
      </w:pPr>
      <w:r>
        <w:t>Pedir colaboración</w:t>
      </w:r>
    </w:p>
    <w:p>
      <w:pPr>
        <w:pStyle w:val="ListBullet"/>
      </w:pPr>
      <w:r>
        <w:t>Explicar importancia brevemente</w:t>
      </w:r>
    </w:p>
    <w:p>
      <w:r>
        <w:t>**3. Retirar Ropa o Elementos que Interfieran:**</w:t>
      </w:r>
    </w:p>
    <w:p>
      <w:pPr>
        <w:pStyle w:val="ListBullet"/>
      </w:pPr>
      <w:r>
        <w:t>Bufandas</w:t>
      </w:r>
    </w:p>
    <w:p>
      <w:pPr>
        <w:pStyle w:val="ListBullet"/>
      </w:pPr>
      <w:r>
        <w:t>Collares</w:t>
      </w:r>
    </w:p>
    <w:p>
      <w:pPr>
        <w:pStyle w:val="ListBullet"/>
      </w:pPr>
      <w:r>
        <w:t>Ropa ajustada en cuello</w:t>
      </w:r>
    </w:p>
    <w:p>
      <w:pPr>
        <w:pStyle w:val="ListBullet"/>
      </w:pPr>
      <w:r>
        <w:t>Cualquier elemento que pueda interferir</w:t>
      </w:r>
    </w:p>
    <w:p>
      <w:r>
        <w:t>**4. Seleccionar Talla Correcta Antes de Colocarlo:**</w:t>
      </w:r>
    </w:p>
    <w:p>
      <w:pPr>
        <w:pStyle w:val="ListBullet"/>
      </w:pPr>
      <w:r>
        <w:t>Medir antes de colocar</w:t>
      </w:r>
    </w:p>
    <w:p>
      <w:pPr>
        <w:pStyle w:val="ListBullet"/>
      </w:pPr>
      <w:r>
        <w:t>Tener collarín listo</w:t>
      </w:r>
    </w:p>
    <w:p>
      <w:pPr>
        <w:pStyle w:val="ListBullet"/>
      </w:pPr>
      <w:r>
        <w:t>Verificar que talla es correcta</w:t>
      </w:r>
    </w:p>
    <w:p>
      <w:pPr>
        <w:pStyle w:val="ListBullet"/>
      </w:pPr>
      <w:r>
        <w:t>No improvisar durante la colocación</w:t>
      </w:r>
    </w:p>
    <w:p>
      <w:pPr>
        <w:pStyle w:val="Heading3"/>
      </w:pPr>
      <w:r>
        <w:t>Principio Fundamental</w:t>
      </w:r>
    </w:p>
    <w:p>
      <w:r>
        <w:t>**📌 Nunca se suelta la cabeza para preparar el material.**</w:t>
      </w:r>
    </w:p>
    <w:p>
      <w:r>
        <w:t>**Aplicación:**</w:t>
      </w:r>
    </w:p>
    <w:p>
      <w:pPr>
        <w:pStyle w:val="ListBullet"/>
      </w:pPr>
      <w:r>
        <w:t>Material debe estar preparado antes</w:t>
      </w:r>
    </w:p>
    <w:p>
      <w:pPr>
        <w:pStyle w:val="ListBullet"/>
      </w:pPr>
      <w:r>
        <w:t>Si falta material: otro miembro del equipo lo trae</w:t>
      </w:r>
    </w:p>
    <w:p>
      <w:pPr>
        <w:pStyle w:val="ListBullet"/>
      </w:pPr>
      <w:r>
        <w:t>El control manual se mantiene siempre</w:t>
      </w:r>
    </w:p>
    <w:p>
      <w:pPr>
        <w:pStyle w:val="ListBullet"/>
      </w:pPr>
      <w:r>
        <w:t>No se interrumpe para buscar material</w:t>
      </w:r>
    </w:p>
    <w:p>
      <w:r>
        <w:t>**Coordinación del Equipo:**</w:t>
      </w:r>
    </w:p>
    <w:p>
      <w:pPr>
        <w:pStyle w:val="ListBullet"/>
      </w:pPr>
      <w:r>
        <w:t>TES 1: Mantiene control manual</w:t>
      </w:r>
    </w:p>
    <w:p>
      <w:pPr>
        <w:pStyle w:val="ListBullet"/>
      </w:pPr>
      <w:r>
        <w:t>TES 2: Prepara material y coloca collarín</w:t>
      </w:r>
    </w:p>
    <w:p>
      <w:pPr>
        <w:pStyle w:val="ListBullet"/>
      </w:pPr>
      <w:r>
        <w:t>Comunicación clara entre ambos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2.3.6 Selección de la talla</w:t>
      </w:r>
    </w:p>
    <w:p>
      <w:pPr>
        <w:pStyle w:val="Heading3"/>
      </w:pPr>
      <w:r>
        <w:t>Método Estándar de Medición</w:t>
      </w:r>
    </w:p>
    <w:p>
      <w:r>
        <w:t>**Medir la distancia entre:**</w:t>
      </w:r>
    </w:p>
    <w:p>
      <w:pPr>
        <w:pStyle w:val="ListBullet"/>
      </w:pPr>
      <w:r>
        <w:t>**Ángulo de la mandíbula** (punto de referencia superior)</w:t>
      </w:r>
    </w:p>
    <w:p>
      <w:pPr>
        <w:pStyle w:val="ListBullet"/>
      </w:pPr>
      <w:r>
        <w:t>**Hombro (trapecio)** (punto de referencia inferior)</w:t>
      </w:r>
    </w:p>
    <w:p>
      <w:r>
        <w:t>**Proceso de Medición:**</w:t>
      </w:r>
    </w:p>
    <w:p>
      <w:pPr>
        <w:pStyle w:val="ListNumber"/>
      </w:pPr>
      <w:r>
        <w:t>Mantener control manual durante medición</w:t>
      </w:r>
    </w:p>
    <w:p>
      <w:pPr>
        <w:pStyle w:val="ListNumber"/>
      </w:pPr>
      <w:r>
        <w:t>Identificar ángulo de la mandíbula</w:t>
      </w:r>
    </w:p>
    <w:p>
      <w:pPr>
        <w:pStyle w:val="ListNumber"/>
      </w:pPr>
      <w:r>
        <w:t>Identificar punto superior del trapecio/hombro</w:t>
      </w:r>
    </w:p>
    <w:p>
      <w:pPr>
        <w:pStyle w:val="ListNumber"/>
      </w:pPr>
      <w:r>
        <w:t>Medir distancia entre ambos puntos</w:t>
      </w:r>
    </w:p>
    <w:p>
      <w:pPr>
        <w:pStyle w:val="ListNumber"/>
      </w:pPr>
      <w:r>
        <w:t>Seleccionar talla según medida</w:t>
      </w:r>
    </w:p>
    <w:p>
      <w:r>
        <w:t>**Tallas Estándar:**</w:t>
      </w:r>
    </w:p>
    <w:p>
      <w:pPr>
        <w:pStyle w:val="ListBullet"/>
      </w:pPr>
      <w:r>
        <w:t>**Pediátrico:** &lt;10 cm aproximadamente</w:t>
      </w:r>
    </w:p>
    <w:p>
      <w:pPr>
        <w:pStyle w:val="ListBullet"/>
      </w:pPr>
      <w:r>
        <w:t>**Pequeño:** 10-12 cm aproximadamente</w:t>
      </w:r>
    </w:p>
    <w:p>
      <w:pPr>
        <w:pStyle w:val="ListBullet"/>
      </w:pPr>
      <w:r>
        <w:t>**Mediano:** 12-14 cm aproximadamente</w:t>
      </w:r>
    </w:p>
    <w:p>
      <w:pPr>
        <w:pStyle w:val="ListBullet"/>
      </w:pPr>
      <w:r>
        <w:t>**Grande:** &gt;14 cm aproximadamente</w:t>
      </w:r>
    </w:p>
    <w:p>
      <w:r>
        <w:t>*Nota: Las medidas exactas varían según fabricante. Consultar guía del fabricante.*</w:t>
      </w:r>
    </w:p>
    <w:p>
      <w:pPr>
        <w:pStyle w:val="Heading3"/>
      </w:pPr>
      <w:r>
        <w:t>Criterios de Selección Correcta</w:t>
      </w:r>
    </w:p>
    <w:p>
      <w:r>
        <w:t>**El collarín debe:**</w:t>
      </w:r>
    </w:p>
    <w:p>
      <w:r>
        <w:t>**1. Apoyar en Mentón y Esternón:**</w:t>
      </w:r>
    </w:p>
    <w:p>
      <w:pPr>
        <w:pStyle w:val="ListBullet"/>
      </w:pPr>
      <w:r>
        <w:t>Parte superior: bajo el mentón</w:t>
      </w:r>
    </w:p>
    <w:p>
      <w:pPr>
        <w:pStyle w:val="ListBullet"/>
      </w:pPr>
      <w:r>
        <w:t>Parte inferior: sobre el esternón</w:t>
      </w:r>
    </w:p>
    <w:p>
      <w:pPr>
        <w:pStyle w:val="ListBullet"/>
      </w:pPr>
      <w:r>
        <w:t>Apoyo firme pero sin comprimir</w:t>
      </w:r>
    </w:p>
    <w:p>
      <w:r>
        <w:t>**2. Mantener Cabeza en Posición Neutra:**</w:t>
      </w:r>
    </w:p>
    <w:p>
      <w:pPr>
        <w:pStyle w:val="ListBullet"/>
      </w:pPr>
      <w:r>
        <w:t>No forzar flexión</w:t>
      </w:r>
    </w:p>
    <w:p>
      <w:pPr>
        <w:pStyle w:val="ListBullet"/>
      </w:pPr>
      <w:r>
        <w:t>No forzar extensión</w:t>
      </w:r>
    </w:p>
    <w:p>
      <w:pPr>
        <w:pStyle w:val="ListBullet"/>
      </w:pPr>
      <w:r>
        <w:t>Mantener posición actual del paciente (si hay posición antiálgica)</w:t>
      </w:r>
    </w:p>
    <w:p>
      <w:r>
        <w:t>**3. No Forzar Flexión ni Extensión:**</w:t>
      </w:r>
    </w:p>
    <w:p>
      <w:pPr>
        <w:pStyle w:val="ListBullet"/>
      </w:pPr>
      <w:r>
        <w:t>Si paciente tiene posición antiálgica: mantenerla</w:t>
      </w:r>
    </w:p>
    <w:p>
      <w:pPr>
        <w:pStyle w:val="ListBullet"/>
      </w:pPr>
      <w:r>
        <w:t>No corregir posición forzando</w:t>
      </w:r>
    </w:p>
    <w:p>
      <w:pPr>
        <w:pStyle w:val="ListBullet"/>
      </w:pPr>
      <w:r>
        <w:t>Adaptar collarín a posición del paciente</w:t>
      </w:r>
    </w:p>
    <w:p>
      <w:pPr>
        <w:pStyle w:val="Heading3"/>
      </w:pPr>
      <w:r>
        <w:t>Errores de Talla</w:t>
      </w:r>
    </w:p>
    <w:p>
      <w:r>
        <w:t>**⚠️ Collarín Demasiado Grande → Hiperextensión:**</w:t>
      </w:r>
    </w:p>
    <w:p>
      <w:pPr>
        <w:pStyle w:val="ListBullet"/>
      </w:pPr>
      <w:r>
        <w:t>Cabeza se extiende hacia atrás</w:t>
      </w:r>
    </w:p>
    <w:p>
      <w:pPr>
        <w:pStyle w:val="ListBullet"/>
      </w:pPr>
      <w:r>
        <w:t>Puede agravar lesión de extensión</w:t>
      </w:r>
    </w:p>
    <w:p>
      <w:pPr>
        <w:pStyle w:val="ListBullet"/>
      </w:pPr>
      <w:r>
        <w:t>Riesgo de lesión secundaria</w:t>
      </w:r>
    </w:p>
    <w:p>
      <w:r>
        <w:t>**⚠️ Collarín Pequeño → Flexión Cervical:**</w:t>
      </w:r>
    </w:p>
    <w:p>
      <w:pPr>
        <w:pStyle w:val="ListBullet"/>
      </w:pPr>
      <w:r>
        <w:t>Cabeza se flexiona hacia delante</w:t>
      </w:r>
    </w:p>
    <w:p>
      <w:pPr>
        <w:pStyle w:val="ListBullet"/>
      </w:pPr>
      <w:r>
        <w:t>Puede agravar lesión de flexión</w:t>
      </w:r>
    </w:p>
    <w:p>
      <w:pPr>
        <w:pStyle w:val="ListBullet"/>
      </w:pPr>
      <w:r>
        <w:t>Riesgo de lesión secundaria</w:t>
      </w:r>
    </w:p>
    <w:p>
      <w:r>
        <w:t>**Prevención:**</w:t>
      </w:r>
    </w:p>
    <w:p>
      <w:pPr>
        <w:pStyle w:val="ListBullet"/>
      </w:pPr>
      <w:r>
        <w:t>Medir correctamente antes de colocar</w:t>
      </w:r>
    </w:p>
    <w:p>
      <w:pPr>
        <w:pStyle w:val="ListBullet"/>
      </w:pPr>
      <w:r>
        <w:t>Verificar que talla es adecuada</w:t>
      </w:r>
    </w:p>
    <w:p>
      <w:pPr>
        <w:pStyle w:val="ListBullet"/>
      </w:pPr>
      <w:r>
        <w:t>Ajustar si es necesario (sin soltar control manual)</w:t>
      </w:r>
    </w:p>
    <w:p>
      <w:pPr>
        <w:pStyle w:val="ListBullet"/>
      </w:pPr>
      <w:r>
        <w:t>Si talla no es correcta: cambiar por talla adecuada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2.3.7 Procedimientos paso a paso: colocación</w:t>
      </w:r>
    </w:p>
    <w:p>
      <w:pPr>
        <w:pStyle w:val="Heading3"/>
      </w:pPr>
      <w:r>
        <w:t>Requisitos Previos</w:t>
      </w:r>
    </w:p>
    <w:p>
      <w:r>
        <w:t>**Siempre con dos intervinientes si es posible:**</w:t>
      </w:r>
    </w:p>
    <w:p>
      <w:pPr>
        <w:pStyle w:val="ListBullet"/>
      </w:pPr>
      <w:r>
        <w:t>**TES 1:** Mantiene control cervical manual</w:t>
      </w:r>
    </w:p>
    <w:p>
      <w:pPr>
        <w:pStyle w:val="ListBullet"/>
      </w:pPr>
      <w:r>
        <w:t>**TES 2:** Coloca el collarín</w:t>
      </w:r>
    </w:p>
    <w:p>
      <w:r>
        <w:t>**Si solo hay un TES:**</w:t>
      </w:r>
    </w:p>
    <w:p>
      <w:pPr>
        <w:pStyle w:val="ListBullet"/>
      </w:pPr>
      <w:r>
        <w:t>Mantener control manual</w:t>
      </w:r>
    </w:p>
    <w:p>
      <w:pPr>
        <w:pStyle w:val="ListBullet"/>
      </w:pPr>
      <w:r>
        <w:t>Colocar collarín con una mano (técnica adaptada)</w:t>
      </w:r>
    </w:p>
    <w:p>
      <w:pPr>
        <w:pStyle w:val="ListBullet"/>
      </w:pPr>
      <w:r>
        <w:t>Priorizar control manual sobre colocación rápida</w:t>
      </w:r>
    </w:p>
    <w:p>
      <w:pPr>
        <w:pStyle w:val="ListBullet"/>
      </w:pPr>
      <w:r>
        <w:t>Solicitar ayuda si es posible</w:t>
      </w:r>
    </w:p>
    <w:p>
      <w:pPr>
        <w:pStyle w:val="Heading3"/>
      </w:pPr>
      <w:r>
        <w:t>Secuencia de Colocación</w:t>
      </w:r>
    </w:p>
    <w:p>
      <w:r>
        <w:t>**Paso 1: Preparación**</w:t>
      </w:r>
    </w:p>
    <w:p>
      <w:pPr>
        <w:pStyle w:val="ListBullet"/>
      </w:pPr>
      <w:r>
        <w:t>✅ TES 1 mantiene control cervical manual</w:t>
      </w:r>
    </w:p>
    <w:p>
      <w:pPr>
        <w:pStyle w:val="ListBullet"/>
      </w:pPr>
      <w:r>
        <w:t>✅ TES 2 prepara collarín (talla correcta, verificado)</w:t>
      </w:r>
    </w:p>
    <w:p>
      <w:pPr>
        <w:pStyle w:val="ListBullet"/>
      </w:pPr>
      <w:r>
        <w:t>✅ Retirar elementos que interfieran</w:t>
      </w:r>
    </w:p>
    <w:p>
      <w:pPr>
        <w:pStyle w:val="ListBullet"/>
      </w:pPr>
      <w:r>
        <w:t>✅ Explicar al paciente (si está consciente)</w:t>
      </w:r>
    </w:p>
    <w:p>
      <w:r>
        <w:t>**Paso 2: Colocación de Parte Posterior**</w:t>
      </w:r>
    </w:p>
    <w:p>
      <w:pPr>
        <w:pStyle w:val="ListBullet"/>
      </w:pPr>
      <w:r>
        <w:t>TES 2 introduce la parte posterior del collarín por detrás del cuello</w:t>
      </w:r>
    </w:p>
    <w:p>
      <w:pPr>
        <w:pStyle w:val="ListBullet"/>
      </w:pPr>
      <w:r>
        <w:t>Deslizar suavemente sin mover la cabeza</w:t>
      </w:r>
    </w:p>
    <w:p>
      <w:pPr>
        <w:pStyle w:val="ListBullet"/>
      </w:pPr>
      <w:r>
        <w:t>Posicionar correctamente</w:t>
      </w:r>
    </w:p>
    <w:p>
      <w:pPr>
        <w:pStyle w:val="ListBullet"/>
      </w:pPr>
      <w:r>
        <w:t>Verificar que no comprime</w:t>
      </w:r>
    </w:p>
    <w:p>
      <w:r>
        <w:t>**Paso 3: Colocación de Parte Anterior**</w:t>
      </w:r>
    </w:p>
    <w:p>
      <w:pPr>
        <w:pStyle w:val="ListBullet"/>
      </w:pPr>
      <w:r>
        <w:t>TES 2 desliza la parte anterior bajo el mentón</w:t>
      </w:r>
    </w:p>
    <w:p>
      <w:pPr>
        <w:pStyle w:val="ListBullet"/>
      </w:pPr>
      <w:r>
        <w:t>Posicionar sobre el esternón</w:t>
      </w:r>
    </w:p>
    <w:p>
      <w:pPr>
        <w:pStyle w:val="ListBullet"/>
      </w:pPr>
      <w:r>
        <w:t>Verificar que apoya correctamente</w:t>
      </w:r>
    </w:p>
    <w:p>
      <w:pPr>
        <w:pStyle w:val="ListBullet"/>
      </w:pPr>
      <w:r>
        <w:t>No forzar posición</w:t>
      </w:r>
    </w:p>
    <w:p>
      <w:r>
        <w:t>**Paso 4: Ajuste de Cierres**</w:t>
      </w:r>
    </w:p>
    <w:p>
      <w:pPr>
        <w:pStyle w:val="ListBullet"/>
      </w:pPr>
      <w:r>
        <w:t>Ajustar cierres laterales sin mover la cabeza</w:t>
      </w:r>
    </w:p>
    <w:p>
      <w:pPr>
        <w:pStyle w:val="ListBullet"/>
      </w:pPr>
      <w:r>
        <w:t>Ajustar firmemente pero sin comprimir</w:t>
      </w:r>
    </w:p>
    <w:p>
      <w:pPr>
        <w:pStyle w:val="ListBullet"/>
      </w:pPr>
      <w:r>
        <w:t>Verificar que cierres están seguros</w:t>
      </w:r>
    </w:p>
    <w:p>
      <w:pPr>
        <w:pStyle w:val="ListBullet"/>
      </w:pPr>
      <w:r>
        <w:t>No soltar control manual durante ajuste</w:t>
      </w:r>
    </w:p>
    <w:p>
      <w:r>
        <w:t>**Paso 5: Verificación Inicial**</w:t>
      </w:r>
    </w:p>
    <w:p>
      <w:pPr>
        <w:pStyle w:val="ListBullet"/>
      </w:pPr>
      <w:r>
        <w:t>Comprobar alineación neutra (o posición actual)</w:t>
      </w:r>
    </w:p>
    <w:p>
      <w:pPr>
        <w:pStyle w:val="ListBullet"/>
      </w:pPr>
      <w:r>
        <w:t>Verificar comodidad relativa</w:t>
      </w:r>
    </w:p>
    <w:p>
      <w:pPr>
        <w:pStyle w:val="ListBullet"/>
      </w:pPr>
      <w:r>
        <w:t>Verificar ausencia de compresión excesiva</w:t>
      </w:r>
    </w:p>
    <w:p>
      <w:pPr>
        <w:pStyle w:val="ListBullet"/>
      </w:pPr>
      <w:r>
        <w:t>Confirmar que collarín está bien colocado</w:t>
      </w:r>
    </w:p>
    <w:p>
      <w:r>
        <w:t>**Paso 6: Liberación Controlada del Control Manual**</w:t>
      </w:r>
    </w:p>
    <w:p>
      <w:pPr>
        <w:pStyle w:val="ListBullet"/>
      </w:pPr>
      <w:r>
        <w:t>**📌 El control manual NO se libera hasta confirmar correcta colocación**</w:t>
      </w:r>
    </w:p>
    <w:p>
      <w:pPr>
        <w:pStyle w:val="ListBullet"/>
      </w:pPr>
      <w:r>
        <w:t>Verificar que collarín está completamente fijado</w:t>
      </w:r>
    </w:p>
    <w:p>
      <w:pPr>
        <w:pStyle w:val="ListBullet"/>
      </w:pPr>
      <w:r>
        <w:t>Liberar control manual de forma controlada</w:t>
      </w:r>
    </w:p>
    <w:p>
      <w:pPr>
        <w:pStyle w:val="ListBullet"/>
      </w:pPr>
      <w:r>
        <w:t>Observar que no hay movimiento</w:t>
      </w:r>
    </w:p>
    <w:p>
      <w:pPr>
        <w:pStyle w:val="ListBullet"/>
      </w:pPr>
      <w:r>
        <w:t>Si hay movimiento: volver a control manual y ajustar</w:t>
      </w:r>
    </w:p>
    <w:p>
      <w:pPr>
        <w:pStyle w:val="Heading3"/>
      </w:pPr>
      <w:r>
        <w:t>Consideraciones Durante la Colocación</w:t>
      </w:r>
    </w:p>
    <w:p>
      <w:r>
        <w:t>**Mantener Control Manual:**</w:t>
      </w:r>
    </w:p>
    <w:p>
      <w:pPr>
        <w:pStyle w:val="ListBullet"/>
      </w:pPr>
      <w:r>
        <w:t>Durante todo el proceso</w:t>
      </w:r>
    </w:p>
    <w:p>
      <w:pPr>
        <w:pStyle w:val="ListBullet"/>
      </w:pPr>
      <w:r>
        <w:t>Durante ajuste de cierres</w:t>
      </w:r>
    </w:p>
    <w:p>
      <w:pPr>
        <w:pStyle w:val="ListBullet"/>
      </w:pPr>
      <w:r>
        <w:t>Hasta verificación completa</w:t>
      </w:r>
    </w:p>
    <w:p>
      <w:pPr>
        <w:pStyle w:val="ListBullet"/>
      </w:pPr>
      <w:r>
        <w:t>Nunca soltar antes de tiempo</w:t>
      </w:r>
    </w:p>
    <w:p>
      <w:r>
        <w:t>**Comunicación:**</w:t>
      </w:r>
    </w:p>
    <w:p>
      <w:pPr>
        <w:pStyle w:val="ListBullet"/>
      </w:pPr>
      <w:r>
        <w:t>Comunicar cada paso</w:t>
      </w:r>
    </w:p>
    <w:p>
      <w:pPr>
        <w:pStyle w:val="ListBullet"/>
      </w:pPr>
      <w:r>
        <w:t>Coordinar movimientos</w:t>
      </w:r>
    </w:p>
    <w:p>
      <w:pPr>
        <w:pStyle w:val="ListBullet"/>
      </w:pPr>
      <w:r>
        <w:t>Confirmar que está listo</w:t>
      </w:r>
    </w:p>
    <w:p>
      <w:pPr>
        <w:pStyle w:val="ListBullet"/>
      </w:pPr>
      <w:r>
        <w:t>Comunicar problemas</w:t>
      </w:r>
    </w:p>
    <w:p>
      <w:r>
        <w:t>**No Forzar:**</w:t>
      </w:r>
    </w:p>
    <w:p>
      <w:pPr>
        <w:pStyle w:val="ListBullet"/>
      </w:pPr>
      <w:r>
        <w:t>No forzar alineación si hay dolor</w:t>
      </w:r>
    </w:p>
    <w:p>
      <w:pPr>
        <w:pStyle w:val="ListBullet"/>
      </w:pPr>
      <w:r>
        <w:t>No forzar posición si hay resistencia</w:t>
      </w:r>
    </w:p>
    <w:p>
      <w:pPr>
        <w:pStyle w:val="ListBullet"/>
      </w:pPr>
      <w:r>
        <w:t>Adaptar a posición del paciente</w:t>
      </w:r>
    </w:p>
    <w:p>
      <w:pPr>
        <w:pStyle w:val="ListBullet"/>
      </w:pPr>
      <w:r>
        <w:t>Comunicar posición al médico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2.3.8 Verificación tras la colocación</w:t>
      </w:r>
    </w:p>
    <w:p>
      <w:pPr>
        <w:pStyle w:val="Heading3"/>
      </w:pPr>
      <w:r>
        <w:t>Verificaciones Inmediatas</w:t>
      </w:r>
    </w:p>
    <w:p>
      <w:r>
        <w:t>**Verificar:**</w:t>
      </w:r>
    </w:p>
    <w:p>
      <w:r>
        <w:t>**1. El Paciente Puede Respirar con Normalidad:**</w:t>
      </w:r>
    </w:p>
    <w:p>
      <w:pPr>
        <w:pStyle w:val="ListBullet"/>
      </w:pPr>
      <w:r>
        <w:t>✅ Respiración no está comprometida</w:t>
      </w:r>
    </w:p>
    <w:p>
      <w:pPr>
        <w:pStyle w:val="ListBullet"/>
      </w:pPr>
      <w:r>
        <w:t>✅ No hay aumento de dificultad respiratoria</w:t>
      </w:r>
    </w:p>
    <w:p>
      <w:pPr>
        <w:pStyle w:val="ListBullet"/>
      </w:pPr>
      <w:r>
        <w:t>✅ Vía aérea sigue permeable</w:t>
      </w:r>
    </w:p>
    <w:p>
      <w:pPr>
        <w:pStyle w:val="ListBullet"/>
      </w:pPr>
      <w:r>
        <w:t>✅ Si hay dificultad: ajustar o reconsiderar</w:t>
      </w:r>
    </w:p>
    <w:p>
      <w:r>
        <w:t>**2. No Hay Aumento de Dolor:**</w:t>
      </w:r>
    </w:p>
    <w:p>
      <w:pPr>
        <w:pStyle w:val="ListBullet"/>
      </w:pPr>
      <w:r>
        <w:t>✅ Dolor no aumenta con collarín</w:t>
      </w:r>
    </w:p>
    <w:p>
      <w:pPr>
        <w:pStyle w:val="ListBullet"/>
      </w:pPr>
      <w:r>
        <w:t>✅ Si aumenta dolor: verificar colocación</w:t>
      </w:r>
    </w:p>
    <w:p>
      <w:pPr>
        <w:pStyle w:val="ListBullet"/>
      </w:pPr>
      <w:r>
        <w:t>✅ Comunicar al médico si dolor aumenta significativamente</w:t>
      </w:r>
    </w:p>
    <w:p>
      <w:r>
        <w:t>**3. No Hay Compromiso de Vía Aérea:**</w:t>
      </w:r>
    </w:p>
    <w:p>
      <w:pPr>
        <w:pStyle w:val="ListBullet"/>
      </w:pPr>
      <w:r>
        <w:t>✅ Vía aérea sigue permeable</w:t>
      </w:r>
    </w:p>
    <w:p>
      <w:pPr>
        <w:pStyle w:val="ListBullet"/>
      </w:pPr>
      <w:r>
        <w:t>✅ No hay compresión de vía aérea</w:t>
      </w:r>
    </w:p>
    <w:p>
      <w:pPr>
        <w:pStyle w:val="ListBullet"/>
      </w:pPr>
      <w:r>
        <w:t>✅ Si hay compromiso: ajustar o retirar (con control manual)</w:t>
      </w:r>
    </w:p>
    <w:p>
      <w:r>
        <w:t>**4. El Collarín No Está Girado ni Mal Centrado:**</w:t>
      </w:r>
    </w:p>
    <w:p>
      <w:pPr>
        <w:pStyle w:val="ListBullet"/>
      </w:pPr>
      <w:r>
        <w:t>✅ Collarín está centrado</w:t>
      </w:r>
    </w:p>
    <w:p>
      <w:pPr>
        <w:pStyle w:val="ListBullet"/>
      </w:pPr>
      <w:r>
        <w:t>✅ No está girado</w:t>
      </w:r>
    </w:p>
    <w:p>
      <w:pPr>
        <w:pStyle w:val="ListBullet"/>
      </w:pPr>
      <w:r>
        <w:t>✅ Apoya correctamente en mentón y esternón</w:t>
      </w:r>
    </w:p>
    <w:p>
      <w:pPr>
        <w:pStyle w:val="ListBullet"/>
      </w:pPr>
      <w:r>
        <w:t>✅ Si está mal colocado: recolocar (con control manual)</w:t>
      </w:r>
    </w:p>
    <w:p>
      <w:r>
        <w:t>**5. Continúa la Inmovilización Corporal Posterior:**</w:t>
      </w:r>
    </w:p>
    <w:p>
      <w:pPr>
        <w:pStyle w:val="ListBullet"/>
      </w:pPr>
      <w:r>
        <w:t>✅ Collarín es parte del sistema</w:t>
      </w:r>
    </w:p>
    <w:p>
      <w:pPr>
        <w:pStyle w:val="ListBullet"/>
      </w:pPr>
      <w:r>
        <w:t>✅ Debe continuarse con inmovilización corporal</w:t>
      </w:r>
    </w:p>
    <w:p>
      <w:pPr>
        <w:pStyle w:val="ListBullet"/>
      </w:pPr>
      <w:r>
        <w:t>✅ No es suficiente por sí solo</w:t>
      </w:r>
    </w:p>
    <w:p>
      <w:pPr>
        <w:pStyle w:val="ListBullet"/>
      </w:pPr>
      <w:r>
        <w:t>✅ Integrar con tablero espinal, colchón de vacío, etc.</w:t>
      </w:r>
    </w:p>
    <w:p>
      <w:pPr>
        <w:pStyle w:val="Heading3"/>
      </w:pPr>
      <w:r>
        <w:t>Verificaciones Continuas</w:t>
      </w:r>
    </w:p>
    <w:p>
      <w:r>
        <w:t>**Durante el Traslado:**</w:t>
      </w:r>
    </w:p>
    <w:p>
      <w:pPr>
        <w:pStyle w:val="ListBullet"/>
      </w:pPr>
      <w:r>
        <w:t>Re-verificar periódicamente</w:t>
      </w:r>
    </w:p>
    <w:p>
      <w:pPr>
        <w:pStyle w:val="ListBullet"/>
      </w:pPr>
      <w:r>
        <w:t>Verificar que collarín sigue bien colocado</w:t>
      </w:r>
    </w:p>
    <w:p>
      <w:pPr>
        <w:pStyle w:val="ListBullet"/>
      </w:pPr>
      <w:r>
        <w:t>Verificar que no se ha desplazado</w:t>
      </w:r>
    </w:p>
    <w:p>
      <w:pPr>
        <w:pStyle w:val="ListBullet"/>
      </w:pPr>
      <w:r>
        <w:t>Ajustar si es necesario</w:t>
      </w:r>
    </w:p>
    <w:p>
      <w:r>
        <w:t>**Si Hay Problemas:**</w:t>
      </w:r>
    </w:p>
    <w:p>
      <w:pPr>
        <w:pStyle w:val="ListBullet"/>
      </w:pPr>
      <w:r>
        <w:t>Comunicar al equipo</w:t>
      </w:r>
    </w:p>
    <w:p>
      <w:pPr>
        <w:pStyle w:val="ListBullet"/>
      </w:pPr>
      <w:r>
        <w:t>Ajustar si es posible (con control manual)</w:t>
      </w:r>
    </w:p>
    <w:p>
      <w:pPr>
        <w:pStyle w:val="ListBullet"/>
      </w:pPr>
      <w:r>
        <w:t>Considerar recolocación si es necesario</w:t>
      </w:r>
    </w:p>
    <w:p>
      <w:pPr>
        <w:pStyle w:val="ListBullet"/>
      </w:pPr>
      <w:r>
        <w:t>No dejar problema sin resolver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2.3.9 Integración con otras técnicas</w:t>
      </w:r>
    </w:p>
    <w:p>
      <w:pPr>
        <w:pStyle w:val="Heading3"/>
      </w:pPr>
      <w:r>
        <w:t>Principio Fundamental</w:t>
      </w:r>
    </w:p>
    <w:p>
      <w:r>
        <w:t>**El collarín cervical no es suficiente por sí solo.**</w:t>
      </w:r>
    </w:p>
    <w:p>
      <w:r>
        <w:t>**Debe combinarse con:**</w:t>
      </w:r>
    </w:p>
    <w:p>
      <w:r>
        <w:t>**1. Camilla Cuchara:**</w:t>
      </w:r>
    </w:p>
    <w:p>
      <w:pPr>
        <w:pStyle w:val="ListBullet"/>
      </w:pPr>
      <w:r>
        <w:t>Sistema de inmovilización y transporte</w:t>
      </w:r>
    </w:p>
    <w:p>
      <w:pPr>
        <w:pStyle w:val="ListBullet"/>
      </w:pPr>
      <w:r>
        <w:t>Compatible con collarín</w:t>
      </w:r>
    </w:p>
    <w:p>
      <w:pPr>
        <w:pStyle w:val="ListBullet"/>
      </w:pPr>
      <w:r>
        <w:t>Inmovilización completa del cuerpo</w:t>
      </w:r>
    </w:p>
    <w:p>
      <w:r>
        <w:t>**2. Tablero Espinal:**</w:t>
      </w:r>
    </w:p>
    <w:p>
      <w:pPr>
        <w:pStyle w:val="ListBullet"/>
      </w:pPr>
      <w:r>
        <w:t>Inmovilización de columna completa</w:t>
      </w:r>
    </w:p>
    <w:p>
      <w:pPr>
        <w:pStyle w:val="ListBullet"/>
      </w:pPr>
      <w:r>
        <w:t>Compatible con collarín</w:t>
      </w:r>
    </w:p>
    <w:p>
      <w:pPr>
        <w:pStyle w:val="ListBullet"/>
      </w:pPr>
      <w:r>
        <w:t>Sujeción con correas</w:t>
      </w:r>
    </w:p>
    <w:p>
      <w:r>
        <w:t>**3. Colchón de Vacío:**</w:t>
      </w:r>
    </w:p>
    <w:p>
      <w:pPr>
        <w:pStyle w:val="ListBullet"/>
      </w:pPr>
      <w:r>
        <w:t>Inmovilización personalizada</w:t>
      </w:r>
    </w:p>
    <w:p>
      <w:pPr>
        <w:pStyle w:val="ListBullet"/>
      </w:pPr>
      <w:r>
        <w:t>Compatible con collarín</w:t>
      </w:r>
    </w:p>
    <w:p>
      <w:pPr>
        <w:pStyle w:val="ListBullet"/>
      </w:pPr>
      <w:r>
        <w:t>Adaptación a forma del paciente</w:t>
      </w:r>
    </w:p>
    <w:p>
      <w:r>
        <w:t>**4. Sujeción Completa del Tronco y Extremidades:**</w:t>
      </w:r>
    </w:p>
    <w:p>
      <w:pPr>
        <w:pStyle w:val="ListBullet"/>
      </w:pPr>
      <w:r>
        <w:t>Correas de sujeción</w:t>
      </w:r>
    </w:p>
    <w:p>
      <w:pPr>
        <w:pStyle w:val="ListBullet"/>
      </w:pPr>
      <w:r>
        <w:t>Bloques laterales para cabeza</w:t>
      </w:r>
    </w:p>
    <w:p>
      <w:pPr>
        <w:pStyle w:val="ListBullet"/>
      </w:pPr>
      <w:r>
        <w:t>Inmovilización de extremidades si es necesario</w:t>
      </w:r>
    </w:p>
    <w:p>
      <w:pPr>
        <w:pStyle w:val="Heading3"/>
      </w:pPr>
      <w:r>
        <w:t>Sistema Completo de Inmovilización</w:t>
      </w:r>
    </w:p>
    <w:p>
      <w:r>
        <w:t>**📌 Collarín sin inmovilización corporal = protección incompleta.**</w:t>
      </w:r>
    </w:p>
    <w:p>
      <w:r>
        <w:t>**Componentes del Sistema:**</w:t>
      </w:r>
    </w:p>
    <w:p>
      <w:pPr>
        <w:pStyle w:val="ListNumber"/>
      </w:pPr>
      <w:r>
        <w:t>**Control manual** (inicial y durante transición)</w:t>
      </w:r>
    </w:p>
    <w:p>
      <w:pPr>
        <w:pStyle w:val="ListNumber"/>
      </w:pPr>
      <w:r>
        <w:t>**Collarín cervical** (limitación de movimientos cervicales)</w:t>
      </w:r>
    </w:p>
    <w:p>
      <w:pPr>
        <w:pStyle w:val="ListNumber"/>
      </w:pPr>
      <w:r>
        <w:t>**Inmovilización corporal** (tablero, colchón, camilla)</w:t>
      </w:r>
    </w:p>
    <w:p>
      <w:pPr>
        <w:pStyle w:val="ListNumber"/>
      </w:pPr>
      <w:r>
        <w:t>**Sujeción completa** (correas, bloques, sistemas de fijación)</w:t>
      </w:r>
    </w:p>
    <w:p>
      <w:r>
        <w:t>**Resultado:**</w:t>
      </w:r>
    </w:p>
    <w:p>
      <w:pPr>
        <w:pStyle w:val="ListBullet"/>
      </w:pPr>
      <w:r>
        <w:t>Inmovilización completa y efectiva</w:t>
      </w:r>
    </w:p>
    <w:p>
      <w:pPr>
        <w:pStyle w:val="ListBullet"/>
      </w:pPr>
      <w:r>
        <w:t>Protección real de la columna</w:t>
      </w:r>
    </w:p>
    <w:p>
      <w:pPr>
        <w:pStyle w:val="ListBullet"/>
      </w:pPr>
      <w:r>
        <w:t>Reducción del riesgo de agravamiento</w:t>
      </w:r>
    </w:p>
    <w:p>
      <w:pPr>
        <w:pStyle w:val="ListBullet"/>
      </w:pPr>
      <w:r>
        <w:t>Sistema integrado y coherente</w:t>
      </w:r>
    </w:p>
    <w:p>
      <w:r>
        <w:t>**Aplicación:**</w:t>
      </w:r>
    </w:p>
    <w:p>
      <w:pPr>
        <w:pStyle w:val="ListBullet"/>
      </w:pPr>
      <w:r>
        <w:t>El collarín es un componente, no el sistema completo</w:t>
      </w:r>
    </w:p>
    <w:p>
      <w:pPr>
        <w:pStyle w:val="ListBullet"/>
      </w:pPr>
      <w:r>
        <w:t>Debe integrarse con otras técnicas</w:t>
      </w:r>
    </w:p>
    <w:p>
      <w:pPr>
        <w:pStyle w:val="ListBullet"/>
      </w:pPr>
      <w:r>
        <w:t>La inmovilización es un proceso completo</w:t>
      </w:r>
    </w:p>
    <w:p>
      <w:pPr>
        <w:pStyle w:val="ListBullet"/>
      </w:pPr>
      <w:r>
        <w:t>No es un gesto aislado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2.3.10 Problemas frecuentes y resolución rápida</w:t>
      </w:r>
    </w:p>
    <w:p>
      <w:pPr>
        <w:pStyle w:val="Heading3"/>
      </w:pPr>
      <w:r>
        <w:t>Errores Críticos</w:t>
      </w:r>
    </w:p>
    <w:p>
      <w:r>
        <w:t>**Error 1: Colocar Collarín sin Control Manual Previo**</w:t>
      </w:r>
    </w:p>
    <w:p>
      <w:pPr>
        <w:pStyle w:val="ListBullet"/>
      </w:pPr>
      <w:r>
        <w:t>❌ Intentar colocar collarín sin mantener inmovilización manual</w:t>
      </w:r>
    </w:p>
    <w:p>
      <w:pPr>
        <w:pStyle w:val="ListBullet"/>
      </w:pPr>
      <w:r>
        <w:t>**Consecuencia:** Movimiento durante colocación, riesgo de lesión</w:t>
      </w:r>
    </w:p>
    <w:p>
      <w:pPr>
        <w:pStyle w:val="ListBullet"/>
      </w:pPr>
      <w:r>
        <w:t>**Prevención:** Mantener inmovilización manual durante todo el proceso</w:t>
      </w:r>
    </w:p>
    <w:p>
      <w:r>
        <w:t>**Error 2: Soltar la Cabeza para Ajustar Velcros**</w:t>
      </w:r>
    </w:p>
    <w:p>
      <w:pPr>
        <w:pStyle w:val="ListBullet"/>
      </w:pPr>
      <w:r>
        <w:t>❌ Soltar control manual para ajustar cierres del collarín</w:t>
      </w:r>
    </w:p>
    <w:p>
      <w:pPr>
        <w:pStyle w:val="ListBullet"/>
      </w:pPr>
      <w:r>
        <w:t>**Consecuencia:** Movimiento durante ajuste, riesgo de lesión</w:t>
      </w:r>
    </w:p>
    <w:p>
      <w:pPr>
        <w:pStyle w:val="ListBullet"/>
      </w:pPr>
      <w:r>
        <w:t>**Prevención:** Ajustar sin soltar control manual, o con ayuda de otro TES</w:t>
      </w:r>
    </w:p>
    <w:p>
      <w:r>
        <w:t>**Error 3: Forzar Alineación en Pacientes con Dolor**</w:t>
      </w:r>
    </w:p>
    <w:p>
      <w:pPr>
        <w:pStyle w:val="ListBullet"/>
      </w:pPr>
      <w:r>
        <w:t>❌ Intentar corregir posición antiálgica forzando</w:t>
      </w:r>
    </w:p>
    <w:p>
      <w:pPr>
        <w:pStyle w:val="ListBullet"/>
      </w:pPr>
      <w:r>
        <w:t>**Consecuencia:** Puede agravar lesión existente</w:t>
      </w:r>
    </w:p>
    <w:p>
      <w:pPr>
        <w:pStyle w:val="ListBullet"/>
      </w:pPr>
      <w:r>
        <w:t>**Prevención:** Mantener posición en la que se encuentre el paciente</w:t>
      </w:r>
    </w:p>
    <w:p>
      <w:r>
        <w:t>**Error 4: Usar Collarines Blandos en Trauma**</w:t>
      </w:r>
    </w:p>
    <w:p>
      <w:pPr>
        <w:pStyle w:val="ListBullet"/>
      </w:pPr>
      <w:r>
        <w:t>❌ Usar collarín blando en paciente traumático</w:t>
      </w:r>
    </w:p>
    <w:p>
      <w:pPr>
        <w:pStyle w:val="ListBullet"/>
      </w:pPr>
      <w:r>
        <w:t>**Consecuencia:** No proporciona protección real</w:t>
      </w:r>
    </w:p>
    <w:p>
      <w:pPr>
        <w:pStyle w:val="ListBullet"/>
      </w:pPr>
      <w:r>
        <w:t>**Prevención:** Solo usar collarines rígidos en trauma</w:t>
      </w:r>
    </w:p>
    <w:p>
      <w:r>
        <w:t>**Error 5: Retirar el Collarín sin Criterio Clínico**</w:t>
      </w:r>
    </w:p>
    <w:p>
      <w:pPr>
        <w:pStyle w:val="ListBullet"/>
      </w:pPr>
      <w:r>
        <w:t>❌ Retirar collarín sin indicación médica</w:t>
      </w:r>
    </w:p>
    <w:p>
      <w:pPr>
        <w:pStyle w:val="ListBullet"/>
      </w:pPr>
      <w:r>
        <w:t>**Consecuencia:** Riesgo de lesión si hay lesión no detectada</w:t>
      </w:r>
    </w:p>
    <w:p>
      <w:pPr>
        <w:pStyle w:val="ListBullet"/>
      </w:pPr>
      <w:r>
        <w:t>**Prevención:** Solo retirar con criterio médico, nunca por iniciativa propia</w:t>
      </w:r>
    </w:p>
    <w:p>
      <w:r>
        <w:t>**Error 6: Pensar que el Collarín "Ya Inmoviliza"**</w:t>
      </w:r>
    </w:p>
    <w:p>
      <w:pPr>
        <w:pStyle w:val="ListBullet"/>
      </w:pPr>
      <w:r>
        <w:t>❌ Asumir que collarín es suficiente por sí solo</w:t>
      </w:r>
    </w:p>
    <w:p>
      <w:pPr>
        <w:pStyle w:val="ListBullet"/>
      </w:pPr>
      <w:r>
        <w:t>**Consecuencia:** Protección incompleta, riesgo de lesión</w:t>
      </w:r>
    </w:p>
    <w:p>
      <w:pPr>
        <w:pStyle w:val="ListBullet"/>
      </w:pPr>
      <w:r>
        <w:t>**Prevención:** Entender que collarín es parte de un sistema</w:t>
      </w:r>
    </w:p>
    <w:p>
      <w:pPr>
        <w:pStyle w:val="Heading3"/>
      </w:pPr>
      <w:r>
        <w:t>Errores de Técnica</w:t>
      </w:r>
    </w:p>
    <w:p>
      <w:r>
        <w:t>**Error 7: Talla Incorrecta**</w:t>
      </w:r>
    </w:p>
    <w:p>
      <w:pPr>
        <w:pStyle w:val="ListBullet"/>
      </w:pPr>
      <w:r>
        <w:t>❌ Usar talla demasiado grande o pequeña</w:t>
      </w:r>
    </w:p>
    <w:p>
      <w:pPr>
        <w:pStyle w:val="ListBullet"/>
      </w:pPr>
      <w:r>
        <w:t>**Consecuencia:** Hiperextensión o flexión, riesgo de lesión</w:t>
      </w:r>
    </w:p>
    <w:p>
      <w:pPr>
        <w:pStyle w:val="ListBullet"/>
      </w:pPr>
      <w:r>
        <w:t>**Prevención:** Medir correctamente antes de colocar</w:t>
      </w:r>
    </w:p>
    <w:p>
      <w:r>
        <w:t>**Error 8: Colocación Incorrecta**</w:t>
      </w:r>
    </w:p>
    <w:p>
      <w:pPr>
        <w:pStyle w:val="ListBullet"/>
      </w:pPr>
      <w:r>
        <w:t>❌ Collarín girado, mal centrado, mal ajustado</w:t>
      </w:r>
    </w:p>
    <w:p>
      <w:pPr>
        <w:pStyle w:val="ListBullet"/>
      </w:pPr>
      <w:r>
        <w:t>**Consecuencia:** Protección inadecuada, incomodidad, riesgo</w:t>
      </w:r>
    </w:p>
    <w:p>
      <w:pPr>
        <w:pStyle w:val="ListBullet"/>
      </w:pPr>
      <w:r>
        <w:t>**Prevención:** Seguir técnica correcta, verificar después de colocar</w:t>
      </w:r>
    </w:p>
    <w:p>
      <w:r>
        <w:t>**Error 9: No Verificar Después de Colocar**</w:t>
      </w:r>
    </w:p>
    <w:p>
      <w:pPr>
        <w:pStyle w:val="ListBullet"/>
      </w:pPr>
      <w:r>
        <w:t>❌ No verificar respiración, dolor, vía aérea</w:t>
      </w:r>
    </w:p>
    <w:p>
      <w:pPr>
        <w:pStyle w:val="ListBullet"/>
      </w:pPr>
      <w:r>
        <w:t>**Consecuencia:** Problemas no detectados, riesgo</w:t>
      </w:r>
    </w:p>
    <w:p>
      <w:pPr>
        <w:pStyle w:val="ListBullet"/>
      </w:pPr>
      <w:r>
        <w:t>**Prevención:** Siempre verificar después de colocar</w:t>
      </w:r>
    </w:p>
    <w:p>
      <w:r>
        <w:t>**Error 10: No Integrar con Otras Técnicas**</w:t>
      </w:r>
    </w:p>
    <w:p>
      <w:pPr>
        <w:pStyle w:val="ListBullet"/>
      </w:pPr>
      <w:r>
        <w:t>❌ Colocar collarín y no continuar con inmovilización corporal</w:t>
      </w:r>
    </w:p>
    <w:p>
      <w:pPr>
        <w:pStyle w:val="ListBullet"/>
      </w:pPr>
      <w:r>
        <w:t>**Consecuencia:** Protección incompleta</w:t>
      </w:r>
    </w:p>
    <w:p>
      <w:pPr>
        <w:pStyle w:val="ListBullet"/>
      </w:pPr>
      <w:r>
        <w:t>**Prevención:** Entender que inmovilización es un proceso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2.3.11 Errores críticos y señales de alarma</w:t>
      </w:r>
    </w:p>
    <w:p>
      <w:pPr>
        <w:pStyle w:val="Heading3"/>
      </w:pPr>
      <w:r>
        <w:t>Checklist de Preparación</w:t>
      </w:r>
    </w:p>
    <w:p>
      <w:r>
        <w:t>**Antes de Colocar Collarín:**</w:t>
      </w:r>
    </w:p>
    <w:p>
      <w:pPr>
        <w:pStyle w:val="ListBullet"/>
      </w:pPr>
      <w:r>
        <w:t>[ ] Mantener control cervical manual continuo</w:t>
      </w:r>
    </w:p>
    <w:p>
      <w:pPr>
        <w:pStyle w:val="ListBullet"/>
      </w:pPr>
      <w:r>
        <w:t>[ ] Explicar al paciente (si está consciente)</w:t>
      </w:r>
    </w:p>
    <w:p>
      <w:pPr>
        <w:pStyle w:val="ListBullet"/>
      </w:pPr>
      <w:r>
        <w:t>[ ] Retirar elementos que interfieran (bufandas, collares)</w:t>
      </w:r>
    </w:p>
    <w:p>
      <w:pPr>
        <w:pStyle w:val="ListBullet"/>
      </w:pPr>
      <w:r>
        <w:t>[ ] Seleccionar talla correcta (medir antes)</w:t>
      </w:r>
    </w:p>
    <w:p>
      <w:pPr>
        <w:pStyle w:val="ListBullet"/>
      </w:pPr>
      <w:r>
        <w:t>[ ] Verificar que collarín está disponible y en buen estado</w:t>
      </w:r>
    </w:p>
    <w:p>
      <w:pPr>
        <w:pStyle w:val="ListBullet"/>
      </w:pPr>
      <w:r>
        <w:t>[ ] Coordinar con el equipo (TES 1 y TES 2)</w:t>
      </w:r>
    </w:p>
    <w:p>
      <w:pPr>
        <w:pStyle w:val="Heading3"/>
      </w:pPr>
      <w:r>
        <w:t>Checklist de Selección de Talla</w:t>
      </w:r>
    </w:p>
    <w:p>
      <w:r>
        <w:t>**Medición:**</w:t>
      </w:r>
    </w:p>
    <w:p>
      <w:pPr>
        <w:pStyle w:val="ListBullet"/>
      </w:pPr>
      <w:r>
        <w:t>[ ] Mantener control manual durante medición</w:t>
      </w:r>
    </w:p>
    <w:p>
      <w:pPr>
        <w:pStyle w:val="ListBullet"/>
      </w:pPr>
      <w:r>
        <w:t>[ ] Identificar ángulo de la mandíbula</w:t>
      </w:r>
    </w:p>
    <w:p>
      <w:pPr>
        <w:pStyle w:val="ListBullet"/>
      </w:pPr>
      <w:r>
        <w:t>[ ] Identificar punto superior del trapecio/hombro</w:t>
      </w:r>
    </w:p>
    <w:p>
      <w:pPr>
        <w:pStyle w:val="ListBullet"/>
      </w:pPr>
      <w:r>
        <w:t>[ ] Medir distancia entre ambos puntos</w:t>
      </w:r>
    </w:p>
    <w:p>
      <w:pPr>
        <w:pStyle w:val="ListBullet"/>
      </w:pPr>
      <w:r>
        <w:t>[ ] Seleccionar talla según medida</w:t>
      </w:r>
    </w:p>
    <w:p>
      <w:pPr>
        <w:pStyle w:val="ListBullet"/>
      </w:pPr>
      <w:r>
        <w:t>[ ] Verificar que talla es correcta</w:t>
      </w:r>
    </w:p>
    <w:p>
      <w:r>
        <w:t>**Criterios de Talla Correcta:**</w:t>
      </w:r>
    </w:p>
    <w:p>
      <w:pPr>
        <w:pStyle w:val="ListBullet"/>
      </w:pPr>
      <w:r>
        <w:t>[ ] Apoya en mentón y esternón</w:t>
      </w:r>
    </w:p>
    <w:p>
      <w:pPr>
        <w:pStyle w:val="ListBullet"/>
      </w:pPr>
      <w:r>
        <w:t>[ ] Mantiene cabeza en posición neutra (o posición actual)</w:t>
      </w:r>
    </w:p>
    <w:p>
      <w:pPr>
        <w:pStyle w:val="ListBullet"/>
      </w:pPr>
      <w:r>
        <w:t>[ ] No fuerza flexión ni extensión</w:t>
      </w:r>
    </w:p>
    <w:p>
      <w:pPr>
        <w:pStyle w:val="ListBullet"/>
      </w:pPr>
      <w:r>
        <w:t>[ ] Talla adecuada (no demasiado grande ni pequeña)</w:t>
      </w:r>
    </w:p>
    <w:p>
      <w:pPr>
        <w:pStyle w:val="Heading3"/>
      </w:pPr>
      <w:r>
        <w:t>Checklist de Colocación</w:t>
      </w:r>
    </w:p>
    <w:p>
      <w:r>
        <w:t>**Paso a Paso:**</w:t>
      </w:r>
    </w:p>
    <w:p>
      <w:pPr>
        <w:pStyle w:val="ListBullet"/>
      </w:pPr>
      <w:r>
        <w:t>[ ] TES 1 mantiene control cervical manual</w:t>
      </w:r>
    </w:p>
    <w:p>
      <w:pPr>
        <w:pStyle w:val="ListBullet"/>
      </w:pPr>
      <w:r>
        <w:t>[ ] TES 2 prepara collarín (talla correcta)</w:t>
      </w:r>
    </w:p>
    <w:p>
      <w:pPr>
        <w:pStyle w:val="ListBullet"/>
      </w:pPr>
      <w:r>
        <w:t>[ ] TES 2 introduce parte posterior por detrás del cuello</w:t>
      </w:r>
    </w:p>
    <w:p>
      <w:pPr>
        <w:pStyle w:val="ListBullet"/>
      </w:pPr>
      <w:r>
        <w:t>[ ] TES 2 desliza parte anterior bajo el mentón</w:t>
      </w:r>
    </w:p>
    <w:p>
      <w:pPr>
        <w:pStyle w:val="ListBullet"/>
      </w:pPr>
      <w:r>
        <w:t>[ ] TES 2 ajusta cierres laterales sin mover la cabeza</w:t>
      </w:r>
    </w:p>
    <w:p>
      <w:pPr>
        <w:pStyle w:val="ListBullet"/>
      </w:pPr>
      <w:r>
        <w:t>[ ] Verificar alineación neutra (o posición actual)</w:t>
      </w:r>
    </w:p>
    <w:p>
      <w:pPr>
        <w:pStyle w:val="ListBullet"/>
      </w:pPr>
      <w:r>
        <w:t>[ ] Verificar comodidad relativa</w:t>
      </w:r>
    </w:p>
    <w:p>
      <w:pPr>
        <w:pStyle w:val="ListBullet"/>
      </w:pPr>
      <w:r>
        <w:t>[ ] Verificar ausencia de compresión excesiva</w:t>
      </w:r>
    </w:p>
    <w:p>
      <w:pPr>
        <w:pStyle w:val="ListBullet"/>
      </w:pPr>
      <w:r>
        <w:t>[ ] Confirmar que collarín está bien colocado</w:t>
      </w:r>
    </w:p>
    <w:p>
      <w:pPr>
        <w:pStyle w:val="ListBullet"/>
      </w:pPr>
      <w:r>
        <w:t>[ ] Liberar control manual de forma controlada (solo después de verificación)</w:t>
      </w:r>
    </w:p>
    <w:p>
      <w:pPr>
        <w:pStyle w:val="Heading3"/>
      </w:pPr>
      <w:r>
        <w:t>Checklist de Verificación Post-Colocación</w:t>
      </w:r>
    </w:p>
    <w:p>
      <w:r>
        <w:t>**Verificaciones Inmediatas:**</w:t>
      </w:r>
    </w:p>
    <w:p>
      <w:pPr>
        <w:pStyle w:val="ListBullet"/>
      </w:pPr>
      <w:r>
        <w:t>[ ] El paciente puede respirar con normalidad</w:t>
      </w:r>
    </w:p>
    <w:p>
      <w:pPr>
        <w:pStyle w:val="ListBullet"/>
      </w:pPr>
      <w:r>
        <w:t>[ ] No hay aumento de dolor</w:t>
      </w:r>
    </w:p>
    <w:p>
      <w:pPr>
        <w:pStyle w:val="ListBullet"/>
      </w:pPr>
      <w:r>
        <w:t>[ ] No hay compromiso de vía aérea</w:t>
      </w:r>
    </w:p>
    <w:p>
      <w:pPr>
        <w:pStyle w:val="ListBullet"/>
      </w:pPr>
      <w:r>
        <w:t>[ ] El collarín no está girado ni mal centrado</w:t>
      </w:r>
    </w:p>
    <w:p>
      <w:pPr>
        <w:pStyle w:val="ListBullet"/>
      </w:pPr>
      <w:r>
        <w:t>[ ] Continúa la inmovilización corporal posterior</w:t>
      </w:r>
    </w:p>
    <w:p>
      <w:r>
        <w:t>**Si Hay Problemas:**</w:t>
      </w:r>
    </w:p>
    <w:p>
      <w:pPr>
        <w:pStyle w:val="ListBullet"/>
      </w:pPr>
      <w:r>
        <w:t>[ ] Comunicar al equipo</w:t>
      </w:r>
    </w:p>
    <w:p>
      <w:pPr>
        <w:pStyle w:val="ListBullet"/>
      </w:pPr>
      <w:r>
        <w:t>[ ] Ajustar si es posible (con control manual)</w:t>
      </w:r>
    </w:p>
    <w:p>
      <w:pPr>
        <w:pStyle w:val="ListBullet"/>
      </w:pPr>
      <w:r>
        <w:t>[ ] Considerar recolocación si es necesario</w:t>
      </w:r>
    </w:p>
    <w:p>
      <w:pPr>
        <w:pStyle w:val="ListBullet"/>
      </w:pPr>
      <w:r>
        <w:t>[ ] No dejar problema sin resolver</w:t>
      </w:r>
    </w:p>
    <w:p>
      <w:pPr>
        <w:pStyle w:val="Heading3"/>
      </w:pPr>
      <w:r>
        <w:t>Checklist de Integración</w:t>
      </w:r>
    </w:p>
    <w:p>
      <w:r>
        <w:t>**Sistema Completo de Inmovilización:**</w:t>
      </w:r>
    </w:p>
    <w:p>
      <w:pPr>
        <w:pStyle w:val="ListBullet"/>
      </w:pPr>
      <w:r>
        <w:t>[ ] Control manual (inicial y durante transición)</w:t>
      </w:r>
    </w:p>
    <w:p>
      <w:pPr>
        <w:pStyle w:val="ListBullet"/>
      </w:pPr>
      <w:r>
        <w:t>[ ] Collarín cervical (colocado correctamente)</w:t>
      </w:r>
    </w:p>
    <w:p>
      <w:pPr>
        <w:pStyle w:val="ListBullet"/>
      </w:pPr>
      <w:r>
        <w:t>[ ] Inmovilización corporal (tablero, colchón, camilla)</w:t>
      </w:r>
    </w:p>
    <w:p>
      <w:pPr>
        <w:pStyle w:val="ListBullet"/>
      </w:pPr>
      <w:r>
        <w:t>[ ] Sujeción completa (correas, bloques, sistemas de fijación)</w:t>
      </w:r>
    </w:p>
    <w:p>
      <w:pPr>
        <w:pStyle w:val="Heading3"/>
      </w:pPr>
      <w:r>
        <w:t>Alertas y Recordatorios</w:t>
      </w:r>
    </w:p>
    <w:p>
      <w:r>
        <w:t>**Alertas de Seguridad:**</w:t>
      </w:r>
    </w:p>
    <w:p>
      <w:pPr>
        <w:pStyle w:val="ListBullet"/>
      </w:pPr>
      <w:r>
        <w:t>⚠️ NUNCA colocar collarín sin control manual previo</w:t>
      </w:r>
    </w:p>
    <w:p>
      <w:pPr>
        <w:pStyle w:val="ListBullet"/>
      </w:pPr>
      <w:r>
        <w:t>⚠️ NUNCA soltar la cabeza para ajustar velcros</w:t>
      </w:r>
    </w:p>
    <w:p>
      <w:pPr>
        <w:pStyle w:val="ListBullet"/>
      </w:pPr>
      <w:r>
        <w:t>⚠️ NUNCA forzar alineación si hay dolor</w:t>
      </w:r>
    </w:p>
    <w:p>
      <w:pPr>
        <w:pStyle w:val="ListBullet"/>
      </w:pPr>
      <w:r>
        <w:t>⚠️ NUNCA usar collarines blandos en trauma</w:t>
      </w:r>
    </w:p>
    <w:p>
      <w:pPr>
        <w:pStyle w:val="ListBullet"/>
      </w:pPr>
      <w:r>
        <w:t>⚠️ NUNCA retirar collarín sin criterio médico</w:t>
      </w:r>
    </w:p>
    <w:p>
      <w:pPr>
        <w:pStyle w:val="ListBullet"/>
      </w:pPr>
      <w:r>
        <w:t>⚠️ SIEMPRE verificar después de colocar</w:t>
      </w:r>
    </w:p>
    <w:p>
      <w:pPr>
        <w:pStyle w:val="ListBullet"/>
      </w:pPr>
      <w:r>
        <w:t>⚠️ SIEMPRE integrar con inmovilización corporal</w:t>
      </w:r>
    </w:p>
    <w:p>
      <w:r>
        <w:t>**Recordatorios:**</w:t>
      </w:r>
    </w:p>
    <w:p>
      <w:pPr>
        <w:pStyle w:val="ListBullet"/>
      </w:pPr>
      <w:r>
        <w:t>El collarín no inmoviliza por completo: solo limita movimientos</w:t>
      </w:r>
    </w:p>
    <w:p>
      <w:pPr>
        <w:pStyle w:val="ListBullet"/>
      </w:pPr>
      <w:r>
        <w:t>La protección real requiere sistema completo</w:t>
      </w:r>
    </w:p>
    <w:p>
      <w:pPr>
        <w:pStyle w:val="ListBullet"/>
      </w:pPr>
      <w:r>
        <w:t>El control manual es siempre prioritario</w:t>
      </w:r>
    </w:p>
    <w:p>
      <w:pPr>
        <w:pStyle w:val="ListBullet"/>
      </w:pPr>
      <w:r>
        <w:t>La inmovilización es un proceso, no un gesto aislado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2.3.12 Puntos clave TES</w:t>
      </w:r>
    </w:p>
    <w:p>
      <w:pPr>
        <w:pStyle w:val="Heading3"/>
      </w:pPr>
      <w:r>
        <w:t>Infografía 1: Componentes del Sistema de Inmovilización</w:t>
      </w:r>
    </w:p>
    <w:p>
      <w:r>
        <w:t>**Elementos Visuales:**</w:t>
      </w:r>
    </w:p>
    <w:p>
      <w:pPr>
        <w:pStyle w:val="ListBullet"/>
      </w:pPr>
      <w:r>
        <w:t>Diagrama mostrando:</w:t>
      </w:r>
    </w:p>
    <w:p>
      <w:pPr>
        <w:pStyle w:val="ListBullet"/>
      </w:pPr>
      <w:r>
        <w:t>Control manual (inicial)</w:t>
      </w:r>
    </w:p>
    <w:p>
      <w:pPr>
        <w:pStyle w:val="ListBullet"/>
      </w:pPr>
      <w:r>
        <w:t>Collarín cervical</w:t>
      </w:r>
    </w:p>
    <w:p>
      <w:pPr>
        <w:pStyle w:val="ListBullet"/>
      </w:pPr>
      <w:r>
        <w:t>Inmovilización corporal (tablero/colchón)</w:t>
      </w:r>
    </w:p>
    <w:p>
      <w:pPr>
        <w:pStyle w:val="ListBullet"/>
      </w:pPr>
      <w:r>
        <w:t>Sujeción completa</w:t>
      </w:r>
    </w:p>
    <w:p>
      <w:pPr>
        <w:pStyle w:val="ListBullet"/>
      </w:pPr>
      <w:r>
        <w:t>Indicador visual: "Sistema completo = Protección real"</w:t>
      </w:r>
    </w:p>
    <w:p>
      <w:r>
        <w:t>**Texto:**</w:t>
      </w:r>
    </w:p>
    <w:p>
      <w:pPr>
        <w:pStyle w:val="ListBullet"/>
      </w:pPr>
      <w:r>
        <w:t>"El collarín es parte de un sistema"</w:t>
      </w:r>
    </w:p>
    <w:p>
      <w:pPr>
        <w:pStyle w:val="ListBullet"/>
      </w:pPr>
      <w:r>
        <w:t>"Collarín sin inmovilización corporal = protección incompleta"</w:t>
      </w:r>
    </w:p>
    <w:p>
      <w:pPr>
        <w:pStyle w:val="ListBullet"/>
      </w:pPr>
      <w:r>
        <w:t>Lista de componentes</w:t>
      </w:r>
    </w:p>
    <w:p>
      <w:pPr>
        <w:pStyle w:val="Heading3"/>
      </w:pPr>
      <w:r>
        <w:t>Infografía 2: Selección de Talla</w:t>
      </w:r>
    </w:p>
    <w:p>
      <w:r>
        <w:t>**Elementos Visuales:**</w:t>
      </w:r>
    </w:p>
    <w:p>
      <w:pPr>
        <w:pStyle w:val="ListBullet"/>
      </w:pPr>
      <w:r>
        <w:t>Diagrama de medición:</w:t>
      </w:r>
    </w:p>
    <w:p>
      <w:pPr>
        <w:pStyle w:val="ListBullet"/>
      </w:pPr>
      <w:r>
        <w:t>Ángulo de la mandíbula (punto superior)</w:t>
      </w:r>
    </w:p>
    <w:p>
      <w:pPr>
        <w:pStyle w:val="ListBullet"/>
      </w:pPr>
      <w:r>
        <w:t>Hombro/trapecio (punto inferior)</w:t>
      </w:r>
    </w:p>
    <w:p>
      <w:pPr>
        <w:pStyle w:val="ListBullet"/>
      </w:pPr>
      <w:r>
        <w:t>Distancia entre ambos puntos</w:t>
      </w:r>
    </w:p>
    <w:p>
      <w:pPr>
        <w:pStyle w:val="ListBullet"/>
      </w:pPr>
      <w:r>
        <w:t>Tabla de tallas (pediátrico, pequeño, mediano, grande)</w:t>
      </w:r>
    </w:p>
    <w:p>
      <w:pPr>
        <w:pStyle w:val="ListBullet"/>
      </w:pPr>
      <w:r>
        <w:t>Indicadores de talla correcta vs incorrecta</w:t>
      </w:r>
    </w:p>
    <w:p>
      <w:r>
        <w:t>**Texto:**</w:t>
      </w:r>
    </w:p>
    <w:p>
      <w:pPr>
        <w:pStyle w:val="ListBullet"/>
      </w:pPr>
      <w:r>
        <w:t>"Método estándar de medición"</w:t>
      </w:r>
    </w:p>
    <w:p>
      <w:pPr>
        <w:pStyle w:val="ListBullet"/>
      </w:pPr>
      <w:r>
        <w:t>"Collarín demasiado grande → hiperextensión"</w:t>
      </w:r>
    </w:p>
    <w:p>
      <w:pPr>
        <w:pStyle w:val="ListBullet"/>
      </w:pPr>
      <w:r>
        <w:t>"Collarín pequeño → flexión cervical"</w:t>
      </w:r>
    </w:p>
    <w:p>
      <w:pPr>
        <w:pStyle w:val="Heading3"/>
      </w:pPr>
      <w:r>
        <w:t>Infografía 3: Colocación Paso a Paso</w:t>
      </w:r>
    </w:p>
    <w:p>
      <w:r>
        <w:t>**Elementos Visuales:**</w:t>
      </w:r>
    </w:p>
    <w:p>
      <w:pPr>
        <w:pStyle w:val="ListBullet"/>
      </w:pPr>
      <w:r>
        <w:t>Secuencia visual de 6 pasos:</w:t>
      </w:r>
    </w:p>
    <w:p>
      <w:pPr>
        <w:pStyle w:val="ListBullet"/>
      </w:pPr>
      <w:r>
        <w:t>Paso 1: Preparación</w:t>
      </w:r>
    </w:p>
    <w:p>
      <w:pPr>
        <w:pStyle w:val="ListBullet"/>
      </w:pPr>
      <w:r>
        <w:t>Paso 2: Parte posterior</w:t>
      </w:r>
    </w:p>
    <w:p>
      <w:pPr>
        <w:pStyle w:val="ListBullet"/>
      </w:pPr>
      <w:r>
        <w:t>Paso 3: Parte anterior</w:t>
      </w:r>
    </w:p>
    <w:p>
      <w:pPr>
        <w:pStyle w:val="ListBullet"/>
      </w:pPr>
      <w:r>
        <w:t>Paso 4: Ajuste de cierres</w:t>
      </w:r>
    </w:p>
    <w:p>
      <w:pPr>
        <w:pStyle w:val="ListBullet"/>
      </w:pPr>
      <w:r>
        <w:t>Paso 5: Verificación</w:t>
      </w:r>
    </w:p>
    <w:p>
      <w:pPr>
        <w:pStyle w:val="ListBullet"/>
      </w:pPr>
      <w:r>
        <w:t>Paso 6: Liberación controlada</w:t>
      </w:r>
    </w:p>
    <w:p>
      <w:pPr>
        <w:pStyle w:val="ListBullet"/>
      </w:pPr>
      <w:r>
        <w:t>Indicador visual: "Control manual durante todo el proceso"</w:t>
      </w:r>
    </w:p>
    <w:p>
      <w:r>
        <w:t>**Texto:**</w:t>
      </w:r>
    </w:p>
    <w:p>
      <w:pPr>
        <w:pStyle w:val="ListBullet"/>
      </w:pPr>
      <w:r>
        <w:t>Títulos de cada paso</w:t>
      </w:r>
    </w:p>
    <w:p>
      <w:pPr>
        <w:pStyle w:val="ListBullet"/>
      </w:pPr>
      <w:r>
        <w:t>Advertencia: "NUNCA soltar control manual hasta verificación completa"</w:t>
      </w:r>
    </w:p>
    <w:p>
      <w:pPr>
        <w:pStyle w:val="Heading3"/>
      </w:pPr>
      <w:r>
        <w:t>Infografía 4: Verificaciones Post-Colocación</w:t>
      </w:r>
    </w:p>
    <w:p>
      <w:r>
        <w:t>**Elementos Visuales:**</w:t>
      </w:r>
    </w:p>
    <w:p>
      <w:pPr>
        <w:pStyle w:val="ListBullet"/>
      </w:pPr>
      <w:r>
        <w:t>Lista visual de 5 verificaciones:</w:t>
      </w:r>
    </w:p>
    <w:p>
      <w:pPr>
        <w:pStyle w:val="ListBullet"/>
      </w:pPr>
      <w:r>
        <w:t>Respiración normal</w:t>
      </w:r>
    </w:p>
    <w:p>
      <w:pPr>
        <w:pStyle w:val="ListBullet"/>
      </w:pPr>
      <w:r>
        <w:t>No aumento de dolor</w:t>
      </w:r>
    </w:p>
    <w:p>
      <w:pPr>
        <w:pStyle w:val="ListBullet"/>
      </w:pPr>
      <w:r>
        <w:t>No compromiso de vía aérea</w:t>
      </w:r>
    </w:p>
    <w:p>
      <w:pPr>
        <w:pStyle w:val="ListBullet"/>
      </w:pPr>
      <w:r>
        <w:t>Collarín centrado</w:t>
      </w:r>
    </w:p>
    <w:p>
      <w:pPr>
        <w:pStyle w:val="ListBullet"/>
      </w:pPr>
      <w:r>
        <w:t>Continúa inmovilización corporal</w:t>
      </w:r>
    </w:p>
    <w:p>
      <w:pPr>
        <w:pStyle w:val="ListBullet"/>
      </w:pPr>
      <w:r>
        <w:t>Indicadores de verificación correcta</w:t>
      </w:r>
    </w:p>
    <w:p>
      <w:r>
        <w:t>**Texto:**</w:t>
      </w:r>
    </w:p>
    <w:p>
      <w:pPr>
        <w:pStyle w:val="ListBullet"/>
      </w:pPr>
      <w:r>
        <w:t>"Verificaciones inmediatas después de colocar"</w:t>
      </w:r>
    </w:p>
    <w:p>
      <w:pPr>
        <w:pStyle w:val="ListBullet"/>
      </w:pPr>
      <w:r>
        <w:t>"Si hay problemas: ajustar o reconsiderar"</w:t>
      </w:r>
    </w:p>
    <w:p>
      <w:pPr>
        <w:pStyle w:val="Heading3"/>
      </w:pPr>
      <w:r>
        <w:t>Infografía 5: Errores Frecuentes</w:t>
      </w:r>
    </w:p>
    <w:p>
      <w:r>
        <w:t>**Elementos Visuales:**</w:t>
      </w:r>
    </w:p>
    <w:p>
      <w:pPr>
        <w:pStyle w:val="ListBullet"/>
      </w:pPr>
      <w:r>
        <w:t>Lista visual de errores con iconos:</w:t>
      </w:r>
    </w:p>
    <w:p>
      <w:pPr>
        <w:pStyle w:val="ListBullet"/>
      </w:pPr>
      <w:r>
        <w:t>Colocar sin control manual</w:t>
      </w:r>
    </w:p>
    <w:p>
      <w:pPr>
        <w:pStyle w:val="ListBullet"/>
      </w:pPr>
      <w:r>
        <w:t>Soltar para ajustar</w:t>
      </w:r>
    </w:p>
    <w:p>
      <w:pPr>
        <w:pStyle w:val="ListBullet"/>
      </w:pPr>
      <w:r>
        <w:t>Forzar alineación</w:t>
      </w:r>
    </w:p>
    <w:p>
      <w:pPr>
        <w:pStyle w:val="ListBullet"/>
      </w:pPr>
      <w:r>
        <w:t>Usar collarín blando</w:t>
      </w:r>
    </w:p>
    <w:p>
      <w:pPr>
        <w:pStyle w:val="ListBullet"/>
      </w:pPr>
      <w:r>
        <w:t>Retirar sin criterio</w:t>
      </w:r>
    </w:p>
    <w:p>
      <w:pPr>
        <w:pStyle w:val="ListBullet"/>
      </w:pPr>
      <w:r>
        <w:t>Pensar que "ya inmoviliza"</w:t>
      </w:r>
    </w:p>
    <w:p>
      <w:pPr>
        <w:pStyle w:val="ListBullet"/>
      </w:pPr>
      <w:r>
        <w:t>Indicadores de prevención</w:t>
      </w:r>
    </w:p>
    <w:p>
      <w:r>
        <w:t>**Texto:**</w:t>
      </w:r>
    </w:p>
    <w:p>
      <w:pPr>
        <w:pStyle w:val="ListBullet"/>
      </w:pPr>
      <w:r>
        <w:t>"Errores críticos a evitar"</w:t>
      </w:r>
    </w:p>
    <w:p>
      <w:pPr>
        <w:pStyle w:val="ListBullet"/>
      </w:pPr>
      <w:r>
        <w:t>"Prevención: seguir técnica correcta"</w:t>
      </w:r>
    </w:p>
    <w:p>
      <w:pPr>
        <w:pStyle w:val="Heading3"/>
      </w:pPr>
      <w:r>
        <w:t>Infografía 6: Tipos de Collarines</w:t>
      </w:r>
    </w:p>
    <w:p>
      <w:r>
        <w:t>**Elementos Visuales:**</w:t>
      </w:r>
    </w:p>
    <w:p>
      <w:pPr>
        <w:pStyle w:val="ListBullet"/>
      </w:pPr>
      <w:r>
        <w:t>Comparación visual de tipos:</w:t>
      </w:r>
    </w:p>
    <w:p>
      <w:pPr>
        <w:pStyle w:val="ListBullet"/>
      </w:pPr>
      <w:r>
        <w:t>Collarín rígido ajustable (✅ uso en emergencias)</w:t>
      </w:r>
    </w:p>
    <w:p>
      <w:pPr>
        <w:pStyle w:val="ListBullet"/>
      </w:pPr>
      <w:r>
        <w:t>Collarín rígido de talla fija (✅ uso hospitalario)</w:t>
      </w:r>
    </w:p>
    <w:p>
      <w:pPr>
        <w:pStyle w:val="ListBullet"/>
      </w:pPr>
      <w:r>
        <w:t>Collarín blando (❌ NO en trauma)</w:t>
      </w:r>
    </w:p>
    <w:p>
      <w:pPr>
        <w:pStyle w:val="ListBullet"/>
      </w:pPr>
      <w:r>
        <w:t>Indicadores de uso correcto</w:t>
      </w:r>
    </w:p>
    <w:p>
      <w:r>
        <w:t>**Texto:**</w:t>
      </w:r>
    </w:p>
    <w:p>
      <w:pPr>
        <w:pStyle w:val="ListBullet"/>
      </w:pPr>
      <w:r>
        <w:t>"Tipos de collarines cervicales"</w:t>
      </w:r>
    </w:p>
    <w:p>
      <w:pPr>
        <w:pStyle w:val="ListBullet"/>
      </w:pPr>
      <w:r>
        <w:t>"Collarines blandos: NO en trauma"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2.3.13 Cierre y enlaces internos</w:t>
      </w:r>
    </w:p>
    <w:p>
      <w:r>
        <w:t>Este capítulo se integra con:</w:t>
      </w:r>
    </w:p>
    <w:p>
      <w:pPr>
        <w:pStyle w:val="ListBullet"/>
      </w:pPr>
      <w:r>
        <w:t>**2.1 – Collarín Cervical (Procedimiento TES)** - Redirect a este capítulo</w:t>
      </w:r>
    </w:p>
    <w:p>
      <w:pPr>
        <w:pStyle w:val="ListBullet"/>
      </w:pPr>
      <w:r>
        <w:t>**2.2 – Inmovilización Manual y Control Inicial del Paciente** - Control manual previo</w:t>
      </w:r>
    </w:p>
    <w:p>
      <w:pPr>
        <w:pStyle w:val="ListBullet"/>
      </w:pPr>
      <w:r>
        <w:t>**2.6 – Colchón de Vacío** - Integración con inmovilización corporal</w:t>
      </w:r>
    </w:p>
    <w:p>
      <w:pPr>
        <w:pStyle w:val="ListBullet"/>
      </w:pPr>
      <w:r>
        <w:t>**2.8 – Transferencias y Evacuación** - Mantenimiento durante traslado</w:t>
      </w:r>
    </w:p>
    <w:p>
      <w:pPr>
        <w:pStyle w:val="ListBullet"/>
      </w:pPr>
      <w:r>
        <w:t>**2.9 – Errores Críticos en Inmovilización y Movilización** - Errores sistémicos</w:t>
      </w:r>
    </w:p>
    <w:p>
      <w:r>
        <w:t>**Transición:**</w:t>
      </w:r>
    </w:p>
    <w:p>
      <w:pPr>
        <w:pStyle w:val="ListBullet"/>
      </w:pPr>
      <w:r>
        <w:t>Este capítulo proporciona **procedimiento completo de collarín cervical**.</w:t>
      </w:r>
    </w:p>
    <w:p>
      <w:pPr>
        <w:pStyle w:val="ListBullet"/>
      </w:pPr>
      <w:r>
        <w:t>El capítulo siguiente desarrolla otras técnicas de inmovilización.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Resumen Ejecutivo</w:t>
      </w:r>
    </w:p>
    <w:p>
      <w:r>
        <w:t>**1. Principio Fundamental:**</w:t>
      </w:r>
    </w:p>
    <w:p>
      <w:pPr>
        <w:pStyle w:val="ListBullet"/>
      </w:pPr>
      <w:r>
        <w:t>El collarín cervical **NO inmoviliza por completo**: solo limita movimientos</w:t>
      </w:r>
    </w:p>
    <w:p>
      <w:pPr>
        <w:pStyle w:val="ListBullet"/>
      </w:pPr>
      <w:r>
        <w:t>La protección real se logra con la combinación de:</w:t>
      </w:r>
    </w:p>
    <w:p>
      <w:pPr>
        <w:pStyle w:val="ListBullet"/>
      </w:pPr>
      <w:r>
        <w:t>Control manual</w:t>
      </w:r>
    </w:p>
    <w:p>
      <w:pPr>
        <w:pStyle w:val="ListBullet"/>
      </w:pPr>
      <w:r>
        <w:t>Collarín</w:t>
      </w:r>
    </w:p>
    <w:p>
      <w:pPr>
        <w:pStyle w:val="ListBullet"/>
      </w:pPr>
      <w:r>
        <w:t>Inmovilización corporal completa</w:t>
      </w:r>
    </w:p>
    <w:p>
      <w:r>
        <w:t>**2. Indicaciones:**</w:t>
      </w:r>
    </w:p>
    <w:p>
      <w:pPr>
        <w:pStyle w:val="ListBullet"/>
      </w:pPr>
      <w:r>
        <w:t>Se coloca en todo paciente traumático con sospecha de lesión vertebral</w:t>
      </w:r>
    </w:p>
    <w:p>
      <w:pPr>
        <w:pStyle w:val="ListBullet"/>
      </w:pPr>
      <w:r>
        <w:t>**Regla TES:** Si dudas → se coloca</w:t>
      </w:r>
    </w:p>
    <w:p>
      <w:pPr>
        <w:pStyle w:val="ListBullet"/>
      </w:pPr>
      <w:r>
        <w:t>En caso de duda: aplicar collarín</w:t>
      </w:r>
    </w:p>
    <w:p>
      <w:r>
        <w:t>**3. Contraindicaciones:**</w:t>
      </w:r>
    </w:p>
    <w:p>
      <w:pPr>
        <w:pStyle w:val="ListBullet"/>
      </w:pPr>
      <w:r>
        <w:t>No existen contraindicaciones absolutas cuando hay riesgo cervical</w:t>
      </w:r>
    </w:p>
    <w:p>
      <w:pPr>
        <w:pStyle w:val="ListBullet"/>
      </w:pPr>
      <w:r>
        <w:t>Precaución en: vómitos activos, obstrucción vía aérea, pacientes agitados, deformidades</w:t>
      </w:r>
    </w:p>
    <w:p>
      <w:pPr>
        <w:pStyle w:val="ListBullet"/>
      </w:pPr>
      <w:r>
        <w:t>En estos casos: NO se retira control manual, se prioriza la vida, se adapta técnica</w:t>
      </w:r>
    </w:p>
    <w:p>
      <w:r>
        <w:t>**4. Tipos:**</w:t>
      </w:r>
    </w:p>
    <w:p>
      <w:pPr>
        <w:pStyle w:val="ListBullet"/>
      </w:pPr>
      <w:r>
        <w:t>**Rígido ajustable:** Más usado en emergencias ✅</w:t>
      </w:r>
    </w:p>
    <w:p>
      <w:pPr>
        <w:pStyle w:val="ListBullet"/>
      </w:pPr>
      <w:r>
        <w:t>**Rígido de talla fija:** Uso hospitalario ✅</w:t>
      </w:r>
    </w:p>
    <w:p>
      <w:pPr>
        <w:pStyle w:val="ListBullet"/>
      </w:pPr>
      <w:r>
        <w:t>**Blando:** NO en trauma ❌</w:t>
      </w:r>
    </w:p>
    <w:p>
      <w:r>
        <w:t>**5. Preparación:**</w:t>
      </w:r>
    </w:p>
    <w:p>
      <w:pPr>
        <w:pStyle w:val="ListBullet"/>
      </w:pPr>
      <w:r>
        <w:t>Mantener control cervical manual continuo</w:t>
      </w:r>
    </w:p>
    <w:p>
      <w:pPr>
        <w:pStyle w:val="ListBullet"/>
      </w:pPr>
      <w:r>
        <w:t>Explicar al paciente (si está consciente)</w:t>
      </w:r>
    </w:p>
    <w:p>
      <w:pPr>
        <w:pStyle w:val="ListBullet"/>
      </w:pPr>
      <w:r>
        <w:t>Retirar elementos que interfieran</w:t>
      </w:r>
    </w:p>
    <w:p>
      <w:pPr>
        <w:pStyle w:val="ListBullet"/>
      </w:pPr>
      <w:r>
        <w:t>Seleccionar talla correcta antes de colocar</w:t>
      </w:r>
    </w:p>
    <w:p>
      <w:pPr>
        <w:pStyle w:val="ListBullet"/>
      </w:pPr>
      <w:r>
        <w:t>**NUNCA soltar la cabeza para preparar material**</w:t>
      </w:r>
    </w:p>
    <w:p>
      <w:r>
        <w:t>**6. Selección de Talla:**</w:t>
      </w:r>
    </w:p>
    <w:p>
      <w:pPr>
        <w:pStyle w:val="ListBullet"/>
      </w:pPr>
      <w:r>
        <w:t>Medir: ángulo de mandíbula → hombro (trapecio)</w:t>
      </w:r>
    </w:p>
    <w:p>
      <w:pPr>
        <w:pStyle w:val="ListBullet"/>
      </w:pPr>
      <w:r>
        <w:t>El collarín debe: apoyar en mentón y esternón, mantener posición neutra, no forzar flexión/extensión</w:t>
      </w:r>
    </w:p>
    <w:p>
      <w:pPr>
        <w:pStyle w:val="ListBullet"/>
      </w:pPr>
      <w:r>
        <w:t>**Collarín grande → hiperextensión**</w:t>
      </w:r>
    </w:p>
    <w:p>
      <w:pPr>
        <w:pStyle w:val="ListBullet"/>
      </w:pPr>
      <w:r>
        <w:t>**Collarín pequeño → flexión cervical**</w:t>
      </w:r>
    </w:p>
    <w:p>
      <w:r>
        <w:t>**7. Colocación:**</w:t>
      </w:r>
    </w:p>
    <w:p>
      <w:pPr>
        <w:pStyle w:val="ListBullet"/>
      </w:pPr>
      <w:r>
        <w:t>Siempre con dos intervinientes si es posible</w:t>
      </w:r>
    </w:p>
    <w:p>
      <w:pPr>
        <w:pStyle w:val="ListBullet"/>
      </w:pPr>
      <w:r>
        <w:t>TES 1 mantiene control manual, TES 2 coloca collarín</w:t>
      </w:r>
    </w:p>
    <w:p>
      <w:pPr>
        <w:pStyle w:val="ListBullet"/>
      </w:pPr>
      <w:r>
        <w:t>Secuencia: parte posterior → parte anterior → ajuste cierres → verificación</w:t>
      </w:r>
    </w:p>
    <w:p>
      <w:pPr>
        <w:pStyle w:val="ListBullet"/>
      </w:pPr>
      <w:r>
        <w:t>**El control manual NO se libera hasta confirmar correcta colocación**</w:t>
      </w:r>
    </w:p>
    <w:p>
      <w:r>
        <w:t>**8. Verificaciones:**</w:t>
      </w:r>
    </w:p>
    <w:p>
      <w:pPr>
        <w:pStyle w:val="ListBullet"/>
      </w:pPr>
      <w:r>
        <w:t>El paciente puede respirar con normalidad</w:t>
      </w:r>
    </w:p>
    <w:p>
      <w:pPr>
        <w:pStyle w:val="ListBullet"/>
      </w:pPr>
      <w:r>
        <w:t>No hay aumento de dolor</w:t>
      </w:r>
    </w:p>
    <w:p>
      <w:pPr>
        <w:pStyle w:val="ListBullet"/>
      </w:pPr>
      <w:r>
        <w:t>No hay compromiso de vía aérea</w:t>
      </w:r>
    </w:p>
    <w:p>
      <w:pPr>
        <w:pStyle w:val="ListBullet"/>
      </w:pPr>
      <w:r>
        <w:t>El collarín no está girado ni mal centrado</w:t>
      </w:r>
    </w:p>
    <w:p>
      <w:pPr>
        <w:pStyle w:val="ListBullet"/>
      </w:pPr>
      <w:r>
        <w:t>Continúa la inmovilización corporal posterior</w:t>
      </w:r>
    </w:p>
    <w:p>
      <w:r>
        <w:t>**9. Integración:**</w:t>
      </w:r>
    </w:p>
    <w:p>
      <w:pPr>
        <w:pStyle w:val="ListBullet"/>
      </w:pPr>
      <w:r>
        <w:t>El collarín no es suficiente por sí solo</w:t>
      </w:r>
    </w:p>
    <w:p>
      <w:pPr>
        <w:pStyle w:val="ListBullet"/>
      </w:pPr>
      <w:r>
        <w:t>Debe combinarse con: camilla cuchara, tablero espinal, colchón de vacío, sujeción completa</w:t>
      </w:r>
    </w:p>
    <w:p>
      <w:pPr>
        <w:pStyle w:val="ListBullet"/>
      </w:pPr>
      <w:r>
        <w:t>**Collarín sin inmovilización corporal = protección incompleta**</w:t>
      </w:r>
    </w:p>
    <w:p>
      <w:r>
        <w:t>**10. Errores a Evitar:**</w:t>
      </w:r>
    </w:p>
    <w:p>
      <w:pPr>
        <w:pStyle w:val="ListBullet"/>
      </w:pPr>
      <w:r>
        <w:t>Colocar sin control manual previo</w:t>
      </w:r>
    </w:p>
    <w:p>
      <w:pPr>
        <w:pStyle w:val="ListBullet"/>
      </w:pPr>
      <w:r>
        <w:t>Soltar la cabeza para ajustar velcros</w:t>
      </w:r>
    </w:p>
    <w:p>
      <w:pPr>
        <w:pStyle w:val="ListBullet"/>
      </w:pPr>
      <w:r>
        <w:t>Forzar alineación en pacientes con dolor</w:t>
      </w:r>
    </w:p>
    <w:p>
      <w:pPr>
        <w:pStyle w:val="ListBullet"/>
      </w:pPr>
      <w:r>
        <w:t>Usar collarines blandos en trauma</w:t>
      </w:r>
    </w:p>
    <w:p>
      <w:pPr>
        <w:pStyle w:val="ListBullet"/>
      </w:pPr>
      <w:r>
        <w:t>Retirar sin criterio clínico</w:t>
      </w:r>
    </w:p>
    <w:p>
      <w:pPr>
        <w:pStyle w:val="ListBullet"/>
      </w:pPr>
      <w:r>
        <w:t>Pensar que el collarín "ya inmoviliza"</w:t>
      </w:r>
    </w:p>
    <w:p>
      <w:pPr>
        <w:pStyle w:val="Heading3"/>
      </w:pPr>
      <w:r>
        <w:t>Checklist Rápido TES</w:t>
      </w:r>
    </w:p>
    <w:p>
      <w:r>
        <w:t>**Preparación:**</w:t>
      </w:r>
    </w:p>
    <w:p>
      <w:pPr>
        <w:pStyle w:val="ListBullet"/>
      </w:pPr>
      <w:r>
        <w:t>[ ] Mantener control manual continuo</w:t>
      </w:r>
    </w:p>
    <w:p>
      <w:pPr>
        <w:pStyle w:val="ListBullet"/>
      </w:pPr>
      <w:r>
        <w:t>[ ] Explicar al paciente</w:t>
      </w:r>
    </w:p>
    <w:p>
      <w:pPr>
        <w:pStyle w:val="ListBullet"/>
      </w:pPr>
      <w:r>
        <w:t>[ ] Retirar elementos que interfieran</w:t>
      </w:r>
    </w:p>
    <w:p>
      <w:pPr>
        <w:pStyle w:val="ListBullet"/>
      </w:pPr>
      <w:r>
        <w:t>[ ] Seleccionar talla correcta (medir antes)</w:t>
      </w:r>
    </w:p>
    <w:p>
      <w:pPr>
        <w:pStyle w:val="ListBullet"/>
      </w:pPr>
      <w:r>
        <w:t>[ ] Coordinar con el equipo</w:t>
      </w:r>
    </w:p>
    <w:p>
      <w:r>
        <w:t>**Colocación:**</w:t>
      </w:r>
    </w:p>
    <w:p>
      <w:pPr>
        <w:pStyle w:val="ListBullet"/>
      </w:pPr>
      <w:r>
        <w:t>[ ] TES 1 mantiene control manual</w:t>
      </w:r>
    </w:p>
    <w:p>
      <w:pPr>
        <w:pStyle w:val="ListBullet"/>
      </w:pPr>
      <w:r>
        <w:t>[ ] TES 2 coloca collarín (parte posterior → anterior → ajuste)</w:t>
      </w:r>
    </w:p>
    <w:p>
      <w:pPr>
        <w:pStyle w:val="ListBullet"/>
      </w:pPr>
      <w:r>
        <w:t>[ ] Verificar alineación, comodidad, ausencia de compresión</w:t>
      </w:r>
    </w:p>
    <w:p>
      <w:pPr>
        <w:pStyle w:val="ListBullet"/>
      </w:pPr>
      <w:r>
        <w:t>[ ] Confirmar colocación correcta</w:t>
      </w:r>
    </w:p>
    <w:p>
      <w:pPr>
        <w:pStyle w:val="ListBullet"/>
      </w:pPr>
      <w:r>
        <w:t>[ ] Liberar control manual de forma controlada</w:t>
      </w:r>
    </w:p>
    <w:p>
      <w:r>
        <w:t>**Verificación:**</w:t>
      </w:r>
    </w:p>
    <w:p>
      <w:pPr>
        <w:pStyle w:val="ListBullet"/>
      </w:pPr>
      <w:r>
        <w:t>[ ] Respiración normal</w:t>
      </w:r>
    </w:p>
    <w:p>
      <w:pPr>
        <w:pStyle w:val="ListBullet"/>
      </w:pPr>
      <w:r>
        <w:t>[ ] No aumento de dolor</w:t>
      </w:r>
    </w:p>
    <w:p>
      <w:pPr>
        <w:pStyle w:val="ListBullet"/>
      </w:pPr>
      <w:r>
        <w:t>[ ] No compromiso de vía aérea</w:t>
      </w:r>
    </w:p>
    <w:p>
      <w:pPr>
        <w:pStyle w:val="ListBullet"/>
      </w:pPr>
      <w:r>
        <w:t>[ ] Collarín centrado</w:t>
      </w:r>
    </w:p>
    <w:p>
      <w:pPr>
        <w:pStyle w:val="ListBullet"/>
      </w:pPr>
      <w:r>
        <w:t>[ ] Continúa inmovilización corporal</w:t>
      </w:r>
    </w:p>
    <w:p>
      <w:r>
        <w:t>**Seguridad:**</w:t>
      </w:r>
    </w:p>
    <w:p>
      <w:pPr>
        <w:pStyle w:val="ListBullet"/>
      </w:pPr>
      <w:r>
        <w:t>[ ] NUNCA colocar sin control manual previo</w:t>
      </w:r>
    </w:p>
    <w:p>
      <w:pPr>
        <w:pStyle w:val="ListBullet"/>
      </w:pPr>
      <w:r>
        <w:t>[ ] NUNCA soltar para ajustar</w:t>
      </w:r>
    </w:p>
    <w:p>
      <w:pPr>
        <w:pStyle w:val="ListBullet"/>
      </w:pPr>
      <w:r>
        <w:t>[ ] NUNCA forzar alineación si hay dolor</w:t>
      </w:r>
    </w:p>
    <w:p>
      <w:pPr>
        <w:pStyle w:val="ListBullet"/>
      </w:pPr>
      <w:r>
        <w:t>[ ] NUNCA usar collarín blando en trauma</w:t>
      </w:r>
    </w:p>
    <w:p>
      <w:pPr>
        <w:pStyle w:val="ListBullet"/>
      </w:pPr>
      <w:r>
        <w:t>[ ] SIEMPRE verificar después de colocar</w:t>
      </w:r>
    </w:p>
    <w:p>
      <w:pPr>
        <w:pStyle w:val="ListBullet"/>
      </w:pPr>
      <w:r>
        <w:t>[ ] SIEMPRE integrar con inmovilización corporal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El collarín cervical **NO inmoviliza por completo**: solo limita movimientos</w:t>
      </w:r>
    </w:p>
    <w:p>
      <w:pPr>
        <w:pStyle w:val="ListBullet"/>
      </w:pPr>
      <w:r>
        <w:t>La protección real requiere **sistema completo** de inmovilización</w:t>
      </w:r>
    </w:p>
    <w:p>
      <w:pPr>
        <w:pStyle w:val="ListBullet"/>
      </w:pPr>
      <w:r>
        <w:t>El **control manual es siempre prioritario**</w:t>
      </w:r>
    </w:p>
    <w:p>
      <w:pPr>
        <w:pStyle w:val="ListBullet"/>
      </w:pPr>
      <w:r>
        <w:t>Su correcta colocación es **competencia directa del TES**</w:t>
      </w:r>
    </w:p>
    <w:p>
      <w:pPr>
        <w:pStyle w:val="ListBullet"/>
      </w:pPr>
      <w:r>
        <w:t>Una mala colocación puede **empeorar la lesión**</w:t>
      </w:r>
    </w:p>
    <w:p>
      <w:pPr>
        <w:pStyle w:val="ListBullet"/>
      </w:pPr>
      <w:r>
        <w:t>La inmovilización es un **proceso, no un gesto aislado**</w:t>
      </w:r>
    </w:p>
    <w:p>
      <w:r>
        <w:t>**Principios No Negociables:**</w:t>
      </w:r>
    </w:p>
    <w:p>
      <w:pPr>
        <w:pStyle w:val="ListBullet"/>
      </w:pPr>
      <w:r>
        <w:t>**NUNCA colocar** collarín sin control manual previo</w:t>
      </w:r>
    </w:p>
    <w:p>
      <w:pPr>
        <w:pStyle w:val="ListBullet"/>
      </w:pPr>
      <w:r>
        <w:t>**NUNCA soltar** la cabeza para ajustar velcros</w:t>
      </w:r>
    </w:p>
    <w:p>
      <w:pPr>
        <w:pStyle w:val="ListBullet"/>
      </w:pPr>
      <w:r>
        <w:t>**NUNCA forzar** alineación si hay dolor</w:t>
      </w:r>
    </w:p>
    <w:p>
      <w:pPr>
        <w:pStyle w:val="ListBullet"/>
      </w:pPr>
      <w:r>
        <w:t>**NUNCA usar** collarines blandos en trauma</w:t>
      </w:r>
    </w:p>
    <w:p>
      <w:pPr>
        <w:pStyle w:val="ListBullet"/>
      </w:pPr>
      <w:r>
        <w:t>**NUNCA retirar** collarín sin criterio médico</w:t>
      </w:r>
    </w:p>
    <w:p>
      <w:pPr>
        <w:pStyle w:val="ListBullet"/>
      </w:pPr>
      <w:r>
        <w:t>**SIEMPRE verificar** después de colocar</w:t>
      </w:r>
    </w:p>
    <w:p>
      <w:pPr>
        <w:pStyle w:val="ListBullet"/>
      </w:pPr>
      <w:r>
        <w:t>**SIEMPRE integrar** con inmovilización corporal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BLOQUE 2.4 – Camilla Cuchara (Cuchara Espinal)</w:t>
      </w:r>
    </w:p>
    <w:p>
      <w:pPr>
        <w:pStyle w:val="Heading1"/>
      </w:pPr>
      <w:r>
        <w:t>BLOQUE 2.4 – Camilla Cuchara (Cuchara Espinal)</w:t>
      </w:r>
    </w:p>
    <w:p>
      <w:pPr>
        <w:pStyle w:val="Heading2"/>
      </w:pPr>
      <w:r>
        <w:t>Manual TES Digital – Dispositivo de recogida y movilización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 OBJETIVO DE LA CAMILLA CUCHARA</w:t>
      </w:r>
    </w:p>
    <w:p>
      <w:pPr>
        <w:pStyle w:val="Heading3"/>
      </w:pPr>
      <w:r>
        <w:t>Definición y Función</w:t>
      </w:r>
    </w:p>
    <w:p>
      <w:r>
        <w:t>La camilla cuchara es un dispositivo de recogida y transferencia, diseñado para movilizar al paciente sin necesidad de giros ni levantamientos, minimizando el movimiento de la columna vertebral.</w:t>
      </w:r>
    </w:p>
    <w:p>
      <w:r>
        <w:t>**Características Fundamentales:**</w:t>
      </w:r>
    </w:p>
    <w:p>
      <w:pPr>
        <w:pStyle w:val="ListBullet"/>
      </w:pPr>
      <w:r>
        <w:t>Dispositivo de recogida y transferencia</w:t>
      </w:r>
    </w:p>
    <w:p>
      <w:pPr>
        <w:pStyle w:val="ListBullet"/>
      </w:pPr>
      <w:r>
        <w:t>Permite movilización sin giros ni levantamientos</w:t>
      </w:r>
    </w:p>
    <w:p>
      <w:pPr>
        <w:pStyle w:val="ListBullet"/>
      </w:pPr>
      <w:r>
        <w:t>Minimiza movimiento de la columna vertebral</w:t>
      </w:r>
    </w:p>
    <w:p>
      <w:pPr>
        <w:pStyle w:val="ListBullet"/>
      </w:pPr>
      <w:r>
        <w:t>Se separa en dos mitades</w:t>
      </w:r>
    </w:p>
    <w:p>
      <w:pPr>
        <w:pStyle w:val="ListBullet"/>
      </w:pPr>
      <w:r>
        <w:t>Se introduce por los lados del paciente</w:t>
      </w:r>
    </w:p>
    <w:p>
      <w:pPr>
        <w:pStyle w:val="Heading3"/>
      </w:pPr>
      <w:r>
        <w:t>Principio Clave</w:t>
      </w:r>
    </w:p>
    <w:p>
      <w:r>
        <w:t>**📌 Principio Clave:**</w:t>
      </w:r>
    </w:p>
    <w:p>
      <w:r>
        <w:t>La camilla cuchara NO es un sistema de inmovilización definitiva, es un medio de transferencia.</w:t>
      </w:r>
    </w:p>
    <w:p>
      <w:r>
        <w:t>**Aplicación:**</w:t>
      </w:r>
    </w:p>
    <w:p>
      <w:pPr>
        <w:pStyle w:val="ListBullet"/>
      </w:pPr>
      <w:r>
        <w:t>Es un dispositivo de transición</w:t>
      </w:r>
    </w:p>
    <w:p>
      <w:pPr>
        <w:pStyle w:val="ListBullet"/>
      </w:pPr>
      <w:r>
        <w:t>Se usa para recoger y transferir al paciente</w:t>
      </w:r>
    </w:p>
    <w:p>
      <w:pPr>
        <w:pStyle w:val="ListBullet"/>
      </w:pPr>
      <w:r>
        <w:t>NO se usa como sistema de inmovilización definitiva</w:t>
      </w:r>
    </w:p>
    <w:p>
      <w:pPr>
        <w:pStyle w:val="ListBullet"/>
      </w:pPr>
      <w:r>
        <w:t>Siempre se transfiere a otro sistema (tablero espinal, colchón de vacío, camilla principal)</w:t>
      </w:r>
    </w:p>
    <w:p>
      <w:r>
        <w:t>**Resultado Esperado:**</w:t>
      </w:r>
    </w:p>
    <w:p>
      <w:pPr>
        <w:pStyle w:val="ListBullet"/>
      </w:pPr>
      <w:r>
        <w:t>Movilización segura del paciente</w:t>
      </w:r>
    </w:p>
    <w:p>
      <w:pPr>
        <w:pStyle w:val="ListBullet"/>
      </w:pPr>
      <w:r>
        <w:t>Transferencia sin giros ni levantamientos</w:t>
      </w:r>
    </w:p>
    <w:p>
      <w:pPr>
        <w:pStyle w:val="ListBullet"/>
      </w:pPr>
      <w:r>
        <w:t>Minimización de movimientos de columna</w:t>
      </w:r>
    </w:p>
    <w:p>
      <w:pPr>
        <w:pStyle w:val="ListBullet"/>
      </w:pPr>
      <w:r>
        <w:t>Transición a sistema de inmovilización definitiva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 INDICACIONES DE USO</w:t>
      </w:r>
    </w:p>
    <w:p>
      <w:pPr>
        <w:pStyle w:val="Heading3"/>
      </w:pPr>
      <w:r>
        <w:t>Situaciones de Aplicación</w:t>
      </w:r>
    </w:p>
    <w:p>
      <w:r>
        <w:t>**Indicada especialmente en:**</w:t>
      </w:r>
    </w:p>
    <w:p>
      <w:r>
        <w:t>**1. Pacientes Politraumatizados:**</w:t>
      </w:r>
    </w:p>
    <w:p>
      <w:pPr>
        <w:pStyle w:val="ListBullet"/>
      </w:pPr>
      <w:r>
        <w:t>Múltiples lesiones</w:t>
      </w:r>
    </w:p>
    <w:p>
      <w:pPr>
        <w:pStyle w:val="ListBullet"/>
      </w:pPr>
      <w:r>
        <w:t>Necesidad de movilización cuidadosa</w:t>
      </w:r>
    </w:p>
    <w:p>
      <w:pPr>
        <w:pStyle w:val="ListBullet"/>
      </w:pPr>
      <w:r>
        <w:t>Minimización de movimientos</w:t>
      </w:r>
    </w:p>
    <w:p>
      <w:r>
        <w:t>**2. Sospecha de Lesión Vertebral:**</w:t>
      </w:r>
    </w:p>
    <w:p>
      <w:pPr>
        <w:pStyle w:val="ListBullet"/>
      </w:pPr>
      <w:r>
        <w:t>Cualquier sospecha de lesión espinal</w:t>
      </w:r>
    </w:p>
    <w:p>
      <w:pPr>
        <w:pStyle w:val="ListBullet"/>
      </w:pPr>
      <w:r>
        <w:t>Necesidad de movilización sin giros</w:t>
      </w:r>
    </w:p>
    <w:p>
      <w:pPr>
        <w:pStyle w:val="ListBullet"/>
      </w:pPr>
      <w:r>
        <w:t>Prevención de agravamiento</w:t>
      </w:r>
    </w:p>
    <w:p>
      <w:r>
        <w:t>**3. Pacientes Encontrados en el Suelo:**</w:t>
      </w:r>
    </w:p>
    <w:p>
      <w:pPr>
        <w:pStyle w:val="ListBullet"/>
      </w:pPr>
      <w:r>
        <w:t>Paciente en decúbito supino en el suelo</w:t>
      </w:r>
    </w:p>
    <w:p>
      <w:pPr>
        <w:pStyle w:val="ListBullet"/>
      </w:pPr>
      <w:r>
        <w:t>Necesidad de recogida sin levantamiento</w:t>
      </w:r>
    </w:p>
    <w:p>
      <w:pPr>
        <w:pStyle w:val="ListBullet"/>
      </w:pPr>
      <w:r>
        <w:t>Transferencia a superficie elevada</w:t>
      </w:r>
    </w:p>
    <w:p>
      <w:r>
        <w:t>**4. Espacios Reducidos:**</w:t>
      </w:r>
    </w:p>
    <w:p>
      <w:pPr>
        <w:pStyle w:val="ListBullet"/>
      </w:pPr>
      <w:r>
        <w:t>Espacios estrechos</w:t>
      </w:r>
    </w:p>
    <w:p>
      <w:pPr>
        <w:pStyle w:val="ListBullet"/>
      </w:pPr>
      <w:r>
        <w:t>Dificultad para giros en bloque</w:t>
      </w:r>
    </w:p>
    <w:p>
      <w:pPr>
        <w:pStyle w:val="ListBullet"/>
      </w:pPr>
      <w:r>
        <w:t>Necesidad de movilización lateral</w:t>
      </w:r>
    </w:p>
    <w:p>
      <w:r>
        <w:t>**5. Necesidad de Transferencia a:**</w:t>
      </w:r>
    </w:p>
    <w:p>
      <w:pPr>
        <w:pStyle w:val="ListBullet"/>
      </w:pPr>
      <w:r>
        <w:t>**Camilla principal** - Transferencia a camilla rígida</w:t>
      </w:r>
    </w:p>
    <w:p>
      <w:pPr>
        <w:pStyle w:val="ListBullet"/>
      </w:pPr>
      <w:r>
        <w:t>**Tablero espinal** - Transferencia a tablero para inmovilización</w:t>
      </w:r>
    </w:p>
    <w:p>
      <w:pPr>
        <w:pStyle w:val="ListBullet"/>
      </w:pPr>
      <w:r>
        <w:t>**Colchón de vacío** - Transferencia a colchón para inmovilización definitiva</w:t>
      </w:r>
    </w:p>
    <w:p>
      <w:pPr>
        <w:pStyle w:val="Heading3"/>
      </w:pPr>
      <w:r>
        <w:t>Ventajas de la Camilla Cuchara</w:t>
      </w:r>
    </w:p>
    <w:p>
      <w:pPr>
        <w:pStyle w:val="ListBullet"/>
      </w:pPr>
      <w:r>
        <w:t>Permite recogida sin giros</w:t>
      </w:r>
    </w:p>
    <w:p>
      <w:pPr>
        <w:pStyle w:val="ListBullet"/>
      </w:pPr>
      <w:r>
        <w:t>Permite movilización sin levantamientos</w:t>
      </w:r>
    </w:p>
    <w:p>
      <w:pPr>
        <w:pStyle w:val="ListBullet"/>
      </w:pPr>
      <w:r>
        <w:t>Minimiza movimientos de columna</w:t>
      </w:r>
    </w:p>
    <w:p>
      <w:pPr>
        <w:pStyle w:val="ListBullet"/>
      </w:pPr>
      <w:r>
        <w:t>Rápida de colocar</w:t>
      </w:r>
    </w:p>
    <w:p>
      <w:pPr>
        <w:pStyle w:val="ListBullet"/>
      </w:pPr>
      <w:r>
        <w:t>Útil en espacios reducidos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3. PRINCIPIOS DE SEGURIDAD</w:t>
      </w:r>
    </w:p>
    <w:p>
      <w:pPr>
        <w:pStyle w:val="Heading3"/>
      </w:pPr>
      <w:r>
        <w:t>Principios Fundamentales</w:t>
      </w:r>
    </w:p>
    <w:p>
      <w:r>
        <w:t>**1. Siempre con Control Cervical Manual Previo:**</w:t>
      </w:r>
    </w:p>
    <w:p>
      <w:pPr>
        <w:pStyle w:val="ListBullet"/>
      </w:pPr>
      <w:r>
        <w:t>✅ Mantener inmovilización manual antes de colocar</w:t>
      </w:r>
    </w:p>
    <w:p>
      <w:pPr>
        <w:pStyle w:val="ListBullet"/>
      </w:pPr>
      <w:r>
        <w:t>✅ No soltar control manual durante colocación</w:t>
      </w:r>
    </w:p>
    <w:p>
      <w:pPr>
        <w:pStyle w:val="ListBullet"/>
      </w:pPr>
      <w:r>
        <w:t>✅ Mantener hasta que paciente esté asegurado</w:t>
      </w:r>
    </w:p>
    <w:p>
      <w:r>
        <w:t>**2. Movilización Coordinada:**</w:t>
      </w:r>
    </w:p>
    <w:p>
      <w:pPr>
        <w:pStyle w:val="ListBullet"/>
      </w:pPr>
      <w:r>
        <w:t>✅ Coordinación entre todos los miembros del equipo</w:t>
      </w:r>
    </w:p>
    <w:p>
      <w:pPr>
        <w:pStyle w:val="ListBullet"/>
      </w:pPr>
      <w:r>
        <w:t>✅ Comunicación clara y estructurada</w:t>
      </w:r>
    </w:p>
    <w:p>
      <w:pPr>
        <w:pStyle w:val="ListBullet"/>
      </w:pPr>
      <w:r>
        <w:t>✅ Movimientos simultáneos y coordinados</w:t>
      </w:r>
    </w:p>
    <w:p>
      <w:pPr>
        <w:pStyle w:val="ListBullet"/>
      </w:pPr>
      <w:r>
        <w:t>✅ El TES de cabeza dirige la maniobra</w:t>
      </w:r>
    </w:p>
    <w:p>
      <w:r>
        <w:t>**3. Uso Mínimo de Movimientos:**</w:t>
      </w:r>
    </w:p>
    <w:p>
      <w:pPr>
        <w:pStyle w:val="ListBullet"/>
      </w:pPr>
      <w:r>
        <w:t>✅ Minimizar movimientos del paciente</w:t>
      </w:r>
    </w:p>
    <w:p>
      <w:pPr>
        <w:pStyle w:val="ListBullet"/>
      </w:pPr>
      <w:r>
        <w:t>✅ Evitar movimientos innecesarios</w:t>
      </w:r>
    </w:p>
    <w:p>
      <w:pPr>
        <w:pStyle w:val="ListBullet"/>
      </w:pPr>
      <w:r>
        <w:t>✅ Movilización suave y controlada</w:t>
      </w:r>
    </w:p>
    <w:p>
      <w:pPr>
        <w:pStyle w:val="ListBullet"/>
      </w:pPr>
      <w:r>
        <w:t>✅ Sin giros ni levantamientos</w:t>
      </w:r>
    </w:p>
    <w:p>
      <w:r>
        <w:t>**4. No Usar como Camilla de Transporte Prolongado:**</w:t>
      </w:r>
    </w:p>
    <w:p>
      <w:pPr>
        <w:pStyle w:val="ListBullet"/>
      </w:pPr>
      <w:r>
        <w:t>❌ NO es sistema de inmovilización definitiva</w:t>
      </w:r>
    </w:p>
    <w:p>
      <w:pPr>
        <w:pStyle w:val="ListBullet"/>
      </w:pPr>
      <w:r>
        <w:t>❌ NO se usa para transporte prolongado</w:t>
      </w:r>
    </w:p>
    <w:p>
      <w:pPr>
        <w:pStyle w:val="ListBullet"/>
      </w:pPr>
      <w:r>
        <w:t>✅ Siempre transferir a sistema definitivo</w:t>
      </w:r>
    </w:p>
    <w:p>
      <w:pPr>
        <w:pStyle w:val="ListBullet"/>
      </w:pPr>
      <w:r>
        <w:t>✅ Es dispositivo de transición</w:t>
      </w:r>
    </w:p>
    <w:p>
      <w:pPr>
        <w:pStyle w:val="Heading3"/>
      </w:pPr>
      <w:r>
        <w:t>Consideraciones de Seguridad</w:t>
      </w:r>
    </w:p>
    <w:p>
      <w:r>
        <w:t>**Durante la Colocación:**</w:t>
      </w:r>
    </w:p>
    <w:p>
      <w:pPr>
        <w:pStyle w:val="ListBullet"/>
      </w:pPr>
      <w:r>
        <w:t>Mantener control cervical manual</w:t>
      </w:r>
    </w:p>
    <w:p>
      <w:pPr>
        <w:pStyle w:val="ListBullet"/>
      </w:pPr>
      <w:r>
        <w:t>Coordinar movimientos del equipo</w:t>
      </w:r>
    </w:p>
    <w:p>
      <w:pPr>
        <w:pStyle w:val="ListBullet"/>
      </w:pPr>
      <w:r>
        <w:t>Comunicar claramente cada paso</w:t>
      </w:r>
    </w:p>
    <w:p>
      <w:pPr>
        <w:pStyle w:val="ListBullet"/>
      </w:pPr>
      <w:r>
        <w:t>Verificar que cierres están seguros</w:t>
      </w:r>
    </w:p>
    <w:p>
      <w:r>
        <w:t>**Durante la Transferencia:**</w:t>
      </w:r>
    </w:p>
    <w:p>
      <w:pPr>
        <w:pStyle w:val="ListBullet"/>
      </w:pPr>
      <w:r>
        <w:t>Coordinar con el equipo receptor</w:t>
      </w:r>
    </w:p>
    <w:p>
      <w:pPr>
        <w:pStyle w:val="ListBullet"/>
      </w:pPr>
      <w:r>
        <w:t>Mantener alineación durante transferencia</w:t>
      </w:r>
    </w:p>
    <w:p>
      <w:pPr>
        <w:pStyle w:val="ListBullet"/>
      </w:pPr>
      <w:r>
        <w:t>Verificar que paciente está seguro</w:t>
      </w:r>
    </w:p>
    <w:p>
      <w:pPr>
        <w:pStyle w:val="ListBullet"/>
      </w:pPr>
      <w:r>
        <w:t>Comunicar cualquier problema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 COLOCACIÓN PASO A PASO</w:t>
      </w:r>
    </w:p>
    <w:p>
      <w:pPr>
        <w:pStyle w:val="Heading3"/>
      </w:pPr>
      <w:r>
        <w:t>Requisitos Previos</w:t>
      </w:r>
    </w:p>
    <w:p>
      <w:r>
        <w:t>**Equipo Necesario:**</w:t>
      </w:r>
    </w:p>
    <w:p>
      <w:pPr>
        <w:pStyle w:val="ListBullet"/>
      </w:pPr>
      <w:r>
        <w:t>Camilla cuchara (verificar que está en buen estado)</w:t>
      </w:r>
    </w:p>
    <w:p>
      <w:pPr>
        <w:pStyle w:val="ListBullet"/>
      </w:pPr>
      <w:r>
        <w:t>Control cervical manual (TES de cabeza)</w:t>
      </w:r>
    </w:p>
    <w:p>
      <w:pPr>
        <w:pStyle w:val="ListBullet"/>
      </w:pPr>
      <w:r>
        <w:t>Equipo coordinado (mínimo 2-3 TES)</w:t>
      </w:r>
    </w:p>
    <w:p>
      <w:r>
        <w:t>**Preparación:**</w:t>
      </w:r>
    </w:p>
    <w:p>
      <w:pPr>
        <w:pStyle w:val="ListBullet"/>
      </w:pPr>
      <w:r>
        <w:t>Verificar que camilla cuchara está disponible</w:t>
      </w:r>
    </w:p>
    <w:p>
      <w:pPr>
        <w:pStyle w:val="ListBullet"/>
      </w:pPr>
      <w:r>
        <w:t>Verificar que está en buen estado</w:t>
      </w:r>
    </w:p>
    <w:p>
      <w:pPr>
        <w:pStyle w:val="ListBullet"/>
      </w:pPr>
      <w:r>
        <w:t>Coordinar con el equipo</w:t>
      </w:r>
    </w:p>
    <w:p>
      <w:pPr>
        <w:pStyle w:val="ListBullet"/>
      </w:pPr>
      <w:r>
        <w:t>Explicar al paciente (si está consciente)</w:t>
      </w:r>
    </w:p>
    <w:p>
      <w:pPr>
        <w:pStyle w:val="Heading3"/>
      </w:pPr>
      <w:r>
        <w:t>Secuencia de Colocación</w:t>
      </w:r>
    </w:p>
    <w:p>
      <w:r>
        <w:t>**Paso 1: Mantener Control Cervical Manual**</w:t>
      </w:r>
    </w:p>
    <w:p>
      <w:pPr>
        <w:pStyle w:val="ListBullet"/>
      </w:pPr>
      <w:r>
        <w:t>✅ TES de cabeza mantiene control cervical manual</w:t>
      </w:r>
    </w:p>
    <w:p>
      <w:pPr>
        <w:pStyle w:val="ListBullet"/>
      </w:pPr>
      <w:r>
        <w:t>✅ No soltar durante todo el proceso</w:t>
      </w:r>
    </w:p>
    <w:p>
      <w:pPr>
        <w:pStyle w:val="ListBullet"/>
      </w:pPr>
      <w:r>
        <w:t>✅ Dirigir la maniobra</w:t>
      </w:r>
    </w:p>
    <w:p>
      <w:r>
        <w:t>**Paso 2: Separar la Cuchara en Dos Mitades**</w:t>
      </w:r>
    </w:p>
    <w:p>
      <w:pPr>
        <w:pStyle w:val="ListBullet"/>
      </w:pPr>
      <w:r>
        <w:t>Separar las dos mitades de la camilla cuchara</w:t>
      </w:r>
    </w:p>
    <w:p>
      <w:pPr>
        <w:pStyle w:val="ListBullet"/>
      </w:pPr>
      <w:r>
        <w:t>Verificar que separación es correcta</w:t>
      </w:r>
    </w:p>
    <w:p>
      <w:pPr>
        <w:pStyle w:val="ListBullet"/>
      </w:pPr>
      <w:r>
        <w:t>Preparar cada mitad para introducción</w:t>
      </w:r>
    </w:p>
    <w:p>
      <w:r>
        <w:t>**Paso 3: Introducir una Mitad por Cada Lado del Paciente**</w:t>
      </w:r>
    </w:p>
    <w:p>
      <w:pPr>
        <w:pStyle w:val="ListBullet"/>
      </w:pPr>
      <w:r>
        <w:t>**Desde cabeza hacia pies:**</w:t>
      </w:r>
    </w:p>
    <w:p>
      <w:pPr>
        <w:pStyle w:val="ListBullet"/>
      </w:pPr>
      <w:r>
        <w:t>Introducir mitad izquierda por lado izquierdo</w:t>
      </w:r>
    </w:p>
    <w:p>
      <w:pPr>
        <w:pStyle w:val="ListBullet"/>
      </w:pPr>
      <w:r>
        <w:t>Introducir mitad derecha por lado derecho</w:t>
      </w:r>
    </w:p>
    <w:p>
      <w:pPr>
        <w:pStyle w:val="ListBullet"/>
      </w:pPr>
      <w:r>
        <w:t>Deslizar suavemente sin levantar al paciente</w:t>
      </w:r>
    </w:p>
    <w:p>
      <w:pPr>
        <w:pStyle w:val="ListBullet"/>
      </w:pPr>
      <w:r>
        <w:t>**Sin levantar al paciente:**</w:t>
      </w:r>
    </w:p>
    <w:p>
      <w:pPr>
        <w:pStyle w:val="ListBullet"/>
      </w:pPr>
      <w:r>
        <w:t>NO levantar al paciente</w:t>
      </w:r>
    </w:p>
    <w:p>
      <w:pPr>
        <w:pStyle w:val="ListBullet"/>
      </w:pPr>
      <w:r>
        <w:t>Deslizar por debajo</w:t>
      </w:r>
    </w:p>
    <w:p>
      <w:pPr>
        <w:pStyle w:val="ListBullet"/>
      </w:pPr>
      <w:r>
        <w:t>Minimizar movimientos</w:t>
      </w:r>
    </w:p>
    <w:p>
      <w:r>
        <w:t>**Paso 4: Cerrar Primero la Zona Torácica y Pélvica**</w:t>
      </w:r>
    </w:p>
    <w:p>
      <w:pPr>
        <w:pStyle w:val="ListBullet"/>
      </w:pPr>
      <w:r>
        <w:t>Cerrar cierres en zona torácica</w:t>
      </w:r>
    </w:p>
    <w:p>
      <w:pPr>
        <w:pStyle w:val="ListBullet"/>
      </w:pPr>
      <w:r>
        <w:t>Cerrar cierres en zona pélvica</w:t>
      </w:r>
    </w:p>
    <w:p>
      <w:pPr>
        <w:pStyle w:val="ListBullet"/>
      </w:pPr>
      <w:r>
        <w:t>Verificar que cierres están seguros</w:t>
      </w:r>
    </w:p>
    <w:p>
      <w:pPr>
        <w:pStyle w:val="ListBullet"/>
      </w:pPr>
      <w:r>
        <w:t>Asegurar que paciente está bien sujeto</w:t>
      </w:r>
    </w:p>
    <w:p>
      <w:r>
        <w:t>**Paso 5: Comprobar Alineación**</w:t>
      </w:r>
    </w:p>
    <w:p>
      <w:pPr>
        <w:pStyle w:val="ListBullet"/>
      </w:pPr>
      <w:r>
        <w:t>Verificar alineación cabeza-tronco</w:t>
      </w:r>
    </w:p>
    <w:p>
      <w:pPr>
        <w:pStyle w:val="ListBullet"/>
      </w:pPr>
      <w:r>
        <w:t>Verificar que paciente está centrado</w:t>
      </w:r>
    </w:p>
    <w:p>
      <w:pPr>
        <w:pStyle w:val="ListBullet"/>
      </w:pPr>
      <w:r>
        <w:t>Verificar que no hay desalineación</w:t>
      </w:r>
    </w:p>
    <w:p>
      <w:pPr>
        <w:pStyle w:val="ListBullet"/>
      </w:pPr>
      <w:r>
        <w:t>Ajustar si es necesario</w:t>
      </w:r>
    </w:p>
    <w:p>
      <w:r>
        <w:t>**Paso 6: Asegurar Cierres**</w:t>
      </w:r>
    </w:p>
    <w:p>
      <w:pPr>
        <w:pStyle w:val="ListBullet"/>
      </w:pPr>
      <w:r>
        <w:t>Verificar que todos los cierres están seguros</w:t>
      </w:r>
    </w:p>
    <w:p>
      <w:pPr>
        <w:pStyle w:val="ListBullet"/>
      </w:pPr>
      <w:r>
        <w:t>Verificar que paciente está bien sujeto</w:t>
      </w:r>
    </w:p>
    <w:p>
      <w:pPr>
        <w:pStyle w:val="ListBullet"/>
      </w:pPr>
      <w:r>
        <w:t>Verificar que no hay riesgo de apertura</w:t>
      </w:r>
    </w:p>
    <w:p>
      <w:pPr>
        <w:pStyle w:val="ListBullet"/>
      </w:pPr>
      <w:r>
        <w:t>Comunicar que está listo para transferencia</w:t>
      </w:r>
    </w:p>
    <w:p>
      <w:r>
        <w:t>**Paso 7: Transferir a Superficie Definitiva**</w:t>
      </w:r>
    </w:p>
    <w:p>
      <w:pPr>
        <w:pStyle w:val="ListBullet"/>
      </w:pPr>
      <w:r>
        <w:t>Coordinar con equipo receptor</w:t>
      </w:r>
    </w:p>
    <w:p>
      <w:pPr>
        <w:pStyle w:val="ListBullet"/>
      </w:pPr>
      <w:r>
        <w:t>Transferir a tablero espinal, colchón de vacío o camilla principal</w:t>
      </w:r>
    </w:p>
    <w:p>
      <w:pPr>
        <w:pStyle w:val="ListBullet"/>
      </w:pPr>
      <w:r>
        <w:t>Mantener alineación durante transferencia</w:t>
      </w:r>
    </w:p>
    <w:p>
      <w:pPr>
        <w:pStyle w:val="ListBullet"/>
      </w:pPr>
      <w:r>
        <w:t>Verificar que transferencia es segura</w:t>
      </w:r>
    </w:p>
    <w:p>
      <w:pPr>
        <w:pStyle w:val="Heading3"/>
      </w:pPr>
      <w:r>
        <w:t>Dirección de la Maniobra</w:t>
      </w:r>
    </w:p>
    <w:p>
      <w:r>
        <w:t>**📌 El TES de cabeza dirige toda la maniobra.**</w:t>
      </w:r>
    </w:p>
    <w:p>
      <w:r>
        <w:t>**Responsabilidades del TES de Cabeza:**</w:t>
      </w:r>
    </w:p>
    <w:p>
      <w:pPr>
        <w:pStyle w:val="ListBullet"/>
      </w:pPr>
      <w:r>
        <w:t>Mantener control cervical manual</w:t>
      </w:r>
    </w:p>
    <w:p>
      <w:pPr>
        <w:pStyle w:val="ListBullet"/>
      </w:pPr>
      <w:r>
        <w:t>Dirigir los movimientos</w:t>
      </w:r>
    </w:p>
    <w:p>
      <w:pPr>
        <w:pStyle w:val="ListBullet"/>
      </w:pPr>
      <w:r>
        <w:t>Dar las órdenes</w:t>
      </w:r>
    </w:p>
    <w:p>
      <w:pPr>
        <w:pStyle w:val="ListBullet"/>
      </w:pPr>
      <w:r>
        <w:t>Coordinar con el equipo</w:t>
      </w:r>
    </w:p>
    <w:p>
      <w:pPr>
        <w:pStyle w:val="ListBullet"/>
      </w:pPr>
      <w:r>
        <w:t>Verificar que todo está correcto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 ERRORES FRECUENTES</w:t>
      </w:r>
    </w:p>
    <w:p>
      <w:pPr>
        <w:pStyle w:val="Heading3"/>
      </w:pPr>
      <w:r>
        <w:t>Errores Críticos</w:t>
      </w:r>
    </w:p>
    <w:p>
      <w:r>
        <w:t>**Error 1: Levantar al Paciente para Colocarla**</w:t>
      </w:r>
    </w:p>
    <w:p>
      <w:pPr>
        <w:pStyle w:val="ListBullet"/>
      </w:pPr>
      <w:r>
        <w:t>❌ Levantar al paciente para introducir la cuchara</w:t>
      </w:r>
    </w:p>
    <w:p>
      <w:pPr>
        <w:pStyle w:val="ListBullet"/>
      </w:pPr>
      <w:r>
        <w:t>**Consecuencia:** Movimientos innecesarios, riesgo de agravamiento de lesiones</w:t>
      </w:r>
    </w:p>
    <w:p>
      <w:pPr>
        <w:pStyle w:val="ListBullet"/>
      </w:pPr>
      <w:r>
        <w:t>**Prevención:** Deslizar por debajo sin levantar, introducir desde los lados</w:t>
      </w:r>
    </w:p>
    <w:p>
      <w:r>
        <w:t>**Error 2: Usarla como Inmovilización Definitiva**</w:t>
      </w:r>
    </w:p>
    <w:p>
      <w:pPr>
        <w:pStyle w:val="ListBullet"/>
      </w:pPr>
      <w:r>
        <w:t>❌ Usar camilla cuchara para transporte prolongado</w:t>
      </w:r>
    </w:p>
    <w:p>
      <w:pPr>
        <w:pStyle w:val="ListBullet"/>
      </w:pPr>
      <w:r>
        <w:t>**Consecuencia:** Inmovilización inadecuada, riesgo de lesiones</w:t>
      </w:r>
    </w:p>
    <w:p>
      <w:pPr>
        <w:pStyle w:val="ListBullet"/>
      </w:pPr>
      <w:r>
        <w:t>**Prevención:** Entender que es dispositivo de transición, siempre transferir a sistema definitivo</w:t>
      </w:r>
    </w:p>
    <w:p>
      <w:r>
        <w:t>**Error 3: No Asegurar Cierres**</w:t>
      </w:r>
    </w:p>
    <w:p>
      <w:pPr>
        <w:pStyle w:val="ListBullet"/>
      </w:pPr>
      <w:r>
        <w:t>❌ No verificar que cierres están seguros</w:t>
      </w:r>
    </w:p>
    <w:p>
      <w:pPr>
        <w:pStyle w:val="ListBullet"/>
      </w:pPr>
      <w:r>
        <w:t>**Consecuencia:** Riesgo de apertura durante movilización, caída del paciente</w:t>
      </w:r>
    </w:p>
    <w:p>
      <w:pPr>
        <w:pStyle w:val="ListBullet"/>
      </w:pPr>
      <w:r>
        <w:t>**Prevención:** Verificar todos los cierres antes de movilizar</w:t>
      </w:r>
    </w:p>
    <w:p>
      <w:r>
        <w:t>**Error 4: Desalinear Cabeza-Tronco**</w:t>
      </w:r>
    </w:p>
    <w:p>
      <w:pPr>
        <w:pStyle w:val="ListBullet"/>
      </w:pPr>
      <w:r>
        <w:t>❌ No mantener alineación durante colocación</w:t>
      </w:r>
    </w:p>
    <w:p>
      <w:pPr>
        <w:pStyle w:val="ListBullet"/>
      </w:pPr>
      <w:r>
        <w:t>**Consecuencia:** Movimiento de columna, riesgo de agravamiento</w:t>
      </w:r>
    </w:p>
    <w:p>
      <w:pPr>
        <w:pStyle w:val="ListBullet"/>
      </w:pPr>
      <w:r>
        <w:t>**Prevención:** Mantener alineación durante todo el proceso</w:t>
      </w:r>
    </w:p>
    <w:p>
      <w:pPr>
        <w:pStyle w:val="Heading3"/>
      </w:pPr>
      <w:r>
        <w:t>Errores de Técnica</w:t>
      </w:r>
    </w:p>
    <w:p>
      <w:r>
        <w:t>**Error 5: Falta de Coordinación**</w:t>
      </w:r>
    </w:p>
    <w:p>
      <w:pPr>
        <w:pStyle w:val="ListBullet"/>
      </w:pPr>
      <w:r>
        <w:t>❌ Movimientos descoordinados del equipo</w:t>
      </w:r>
    </w:p>
    <w:p>
      <w:pPr>
        <w:pStyle w:val="ListBullet"/>
      </w:pPr>
      <w:r>
        <w:t>**Consecuencia:** Movimientos bruscos, riesgo de lesión</w:t>
      </w:r>
    </w:p>
    <w:p>
      <w:pPr>
        <w:pStyle w:val="ListBullet"/>
      </w:pPr>
      <w:r>
        <w:t>**Prevención:** Coordinación clara, comunicación estructurada</w:t>
      </w:r>
    </w:p>
    <w:p>
      <w:r>
        <w:t>**Error 6: No Mantener Control Manual**</w:t>
      </w:r>
    </w:p>
    <w:p>
      <w:pPr>
        <w:pStyle w:val="ListBullet"/>
      </w:pPr>
      <w:r>
        <w:t>❌ Soltar control cervical manual durante colocación</w:t>
      </w:r>
    </w:p>
    <w:p>
      <w:pPr>
        <w:pStyle w:val="ListBullet"/>
      </w:pPr>
      <w:r>
        <w:t>**Consecuencia:** Movimiento de columna cervical, riesgo de lesión</w:t>
      </w:r>
    </w:p>
    <w:p>
      <w:pPr>
        <w:pStyle w:val="ListBullet"/>
      </w:pPr>
      <w:r>
        <w:t>**Prevención:** Mantener control manual durante todo el proceso</w:t>
      </w:r>
    </w:p>
    <w:p>
      <w:r>
        <w:t>**Error 7: Introducción Incorrecta**</w:t>
      </w:r>
    </w:p>
    <w:p>
      <w:pPr>
        <w:pStyle w:val="ListBullet"/>
      </w:pPr>
      <w:r>
        <w:t>❌ Introducir de forma incorrecta o forzada</w:t>
      </w:r>
    </w:p>
    <w:p>
      <w:pPr>
        <w:pStyle w:val="ListBullet"/>
      </w:pPr>
      <w:r>
        <w:t>**Consecuencia:** Movimientos innecesarios, incomodidad</w:t>
      </w:r>
    </w:p>
    <w:p>
      <w:pPr>
        <w:pStyle w:val="ListBullet"/>
      </w:pPr>
      <w:r>
        <w:t>**Prevención:** Seguir técnica correcta, deslizar suavemente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6. CONTENIDO APTO PARA APP (CHECKLIST)</w:t>
      </w:r>
    </w:p>
    <w:p>
      <w:pPr>
        <w:pStyle w:val="Heading3"/>
      </w:pPr>
      <w:r>
        <w:t>Checklist de Preparación</w:t>
      </w:r>
    </w:p>
    <w:p>
      <w:r>
        <w:t>**Antes de Colocar Camilla Cuchara:**</w:t>
      </w:r>
    </w:p>
    <w:p>
      <w:pPr>
        <w:pStyle w:val="ListBullet"/>
      </w:pPr>
      <w:r>
        <w:t>[ ] Mantener control cervical manual continuo</w:t>
      </w:r>
    </w:p>
    <w:p>
      <w:pPr>
        <w:pStyle w:val="ListBullet"/>
      </w:pPr>
      <w:r>
        <w:t>[ ] Verificar que camilla cuchara está disponible y en buen estado</w:t>
      </w:r>
    </w:p>
    <w:p>
      <w:pPr>
        <w:pStyle w:val="ListBullet"/>
      </w:pPr>
      <w:r>
        <w:t>[ ] Coordinar con el equipo (mínimo 2-3 TES)</w:t>
      </w:r>
    </w:p>
    <w:p>
      <w:pPr>
        <w:pStyle w:val="ListBullet"/>
      </w:pPr>
      <w:r>
        <w:t>[ ] Explicar al paciente (si está consciente)</w:t>
      </w:r>
    </w:p>
    <w:p>
      <w:pPr>
        <w:pStyle w:val="ListBullet"/>
      </w:pPr>
      <w:r>
        <w:t>[ ] Verificar que espacio es adecuado</w:t>
      </w:r>
    </w:p>
    <w:p>
      <w:pPr>
        <w:pStyle w:val="Heading3"/>
      </w:pPr>
      <w:r>
        <w:t>Checklist de Colocación</w:t>
      </w:r>
    </w:p>
    <w:p>
      <w:r>
        <w:t>**Paso a Paso:**</w:t>
      </w:r>
    </w:p>
    <w:p>
      <w:pPr>
        <w:pStyle w:val="ListBullet"/>
      </w:pPr>
      <w:r>
        <w:t>[ ] TES de cabeza mantiene control cervical manual</w:t>
      </w:r>
    </w:p>
    <w:p>
      <w:pPr>
        <w:pStyle w:val="ListBullet"/>
      </w:pPr>
      <w:r>
        <w:t>[ ] Separar camilla cuchara en dos mitades</w:t>
      </w:r>
    </w:p>
    <w:p>
      <w:pPr>
        <w:pStyle w:val="ListBullet"/>
      </w:pPr>
      <w:r>
        <w:t>[ ] Introducir mitad izquierda por lado izquierdo (desde cabeza hacia pies)</w:t>
      </w:r>
    </w:p>
    <w:p>
      <w:pPr>
        <w:pStyle w:val="ListBullet"/>
      </w:pPr>
      <w:r>
        <w:t>[ ] Introducir mitad derecha por lado derecho (desde cabeza hacia pies)</w:t>
      </w:r>
    </w:p>
    <w:p>
      <w:pPr>
        <w:pStyle w:val="ListBullet"/>
      </w:pPr>
      <w:r>
        <w:t>[ ] Deslizar sin levantar al paciente</w:t>
      </w:r>
    </w:p>
    <w:p>
      <w:pPr>
        <w:pStyle w:val="ListBullet"/>
      </w:pPr>
      <w:r>
        <w:t>[ ] Cerrar cierres en zona torácica</w:t>
      </w:r>
    </w:p>
    <w:p>
      <w:pPr>
        <w:pStyle w:val="ListBullet"/>
      </w:pPr>
      <w:r>
        <w:t>[ ] Cerrar cierres en zona pélvica</w:t>
      </w:r>
    </w:p>
    <w:p>
      <w:pPr>
        <w:pStyle w:val="ListBullet"/>
      </w:pPr>
      <w:r>
        <w:t>[ ] Comprobar alineación cabeza-tronco</w:t>
      </w:r>
    </w:p>
    <w:p>
      <w:pPr>
        <w:pStyle w:val="ListBullet"/>
      </w:pPr>
      <w:r>
        <w:t>[ ] Asegurar que todos los cierres están seguros</w:t>
      </w:r>
    </w:p>
    <w:p>
      <w:pPr>
        <w:pStyle w:val="ListBullet"/>
      </w:pPr>
      <w:r>
        <w:t>[ ] Verificar que paciente está bien sujeto</w:t>
      </w:r>
    </w:p>
    <w:p>
      <w:pPr>
        <w:pStyle w:val="Heading3"/>
      </w:pPr>
      <w:r>
        <w:t>Checklist de Transferencia</w:t>
      </w:r>
    </w:p>
    <w:p>
      <w:r>
        <w:t>**Transferir a Sistema Definitivo:**</w:t>
      </w:r>
    </w:p>
    <w:p>
      <w:pPr>
        <w:pStyle w:val="ListBullet"/>
      </w:pPr>
      <w:r>
        <w:t>[ ] Coordinar con equipo receptor</w:t>
      </w:r>
    </w:p>
    <w:p>
      <w:pPr>
        <w:pStyle w:val="ListBullet"/>
      </w:pPr>
      <w:r>
        <w:t>[ ] Transferir a tablero espinal, colchón de vacío o camilla principal</w:t>
      </w:r>
    </w:p>
    <w:p>
      <w:pPr>
        <w:pStyle w:val="ListBullet"/>
      </w:pPr>
      <w:r>
        <w:t>[ ] Mantener alineación durante transferencia</w:t>
      </w:r>
    </w:p>
    <w:p>
      <w:pPr>
        <w:pStyle w:val="ListBullet"/>
      </w:pPr>
      <w:r>
        <w:t>[ ] Verificar que transferencia es segura</w:t>
      </w:r>
    </w:p>
    <w:p>
      <w:pPr>
        <w:pStyle w:val="ListBullet"/>
      </w:pPr>
      <w:r>
        <w:t>[ ] Verificar que paciente está bien asegurado en sistema definitivo</w:t>
      </w:r>
    </w:p>
    <w:p>
      <w:pPr>
        <w:pStyle w:val="Heading3"/>
      </w:pPr>
      <w:r>
        <w:t>Alertas y Recordatorios</w:t>
      </w:r>
    </w:p>
    <w:p>
      <w:r>
        <w:t>**Alertas de Seguridad:**</w:t>
      </w:r>
    </w:p>
    <w:p>
      <w:pPr>
        <w:pStyle w:val="ListBullet"/>
      </w:pPr>
      <w:r>
        <w:t>⚠️ NUNCA levantar al paciente para colocar</w:t>
      </w:r>
    </w:p>
    <w:p>
      <w:pPr>
        <w:pStyle w:val="ListBullet"/>
      </w:pPr>
      <w:r>
        <w:t>⚠️ NUNCA usar como inmovilización definitiva</w:t>
      </w:r>
    </w:p>
    <w:p>
      <w:pPr>
        <w:pStyle w:val="ListBullet"/>
      </w:pPr>
      <w:r>
        <w:t>⚠️ NUNCA olvidar asegurar cierres</w:t>
      </w:r>
    </w:p>
    <w:p>
      <w:pPr>
        <w:pStyle w:val="ListBullet"/>
      </w:pPr>
      <w:r>
        <w:t>⚠️ NUNCA desalinear cabeza-tronco</w:t>
      </w:r>
    </w:p>
    <w:p>
      <w:pPr>
        <w:pStyle w:val="ListBullet"/>
      </w:pPr>
      <w:r>
        <w:t>⚠️ SIEMPRE mantener control cervical manual</w:t>
      </w:r>
    </w:p>
    <w:p>
      <w:pPr>
        <w:pStyle w:val="ListBullet"/>
      </w:pPr>
      <w:r>
        <w:t>⚠️ SIEMPRE transferir a sistema definitivo</w:t>
      </w:r>
    </w:p>
    <w:p>
      <w:r>
        <w:t>**Recordatorios:**</w:t>
      </w:r>
    </w:p>
    <w:p>
      <w:pPr>
        <w:pStyle w:val="ListBullet"/>
      </w:pPr>
      <w:r>
        <w:t>La camilla cuchara es un medio de transferencia, no inmovilización definitiva</w:t>
      </w:r>
    </w:p>
    <w:p>
      <w:pPr>
        <w:pStyle w:val="ListBullet"/>
      </w:pPr>
      <w:r>
        <w:t>Ideal para recogida inicial</w:t>
      </w:r>
    </w:p>
    <w:p>
      <w:pPr>
        <w:pStyle w:val="ListBullet"/>
      </w:pPr>
      <w:r>
        <w:t>Rápida y segura si se usa bien</w:t>
      </w:r>
    </w:p>
    <w:p>
      <w:pPr>
        <w:pStyle w:val="ListBullet"/>
      </w:pPr>
      <w:r>
        <w:t>Siempre transición a otro sistema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7. CONTENIDO PARA INFOGRAFÍA</w:t>
      </w:r>
    </w:p>
    <w:p>
      <w:pPr>
        <w:pStyle w:val="Heading3"/>
      </w:pPr>
      <w:r>
        <w:t>Infografía 1: Componentes de la Camilla Cuchara</w:t>
      </w:r>
    </w:p>
    <w:p>
      <w:r>
        <w:t>**Elementos Visuales:**</w:t>
      </w:r>
    </w:p>
    <w:p>
      <w:pPr>
        <w:pStyle w:val="ListBullet"/>
      </w:pPr>
      <w:r>
        <w:t>Diagrama de camilla cuchara separada en dos mitades</w:t>
      </w:r>
    </w:p>
    <w:p>
      <w:pPr>
        <w:pStyle w:val="ListBullet"/>
      </w:pPr>
      <w:r>
        <w:t>Indicadores de cierres (torácico y pélvico)</w:t>
      </w:r>
    </w:p>
    <w:p>
      <w:pPr>
        <w:pStyle w:val="ListBullet"/>
      </w:pPr>
      <w:r>
        <w:t>Indicador visual: "Dispositivo de transferencia, no inmovilización definitiva"</w:t>
      </w:r>
    </w:p>
    <w:p>
      <w:r>
        <w:t>**Texto:**</w:t>
      </w:r>
    </w:p>
    <w:p>
      <w:pPr>
        <w:pStyle w:val="ListBullet"/>
      </w:pPr>
      <w:r>
        <w:t>"Camilla cuchara: dos mitades separables"</w:t>
      </w:r>
    </w:p>
    <w:p>
      <w:pPr>
        <w:pStyle w:val="ListBullet"/>
      </w:pPr>
      <w:r>
        <w:t>"Cierres: zona torácica y pélvica"</w:t>
      </w:r>
    </w:p>
    <w:p>
      <w:pPr>
        <w:pStyle w:val="ListBullet"/>
      </w:pPr>
      <w:r>
        <w:t>"NO es sistema de inmovilización definitiva"</w:t>
      </w:r>
    </w:p>
    <w:p>
      <w:pPr>
        <w:pStyle w:val="Heading3"/>
      </w:pPr>
      <w:r>
        <w:t>Infografía 2: Colocación Paso a Paso</w:t>
      </w:r>
    </w:p>
    <w:p>
      <w:r>
        <w:t>**Elementos Visuales:**</w:t>
      </w:r>
    </w:p>
    <w:p>
      <w:pPr>
        <w:pStyle w:val="ListBullet"/>
      </w:pPr>
      <w:r>
        <w:t>Secuencia visual de 7 pasos:</w:t>
      </w:r>
    </w:p>
    <w:p>
      <w:pPr>
        <w:pStyle w:val="ListBullet"/>
      </w:pPr>
      <w:r>
        <w:t>Paso 1: Control cervical manual</w:t>
      </w:r>
    </w:p>
    <w:p>
      <w:pPr>
        <w:pStyle w:val="ListBullet"/>
      </w:pPr>
      <w:r>
        <w:t>Paso 2: Separar en dos mitades</w:t>
      </w:r>
    </w:p>
    <w:p>
      <w:pPr>
        <w:pStyle w:val="ListBullet"/>
      </w:pPr>
      <w:r>
        <w:t>Paso 3: Introducir por cada lado (desde cabeza hacia pies)</w:t>
      </w:r>
    </w:p>
    <w:p>
      <w:pPr>
        <w:pStyle w:val="ListBullet"/>
      </w:pPr>
      <w:r>
        <w:t>Paso 4: Cerrar zona torácica y pélvica</w:t>
      </w:r>
    </w:p>
    <w:p>
      <w:pPr>
        <w:pStyle w:val="ListBullet"/>
      </w:pPr>
      <w:r>
        <w:t>Paso 5: Comprobar alineación</w:t>
      </w:r>
    </w:p>
    <w:p>
      <w:pPr>
        <w:pStyle w:val="ListBullet"/>
      </w:pPr>
      <w:r>
        <w:t>Paso 6: Asegurar cierres</w:t>
      </w:r>
    </w:p>
    <w:p>
      <w:pPr>
        <w:pStyle w:val="ListBullet"/>
      </w:pPr>
      <w:r>
        <w:t>Paso 7: Transferir a sistema definitivo</w:t>
      </w:r>
    </w:p>
    <w:p>
      <w:pPr>
        <w:pStyle w:val="ListBullet"/>
      </w:pPr>
      <w:r>
        <w:t>Indicador visual: "NO levantar al paciente"</w:t>
      </w:r>
    </w:p>
    <w:p>
      <w:r>
        <w:t>**Texto:**</w:t>
      </w:r>
    </w:p>
    <w:p>
      <w:pPr>
        <w:pStyle w:val="ListBullet"/>
      </w:pPr>
      <w:r>
        <w:t>Títulos de cada paso</w:t>
      </w:r>
    </w:p>
    <w:p>
      <w:pPr>
        <w:pStyle w:val="ListBullet"/>
      </w:pPr>
      <w:r>
        <w:t>Advertencia: "Deslizar sin levantar"</w:t>
      </w:r>
    </w:p>
    <w:p>
      <w:pPr>
        <w:pStyle w:val="Heading3"/>
      </w:pPr>
      <w:r>
        <w:t>Infografía 3: Indicaciones de Uso</w:t>
      </w:r>
    </w:p>
    <w:p>
      <w:r>
        <w:t>**Elementos Visuales:**</w:t>
      </w:r>
    </w:p>
    <w:p>
      <w:pPr>
        <w:pStyle w:val="ListBullet"/>
      </w:pPr>
      <w:r>
        <w:t>Iconos o símbolos de cada indicación:</w:t>
      </w:r>
    </w:p>
    <w:p>
      <w:pPr>
        <w:pStyle w:val="ListBullet"/>
      </w:pPr>
      <w:r>
        <w:t>Politraumatizados</w:t>
      </w:r>
    </w:p>
    <w:p>
      <w:pPr>
        <w:pStyle w:val="ListBullet"/>
      </w:pPr>
      <w:r>
        <w:t>Sospecha de lesión vertebral</w:t>
      </w:r>
    </w:p>
    <w:p>
      <w:pPr>
        <w:pStyle w:val="ListBullet"/>
      </w:pPr>
      <w:r>
        <w:t>Paciente en el suelo</w:t>
      </w:r>
    </w:p>
    <w:p>
      <w:pPr>
        <w:pStyle w:val="ListBullet"/>
      </w:pPr>
      <w:r>
        <w:t>Espacios reducidos</w:t>
      </w:r>
    </w:p>
    <w:p>
      <w:pPr>
        <w:pStyle w:val="ListBullet"/>
      </w:pPr>
      <w:r>
        <w:t>Transferencia a otros sistemas</w:t>
      </w:r>
    </w:p>
    <w:p>
      <w:pPr>
        <w:pStyle w:val="ListBullet"/>
      </w:pPr>
      <w:r>
        <w:t>Indicador visual: "Ideal para recogida inicial"</w:t>
      </w:r>
    </w:p>
    <w:p>
      <w:r>
        <w:t>**Texto:**</w:t>
      </w:r>
    </w:p>
    <w:p>
      <w:pPr>
        <w:pStyle w:val="ListBullet"/>
      </w:pPr>
      <w:r>
        <w:t>Lista de indicaciones</w:t>
      </w:r>
    </w:p>
    <w:p>
      <w:pPr>
        <w:pStyle w:val="ListBullet"/>
      </w:pPr>
      <w:r>
        <w:t>"Ideal para recogida inicial"</w:t>
      </w:r>
    </w:p>
    <w:p>
      <w:pPr>
        <w:pStyle w:val="Heading3"/>
      </w:pPr>
      <w:r>
        <w:t>Infografía 4: Errores Frecuentes</w:t>
      </w:r>
    </w:p>
    <w:p>
      <w:r>
        <w:t>**Elementos Visuales:**</w:t>
      </w:r>
    </w:p>
    <w:p>
      <w:pPr>
        <w:pStyle w:val="ListBullet"/>
      </w:pPr>
      <w:r>
        <w:t>Lista visual de errores con iconos:</w:t>
      </w:r>
    </w:p>
    <w:p>
      <w:pPr>
        <w:pStyle w:val="ListBullet"/>
      </w:pPr>
      <w:r>
        <w:t>Levantar al paciente</w:t>
      </w:r>
    </w:p>
    <w:p>
      <w:pPr>
        <w:pStyle w:val="ListBullet"/>
      </w:pPr>
      <w:r>
        <w:t>Usar como inmovilización definitiva</w:t>
      </w:r>
    </w:p>
    <w:p>
      <w:pPr>
        <w:pStyle w:val="ListBullet"/>
      </w:pPr>
      <w:r>
        <w:t>No asegurar cierres</w:t>
      </w:r>
    </w:p>
    <w:p>
      <w:pPr>
        <w:pStyle w:val="ListBullet"/>
      </w:pPr>
      <w:r>
        <w:t>Desalinear cabeza-tronco</w:t>
      </w:r>
    </w:p>
    <w:p>
      <w:pPr>
        <w:pStyle w:val="ListBullet"/>
      </w:pPr>
      <w:r>
        <w:t>Indicadores de prevención</w:t>
      </w:r>
    </w:p>
    <w:p>
      <w:r>
        <w:t>**Texto:**</w:t>
      </w:r>
    </w:p>
    <w:p>
      <w:pPr>
        <w:pStyle w:val="ListBullet"/>
      </w:pPr>
      <w:r>
        <w:t>"Errores críticos a evitar"</w:t>
      </w:r>
    </w:p>
    <w:p>
      <w:pPr>
        <w:pStyle w:val="ListBullet"/>
      </w:pPr>
      <w:r>
        <w:t>"Prevención: seguir técnica correcta"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8. PUNTOS CLAVE PARA TES</w:t>
      </w:r>
    </w:p>
    <w:p>
      <w:pPr>
        <w:pStyle w:val="Heading3"/>
      </w:pPr>
      <w:r>
        <w:t>Resumen Ejecutivo</w:t>
      </w:r>
    </w:p>
    <w:p>
      <w:r>
        <w:t>**1. Principio Fundamental:**</w:t>
      </w:r>
    </w:p>
    <w:p>
      <w:pPr>
        <w:pStyle w:val="ListBullet"/>
      </w:pPr>
      <w:r>
        <w:t>La camilla cuchara **NO es un sistema de inmovilización definitiva**</w:t>
      </w:r>
    </w:p>
    <w:p>
      <w:pPr>
        <w:pStyle w:val="ListBullet"/>
      </w:pPr>
      <w:r>
        <w:t>Es un **medio de transferencia**</w:t>
      </w:r>
    </w:p>
    <w:p>
      <w:pPr>
        <w:pStyle w:val="ListBullet"/>
      </w:pPr>
      <w:r>
        <w:t>Siempre se transfiere a sistema definitivo (tablero espinal, colchón de vacío, camilla principal)</w:t>
      </w:r>
    </w:p>
    <w:p>
      <w:r>
        <w:t>**2. Indicaciones:**</w:t>
      </w:r>
    </w:p>
    <w:p>
      <w:pPr>
        <w:pStyle w:val="ListBullet"/>
      </w:pPr>
      <w:r>
        <w:t>Pacientes politraumatizados</w:t>
      </w:r>
    </w:p>
    <w:p>
      <w:pPr>
        <w:pStyle w:val="ListBullet"/>
      </w:pPr>
      <w:r>
        <w:t>Sospecha de lesión vertebral</w:t>
      </w:r>
    </w:p>
    <w:p>
      <w:pPr>
        <w:pStyle w:val="ListBullet"/>
      </w:pPr>
      <w:r>
        <w:t>Pacientes encontrados en el suelo</w:t>
      </w:r>
    </w:p>
    <w:p>
      <w:pPr>
        <w:pStyle w:val="ListBullet"/>
      </w:pPr>
      <w:r>
        <w:t>Espacios reducidos</w:t>
      </w:r>
    </w:p>
    <w:p>
      <w:pPr>
        <w:pStyle w:val="ListBullet"/>
      </w:pPr>
      <w:r>
        <w:t>Necesidad de transferencia a otros sistemas</w:t>
      </w:r>
    </w:p>
    <w:p>
      <w:r>
        <w:t>**3. Principios de Seguridad:**</w:t>
      </w:r>
    </w:p>
    <w:p>
      <w:pPr>
        <w:pStyle w:val="ListBullet"/>
      </w:pPr>
      <w:r>
        <w:t>Siempre con control cervical manual previo</w:t>
      </w:r>
    </w:p>
    <w:p>
      <w:pPr>
        <w:pStyle w:val="ListBullet"/>
      </w:pPr>
      <w:r>
        <w:t>Movilización coordinada</w:t>
      </w:r>
    </w:p>
    <w:p>
      <w:pPr>
        <w:pStyle w:val="ListBullet"/>
      </w:pPr>
      <w:r>
        <w:t>Uso mínimo de movimientos</w:t>
      </w:r>
    </w:p>
    <w:p>
      <w:pPr>
        <w:pStyle w:val="ListBullet"/>
      </w:pPr>
      <w:r>
        <w:t>No usar como camilla de transporte prolongado</w:t>
      </w:r>
    </w:p>
    <w:p>
      <w:r>
        <w:t>**4. Colocación:**</w:t>
      </w:r>
    </w:p>
    <w:p>
      <w:pPr>
        <w:pStyle w:val="ListBullet"/>
      </w:pPr>
      <w:r>
        <w:t>Mantener control cervical manual</w:t>
      </w:r>
    </w:p>
    <w:p>
      <w:pPr>
        <w:pStyle w:val="ListBullet"/>
      </w:pPr>
      <w:r>
        <w:t>Separar en dos mitades</w:t>
      </w:r>
    </w:p>
    <w:p>
      <w:pPr>
        <w:pStyle w:val="ListBullet"/>
      </w:pPr>
      <w:r>
        <w:t>Introducir por cada lado (desde cabeza hacia pies)</w:t>
      </w:r>
    </w:p>
    <w:p>
      <w:pPr>
        <w:pStyle w:val="ListBullet"/>
      </w:pPr>
      <w:r>
        <w:t>**NO levantar al paciente**</w:t>
      </w:r>
    </w:p>
    <w:p>
      <w:pPr>
        <w:pStyle w:val="ListBullet"/>
      </w:pPr>
      <w:r>
        <w:t>Cerrar zona torácica y pélvica</w:t>
      </w:r>
    </w:p>
    <w:p>
      <w:pPr>
        <w:pStyle w:val="ListBullet"/>
      </w:pPr>
      <w:r>
        <w:t>Comprobar alineación</w:t>
      </w:r>
    </w:p>
    <w:p>
      <w:pPr>
        <w:pStyle w:val="ListBullet"/>
      </w:pPr>
      <w:r>
        <w:t>Asegurar cierres</w:t>
      </w:r>
    </w:p>
    <w:p>
      <w:pPr>
        <w:pStyle w:val="ListBullet"/>
      </w:pPr>
      <w:r>
        <w:t>Transferir a superficie definitiva</w:t>
      </w:r>
    </w:p>
    <w:p>
      <w:r>
        <w:t>**5. Dirección:**</w:t>
      </w:r>
    </w:p>
    <w:p>
      <w:pPr>
        <w:pStyle w:val="ListBullet"/>
      </w:pPr>
      <w:r>
        <w:t>**El TES de cabeza dirige toda la maniobra**</w:t>
      </w:r>
    </w:p>
    <w:p>
      <w:pPr>
        <w:pStyle w:val="ListBullet"/>
      </w:pPr>
      <w:r>
        <w:t>Mantiene control cervical manual</w:t>
      </w:r>
    </w:p>
    <w:p>
      <w:pPr>
        <w:pStyle w:val="ListBullet"/>
      </w:pPr>
      <w:r>
        <w:t>Coordina con el equipo</w:t>
      </w:r>
    </w:p>
    <w:p>
      <w:pPr>
        <w:pStyle w:val="ListBullet"/>
      </w:pPr>
      <w:r>
        <w:t>Da las órdenes</w:t>
      </w:r>
    </w:p>
    <w:p>
      <w:r>
        <w:t>**6. Errores a Evitar:**</w:t>
      </w:r>
    </w:p>
    <w:p>
      <w:pPr>
        <w:pStyle w:val="ListBullet"/>
      </w:pPr>
      <w:r>
        <w:t>Levantar al paciente para colocarla</w:t>
      </w:r>
    </w:p>
    <w:p>
      <w:pPr>
        <w:pStyle w:val="ListBullet"/>
      </w:pPr>
      <w:r>
        <w:t>Usarla como inmovilización definitiva</w:t>
      </w:r>
    </w:p>
    <w:p>
      <w:pPr>
        <w:pStyle w:val="ListBullet"/>
      </w:pPr>
      <w:r>
        <w:t>No asegurar cierres</w:t>
      </w:r>
    </w:p>
    <w:p>
      <w:pPr>
        <w:pStyle w:val="ListBullet"/>
      </w:pPr>
      <w:r>
        <w:t>Desalinear cabeza-tronco</w:t>
      </w:r>
    </w:p>
    <w:p>
      <w:r>
        <w:t>**7. Ventajas:**</w:t>
      </w:r>
    </w:p>
    <w:p>
      <w:pPr>
        <w:pStyle w:val="ListBullet"/>
      </w:pPr>
      <w:r>
        <w:t>Ideal para recogida inicial</w:t>
      </w:r>
    </w:p>
    <w:p>
      <w:pPr>
        <w:pStyle w:val="ListBullet"/>
      </w:pPr>
      <w:r>
        <w:t>Rápida y segura si se usa bien</w:t>
      </w:r>
    </w:p>
    <w:p>
      <w:pPr>
        <w:pStyle w:val="ListBullet"/>
      </w:pPr>
      <w:r>
        <w:t>Permite movilización sin giros ni levantamientos</w:t>
      </w:r>
    </w:p>
    <w:p>
      <w:pPr>
        <w:pStyle w:val="ListBullet"/>
      </w:pPr>
      <w:r>
        <w:t>Útil en espacios reducidos</w:t>
      </w:r>
    </w:p>
    <w:p>
      <w:pPr>
        <w:pStyle w:val="Heading3"/>
      </w:pPr>
      <w:r>
        <w:t>Checklist Rápido TES</w:t>
      </w:r>
    </w:p>
    <w:p>
      <w:r>
        <w:t>**Preparación:**</w:t>
      </w:r>
    </w:p>
    <w:p>
      <w:pPr>
        <w:pStyle w:val="ListBullet"/>
      </w:pPr>
      <w:r>
        <w:t>[ ] Mantener control cervical manual</w:t>
      </w:r>
    </w:p>
    <w:p>
      <w:pPr>
        <w:pStyle w:val="ListBullet"/>
      </w:pPr>
      <w:r>
        <w:t>[ ] Verificar camilla cuchara disponible y en buen estado</w:t>
      </w:r>
    </w:p>
    <w:p>
      <w:pPr>
        <w:pStyle w:val="ListBullet"/>
      </w:pPr>
      <w:r>
        <w:t>[ ] Coordinar con el equipo</w:t>
      </w:r>
    </w:p>
    <w:p>
      <w:pPr>
        <w:pStyle w:val="ListBullet"/>
      </w:pPr>
      <w:r>
        <w:t>[ ] Explicar al paciente (si está consciente)</w:t>
      </w:r>
    </w:p>
    <w:p>
      <w:r>
        <w:t>**Colocación:**</w:t>
      </w:r>
    </w:p>
    <w:p>
      <w:pPr>
        <w:pStyle w:val="ListBullet"/>
      </w:pPr>
      <w:r>
        <w:t>[ ] TES de cabeza mantiene control manual y dirige</w:t>
      </w:r>
    </w:p>
    <w:p>
      <w:pPr>
        <w:pStyle w:val="ListBullet"/>
      </w:pPr>
      <w:r>
        <w:t>[ ] Separar en dos mitades</w:t>
      </w:r>
    </w:p>
    <w:p>
      <w:pPr>
        <w:pStyle w:val="ListBullet"/>
      </w:pPr>
      <w:r>
        <w:t>[ ] Introducir por cada lado (desde cabeza hacia pies)</w:t>
      </w:r>
    </w:p>
    <w:p>
      <w:pPr>
        <w:pStyle w:val="ListBullet"/>
      </w:pPr>
      <w:r>
        <w:t>[ ] Deslizar sin levantar al paciente</w:t>
      </w:r>
    </w:p>
    <w:p>
      <w:pPr>
        <w:pStyle w:val="ListBullet"/>
      </w:pPr>
      <w:r>
        <w:t>[ ] Cerrar zona torácica y pélvica</w:t>
      </w:r>
    </w:p>
    <w:p>
      <w:pPr>
        <w:pStyle w:val="ListBullet"/>
      </w:pPr>
      <w:r>
        <w:t>[ ] Comprobar alineación</w:t>
      </w:r>
    </w:p>
    <w:p>
      <w:pPr>
        <w:pStyle w:val="ListBullet"/>
      </w:pPr>
      <w:r>
        <w:t>[ ] Asegurar cierres</w:t>
      </w:r>
    </w:p>
    <w:p>
      <w:r>
        <w:t>**Transferencia:**</w:t>
      </w:r>
    </w:p>
    <w:p>
      <w:pPr>
        <w:pStyle w:val="ListBullet"/>
      </w:pPr>
      <w:r>
        <w:t>[ ] Transferir a sistema definitivo (tablero, colchón, camilla)</w:t>
      </w:r>
    </w:p>
    <w:p>
      <w:pPr>
        <w:pStyle w:val="ListBullet"/>
      </w:pPr>
      <w:r>
        <w:t>[ ] Mantener alineación durante transferencia</w:t>
      </w:r>
    </w:p>
    <w:p>
      <w:pPr>
        <w:pStyle w:val="ListBullet"/>
      </w:pPr>
      <w:r>
        <w:t>[ ] Verificar que transferencia es segura</w:t>
      </w:r>
    </w:p>
    <w:p>
      <w:r>
        <w:t>**Seguridad:**</w:t>
      </w:r>
    </w:p>
    <w:p>
      <w:pPr>
        <w:pStyle w:val="ListBullet"/>
      </w:pPr>
      <w:r>
        <w:t>[ ] NUNCA levantar al paciente</w:t>
      </w:r>
    </w:p>
    <w:p>
      <w:pPr>
        <w:pStyle w:val="ListBullet"/>
      </w:pPr>
      <w:r>
        <w:t>[ ] NUNCA usar como inmovilización definitiva</w:t>
      </w:r>
    </w:p>
    <w:p>
      <w:pPr>
        <w:pStyle w:val="ListBullet"/>
      </w:pPr>
      <w:r>
        <w:t>[ ] NUNCA olvidar asegurar cierres</w:t>
      </w:r>
    </w:p>
    <w:p>
      <w:pPr>
        <w:pStyle w:val="ListBullet"/>
      </w:pPr>
      <w:r>
        <w:t>[ ] SIEMPRE mantener control cervical manual</w:t>
      </w:r>
    </w:p>
    <w:p>
      <w:pPr>
        <w:pStyle w:val="ListBullet"/>
      </w:pPr>
      <w:r>
        <w:t>[ ] SIEMPRE transferir a sistema definitivo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La camilla cuchara es un **dispositivo de transferencia, no inmovilización definitiva**</w:t>
      </w:r>
    </w:p>
    <w:p>
      <w:pPr>
        <w:pStyle w:val="ListBullet"/>
      </w:pPr>
      <w:r>
        <w:t>**Ideal para recogida inicial**</w:t>
      </w:r>
    </w:p>
    <w:p>
      <w:pPr>
        <w:pStyle w:val="ListBullet"/>
      </w:pPr>
      <w:r>
        <w:t>**Rápida y segura si se usa bien**</w:t>
      </w:r>
    </w:p>
    <w:p>
      <w:pPr>
        <w:pStyle w:val="ListBullet"/>
      </w:pPr>
      <w:r>
        <w:t>**Siempre transición a otro sistema**</w:t>
      </w:r>
    </w:p>
    <w:p>
      <w:pPr>
        <w:pStyle w:val="ListBullet"/>
      </w:pPr>
      <w:r>
        <w:t>El **control cervical manual es siempre prioritario**</w:t>
      </w:r>
    </w:p>
    <w:p>
      <w:pPr>
        <w:pStyle w:val="ListBullet"/>
      </w:pPr>
      <w:r>
        <w:t>El **TES de cabeza dirige toda la maniobra**</w:t>
      </w:r>
    </w:p>
    <w:p>
      <w:r>
        <w:t>**Principios No Negociables:**</w:t>
      </w:r>
    </w:p>
    <w:p>
      <w:pPr>
        <w:pStyle w:val="ListBullet"/>
      </w:pPr>
      <w:r>
        <w:t>**NUNCA levantar** al paciente para colocar</w:t>
      </w:r>
    </w:p>
    <w:p>
      <w:pPr>
        <w:pStyle w:val="ListBullet"/>
      </w:pPr>
      <w:r>
        <w:t>**NUNCA usar** como inmovilización definitiva</w:t>
      </w:r>
    </w:p>
    <w:p>
      <w:pPr>
        <w:pStyle w:val="ListBullet"/>
      </w:pPr>
      <w:r>
        <w:t>**NUNCA olvidar** asegurar cierres</w:t>
      </w:r>
    </w:p>
    <w:p>
      <w:pPr>
        <w:pStyle w:val="ListBullet"/>
      </w:pPr>
      <w:r>
        <w:t>**NUNCA desalinear** cabeza-tronco</w:t>
      </w:r>
    </w:p>
    <w:p>
      <w:pPr>
        <w:pStyle w:val="ListBullet"/>
      </w:pPr>
      <w:r>
        <w:t>**SIEMPRE mantener** control cervical manual</w:t>
      </w:r>
    </w:p>
    <w:p>
      <w:pPr>
        <w:pStyle w:val="ListBullet"/>
      </w:pPr>
      <w:r>
        <w:t>**SIEMPRE transferir** a sistema definitivo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BLOQUE 2.5 – Tablero Espinal Largo</w:t>
      </w:r>
    </w:p>
    <w:p>
      <w:pPr>
        <w:pStyle w:val="Heading1"/>
      </w:pPr>
      <w:r>
        <w:t>BLOQUE 2.5 – Tablero Espinal Largo</w:t>
      </w:r>
    </w:p>
    <w:p>
      <w:pPr>
        <w:pStyle w:val="Heading2"/>
      </w:pPr>
      <w:r>
        <w:t>Manual TES Digital – Inmovilización rígida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 OBJETIVO DEL TABLERO ESPINAL</w:t>
      </w:r>
    </w:p>
    <w:p>
      <w:pPr>
        <w:pStyle w:val="Heading3"/>
      </w:pPr>
      <w:r>
        <w:t>Definición y Función</w:t>
      </w:r>
    </w:p>
    <w:p>
      <w:r>
        <w:t>El tablero espinal permite una inmovilización rígida temporal, facilitando el traslado corto y maniobras diagnósticas iniciales.</w:t>
      </w:r>
    </w:p>
    <w:p>
      <w:r>
        <w:t>**Características Fundamentales:**</w:t>
      </w:r>
    </w:p>
    <w:p>
      <w:pPr>
        <w:pStyle w:val="ListBullet"/>
      </w:pPr>
      <w:r>
        <w:t>Dispositivo de inmovilización rígida</w:t>
      </w:r>
    </w:p>
    <w:p>
      <w:pPr>
        <w:pStyle w:val="ListBullet"/>
      </w:pPr>
      <w:r>
        <w:t>Inmovilización temporal</w:t>
      </w:r>
    </w:p>
    <w:p>
      <w:pPr>
        <w:pStyle w:val="ListBullet"/>
      </w:pPr>
      <w:r>
        <w:t>Facilita traslado corto</w:t>
      </w:r>
    </w:p>
    <w:p>
      <w:pPr>
        <w:pStyle w:val="ListBullet"/>
      </w:pPr>
      <w:r>
        <w:t>Facilita maniobras diagnósticas iniciales</w:t>
      </w:r>
    </w:p>
    <w:p>
      <w:pPr>
        <w:pStyle w:val="ListBullet"/>
      </w:pPr>
      <w:r>
        <w:t>Superficie rígida y plana</w:t>
      </w:r>
    </w:p>
    <w:p>
      <w:pPr>
        <w:pStyle w:val="Heading3"/>
      </w:pPr>
      <w:r>
        <w:t>Limitación Importante</w:t>
      </w:r>
    </w:p>
    <w:p>
      <w:r>
        <w:t>**⚠️ No está diseñado para transporte prolongado.**</w:t>
      </w:r>
    </w:p>
    <w:p>
      <w:r>
        <w:t>**Razones:**</w:t>
      </w:r>
    </w:p>
    <w:p>
      <w:pPr>
        <w:pStyle w:val="ListBullet"/>
      </w:pPr>
      <w:r>
        <w:t>Produce dolor por presión</w:t>
      </w:r>
    </w:p>
    <w:p>
      <w:pPr>
        <w:pStyle w:val="ListBullet"/>
      </w:pPr>
      <w:r>
        <w:t>Riesgo de úlceras por presión</w:t>
      </w:r>
    </w:p>
    <w:p>
      <w:pPr>
        <w:pStyle w:val="ListBullet"/>
      </w:pPr>
      <w:r>
        <w:t>Dificulta ventilación prolongada</w:t>
      </w:r>
    </w:p>
    <w:p>
      <w:pPr>
        <w:pStyle w:val="ListBullet"/>
      </w:pPr>
      <w:r>
        <w:t>Incomodidad para el paciente</w:t>
      </w:r>
    </w:p>
    <w:p>
      <w:pPr>
        <w:pStyle w:val="ListBullet"/>
      </w:pPr>
      <w:r>
        <w:t>No es sistema de elección para traslados largos</w:t>
      </w:r>
    </w:p>
    <w:p>
      <w:r>
        <w:t>**Aplicación:**</w:t>
      </w:r>
    </w:p>
    <w:p>
      <w:pPr>
        <w:pStyle w:val="ListBullet"/>
      </w:pPr>
      <w:r>
        <w:t>Uso temporal y corto</w:t>
      </w:r>
    </w:p>
    <w:p>
      <w:pPr>
        <w:pStyle w:val="ListBullet"/>
      </w:pPr>
      <w:r>
        <w:t>Transición a sistema más confortable (colchón de vacío)</w:t>
      </w:r>
    </w:p>
    <w:p>
      <w:pPr>
        <w:pStyle w:val="ListBullet"/>
      </w:pPr>
      <w:r>
        <w:t>Valorar cambio a colchón de vacío en traslados largos</w:t>
      </w:r>
    </w:p>
    <w:p>
      <w:r>
        <w:t>**Resultado Esperado:**</w:t>
      </w:r>
    </w:p>
    <w:p>
      <w:pPr>
        <w:pStyle w:val="ListBullet"/>
      </w:pPr>
      <w:r>
        <w:t>Inmovilización rígida temporal</w:t>
      </w:r>
    </w:p>
    <w:p>
      <w:pPr>
        <w:pStyle w:val="ListBullet"/>
      </w:pPr>
      <w:r>
        <w:t>Traslado corto seguro</w:t>
      </w:r>
    </w:p>
    <w:p>
      <w:pPr>
        <w:pStyle w:val="ListBullet"/>
      </w:pPr>
      <w:r>
        <w:t>Facilita maniobras diagnósticas</w:t>
      </w:r>
    </w:p>
    <w:p>
      <w:pPr>
        <w:pStyle w:val="ListBullet"/>
      </w:pPr>
      <w:r>
        <w:t>Transición a sistema más confortable si es necesario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 INDICACIONES</w:t>
      </w:r>
    </w:p>
    <w:p>
      <w:pPr>
        <w:pStyle w:val="Heading3"/>
      </w:pPr>
      <w:r>
        <w:t>Situaciones de Aplicación</w:t>
      </w:r>
    </w:p>
    <w:p>
      <w:r>
        <w:t>**1. Paciente Politraumatizado:**</w:t>
      </w:r>
    </w:p>
    <w:p>
      <w:pPr>
        <w:pStyle w:val="ListBullet"/>
      </w:pPr>
      <w:r>
        <w:t>Múltiples lesiones</w:t>
      </w:r>
    </w:p>
    <w:p>
      <w:pPr>
        <w:pStyle w:val="ListBullet"/>
      </w:pPr>
      <w:r>
        <w:t>Necesidad de inmovilización rígida</w:t>
      </w:r>
    </w:p>
    <w:p>
      <w:pPr>
        <w:pStyle w:val="ListBullet"/>
      </w:pPr>
      <w:r>
        <w:t>Traslado inicial</w:t>
      </w:r>
    </w:p>
    <w:p>
      <w:r>
        <w:t>**2. Necesidad de Inmovilización Rápida:**</w:t>
      </w:r>
    </w:p>
    <w:p>
      <w:pPr>
        <w:pStyle w:val="ListBullet"/>
      </w:pPr>
      <w:r>
        <w:t>Situaciones que requieren inmovilización inmediata</w:t>
      </w:r>
    </w:p>
    <w:p>
      <w:pPr>
        <w:pStyle w:val="ListBullet"/>
      </w:pPr>
      <w:r>
        <w:t>Necesidad de movilización rápida</w:t>
      </w:r>
    </w:p>
    <w:p>
      <w:pPr>
        <w:pStyle w:val="ListBullet"/>
      </w:pPr>
      <w:r>
        <w:t>Inmovilización temporal mientras se prepara sistema definitivo</w:t>
      </w:r>
    </w:p>
    <w:p>
      <w:r>
        <w:t>**3. Extricación:**</w:t>
      </w:r>
    </w:p>
    <w:p>
      <w:pPr>
        <w:pStyle w:val="ListBullet"/>
      </w:pPr>
      <w:r>
        <w:t>Extracción de vehículo</w:t>
      </w:r>
    </w:p>
    <w:p>
      <w:pPr>
        <w:pStyle w:val="ListBullet"/>
      </w:pPr>
      <w:r>
        <w:t>Extracción de espacio reducido</w:t>
      </w:r>
    </w:p>
    <w:p>
      <w:pPr>
        <w:pStyle w:val="ListBullet"/>
      </w:pPr>
      <w:r>
        <w:t>Necesidad de superficie rígida para movilización</w:t>
      </w:r>
    </w:p>
    <w:p>
      <w:r>
        <w:t>**4. Traslado Corto o Transferencia Hospitalaria:**</w:t>
      </w:r>
    </w:p>
    <w:p>
      <w:pPr>
        <w:pStyle w:val="ListBullet"/>
      </w:pPr>
      <w:r>
        <w:t>Traslado corto dentro del hospital</w:t>
      </w:r>
    </w:p>
    <w:p>
      <w:pPr>
        <w:pStyle w:val="ListBullet"/>
      </w:pPr>
      <w:r>
        <w:t>Transferencia entre servicios</w:t>
      </w:r>
    </w:p>
    <w:p>
      <w:pPr>
        <w:pStyle w:val="ListBullet"/>
      </w:pPr>
      <w:r>
        <w:t>Maniobras diagnósticas iniciales</w:t>
      </w:r>
    </w:p>
    <w:p>
      <w:pPr>
        <w:pStyle w:val="Heading3"/>
      </w:pPr>
      <w:r>
        <w:t>Consideraciones</w:t>
      </w:r>
    </w:p>
    <w:p>
      <w:r>
        <w:t>**Ventajas:**</w:t>
      </w:r>
    </w:p>
    <w:p>
      <w:pPr>
        <w:pStyle w:val="ListBullet"/>
      </w:pPr>
      <w:r>
        <w:t>Rápido de colocar</w:t>
      </w:r>
    </w:p>
    <w:p>
      <w:pPr>
        <w:pStyle w:val="ListBullet"/>
      </w:pPr>
      <w:r>
        <w:t>Inmovilización rígida efectiva</w:t>
      </w:r>
    </w:p>
    <w:p>
      <w:pPr>
        <w:pStyle w:val="ListBullet"/>
      </w:pPr>
      <w:r>
        <w:t>Útil para extricación</w:t>
      </w:r>
    </w:p>
    <w:p>
      <w:pPr>
        <w:pStyle w:val="ListBullet"/>
      </w:pPr>
      <w:r>
        <w:t>Facilita maniobras diagnósticas</w:t>
      </w:r>
    </w:p>
    <w:p>
      <w:r>
        <w:t>**Limitaciones:**</w:t>
      </w:r>
    </w:p>
    <w:p>
      <w:pPr>
        <w:pStyle w:val="ListBullet"/>
      </w:pPr>
      <w:r>
        <w:t>No para transporte prolongado</w:t>
      </w:r>
    </w:p>
    <w:p>
      <w:pPr>
        <w:pStyle w:val="ListBullet"/>
      </w:pPr>
      <w:r>
        <w:t>Produce dolor</w:t>
      </w:r>
    </w:p>
    <w:p>
      <w:pPr>
        <w:pStyle w:val="ListBullet"/>
      </w:pPr>
      <w:r>
        <w:t>Riesgo de úlceras</w:t>
      </w:r>
    </w:p>
    <w:p>
      <w:pPr>
        <w:pStyle w:val="ListBullet"/>
      </w:pPr>
      <w:r>
        <w:t>Dificulta ventilación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3. COLOCACIÓN PASO A PASO</w:t>
      </w:r>
    </w:p>
    <w:p>
      <w:pPr>
        <w:pStyle w:val="Heading3"/>
      </w:pPr>
      <w:r>
        <w:t>Requisitos Previos</w:t>
      </w:r>
    </w:p>
    <w:p>
      <w:r>
        <w:t>**Equipo Necesario:**</w:t>
      </w:r>
    </w:p>
    <w:p>
      <w:pPr>
        <w:pStyle w:val="ListBullet"/>
      </w:pPr>
      <w:r>
        <w:t>Tablero espinal (verificar que está en buen estado)</w:t>
      </w:r>
    </w:p>
    <w:p>
      <w:pPr>
        <w:pStyle w:val="ListBullet"/>
      </w:pPr>
      <w:r>
        <w:t>Control cervical manual (TES de cabeza)</w:t>
      </w:r>
    </w:p>
    <w:p>
      <w:pPr>
        <w:pStyle w:val="ListBullet"/>
      </w:pPr>
      <w:r>
        <w:t>Collarín cervical (si no lo tiene ya)</w:t>
      </w:r>
    </w:p>
    <w:p>
      <w:pPr>
        <w:pStyle w:val="ListBullet"/>
      </w:pPr>
      <w:r>
        <w:t>Correas de sujeción</w:t>
      </w:r>
    </w:p>
    <w:p>
      <w:pPr>
        <w:pStyle w:val="ListBullet"/>
      </w:pPr>
      <w:r>
        <w:t>Bloques o cuñas para cabeza</w:t>
      </w:r>
    </w:p>
    <w:p>
      <w:pPr>
        <w:pStyle w:val="ListBullet"/>
      </w:pPr>
      <w:r>
        <w:t>Equipo coordinado (mínimo 3-4 TES)</w:t>
      </w:r>
    </w:p>
    <w:p>
      <w:r>
        <w:t>**Preparación:**</w:t>
      </w:r>
    </w:p>
    <w:p>
      <w:pPr>
        <w:pStyle w:val="ListBullet"/>
      </w:pPr>
      <w:r>
        <w:t>Verificar que tablero está disponible</w:t>
      </w:r>
    </w:p>
    <w:p>
      <w:pPr>
        <w:pStyle w:val="ListBullet"/>
      </w:pPr>
      <w:r>
        <w:t>Verificar que está en buen estado</w:t>
      </w:r>
    </w:p>
    <w:p>
      <w:pPr>
        <w:pStyle w:val="ListBullet"/>
      </w:pPr>
      <w:r>
        <w:t>Preparar correas y bloques</w:t>
      </w:r>
    </w:p>
    <w:p>
      <w:pPr>
        <w:pStyle w:val="ListBullet"/>
      </w:pPr>
      <w:r>
        <w:t>Coordinar con el equipo</w:t>
      </w:r>
    </w:p>
    <w:p>
      <w:pPr>
        <w:pStyle w:val="ListBullet"/>
      </w:pPr>
      <w:r>
        <w:t>Explicar al paciente (si está consciente)</w:t>
      </w:r>
    </w:p>
    <w:p>
      <w:pPr>
        <w:pStyle w:val="Heading3"/>
      </w:pPr>
      <w:r>
        <w:t>Secuencia de Colocación</w:t>
      </w:r>
    </w:p>
    <w:p>
      <w:r>
        <w:t>**Paso 1: Control Cervical Manual**</w:t>
      </w:r>
    </w:p>
    <w:p>
      <w:pPr>
        <w:pStyle w:val="ListBullet"/>
      </w:pPr>
      <w:r>
        <w:t>✅ TES de cabeza mantiene control cervical manual</w:t>
      </w:r>
    </w:p>
    <w:p>
      <w:pPr>
        <w:pStyle w:val="ListBullet"/>
      </w:pPr>
      <w:r>
        <w:t>✅ No soltar durante todo el proceso</w:t>
      </w:r>
    </w:p>
    <w:p>
      <w:pPr>
        <w:pStyle w:val="ListBullet"/>
      </w:pPr>
      <w:r>
        <w:t>✅ Dirigir la maniobra</w:t>
      </w:r>
    </w:p>
    <w:p>
      <w:r>
        <w:t>**Paso 2: Colocar Tablero Junto al Paciente**</w:t>
      </w:r>
    </w:p>
    <w:p>
      <w:pPr>
        <w:pStyle w:val="ListBullet"/>
      </w:pPr>
      <w:r>
        <w:t>Colocar tablero espinal junto al paciente</w:t>
      </w:r>
    </w:p>
    <w:p>
      <w:pPr>
        <w:pStyle w:val="ListBullet"/>
      </w:pPr>
      <w:r>
        <w:t>Posicionar correctamente</w:t>
      </w:r>
    </w:p>
    <w:p>
      <w:pPr>
        <w:pStyle w:val="ListBullet"/>
      </w:pPr>
      <w:r>
        <w:t>Verificar que está listo para giro en bloque</w:t>
      </w:r>
    </w:p>
    <w:p>
      <w:r>
        <w:t>**Paso 3: Realizar Giro en Bloque**</w:t>
      </w:r>
    </w:p>
    <w:p>
      <w:pPr>
        <w:pStyle w:val="ListBullet"/>
      </w:pPr>
      <w:r>
        <w:t>Coordinar giro en bloque del paciente</w:t>
      </w:r>
    </w:p>
    <w:p>
      <w:pPr>
        <w:pStyle w:val="ListBullet"/>
      </w:pPr>
      <w:r>
        <w:t>Giro simultáneo y coordinado</w:t>
      </w:r>
    </w:p>
    <w:p>
      <w:pPr>
        <w:pStyle w:val="ListBullet"/>
      </w:pPr>
      <w:r>
        <w:t>Mantener alineación durante giro</w:t>
      </w:r>
    </w:p>
    <w:p>
      <w:pPr>
        <w:pStyle w:val="ListBullet"/>
      </w:pPr>
      <w:r>
        <w:t>El TES de cabeza dirige el giro</w:t>
      </w:r>
    </w:p>
    <w:p>
      <w:r>
        <w:t>**Paso 4: Introducir Tablero**</w:t>
      </w:r>
    </w:p>
    <w:p>
      <w:pPr>
        <w:pStyle w:val="ListBullet"/>
      </w:pPr>
      <w:r>
        <w:t>Introducir tablero bajo el paciente</w:t>
      </w:r>
    </w:p>
    <w:p>
      <w:pPr>
        <w:pStyle w:val="ListBullet"/>
      </w:pPr>
      <w:r>
        <w:t>Deslizar suavemente</w:t>
      </w:r>
    </w:p>
    <w:p>
      <w:pPr>
        <w:pStyle w:val="ListBullet"/>
      </w:pPr>
      <w:r>
        <w:t>Posicionar correctamente</w:t>
      </w:r>
    </w:p>
    <w:p>
      <w:pPr>
        <w:pStyle w:val="ListBullet"/>
      </w:pPr>
      <w:r>
        <w:t>Verificar que está centrado</w:t>
      </w:r>
    </w:p>
    <w:p>
      <w:r>
        <w:t>**Paso 5: Retornar Paciente en Bloque**</w:t>
      </w:r>
    </w:p>
    <w:p>
      <w:pPr>
        <w:pStyle w:val="ListBullet"/>
      </w:pPr>
      <w:r>
        <w:t>Retornar paciente sobre el tablero</w:t>
      </w:r>
    </w:p>
    <w:p>
      <w:pPr>
        <w:pStyle w:val="ListBullet"/>
      </w:pPr>
      <w:r>
        <w:t>Giro en bloque coordinado</w:t>
      </w:r>
    </w:p>
    <w:p>
      <w:pPr>
        <w:pStyle w:val="ListBullet"/>
      </w:pPr>
      <w:r>
        <w:t>Mantener alineación</w:t>
      </w:r>
    </w:p>
    <w:p>
      <w:pPr>
        <w:pStyle w:val="ListBullet"/>
      </w:pPr>
      <w:r>
        <w:t>Verificar que paciente está centrado</w:t>
      </w:r>
    </w:p>
    <w:p>
      <w:r>
        <w:t>**Paso 6: Colocar Collarín (si no lo tiene)**</w:t>
      </w:r>
    </w:p>
    <w:p>
      <w:pPr>
        <w:pStyle w:val="ListBullet"/>
      </w:pPr>
      <w:r>
        <w:t>Si paciente no tiene collarín: colocarlo ahora</w:t>
      </w:r>
    </w:p>
    <w:p>
      <w:pPr>
        <w:pStyle w:val="ListBullet"/>
      </w:pPr>
      <w:r>
        <w:t>Mantener control manual durante colocación</w:t>
      </w:r>
    </w:p>
    <w:p>
      <w:pPr>
        <w:pStyle w:val="ListBullet"/>
      </w:pPr>
      <w:r>
        <w:t>Verificar que collarín está bien colocado</w:t>
      </w:r>
    </w:p>
    <w:p>
      <w:pPr>
        <w:pStyle w:val="ListBullet"/>
      </w:pPr>
      <w:r>
        <w:t>Ver procedimiento en BLOQUE 2.3</w:t>
      </w:r>
    </w:p>
    <w:p>
      <w:r>
        <w:t>**Paso 7: Asegurar Tronco**</w:t>
      </w:r>
    </w:p>
    <w:p>
      <w:pPr>
        <w:pStyle w:val="ListBullet"/>
      </w:pPr>
      <w:r>
        <w:t>Colocar correas de sujeción en tronco</w:t>
      </w:r>
    </w:p>
    <w:p>
      <w:pPr>
        <w:pStyle w:val="ListBullet"/>
      </w:pPr>
      <w:r>
        <w:t>Mínimo 2-3 correas en tronco</w:t>
      </w:r>
    </w:p>
    <w:p>
      <w:pPr>
        <w:pStyle w:val="ListBullet"/>
      </w:pPr>
      <w:r>
        <w:t>Ajustar firmemente pero sin comprimir</w:t>
      </w:r>
    </w:p>
    <w:p>
      <w:pPr>
        <w:pStyle w:val="ListBullet"/>
      </w:pPr>
      <w:r>
        <w:t>Verificar que sujeción es segura</w:t>
      </w:r>
    </w:p>
    <w:p>
      <w:r>
        <w:t>**Paso 8: Asegurar Pelvis**</w:t>
      </w:r>
    </w:p>
    <w:p>
      <w:pPr>
        <w:pStyle w:val="ListBullet"/>
      </w:pPr>
      <w:r>
        <w:t>Colocar correas de sujeción en pelvis</w:t>
      </w:r>
    </w:p>
    <w:p>
      <w:pPr>
        <w:pStyle w:val="ListBullet"/>
      </w:pPr>
      <w:r>
        <w:t>Ajustar firmemente pero sin comprimir</w:t>
      </w:r>
    </w:p>
    <w:p>
      <w:pPr>
        <w:pStyle w:val="ListBullet"/>
      </w:pPr>
      <w:r>
        <w:t>Verificar que sujeción es segura</w:t>
      </w:r>
    </w:p>
    <w:p>
      <w:r>
        <w:t>**Paso 9: Asegurar Extremidades**</w:t>
      </w:r>
    </w:p>
    <w:p>
      <w:pPr>
        <w:pStyle w:val="ListBullet"/>
      </w:pPr>
      <w:r>
        <w:t>Sujetar extremidades si es necesario</w:t>
      </w:r>
    </w:p>
    <w:p>
      <w:pPr>
        <w:pStyle w:val="ListBullet"/>
      </w:pPr>
      <w:r>
        <w:t>Prevenir movimientos que puedan agravar lesiones</w:t>
      </w:r>
    </w:p>
    <w:p>
      <w:pPr>
        <w:pStyle w:val="ListBullet"/>
      </w:pPr>
      <w:r>
        <w:t>Verificar que extremidades están seguras</w:t>
      </w:r>
    </w:p>
    <w:p>
      <w:r>
        <w:t>**Paso 10: Inmovilizar Cabeza con Cuñas o Bloques**</w:t>
      </w:r>
    </w:p>
    <w:p>
      <w:pPr>
        <w:pStyle w:val="ListBullet"/>
      </w:pPr>
      <w:r>
        <w:t>Colocar bloques laterales para cabeza</w:t>
      </w:r>
    </w:p>
    <w:p>
      <w:pPr>
        <w:pStyle w:val="ListBullet"/>
      </w:pPr>
      <w:r>
        <w:t>O usar cuñas de inmovilización</w:t>
      </w:r>
    </w:p>
    <w:p>
      <w:pPr>
        <w:pStyle w:val="ListBullet"/>
      </w:pPr>
      <w:r>
        <w:t>Verificar que cabeza está bien inmovilizada</w:t>
      </w:r>
    </w:p>
    <w:p>
      <w:pPr>
        <w:pStyle w:val="ListBullet"/>
      </w:pPr>
      <w:r>
        <w:t>Verificar que no comprime vía aérea</w:t>
      </w:r>
    </w:p>
    <w:p>
      <w:pPr>
        <w:pStyle w:val="Heading3"/>
      </w:pPr>
      <w:r>
        <w:t>Verificación Final</w:t>
      </w:r>
    </w:p>
    <w:p>
      <w:r>
        <w:t>**Después de Colocar:**</w:t>
      </w:r>
    </w:p>
    <w:p>
      <w:pPr>
        <w:pStyle w:val="ListBullet"/>
      </w:pPr>
      <w:r>
        <w:t>Verificar que paciente está bien sujeto</w:t>
      </w:r>
    </w:p>
    <w:p>
      <w:pPr>
        <w:pStyle w:val="ListBullet"/>
      </w:pPr>
      <w:r>
        <w:t>Verificar que alineación es correcta</w:t>
      </w:r>
    </w:p>
    <w:p>
      <w:pPr>
        <w:pStyle w:val="ListBullet"/>
      </w:pPr>
      <w:r>
        <w:t>Verificar que vía aérea está permeable</w:t>
      </w:r>
    </w:p>
    <w:p>
      <w:pPr>
        <w:pStyle w:val="ListBullet"/>
      </w:pPr>
      <w:r>
        <w:t>Verificar que no hay compresiones</w:t>
      </w:r>
    </w:p>
    <w:p>
      <w:pPr>
        <w:pStyle w:val="ListBullet"/>
      </w:pPr>
      <w:r>
        <w:t>Comunicar que está listo para traslado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 LIMITACIONES</w:t>
      </w:r>
    </w:p>
    <w:p>
      <w:pPr>
        <w:pStyle w:val="Heading3"/>
      </w:pPr>
      <w:r>
        <w:t>Limitaciones del Tablero Espinal</w:t>
      </w:r>
    </w:p>
    <w:p>
      <w:r>
        <w:t>**1. Produce Dolor:**</w:t>
      </w:r>
    </w:p>
    <w:p>
      <w:pPr>
        <w:pStyle w:val="ListBullet"/>
      </w:pPr>
      <w:r>
        <w:t>Superficie rígida causa presión</w:t>
      </w:r>
    </w:p>
    <w:p>
      <w:pPr>
        <w:pStyle w:val="ListBullet"/>
      </w:pPr>
      <w:r>
        <w:t>Dolor por puntos de presión</w:t>
      </w:r>
    </w:p>
    <w:p>
      <w:pPr>
        <w:pStyle w:val="ListBullet"/>
      </w:pPr>
      <w:r>
        <w:t>Incomodidad para el paciente</w:t>
      </w:r>
    </w:p>
    <w:p>
      <w:pPr>
        <w:pStyle w:val="ListBullet"/>
      </w:pPr>
      <w:r>
        <w:t>Especialmente en traslados prolongados</w:t>
      </w:r>
    </w:p>
    <w:p>
      <w:r>
        <w:t>**2. Riesgo de Úlceras por Presión:**</w:t>
      </w:r>
    </w:p>
    <w:p>
      <w:pPr>
        <w:pStyle w:val="ListBullet"/>
      </w:pPr>
      <w:r>
        <w:t>Presión continua en puntos de apoyo</w:t>
      </w:r>
    </w:p>
    <w:p>
      <w:pPr>
        <w:pStyle w:val="ListBullet"/>
      </w:pPr>
      <w:r>
        <w:t>Riesgo de úlceras en talones, sacro, occipital</w:t>
      </w:r>
    </w:p>
    <w:p>
      <w:pPr>
        <w:pStyle w:val="ListBullet"/>
      </w:pPr>
      <w:r>
        <w:t>Mayor riesgo en traslados prolongados</w:t>
      </w:r>
    </w:p>
    <w:p>
      <w:pPr>
        <w:pStyle w:val="ListBullet"/>
      </w:pPr>
      <w:r>
        <w:t>Prevención: acolchado, cambio de posición si es posible</w:t>
      </w:r>
    </w:p>
    <w:p>
      <w:r>
        <w:t>**3. Dificulta Ventilación Prolongada:**</w:t>
      </w:r>
    </w:p>
    <w:p>
      <w:pPr>
        <w:pStyle w:val="ListBullet"/>
      </w:pPr>
      <w:r>
        <w:t>Posición rígida puede dificultar ventilación</w:t>
      </w:r>
    </w:p>
    <w:p>
      <w:pPr>
        <w:pStyle w:val="ListBullet"/>
      </w:pPr>
      <w:r>
        <w:t>Especialmente en pacientes con problemas respiratorios</w:t>
      </w:r>
    </w:p>
    <w:p>
      <w:pPr>
        <w:pStyle w:val="ListBullet"/>
      </w:pPr>
      <w:r>
        <w:t>Puede agravar dificultad respiratoria</w:t>
      </w:r>
    </w:p>
    <w:p>
      <w:pPr>
        <w:pStyle w:val="ListBullet"/>
      </w:pPr>
      <w:r>
        <w:t>Considerar cambio a colchón de vacío</w:t>
      </w:r>
    </w:p>
    <w:p>
      <w:r>
        <w:t>**4. Incomodidad General:**</w:t>
      </w:r>
    </w:p>
    <w:p>
      <w:pPr>
        <w:pStyle w:val="ListBullet"/>
      </w:pPr>
      <w:r>
        <w:t>Superficie dura e incómoda</w:t>
      </w:r>
    </w:p>
    <w:p>
      <w:pPr>
        <w:pStyle w:val="ListBullet"/>
      </w:pPr>
      <w:r>
        <w:t>Dificulta tolerancia prolongada</w:t>
      </w:r>
    </w:p>
    <w:p>
      <w:pPr>
        <w:pStyle w:val="ListBullet"/>
      </w:pPr>
      <w:r>
        <w:t>Puede aumentar agitación del paciente</w:t>
      </w:r>
    </w:p>
    <w:p>
      <w:pPr>
        <w:pStyle w:val="ListBullet"/>
      </w:pPr>
      <w:r>
        <w:t>Considerar cambio a sistema más confortable</w:t>
      </w:r>
    </w:p>
    <w:p>
      <w:pPr>
        <w:pStyle w:val="Heading3"/>
      </w:pPr>
      <w:r>
        <w:t>Consideraciones para Uso Prolongado</w:t>
      </w:r>
    </w:p>
    <w:p>
      <w:r>
        <w:t>**Si el Traslado es Largo:**</w:t>
      </w:r>
    </w:p>
    <w:p>
      <w:pPr>
        <w:pStyle w:val="ListBullet"/>
      </w:pPr>
      <w:r>
        <w:t>Valorar cambio a colchón de vacío</w:t>
      </w:r>
    </w:p>
    <w:p>
      <w:pPr>
        <w:pStyle w:val="ListBullet"/>
      </w:pPr>
      <w:r>
        <w:t>Acolchar puntos de presión</w:t>
      </w:r>
    </w:p>
    <w:p>
      <w:pPr>
        <w:pStyle w:val="ListBullet"/>
      </w:pPr>
      <w:r>
        <w:t>Re-posicionar si es posible</w:t>
      </w:r>
    </w:p>
    <w:p>
      <w:pPr>
        <w:pStyle w:val="ListBullet"/>
      </w:pPr>
      <w:r>
        <w:t>Monitorizar signos de úlceras por presión</w:t>
      </w:r>
    </w:p>
    <w:p>
      <w:pPr>
        <w:pStyle w:val="ListBullet"/>
      </w:pPr>
      <w:r>
        <w:t>Comunicar al médico si hay problemas</w:t>
      </w:r>
    </w:p>
    <w:p>
      <w:r>
        <w:t>**Principio:**</w:t>
      </w:r>
    </w:p>
    <w:p>
      <w:pPr>
        <w:pStyle w:val="ListBullet"/>
      </w:pPr>
      <w:r>
        <w:t>Tablero espinal es útil pero transitorio</w:t>
      </w:r>
    </w:p>
    <w:p>
      <w:pPr>
        <w:pStyle w:val="ListBullet"/>
      </w:pPr>
      <w:r>
        <w:t>Siempre valorar cambio a colchón de vacío</w:t>
      </w:r>
    </w:p>
    <w:p>
      <w:pPr>
        <w:pStyle w:val="ListBullet"/>
      </w:pPr>
      <w:r>
        <w:t>No usar para transporte prolongado si hay alternativa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 ERRORES FRECUENTES</w:t>
      </w:r>
    </w:p>
    <w:p>
      <w:pPr>
        <w:pStyle w:val="Heading3"/>
      </w:pPr>
      <w:r>
        <w:t>Errores Críticos</w:t>
      </w:r>
    </w:p>
    <w:p>
      <w:r>
        <w:t>**Error 1: Transporte Prolongado**</w:t>
      </w:r>
    </w:p>
    <w:p>
      <w:pPr>
        <w:pStyle w:val="ListBullet"/>
      </w:pPr>
      <w:r>
        <w:t>❌ Usar tablero espinal para traslados largos</w:t>
      </w:r>
    </w:p>
    <w:p>
      <w:pPr>
        <w:pStyle w:val="ListBullet"/>
      </w:pPr>
      <w:r>
        <w:t>**Consecuencia:** Dolor, úlceras por presión, dificultad respiratoria</w:t>
      </w:r>
    </w:p>
    <w:p>
      <w:pPr>
        <w:pStyle w:val="ListBullet"/>
      </w:pPr>
      <w:r>
        <w:t>**Prevención:** Valorar cambio a colchón de vacío en traslados largos</w:t>
      </w:r>
    </w:p>
    <w:p>
      <w:r>
        <w:t>**Error 2: No Fijar Cabeza**</w:t>
      </w:r>
    </w:p>
    <w:p>
      <w:pPr>
        <w:pStyle w:val="ListBullet"/>
      </w:pPr>
      <w:r>
        <w:t>❌ No inmovilizar cabeza con bloques o cuñas</w:t>
      </w:r>
    </w:p>
    <w:p>
      <w:pPr>
        <w:pStyle w:val="ListBullet"/>
      </w:pPr>
      <w:r>
        <w:t>**Consecuencia:** Movimiento de cabeza, riesgo de agravamiento</w:t>
      </w:r>
    </w:p>
    <w:p>
      <w:pPr>
        <w:pStyle w:val="ListBullet"/>
      </w:pPr>
      <w:r>
        <w:t>**Prevención:** Siempre inmovilizar cabeza con bloques o cuñas</w:t>
      </w:r>
    </w:p>
    <w:p>
      <w:r>
        <w:t>**Error 3: Ajustes Asimétricos**</w:t>
      </w:r>
    </w:p>
    <w:p>
      <w:pPr>
        <w:pStyle w:val="ListBullet"/>
      </w:pPr>
      <w:r>
        <w:t>❌ Ajustar correas de forma asimétrica</w:t>
      </w:r>
    </w:p>
    <w:p>
      <w:pPr>
        <w:pStyle w:val="ListBullet"/>
      </w:pPr>
      <w:r>
        <w:t>**Consecuencia:** Desalineación, incomodidad, riesgo</w:t>
      </w:r>
    </w:p>
    <w:p>
      <w:pPr>
        <w:pStyle w:val="ListBullet"/>
      </w:pPr>
      <w:r>
        <w:t>**Prevención:** Ajustar correas de forma simétrica y equilibrada</w:t>
      </w:r>
    </w:p>
    <w:p>
      <w:r>
        <w:t>**Error 4: Creer que "Ya Está Inmovilizado"**</w:t>
      </w:r>
    </w:p>
    <w:p>
      <w:pPr>
        <w:pStyle w:val="ListBullet"/>
      </w:pPr>
      <w:r>
        <w:t>❌ Asumir que solo con tablero ya está inmovilizado</w:t>
      </w:r>
    </w:p>
    <w:p>
      <w:pPr>
        <w:pStyle w:val="ListBullet"/>
      </w:pPr>
      <w:r>
        <w:t>**Consecuencia:** Inmovilización incompleta, riesgo</w:t>
      </w:r>
    </w:p>
    <w:p>
      <w:pPr>
        <w:pStyle w:val="ListBullet"/>
      </w:pPr>
      <w:r>
        <w:t>**Prevención:** Entender que requiere collarín, correas, bloques, sistema completo</w:t>
      </w:r>
    </w:p>
    <w:p>
      <w:pPr>
        <w:pStyle w:val="Heading3"/>
      </w:pPr>
      <w:r>
        <w:t>Errores de Técnica</w:t>
      </w:r>
    </w:p>
    <w:p>
      <w:r>
        <w:t>**Error 5: No Asegurar Correctamente**</w:t>
      </w:r>
    </w:p>
    <w:p>
      <w:pPr>
        <w:pStyle w:val="ListBullet"/>
      </w:pPr>
      <w:r>
        <w:t>❌ No asegurar todas las zonas (tronco, pelvis, extremidades, cabeza)</w:t>
      </w:r>
    </w:p>
    <w:p>
      <w:pPr>
        <w:pStyle w:val="ListBullet"/>
      </w:pPr>
      <w:r>
        <w:t>**Consecuencia:** Movimientos, riesgo de agravamiento</w:t>
      </w:r>
    </w:p>
    <w:p>
      <w:pPr>
        <w:pStyle w:val="ListBullet"/>
      </w:pPr>
      <w:r>
        <w:t>**Prevención:** Asegurar todas las zonas correctamente</w:t>
      </w:r>
    </w:p>
    <w:p>
      <w:r>
        <w:t>**Error 6: No Acolchar Puntos de Presión**</w:t>
      </w:r>
    </w:p>
    <w:p>
      <w:pPr>
        <w:pStyle w:val="ListBullet"/>
      </w:pPr>
      <w:r>
        <w:t>❌ No acolchar talones, sacro, occipital</w:t>
      </w:r>
    </w:p>
    <w:p>
      <w:pPr>
        <w:pStyle w:val="ListBullet"/>
      </w:pPr>
      <w:r>
        <w:t>**Consecuencia:** Úlceras por presión, dolor</w:t>
      </w:r>
    </w:p>
    <w:p>
      <w:pPr>
        <w:pStyle w:val="ListBullet"/>
      </w:pPr>
      <w:r>
        <w:t>**Prevención:** Acolchar puntos de presión, especialmente en traslados largos</w:t>
      </w:r>
    </w:p>
    <w:p>
      <w:r>
        <w:t>**Error 7: Giro en Bloque Descoordinado**</w:t>
      </w:r>
    </w:p>
    <w:p>
      <w:pPr>
        <w:pStyle w:val="ListBullet"/>
      </w:pPr>
      <w:r>
        <w:t>❌ Giro descoordinado o brusco</w:t>
      </w:r>
    </w:p>
    <w:p>
      <w:pPr>
        <w:pStyle w:val="ListBullet"/>
      </w:pPr>
      <w:r>
        <w:t>**Consecuencia:** Movimientos bruscos, riesgo de lesión</w:t>
      </w:r>
    </w:p>
    <w:p>
      <w:pPr>
        <w:pStyle w:val="ListBullet"/>
      </w:pPr>
      <w:r>
        <w:t>**Prevención:** Giro coordinado, simultáneo, dirigido por TES de cabeza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6. CONTENIDO APTO PARA APP (CHECKLIST)</w:t>
      </w:r>
    </w:p>
    <w:p>
      <w:pPr>
        <w:pStyle w:val="Heading3"/>
      </w:pPr>
      <w:r>
        <w:t>Checklist de Preparación</w:t>
      </w:r>
    </w:p>
    <w:p>
      <w:r>
        <w:t>**Antes de Colocar Tablero Espinal:**</w:t>
      </w:r>
    </w:p>
    <w:p>
      <w:pPr>
        <w:pStyle w:val="ListBullet"/>
      </w:pPr>
      <w:r>
        <w:t>[ ] Mantener control cervical manual continuo</w:t>
      </w:r>
    </w:p>
    <w:p>
      <w:pPr>
        <w:pStyle w:val="ListBullet"/>
      </w:pPr>
      <w:r>
        <w:t>[ ] Verificar que tablero está disponible y en buen estado</w:t>
      </w:r>
    </w:p>
    <w:p>
      <w:pPr>
        <w:pStyle w:val="ListBullet"/>
      </w:pPr>
      <w:r>
        <w:t>[ ] Preparar correas de sujeción</w:t>
      </w:r>
    </w:p>
    <w:p>
      <w:pPr>
        <w:pStyle w:val="ListBullet"/>
      </w:pPr>
      <w:r>
        <w:t>[ ] Preparar bloques o cuñas para cabeza</w:t>
      </w:r>
    </w:p>
    <w:p>
      <w:pPr>
        <w:pStyle w:val="ListBullet"/>
      </w:pPr>
      <w:r>
        <w:t>[ ] Coordinar con el equipo (mínimo 3-4 TES)</w:t>
      </w:r>
    </w:p>
    <w:p>
      <w:pPr>
        <w:pStyle w:val="ListBullet"/>
      </w:pPr>
      <w:r>
        <w:t>[ ] Explicar al paciente (si está consciente)</w:t>
      </w:r>
    </w:p>
    <w:p>
      <w:pPr>
        <w:pStyle w:val="Heading3"/>
      </w:pPr>
      <w:r>
        <w:t>Checklist de Colocación</w:t>
      </w:r>
    </w:p>
    <w:p>
      <w:r>
        <w:t>**Paso a Paso:**</w:t>
      </w:r>
    </w:p>
    <w:p>
      <w:pPr>
        <w:pStyle w:val="ListBullet"/>
      </w:pPr>
      <w:r>
        <w:t>[ ] TES de cabeza mantiene control cervical manual</w:t>
      </w:r>
    </w:p>
    <w:p>
      <w:pPr>
        <w:pStyle w:val="ListBullet"/>
      </w:pPr>
      <w:r>
        <w:t>[ ] Colocar tablero junto al paciente</w:t>
      </w:r>
    </w:p>
    <w:p>
      <w:pPr>
        <w:pStyle w:val="ListBullet"/>
      </w:pPr>
      <w:r>
        <w:t>[ ] Realizar giro en bloque coordinado</w:t>
      </w:r>
    </w:p>
    <w:p>
      <w:pPr>
        <w:pStyle w:val="ListBullet"/>
      </w:pPr>
      <w:r>
        <w:t>[ ] Introducir tablero bajo el paciente</w:t>
      </w:r>
    </w:p>
    <w:p>
      <w:pPr>
        <w:pStyle w:val="ListBullet"/>
      </w:pPr>
      <w:r>
        <w:t>[ ] Retornar paciente en bloque sobre tablero</w:t>
      </w:r>
    </w:p>
    <w:p>
      <w:pPr>
        <w:pStyle w:val="ListBullet"/>
      </w:pPr>
      <w:r>
        <w:t>[ ] Colocar collarín cervical (si no lo tiene)</w:t>
      </w:r>
    </w:p>
    <w:p>
      <w:pPr>
        <w:pStyle w:val="ListBullet"/>
      </w:pPr>
      <w:r>
        <w:t>[ ] Asegurar tronco (mínimo 2-3 correas)</w:t>
      </w:r>
    </w:p>
    <w:p>
      <w:pPr>
        <w:pStyle w:val="ListBullet"/>
      </w:pPr>
      <w:r>
        <w:t>[ ] Asegurar pelvis</w:t>
      </w:r>
    </w:p>
    <w:p>
      <w:pPr>
        <w:pStyle w:val="ListBullet"/>
      </w:pPr>
      <w:r>
        <w:t>[ ] Asegurar extremidades (si es necesario)</w:t>
      </w:r>
    </w:p>
    <w:p>
      <w:pPr>
        <w:pStyle w:val="ListBullet"/>
      </w:pPr>
      <w:r>
        <w:t>[ ] Inmovilizar cabeza con cuñas o bloques</w:t>
      </w:r>
    </w:p>
    <w:p>
      <w:pPr>
        <w:pStyle w:val="ListBullet"/>
      </w:pPr>
      <w:r>
        <w:t>[ ] Verificar que paciente está bien sujeto</w:t>
      </w:r>
    </w:p>
    <w:p>
      <w:pPr>
        <w:pStyle w:val="ListBullet"/>
      </w:pPr>
      <w:r>
        <w:t>[ ] Verificar que alineación es correcta</w:t>
      </w:r>
    </w:p>
    <w:p>
      <w:pPr>
        <w:pStyle w:val="ListBullet"/>
      </w:pPr>
      <w:r>
        <w:t>[ ] Verificar que vía aérea está permeable</w:t>
      </w:r>
    </w:p>
    <w:p>
      <w:pPr>
        <w:pStyle w:val="Heading3"/>
      </w:pPr>
      <w:r>
        <w:t>Checklist de Verificación</w:t>
      </w:r>
    </w:p>
    <w:p>
      <w:r>
        <w:t>**Después de Colocar:**</w:t>
      </w:r>
    </w:p>
    <w:p>
      <w:pPr>
        <w:pStyle w:val="ListBullet"/>
      </w:pPr>
      <w:r>
        <w:t>[ ] Paciente está bien sujeto</w:t>
      </w:r>
    </w:p>
    <w:p>
      <w:pPr>
        <w:pStyle w:val="ListBullet"/>
      </w:pPr>
      <w:r>
        <w:t>[ ] Alineación es correcta</w:t>
      </w:r>
    </w:p>
    <w:p>
      <w:pPr>
        <w:pStyle w:val="ListBullet"/>
      </w:pPr>
      <w:r>
        <w:t>[ ] Vía aérea está permeable</w:t>
      </w:r>
    </w:p>
    <w:p>
      <w:pPr>
        <w:pStyle w:val="ListBullet"/>
      </w:pPr>
      <w:r>
        <w:t>[ ] No hay compresiones</w:t>
      </w:r>
    </w:p>
    <w:p>
      <w:pPr>
        <w:pStyle w:val="ListBullet"/>
      </w:pPr>
      <w:r>
        <w:t>[ ] Cabeza está inmovilizada</w:t>
      </w:r>
    </w:p>
    <w:p>
      <w:pPr>
        <w:pStyle w:val="ListBullet"/>
      </w:pPr>
      <w:r>
        <w:t>[ ] Tronco, pelvis y extremidades están asegurados</w:t>
      </w:r>
    </w:p>
    <w:p>
      <w:pPr>
        <w:pStyle w:val="ListBullet"/>
      </w:pPr>
      <w:r>
        <w:t>[ ] Listo para traslado</w:t>
      </w:r>
    </w:p>
    <w:p>
      <w:pPr>
        <w:pStyle w:val="Heading3"/>
      </w:pPr>
      <w:r>
        <w:t>Checklist de Consideraciones</w:t>
      </w:r>
    </w:p>
    <w:p>
      <w:r>
        <w:t>**Si el Traslado es Largo:**</w:t>
      </w:r>
    </w:p>
    <w:p>
      <w:pPr>
        <w:pStyle w:val="ListBullet"/>
      </w:pPr>
      <w:r>
        <w:t>[ ] Valorar cambio a colchón de vacío</w:t>
      </w:r>
    </w:p>
    <w:p>
      <w:pPr>
        <w:pStyle w:val="ListBullet"/>
      </w:pPr>
      <w:r>
        <w:t>[ ] Acolchar puntos de presión</w:t>
      </w:r>
    </w:p>
    <w:p>
      <w:pPr>
        <w:pStyle w:val="ListBullet"/>
      </w:pPr>
      <w:r>
        <w:t>[ ] Monitorizar signos de úlceras</w:t>
      </w:r>
    </w:p>
    <w:p>
      <w:pPr>
        <w:pStyle w:val="ListBullet"/>
      </w:pPr>
      <w:r>
        <w:t>[ ] Comunicar al médico si hay problemas</w:t>
      </w:r>
    </w:p>
    <w:p>
      <w:pPr>
        <w:pStyle w:val="Heading3"/>
      </w:pPr>
      <w:r>
        <w:t>Alertas y Recordatorios</w:t>
      </w:r>
    </w:p>
    <w:p>
      <w:r>
        <w:t>**Alertas de Seguridad:**</w:t>
      </w:r>
    </w:p>
    <w:p>
      <w:pPr>
        <w:pStyle w:val="ListBullet"/>
      </w:pPr>
      <w:r>
        <w:t>⚠️ NUNCA usar para transporte prolongado</w:t>
      </w:r>
    </w:p>
    <w:p>
      <w:pPr>
        <w:pStyle w:val="ListBullet"/>
      </w:pPr>
      <w:r>
        <w:t>⚠️ NUNCA olvidar fijar cabeza</w:t>
      </w:r>
    </w:p>
    <w:p>
      <w:pPr>
        <w:pStyle w:val="ListBullet"/>
      </w:pPr>
      <w:r>
        <w:t>⚠️ NUNCA hacer ajustes asimétricos</w:t>
      </w:r>
    </w:p>
    <w:p>
      <w:pPr>
        <w:pStyle w:val="ListBullet"/>
      </w:pPr>
      <w:r>
        <w:t>⚠️ NUNCA creer que "ya está inmovilizado" solo con tablero</w:t>
      </w:r>
    </w:p>
    <w:p>
      <w:pPr>
        <w:pStyle w:val="ListBullet"/>
      </w:pPr>
      <w:r>
        <w:t>⚠️ SIEMPRE asegurar todas las zonas</w:t>
      </w:r>
    </w:p>
    <w:p>
      <w:pPr>
        <w:pStyle w:val="ListBullet"/>
      </w:pPr>
      <w:r>
        <w:t>⚠️ SIEMPRE acolchar puntos de presión</w:t>
      </w:r>
    </w:p>
    <w:p>
      <w:pPr>
        <w:pStyle w:val="ListBullet"/>
      </w:pPr>
      <w:r>
        <w:t>⚠️ SIEMPRE valorar cambio a colchón de vacío en traslados largos</w:t>
      </w:r>
    </w:p>
    <w:p>
      <w:r>
        <w:t>**Recordatorios:**</w:t>
      </w:r>
    </w:p>
    <w:p>
      <w:pPr>
        <w:pStyle w:val="ListBullet"/>
      </w:pPr>
      <w:r>
        <w:t>Tablero espinal es útil pero transitorio</w:t>
      </w:r>
    </w:p>
    <w:p>
      <w:pPr>
        <w:pStyle w:val="ListBullet"/>
      </w:pPr>
      <w:r>
        <w:t>Siempre valorar cambio a colchón de vacío</w:t>
      </w:r>
    </w:p>
    <w:p>
      <w:pPr>
        <w:pStyle w:val="ListBullet"/>
      </w:pPr>
      <w:r>
        <w:t>Produce dolor y riesgo de úlceras en traslados prolongados</w:t>
      </w:r>
    </w:p>
    <w:p>
      <w:pPr>
        <w:pStyle w:val="ListBullet"/>
      </w:pPr>
      <w:r>
        <w:t>Requiere sistema completo: collarín, correas, bloques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7. CONTENIDO PARA INFOGRAFÍA</w:t>
      </w:r>
    </w:p>
    <w:p>
      <w:pPr>
        <w:pStyle w:val="Heading3"/>
      </w:pPr>
      <w:r>
        <w:t>Infografía 1: Componentes del Sistema</w:t>
      </w:r>
    </w:p>
    <w:p>
      <w:r>
        <w:t>**Elementos Visuales:**</w:t>
      </w:r>
    </w:p>
    <w:p>
      <w:pPr>
        <w:pStyle w:val="ListBullet"/>
      </w:pPr>
      <w:r>
        <w:t>Diagrama de tablero espinal con:</w:t>
      </w:r>
    </w:p>
    <w:p>
      <w:pPr>
        <w:pStyle w:val="ListBullet"/>
      </w:pPr>
      <w:r>
        <w:t>Tablero espinal</w:t>
      </w:r>
    </w:p>
    <w:p>
      <w:pPr>
        <w:pStyle w:val="ListBullet"/>
      </w:pPr>
      <w:r>
        <w:t>Collarín cervical</w:t>
      </w:r>
    </w:p>
    <w:p>
      <w:pPr>
        <w:pStyle w:val="ListBullet"/>
      </w:pPr>
      <w:r>
        <w:t>Correas de sujeción (tronco, pelvis)</w:t>
      </w:r>
    </w:p>
    <w:p>
      <w:pPr>
        <w:pStyle w:val="ListBullet"/>
      </w:pPr>
      <w:r>
        <w:t>Bloques o cuñas para cabeza</w:t>
      </w:r>
    </w:p>
    <w:p>
      <w:pPr>
        <w:pStyle w:val="ListBullet"/>
      </w:pPr>
      <w:r>
        <w:t>Indicador visual: "Sistema completo de inmovilización"</w:t>
      </w:r>
    </w:p>
    <w:p>
      <w:r>
        <w:t>**Texto:**</w:t>
      </w:r>
    </w:p>
    <w:p>
      <w:pPr>
        <w:pStyle w:val="ListBullet"/>
      </w:pPr>
      <w:r>
        <w:t>"Tablero espinal: sistema completo"</w:t>
      </w:r>
    </w:p>
    <w:p>
      <w:pPr>
        <w:pStyle w:val="ListBullet"/>
      </w:pPr>
      <w:r>
        <w:t>"Requiere: collarín, correas, bloques"</w:t>
      </w:r>
    </w:p>
    <w:p>
      <w:pPr>
        <w:pStyle w:val="ListBullet"/>
      </w:pPr>
      <w:r>
        <w:t>"NO solo el tablero"</w:t>
      </w:r>
    </w:p>
    <w:p>
      <w:pPr>
        <w:pStyle w:val="Heading3"/>
      </w:pPr>
      <w:r>
        <w:t>Infografía 2: Colocación Paso a Paso</w:t>
      </w:r>
    </w:p>
    <w:p>
      <w:r>
        <w:t>**Elementos Visuales:**</w:t>
      </w:r>
    </w:p>
    <w:p>
      <w:pPr>
        <w:pStyle w:val="ListBullet"/>
      </w:pPr>
      <w:r>
        <w:t>Secuencia visual de 10 pasos:</w:t>
      </w:r>
    </w:p>
    <w:p>
      <w:pPr>
        <w:pStyle w:val="ListBullet"/>
      </w:pPr>
      <w:r>
        <w:t>Control cervical manual</w:t>
      </w:r>
    </w:p>
    <w:p>
      <w:pPr>
        <w:pStyle w:val="ListBullet"/>
      </w:pPr>
      <w:r>
        <w:t>Colocar tablero junto al paciente</w:t>
      </w:r>
    </w:p>
    <w:p>
      <w:pPr>
        <w:pStyle w:val="ListBullet"/>
      </w:pPr>
      <w:r>
        <w:t>Giro en bloque</w:t>
      </w:r>
    </w:p>
    <w:p>
      <w:pPr>
        <w:pStyle w:val="ListBullet"/>
      </w:pPr>
      <w:r>
        <w:t>Introducir tablero</w:t>
      </w:r>
    </w:p>
    <w:p>
      <w:pPr>
        <w:pStyle w:val="ListBullet"/>
      </w:pPr>
      <w:r>
        <w:t>Retornar paciente</w:t>
      </w:r>
    </w:p>
    <w:p>
      <w:pPr>
        <w:pStyle w:val="ListBullet"/>
      </w:pPr>
      <w:r>
        <w:t>Colocar collarín</w:t>
      </w:r>
    </w:p>
    <w:p>
      <w:pPr>
        <w:pStyle w:val="ListBullet"/>
      </w:pPr>
      <w:r>
        <w:t>Asegurar tronco</w:t>
      </w:r>
    </w:p>
    <w:p>
      <w:pPr>
        <w:pStyle w:val="ListBullet"/>
      </w:pPr>
      <w:r>
        <w:t>Asegurar pelvis</w:t>
      </w:r>
    </w:p>
    <w:p>
      <w:pPr>
        <w:pStyle w:val="ListBullet"/>
      </w:pPr>
      <w:r>
        <w:t>Asegurar extremidades</w:t>
      </w:r>
    </w:p>
    <w:p>
      <w:pPr>
        <w:pStyle w:val="ListBullet"/>
      </w:pPr>
      <w:r>
        <w:t>Inmovilizar cabeza</w:t>
      </w:r>
    </w:p>
    <w:p>
      <w:pPr>
        <w:pStyle w:val="ListBullet"/>
      </w:pPr>
      <w:r>
        <w:t>Indicador visual: "Giro en bloque coordinado"</w:t>
      </w:r>
    </w:p>
    <w:p>
      <w:r>
        <w:t>**Texto:**</w:t>
      </w:r>
    </w:p>
    <w:p>
      <w:pPr>
        <w:pStyle w:val="ListBullet"/>
      </w:pPr>
      <w:r>
        <w:t>Títulos de cada paso</w:t>
      </w:r>
    </w:p>
    <w:p>
      <w:pPr>
        <w:pStyle w:val="ListBullet"/>
      </w:pPr>
      <w:r>
        <w:t>"Coordinación del equipo esencial"</w:t>
      </w:r>
    </w:p>
    <w:p>
      <w:pPr>
        <w:pStyle w:val="Heading3"/>
      </w:pPr>
      <w:r>
        <w:t>Infografía 3: Limitaciones</w:t>
      </w:r>
    </w:p>
    <w:p>
      <w:r>
        <w:t>**Elementos Visuales:**</w:t>
      </w:r>
    </w:p>
    <w:p>
      <w:pPr>
        <w:pStyle w:val="ListBullet"/>
      </w:pPr>
      <w:r>
        <w:t>Lista visual de limitaciones:</w:t>
      </w:r>
    </w:p>
    <w:p>
      <w:pPr>
        <w:pStyle w:val="ListBullet"/>
      </w:pPr>
      <w:r>
        <w:t>Produce dolor</w:t>
      </w:r>
    </w:p>
    <w:p>
      <w:pPr>
        <w:pStyle w:val="ListBullet"/>
      </w:pPr>
      <w:r>
        <w:t>Riesgo de úlceras por presión</w:t>
      </w:r>
    </w:p>
    <w:p>
      <w:pPr>
        <w:pStyle w:val="ListBullet"/>
      </w:pPr>
      <w:r>
        <w:t>Dificulta ventilación prolongada</w:t>
      </w:r>
    </w:p>
    <w:p>
      <w:pPr>
        <w:pStyle w:val="ListBullet"/>
      </w:pPr>
      <w:r>
        <w:t>Incomodidad</w:t>
      </w:r>
    </w:p>
    <w:p>
      <w:pPr>
        <w:pStyle w:val="ListBullet"/>
      </w:pPr>
      <w:r>
        <w:t>Indicador visual: "NO para transporte prolongado"</w:t>
      </w:r>
    </w:p>
    <w:p>
      <w:r>
        <w:t>**Texto:**</w:t>
      </w:r>
    </w:p>
    <w:p>
      <w:pPr>
        <w:pStyle w:val="ListBullet"/>
      </w:pPr>
      <w:r>
        <w:t>"Limitaciones del tablero espinal"</w:t>
      </w:r>
    </w:p>
    <w:p>
      <w:pPr>
        <w:pStyle w:val="ListBullet"/>
      </w:pPr>
      <w:r>
        <w:t>"Valorar cambio a colchón de vacío en traslados largos"</w:t>
      </w:r>
    </w:p>
    <w:p>
      <w:pPr>
        <w:pStyle w:val="Heading3"/>
      </w:pPr>
      <w:r>
        <w:t>Infografía 4: Errores Frecuentes</w:t>
      </w:r>
    </w:p>
    <w:p>
      <w:r>
        <w:t>**Elementos Visuales:**</w:t>
      </w:r>
    </w:p>
    <w:p>
      <w:pPr>
        <w:pStyle w:val="ListBullet"/>
      </w:pPr>
      <w:r>
        <w:t>Lista visual de errores con iconos:</w:t>
      </w:r>
    </w:p>
    <w:p>
      <w:pPr>
        <w:pStyle w:val="ListBullet"/>
      </w:pPr>
      <w:r>
        <w:t>Transporte prolongado</w:t>
      </w:r>
    </w:p>
    <w:p>
      <w:pPr>
        <w:pStyle w:val="ListBullet"/>
      </w:pPr>
      <w:r>
        <w:t>No fijar cabeza</w:t>
      </w:r>
    </w:p>
    <w:p>
      <w:pPr>
        <w:pStyle w:val="ListBullet"/>
      </w:pPr>
      <w:r>
        <w:t>Ajustes asimétricos</w:t>
      </w:r>
    </w:p>
    <w:p>
      <w:pPr>
        <w:pStyle w:val="ListBullet"/>
      </w:pPr>
      <w:r>
        <w:t>Creer que "ya está inmovilizado"</w:t>
      </w:r>
    </w:p>
    <w:p>
      <w:pPr>
        <w:pStyle w:val="ListBullet"/>
      </w:pPr>
      <w:r>
        <w:t>Indicadores de prevención</w:t>
      </w:r>
    </w:p>
    <w:p>
      <w:r>
        <w:t>**Texto:**</w:t>
      </w:r>
    </w:p>
    <w:p>
      <w:pPr>
        <w:pStyle w:val="ListBullet"/>
      </w:pPr>
      <w:r>
        <w:t>"Errores críticos a evitar"</w:t>
      </w:r>
    </w:p>
    <w:p>
      <w:pPr>
        <w:pStyle w:val="ListBullet"/>
      </w:pPr>
      <w:r>
        <w:t>"Prevención: seguir técnica correcta"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8. PUNTOS CLAVE PARA TES</w:t>
      </w:r>
    </w:p>
    <w:p>
      <w:pPr>
        <w:pStyle w:val="Heading3"/>
      </w:pPr>
      <w:r>
        <w:t>Resumen Ejecutivo</w:t>
      </w:r>
    </w:p>
    <w:p>
      <w:r>
        <w:t>**1. Objetivo:**</w:t>
      </w:r>
    </w:p>
    <w:p>
      <w:pPr>
        <w:pStyle w:val="ListBullet"/>
      </w:pPr>
      <w:r>
        <w:t>Permite inmovilización rígida temporal</w:t>
      </w:r>
    </w:p>
    <w:p>
      <w:pPr>
        <w:pStyle w:val="ListBullet"/>
      </w:pPr>
      <w:r>
        <w:t>Facilita traslado corto y maniobras diagnósticas</w:t>
      </w:r>
    </w:p>
    <w:p>
      <w:pPr>
        <w:pStyle w:val="ListBullet"/>
      </w:pPr>
      <w:r>
        <w:t>**⚠️ NO está diseñado para transporte prolongado**</w:t>
      </w:r>
    </w:p>
    <w:p>
      <w:r>
        <w:t>**2. Indicaciones:**</w:t>
      </w:r>
    </w:p>
    <w:p>
      <w:pPr>
        <w:pStyle w:val="ListBullet"/>
      </w:pPr>
      <w:r>
        <w:t>Paciente politraumatizado</w:t>
      </w:r>
    </w:p>
    <w:p>
      <w:pPr>
        <w:pStyle w:val="ListBullet"/>
      </w:pPr>
      <w:r>
        <w:t>Necesidad de inmovilización rápida</w:t>
      </w:r>
    </w:p>
    <w:p>
      <w:pPr>
        <w:pStyle w:val="ListBullet"/>
      </w:pPr>
      <w:r>
        <w:t>Extricación</w:t>
      </w:r>
    </w:p>
    <w:p>
      <w:pPr>
        <w:pStyle w:val="ListBullet"/>
      </w:pPr>
      <w:r>
        <w:t>Traslado corto o transferencia hospitalaria</w:t>
      </w:r>
    </w:p>
    <w:p>
      <w:r>
        <w:t>**3. Limitaciones:**</w:t>
      </w:r>
    </w:p>
    <w:p>
      <w:pPr>
        <w:pStyle w:val="ListBullet"/>
      </w:pPr>
      <w:r>
        <w:t>Produce dolor</w:t>
      </w:r>
    </w:p>
    <w:p>
      <w:pPr>
        <w:pStyle w:val="ListBullet"/>
      </w:pPr>
      <w:r>
        <w:t>Riesgo de úlceras por presión</w:t>
      </w:r>
    </w:p>
    <w:p>
      <w:pPr>
        <w:pStyle w:val="ListBullet"/>
      </w:pPr>
      <w:r>
        <w:t>Dificulta ventilación prolongada</w:t>
      </w:r>
    </w:p>
    <w:p>
      <w:pPr>
        <w:pStyle w:val="ListBullet"/>
      </w:pPr>
      <w:r>
        <w:t>Incomodidad para el paciente</w:t>
      </w:r>
    </w:p>
    <w:p>
      <w:r>
        <w:t>**4. Colocación:**</w:t>
      </w:r>
    </w:p>
    <w:p>
      <w:pPr>
        <w:pStyle w:val="ListBullet"/>
      </w:pPr>
      <w:r>
        <w:t>Control cervical manual</w:t>
      </w:r>
    </w:p>
    <w:p>
      <w:pPr>
        <w:pStyle w:val="ListBullet"/>
      </w:pPr>
      <w:r>
        <w:t>Colocar tablero junto al paciente</w:t>
      </w:r>
    </w:p>
    <w:p>
      <w:pPr>
        <w:pStyle w:val="ListBullet"/>
      </w:pPr>
      <w:r>
        <w:t>Giro en bloque coordinado</w:t>
      </w:r>
    </w:p>
    <w:p>
      <w:pPr>
        <w:pStyle w:val="ListBullet"/>
      </w:pPr>
      <w:r>
        <w:t>Introducir tablero</w:t>
      </w:r>
    </w:p>
    <w:p>
      <w:pPr>
        <w:pStyle w:val="ListBullet"/>
      </w:pPr>
      <w:r>
        <w:t>Retornar paciente en bloque</w:t>
      </w:r>
    </w:p>
    <w:p>
      <w:pPr>
        <w:pStyle w:val="ListBullet"/>
      </w:pPr>
      <w:r>
        <w:t>Colocar collarín (si no lo tiene)</w:t>
      </w:r>
    </w:p>
    <w:p>
      <w:pPr>
        <w:pStyle w:val="ListBullet"/>
      </w:pPr>
      <w:r>
        <w:t>Asegurar: tronco, pelvis, extremidades</w:t>
      </w:r>
    </w:p>
    <w:p>
      <w:pPr>
        <w:pStyle w:val="ListBullet"/>
      </w:pPr>
      <w:r>
        <w:t>Inmovilizar cabeza con cuñas o bloques</w:t>
      </w:r>
    </w:p>
    <w:p>
      <w:r>
        <w:t>**5. Sistema Completo:**</w:t>
      </w:r>
    </w:p>
    <w:p>
      <w:pPr>
        <w:pStyle w:val="ListBullet"/>
      </w:pPr>
      <w:r>
        <w:t>NO solo el tablero</w:t>
      </w:r>
    </w:p>
    <w:p>
      <w:pPr>
        <w:pStyle w:val="ListBullet"/>
      </w:pPr>
      <w:r>
        <w:t>Requiere: collarín, correas, bloques</w:t>
      </w:r>
    </w:p>
    <w:p>
      <w:pPr>
        <w:pStyle w:val="ListBullet"/>
      </w:pPr>
      <w:r>
        <w:t>Sistema completo de inmovilización</w:t>
      </w:r>
    </w:p>
    <w:p>
      <w:r>
        <w:t>**6. Errores a Evitar:**</w:t>
      </w:r>
    </w:p>
    <w:p>
      <w:pPr>
        <w:pStyle w:val="ListBullet"/>
      </w:pPr>
      <w:r>
        <w:t>Transporte prolongado</w:t>
      </w:r>
    </w:p>
    <w:p>
      <w:pPr>
        <w:pStyle w:val="ListBullet"/>
      </w:pPr>
      <w:r>
        <w:t>No fijar cabeza</w:t>
      </w:r>
    </w:p>
    <w:p>
      <w:pPr>
        <w:pStyle w:val="ListBullet"/>
      </w:pPr>
      <w:r>
        <w:t>Ajustes asimétricos</w:t>
      </w:r>
    </w:p>
    <w:p>
      <w:pPr>
        <w:pStyle w:val="ListBullet"/>
      </w:pPr>
      <w:r>
        <w:t>Creer que "ya está inmovilizado"</w:t>
      </w:r>
    </w:p>
    <w:p>
      <w:r>
        <w:t>**7. Consideraciones:**</w:t>
      </w:r>
    </w:p>
    <w:p>
      <w:pPr>
        <w:pStyle w:val="ListBullet"/>
      </w:pPr>
      <w:r>
        <w:t>Tablero espinal es útil pero transitorio</w:t>
      </w:r>
    </w:p>
    <w:p>
      <w:pPr>
        <w:pStyle w:val="ListBullet"/>
      </w:pPr>
      <w:r>
        <w:t>Siempre valorar cambio a colchón de vacío</w:t>
      </w:r>
    </w:p>
    <w:p>
      <w:pPr>
        <w:pStyle w:val="ListBullet"/>
      </w:pPr>
      <w:r>
        <w:t>Especialmente en traslados largos</w:t>
      </w:r>
    </w:p>
    <w:p>
      <w:pPr>
        <w:pStyle w:val="Heading3"/>
      </w:pPr>
      <w:r>
        <w:t>Checklist Rápido TES</w:t>
      </w:r>
    </w:p>
    <w:p>
      <w:r>
        <w:t>**Preparación:**</w:t>
      </w:r>
    </w:p>
    <w:p>
      <w:pPr>
        <w:pStyle w:val="ListBullet"/>
      </w:pPr>
      <w:r>
        <w:t>[ ] Mantener control cervical manual</w:t>
      </w:r>
    </w:p>
    <w:p>
      <w:pPr>
        <w:pStyle w:val="ListBullet"/>
      </w:pPr>
      <w:r>
        <w:t>[ ] Verificar tablero disponible y en buen estado</w:t>
      </w:r>
    </w:p>
    <w:p>
      <w:pPr>
        <w:pStyle w:val="ListBullet"/>
      </w:pPr>
      <w:r>
        <w:t>[ ] Preparar correas y bloques</w:t>
      </w:r>
    </w:p>
    <w:p>
      <w:pPr>
        <w:pStyle w:val="ListBullet"/>
      </w:pPr>
      <w:r>
        <w:t>[ ] Coordinar con el equipo</w:t>
      </w:r>
    </w:p>
    <w:p>
      <w:r>
        <w:t>**Colocación:**</w:t>
      </w:r>
    </w:p>
    <w:p>
      <w:pPr>
        <w:pStyle w:val="ListBullet"/>
      </w:pPr>
      <w:r>
        <w:t>[ ] Giro en bloque coordinado</w:t>
      </w:r>
    </w:p>
    <w:p>
      <w:pPr>
        <w:pStyle w:val="ListBullet"/>
      </w:pPr>
      <w:r>
        <w:t>[ ] Introducir tablero</w:t>
      </w:r>
    </w:p>
    <w:p>
      <w:pPr>
        <w:pStyle w:val="ListBullet"/>
      </w:pPr>
      <w:r>
        <w:t>[ ] Retornar paciente</w:t>
      </w:r>
    </w:p>
    <w:p>
      <w:pPr>
        <w:pStyle w:val="ListBullet"/>
      </w:pPr>
      <w:r>
        <w:t>[ ] Colocar collarín (si no lo tiene)</w:t>
      </w:r>
    </w:p>
    <w:p>
      <w:pPr>
        <w:pStyle w:val="ListBullet"/>
      </w:pPr>
      <w:r>
        <w:t>[ ] Asegurar tronco, pelvis, extremidades</w:t>
      </w:r>
    </w:p>
    <w:p>
      <w:pPr>
        <w:pStyle w:val="ListBullet"/>
      </w:pPr>
      <w:r>
        <w:t>[ ] Inmovilizar cabeza con bloques</w:t>
      </w:r>
    </w:p>
    <w:p>
      <w:r>
        <w:t>**Verificación:**</w:t>
      </w:r>
    </w:p>
    <w:p>
      <w:pPr>
        <w:pStyle w:val="ListBullet"/>
      </w:pPr>
      <w:r>
        <w:t>[ ] Paciente bien sujeto</w:t>
      </w:r>
    </w:p>
    <w:p>
      <w:pPr>
        <w:pStyle w:val="ListBullet"/>
      </w:pPr>
      <w:r>
        <w:t>[ ] Alineación correcta</w:t>
      </w:r>
    </w:p>
    <w:p>
      <w:pPr>
        <w:pStyle w:val="ListBullet"/>
      </w:pPr>
      <w:r>
        <w:t>[ ] Vía aérea permeable</w:t>
      </w:r>
    </w:p>
    <w:p>
      <w:pPr>
        <w:pStyle w:val="ListBullet"/>
      </w:pPr>
      <w:r>
        <w:t>[ ] Sistema completo</w:t>
      </w:r>
    </w:p>
    <w:p>
      <w:r>
        <w:t>**Consideraciones:**</w:t>
      </w:r>
    </w:p>
    <w:p>
      <w:pPr>
        <w:pStyle w:val="ListBullet"/>
      </w:pPr>
      <w:r>
        <w:t>[ ] Valorar cambio a colchón de vacío si traslado es largo</w:t>
      </w:r>
    </w:p>
    <w:p>
      <w:pPr>
        <w:pStyle w:val="ListBullet"/>
      </w:pPr>
      <w:r>
        <w:t>[ ] Acolchar puntos de presión</w:t>
      </w:r>
    </w:p>
    <w:p>
      <w:pPr>
        <w:pStyle w:val="ListBullet"/>
      </w:pPr>
      <w:r>
        <w:t>[ ] Monitorizar signos de úlceras</w:t>
      </w:r>
    </w:p>
    <w:p>
      <w:r>
        <w:t>**Seguridad:**</w:t>
      </w:r>
    </w:p>
    <w:p>
      <w:pPr>
        <w:pStyle w:val="ListBullet"/>
      </w:pPr>
      <w:r>
        <w:t>[ ] NUNCA usar para transporte prolongado</w:t>
      </w:r>
    </w:p>
    <w:p>
      <w:pPr>
        <w:pStyle w:val="ListBullet"/>
      </w:pPr>
      <w:r>
        <w:t>[ ] NUNCA olvidar fijar cabeza</w:t>
      </w:r>
    </w:p>
    <w:p>
      <w:pPr>
        <w:pStyle w:val="ListBullet"/>
      </w:pPr>
      <w:r>
        <w:t>[ ] NUNCA hacer ajustes asimétricos</w:t>
      </w:r>
    </w:p>
    <w:p>
      <w:pPr>
        <w:pStyle w:val="ListBullet"/>
      </w:pPr>
      <w:r>
        <w:t>[ ] SIEMPRE asegurar todas las zonas</w:t>
      </w:r>
    </w:p>
    <w:p>
      <w:pPr>
        <w:pStyle w:val="ListBullet"/>
      </w:pPr>
      <w:r>
        <w:t>[ ] SIEMPRE valorar cambio a colchón de vacío en traslados largos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El tablero espinal permite inmovilización rígida **temporal**</w:t>
      </w:r>
    </w:p>
    <w:p>
      <w:pPr>
        <w:pStyle w:val="ListBullet"/>
      </w:pPr>
      <w:r>
        <w:t>**⚠️ NO está diseñado para transporte prolongado**</w:t>
      </w:r>
    </w:p>
    <w:p>
      <w:pPr>
        <w:pStyle w:val="ListBullet"/>
      </w:pPr>
      <w:r>
        <w:t>**Útil, pero transitorio**</w:t>
      </w:r>
    </w:p>
    <w:p>
      <w:pPr>
        <w:pStyle w:val="ListBullet"/>
      </w:pPr>
      <w:r>
        <w:t>**Siempre valorar cambio a colchón de vacío**</w:t>
      </w:r>
    </w:p>
    <w:p>
      <w:pPr>
        <w:pStyle w:val="ListBullet"/>
      </w:pPr>
      <w:r>
        <w:t>Requiere **sistema completo**: collarín, correas, bloques</w:t>
      </w:r>
    </w:p>
    <w:p>
      <w:pPr>
        <w:pStyle w:val="ListBullet"/>
      </w:pPr>
      <w:r>
        <w:t>El **control cervical manual es siempre prioritario**</w:t>
      </w:r>
    </w:p>
    <w:p>
      <w:r>
        <w:t>**Principios No Negociables:**</w:t>
      </w:r>
    </w:p>
    <w:p>
      <w:pPr>
        <w:pStyle w:val="ListBullet"/>
      </w:pPr>
      <w:r>
        <w:t>**NUNCA usar** para transporte prolongado</w:t>
      </w:r>
    </w:p>
    <w:p>
      <w:pPr>
        <w:pStyle w:val="ListBullet"/>
      </w:pPr>
      <w:r>
        <w:t>**NUNCA olvidar** fijar cabeza</w:t>
      </w:r>
    </w:p>
    <w:p>
      <w:pPr>
        <w:pStyle w:val="ListBullet"/>
      </w:pPr>
      <w:r>
        <w:t>**NUNCA hacer** ajustes asimétricos</w:t>
      </w:r>
    </w:p>
    <w:p>
      <w:pPr>
        <w:pStyle w:val="ListBullet"/>
      </w:pPr>
      <w:r>
        <w:t>**NUNCA creer** que "ya está inmovilizado" solo con tablero</w:t>
      </w:r>
    </w:p>
    <w:p>
      <w:pPr>
        <w:pStyle w:val="ListBullet"/>
      </w:pPr>
      <w:r>
        <w:t>**SIEMPRE asegurar** todas las zonas</w:t>
      </w:r>
    </w:p>
    <w:p>
      <w:pPr>
        <w:pStyle w:val="ListBullet"/>
      </w:pPr>
      <w:r>
        <w:t>**SIEMPRE valorar** cambio a colchón de vacío en traslados largos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BLOQUE 2.6 – Colchón de Vacío</w:t>
      </w:r>
    </w:p>
    <w:p>
      <w:pPr>
        <w:pStyle w:val="Heading1"/>
      </w:pPr>
      <w:r>
        <w:t>BLOQUE 2.6 – Colchón de Vacío</w:t>
      </w:r>
    </w:p>
    <w:p>
      <w:pPr>
        <w:pStyle w:val="Heading2"/>
      </w:pPr>
      <w:r>
        <w:t>Manual TES Digital – Inmovilización definitiva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 OBJETIVO DEL COLCHÓN DE VACÍO</w:t>
      </w:r>
    </w:p>
    <w:p>
      <w:pPr>
        <w:pStyle w:val="Heading3"/>
      </w:pPr>
      <w:r>
        <w:t>Definición y Función</w:t>
      </w:r>
    </w:p>
    <w:p>
      <w:r>
        <w:t>El colchón de vacío es el sistema de inmovilización más completo y confortable, adaptándose al cuerpo del paciente y manteniendo alineación global.</w:t>
      </w:r>
    </w:p>
    <w:p>
      <w:r>
        <w:t>**Características Fundamentales:**</w:t>
      </w:r>
    </w:p>
    <w:p>
      <w:pPr>
        <w:pStyle w:val="ListBullet"/>
      </w:pPr>
      <w:r>
        <w:t>Sistema de inmovilización completo y confortable</w:t>
      </w:r>
    </w:p>
    <w:p>
      <w:pPr>
        <w:pStyle w:val="ListBullet"/>
      </w:pPr>
      <w:r>
        <w:t>Se adapta al cuerpo del paciente</w:t>
      </w:r>
    </w:p>
    <w:p>
      <w:pPr>
        <w:pStyle w:val="ListBullet"/>
      </w:pPr>
      <w:r>
        <w:t>Mantiene alineación global</w:t>
      </w:r>
    </w:p>
    <w:p>
      <w:pPr>
        <w:pStyle w:val="ListBullet"/>
      </w:pPr>
      <w:r>
        <w:t>Inmovilización personalizada</w:t>
      </w:r>
    </w:p>
    <w:p>
      <w:pPr>
        <w:pStyle w:val="ListBullet"/>
      </w:pPr>
      <w:r>
        <w:t>Sistema de elección para transporte prolongado</w:t>
      </w:r>
    </w:p>
    <w:p>
      <w:pPr>
        <w:pStyle w:val="Heading3"/>
      </w:pPr>
      <w:r>
        <w:t>Principio Clave</w:t>
      </w:r>
    </w:p>
    <w:p>
      <w:r>
        <w:t>**📌 Es el dispositivo de elección para transporte prolongado.**</w:t>
      </w:r>
    </w:p>
    <w:p>
      <w:r>
        <w:t>**Ventajas sobre otros sistemas:**</w:t>
      </w:r>
    </w:p>
    <w:p>
      <w:pPr>
        <w:pStyle w:val="ListBullet"/>
      </w:pPr>
      <w:r>
        <w:t>Mayor confort para el paciente</w:t>
      </w:r>
    </w:p>
    <w:p>
      <w:pPr>
        <w:pStyle w:val="ListBullet"/>
      </w:pPr>
      <w:r>
        <w:t>Menor riesgo de lesiones secundarias</w:t>
      </w:r>
    </w:p>
    <w:p>
      <w:pPr>
        <w:pStyle w:val="ListBullet"/>
      </w:pPr>
      <w:r>
        <w:t>Excelente inmovilización</w:t>
      </w:r>
    </w:p>
    <w:p>
      <w:pPr>
        <w:pStyle w:val="ListBullet"/>
      </w:pPr>
      <w:r>
        <w:t>Mejor tolerancia respiratoria</w:t>
      </w:r>
    </w:p>
    <w:p>
      <w:pPr>
        <w:pStyle w:val="ListBullet"/>
      </w:pPr>
      <w:r>
        <w:t>Adaptación personalizada al cuerpo</w:t>
      </w:r>
    </w:p>
    <w:p>
      <w:r>
        <w:t>**Resultado Esperado:**</w:t>
      </w:r>
    </w:p>
    <w:p>
      <w:pPr>
        <w:pStyle w:val="ListBullet"/>
      </w:pPr>
      <w:r>
        <w:t>Inmovilización completa y confortable</w:t>
      </w:r>
    </w:p>
    <w:p>
      <w:pPr>
        <w:pStyle w:val="ListBullet"/>
      </w:pPr>
      <w:r>
        <w:t>Adaptación al cuerpo del paciente</w:t>
      </w:r>
    </w:p>
    <w:p>
      <w:pPr>
        <w:pStyle w:val="ListBullet"/>
      </w:pPr>
      <w:r>
        <w:t>Alineación global mantenida</w:t>
      </w:r>
    </w:p>
    <w:p>
      <w:pPr>
        <w:pStyle w:val="ListBullet"/>
      </w:pPr>
      <w:r>
        <w:t>Transporte prolongado seguro</w:t>
      </w:r>
    </w:p>
    <w:p>
      <w:pPr>
        <w:pStyle w:val="ListBullet"/>
      </w:pPr>
      <w:r>
        <w:t>Reducción de complicaciones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 INDICACIONES</w:t>
      </w:r>
    </w:p>
    <w:p>
      <w:pPr>
        <w:pStyle w:val="Heading3"/>
      </w:pPr>
      <w:r>
        <w:t>Situaciones de Aplicación</w:t>
      </w:r>
    </w:p>
    <w:p>
      <w:r>
        <w:t>**1. Pacientes Politraumatizados:**</w:t>
      </w:r>
    </w:p>
    <w:p>
      <w:pPr>
        <w:pStyle w:val="ListBullet"/>
      </w:pPr>
      <w:r>
        <w:t>Múltiples lesiones</w:t>
      </w:r>
    </w:p>
    <w:p>
      <w:pPr>
        <w:pStyle w:val="ListBullet"/>
      </w:pPr>
      <w:r>
        <w:t>Necesidad de inmovilización completa</w:t>
      </w:r>
    </w:p>
    <w:p>
      <w:pPr>
        <w:pStyle w:val="ListBullet"/>
      </w:pPr>
      <w:r>
        <w:t>Transporte prolongado</w:t>
      </w:r>
    </w:p>
    <w:p>
      <w:r>
        <w:t>**2. Sospecha de Lesión Vertebral:**</w:t>
      </w:r>
    </w:p>
    <w:p>
      <w:pPr>
        <w:pStyle w:val="ListBullet"/>
      </w:pPr>
      <w:r>
        <w:t>Cualquier sospecha de lesión espinal</w:t>
      </w:r>
    </w:p>
    <w:p>
      <w:pPr>
        <w:pStyle w:val="ListBullet"/>
      </w:pPr>
      <w:r>
        <w:t>Necesidad de inmovilización completa</w:t>
      </w:r>
    </w:p>
    <w:p>
      <w:pPr>
        <w:pStyle w:val="ListBullet"/>
      </w:pPr>
      <w:r>
        <w:t>Prevención de agravamiento</w:t>
      </w:r>
    </w:p>
    <w:p>
      <w:r>
        <w:t>**3. Traslados Largos:**</w:t>
      </w:r>
    </w:p>
    <w:p>
      <w:pPr>
        <w:pStyle w:val="ListBullet"/>
      </w:pPr>
      <w:r>
        <w:t>Traslados de larga duración</w:t>
      </w:r>
    </w:p>
    <w:p>
      <w:pPr>
        <w:pStyle w:val="ListBullet"/>
      </w:pPr>
      <w:r>
        <w:t>Transporte interhospitalario</w:t>
      </w:r>
    </w:p>
    <w:p>
      <w:pPr>
        <w:pStyle w:val="ListBullet"/>
      </w:pPr>
      <w:r>
        <w:t>Necesidad de confort prolongado</w:t>
      </w:r>
    </w:p>
    <w:p>
      <w:r>
        <w:t>**4. Pacientes Conscientes con Dolor:**</w:t>
      </w:r>
    </w:p>
    <w:p>
      <w:pPr>
        <w:pStyle w:val="ListBullet"/>
      </w:pPr>
      <w:r>
        <w:t>Pacientes conscientes que requieren inmovilización</w:t>
      </w:r>
    </w:p>
    <w:p>
      <w:pPr>
        <w:pStyle w:val="ListBullet"/>
      </w:pPr>
      <w:r>
        <w:t>Dolor que requiere posición cómoda</w:t>
      </w:r>
    </w:p>
    <w:p>
      <w:pPr>
        <w:pStyle w:val="ListBullet"/>
      </w:pPr>
      <w:r>
        <w:t>Mejor tolerancia que tablero espinal</w:t>
      </w:r>
    </w:p>
    <w:p>
      <w:r>
        <w:t>**5. Transporte Interhospitalario:**</w:t>
      </w:r>
    </w:p>
    <w:p>
      <w:pPr>
        <w:pStyle w:val="ListBullet"/>
      </w:pPr>
      <w:r>
        <w:t>Transferencias entre hospitales</w:t>
      </w:r>
    </w:p>
    <w:p>
      <w:pPr>
        <w:pStyle w:val="ListBullet"/>
      </w:pPr>
      <w:r>
        <w:t>Traslados de larga duración</w:t>
      </w:r>
    </w:p>
    <w:p>
      <w:pPr>
        <w:pStyle w:val="ListBullet"/>
      </w:pPr>
      <w:r>
        <w:t>Necesidad de inmovilización estable</w:t>
      </w:r>
    </w:p>
    <w:p>
      <w:pPr>
        <w:pStyle w:val="Heading3"/>
      </w:pPr>
      <w:r>
        <w:t>Ventajas del Colchón de Vacío</w:t>
      </w:r>
    </w:p>
    <w:p>
      <w:r>
        <w:t>**Sobre Tablero Espinal:**</w:t>
      </w:r>
    </w:p>
    <w:p>
      <w:pPr>
        <w:pStyle w:val="ListBullet"/>
      </w:pPr>
      <w:r>
        <w:t>Mayor confort</w:t>
      </w:r>
    </w:p>
    <w:p>
      <w:pPr>
        <w:pStyle w:val="ListBullet"/>
      </w:pPr>
      <w:r>
        <w:t>Menor riesgo de úlceras por presión</w:t>
      </w:r>
    </w:p>
    <w:p>
      <w:pPr>
        <w:pStyle w:val="ListBullet"/>
      </w:pPr>
      <w:r>
        <w:t>Mejor tolerancia respiratoria</w:t>
      </w:r>
    </w:p>
    <w:p>
      <w:pPr>
        <w:pStyle w:val="ListBullet"/>
      </w:pPr>
      <w:r>
        <w:t>Adaptación personalizada</w:t>
      </w:r>
    </w:p>
    <w:p>
      <w:r>
        <w:t>**Sobre Otros Sistemas:**</w:t>
      </w:r>
    </w:p>
    <w:p>
      <w:pPr>
        <w:pStyle w:val="ListBullet"/>
      </w:pPr>
      <w:r>
        <w:t>Inmovilización más completa</w:t>
      </w:r>
    </w:p>
    <w:p>
      <w:pPr>
        <w:pStyle w:val="ListBullet"/>
      </w:pPr>
      <w:r>
        <w:t>Mejor adaptación al cuerpo</w:t>
      </w:r>
    </w:p>
    <w:p>
      <w:pPr>
        <w:pStyle w:val="ListBullet"/>
      </w:pPr>
      <w:r>
        <w:t>Mayor estabilidad</w:t>
      </w:r>
    </w:p>
    <w:p>
      <w:pPr>
        <w:pStyle w:val="ListBullet"/>
      </w:pPr>
      <w:r>
        <w:t>Reducción de complicaciones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3. COLOCACIÓN PASO A PASO</w:t>
      </w:r>
    </w:p>
    <w:p>
      <w:pPr>
        <w:pStyle w:val="Heading3"/>
      </w:pPr>
      <w:r>
        <w:t>Requisitos Previos</w:t>
      </w:r>
    </w:p>
    <w:p>
      <w:r>
        <w:t>**Equipo Necesario:**</w:t>
      </w:r>
    </w:p>
    <w:p>
      <w:pPr>
        <w:pStyle w:val="ListBullet"/>
      </w:pPr>
      <w:r>
        <w:t>Colchón de vacío (verificar que está en buen estado)</w:t>
      </w:r>
    </w:p>
    <w:p>
      <w:pPr>
        <w:pStyle w:val="ListBullet"/>
      </w:pPr>
      <w:r>
        <w:t>Bomba de vacío (manual o eléctrica)</w:t>
      </w:r>
    </w:p>
    <w:p>
      <w:pPr>
        <w:pStyle w:val="ListBullet"/>
      </w:pPr>
      <w:r>
        <w:t>Control cervical manual (TES de cabeza)</w:t>
      </w:r>
    </w:p>
    <w:p>
      <w:pPr>
        <w:pStyle w:val="ListBullet"/>
      </w:pPr>
      <w:r>
        <w:t>Collarín cervical</w:t>
      </w:r>
    </w:p>
    <w:p>
      <w:pPr>
        <w:pStyle w:val="ListBullet"/>
      </w:pPr>
      <w:r>
        <w:t>Correas de sujeción</w:t>
      </w:r>
    </w:p>
    <w:p>
      <w:pPr>
        <w:pStyle w:val="ListBullet"/>
      </w:pPr>
      <w:r>
        <w:t>Equipo coordinado (mínimo 3-4 TES)</w:t>
      </w:r>
    </w:p>
    <w:p>
      <w:r>
        <w:t>**Preparación:**</w:t>
      </w:r>
    </w:p>
    <w:p>
      <w:pPr>
        <w:pStyle w:val="ListBullet"/>
      </w:pPr>
      <w:r>
        <w:t>Verificar que colchón está disponible</w:t>
      </w:r>
    </w:p>
    <w:p>
      <w:pPr>
        <w:pStyle w:val="ListBullet"/>
      </w:pPr>
      <w:r>
        <w:t>Verificar que está en buen estado</w:t>
      </w:r>
    </w:p>
    <w:p>
      <w:pPr>
        <w:pStyle w:val="ListBullet"/>
      </w:pPr>
      <w:r>
        <w:t>Verificar que bomba de vacío funciona</w:t>
      </w:r>
    </w:p>
    <w:p>
      <w:pPr>
        <w:pStyle w:val="ListBullet"/>
      </w:pPr>
      <w:r>
        <w:t>Preparar correas de sujeción</w:t>
      </w:r>
    </w:p>
    <w:p>
      <w:pPr>
        <w:pStyle w:val="ListBullet"/>
      </w:pPr>
      <w:r>
        <w:t>Coordinar con el equipo</w:t>
      </w:r>
    </w:p>
    <w:p>
      <w:pPr>
        <w:pStyle w:val="ListBullet"/>
      </w:pPr>
      <w:r>
        <w:t>Explicar al paciente (si está consciente)</w:t>
      </w:r>
    </w:p>
    <w:p>
      <w:pPr>
        <w:pStyle w:val="Heading3"/>
      </w:pPr>
      <w:r>
        <w:t>Secuencia de Colocación</w:t>
      </w:r>
    </w:p>
    <w:p>
      <w:r>
        <w:t>**Paso 1: Control Cervical Manual**</w:t>
      </w:r>
    </w:p>
    <w:p>
      <w:pPr>
        <w:pStyle w:val="ListBullet"/>
      </w:pPr>
      <w:r>
        <w:t>✅ TES de cabeza mantiene control cervical manual</w:t>
      </w:r>
    </w:p>
    <w:p>
      <w:pPr>
        <w:pStyle w:val="ListBullet"/>
      </w:pPr>
      <w:r>
        <w:t>✅ No soltar durante todo el proceso</w:t>
      </w:r>
    </w:p>
    <w:p>
      <w:pPr>
        <w:pStyle w:val="ListBullet"/>
      </w:pPr>
      <w:r>
        <w:t>✅ Dirigir la maniobra</w:t>
      </w:r>
    </w:p>
    <w:p>
      <w:r>
        <w:t>**Paso 2: Colocar Colchón Desinflado**</w:t>
      </w:r>
    </w:p>
    <w:p>
      <w:pPr>
        <w:pStyle w:val="ListBullet"/>
      </w:pPr>
      <w:r>
        <w:t>Colocar colchón de vacío desinflado junto al paciente</w:t>
      </w:r>
    </w:p>
    <w:p>
      <w:pPr>
        <w:pStyle w:val="ListBullet"/>
      </w:pPr>
      <w:r>
        <w:t>Extender completamente</w:t>
      </w:r>
    </w:p>
    <w:p>
      <w:pPr>
        <w:pStyle w:val="ListBullet"/>
      </w:pPr>
      <w:r>
        <w:t>Verificar que está listo para transferencia</w:t>
      </w:r>
    </w:p>
    <w:p>
      <w:pPr>
        <w:pStyle w:val="ListBullet"/>
      </w:pPr>
      <w:r>
        <w:t>Verificar que válvula de vacío está accesible</w:t>
      </w:r>
    </w:p>
    <w:p>
      <w:r>
        <w:t>**Paso 3: Transferir Paciente (Cuchara o Giro en Bloque)**</w:t>
      </w:r>
    </w:p>
    <w:p>
      <w:pPr>
        <w:pStyle w:val="ListBullet"/>
      </w:pPr>
      <w:r>
        <w:t>**Opción A: Usando Camilla Cuchara**</w:t>
      </w:r>
    </w:p>
    <w:p>
      <w:pPr>
        <w:pStyle w:val="ListBullet"/>
      </w:pPr>
      <w:r>
        <w:t>Transferir paciente desde cuchara al colchón</w:t>
      </w:r>
    </w:p>
    <w:p>
      <w:pPr>
        <w:pStyle w:val="ListBullet"/>
      </w:pPr>
      <w:r>
        <w:t>Coordinar transferencia</w:t>
      </w:r>
    </w:p>
    <w:p>
      <w:pPr>
        <w:pStyle w:val="ListBullet"/>
      </w:pPr>
      <w:r>
        <w:t>Mantener alineación</w:t>
      </w:r>
    </w:p>
    <w:p>
      <w:pPr>
        <w:pStyle w:val="ListBullet"/>
      </w:pPr>
      <w:r>
        <w:t>**Opción B: Giro en Bloque**</w:t>
      </w:r>
    </w:p>
    <w:p>
      <w:pPr>
        <w:pStyle w:val="ListBullet"/>
      </w:pPr>
      <w:r>
        <w:t>Realizar giro en bloque coordinado</w:t>
      </w:r>
    </w:p>
    <w:p>
      <w:pPr>
        <w:pStyle w:val="ListBullet"/>
      </w:pPr>
      <w:r>
        <w:t>Colocar colchón bajo el paciente</w:t>
      </w:r>
    </w:p>
    <w:p>
      <w:pPr>
        <w:pStyle w:val="ListBullet"/>
      </w:pPr>
      <w:r>
        <w:t>Retornar paciente en bloque sobre colchón</w:t>
      </w:r>
    </w:p>
    <w:p>
      <w:pPr>
        <w:pStyle w:val="ListBullet"/>
      </w:pPr>
      <w:r>
        <w:t>Mantener alineación durante transferencia</w:t>
      </w:r>
    </w:p>
    <w:p>
      <w:r>
        <w:t>**Paso 4: Ajustar Forma Corporal**</w:t>
      </w:r>
    </w:p>
    <w:p>
      <w:pPr>
        <w:pStyle w:val="ListBullet"/>
      </w:pPr>
      <w:r>
        <w:t>Ajustar colchón a la forma del cuerpo del paciente</w:t>
      </w:r>
    </w:p>
    <w:p>
      <w:pPr>
        <w:pStyle w:val="ListBullet"/>
      </w:pPr>
      <w:r>
        <w:t>Asegurar que se adapta correctamente</w:t>
      </w:r>
    </w:p>
    <w:p>
      <w:pPr>
        <w:pStyle w:val="ListBullet"/>
      </w:pPr>
      <w:r>
        <w:t>Verificar que no hay espacios vacíos grandes</w:t>
      </w:r>
    </w:p>
    <w:p>
      <w:pPr>
        <w:pStyle w:val="ListBullet"/>
      </w:pPr>
      <w:r>
        <w:t>Ajustar posición de extremidades si es necesario</w:t>
      </w:r>
    </w:p>
    <w:p>
      <w:r>
        <w:t>**Paso 5: Colocar Sujeciones - Tronco**</w:t>
      </w:r>
    </w:p>
    <w:p>
      <w:pPr>
        <w:pStyle w:val="ListBullet"/>
      </w:pPr>
      <w:r>
        <w:t>Colocar correas de sujeción en tronco</w:t>
      </w:r>
    </w:p>
    <w:p>
      <w:pPr>
        <w:pStyle w:val="ListBullet"/>
      </w:pPr>
      <w:r>
        <w:t>Mínimo 2-3 correas en tronco</w:t>
      </w:r>
    </w:p>
    <w:p>
      <w:pPr>
        <w:pStyle w:val="ListBullet"/>
      </w:pPr>
      <w:r>
        <w:t>Ajustar firmemente pero sin comprimir</w:t>
      </w:r>
    </w:p>
    <w:p>
      <w:pPr>
        <w:pStyle w:val="ListBullet"/>
      </w:pPr>
      <w:r>
        <w:t>Verificar que sujeción es segura</w:t>
      </w:r>
    </w:p>
    <w:p>
      <w:r>
        <w:t>**Paso 6: Colocar Sujeciones - Pelvis**</w:t>
      </w:r>
    </w:p>
    <w:p>
      <w:pPr>
        <w:pStyle w:val="ListBullet"/>
      </w:pPr>
      <w:r>
        <w:t>Colocar correas de sujeción en pelvis</w:t>
      </w:r>
    </w:p>
    <w:p>
      <w:pPr>
        <w:pStyle w:val="ListBullet"/>
      </w:pPr>
      <w:r>
        <w:t>Ajustar firmemente pero sin comprimir</w:t>
      </w:r>
    </w:p>
    <w:p>
      <w:pPr>
        <w:pStyle w:val="ListBullet"/>
      </w:pPr>
      <w:r>
        <w:t>Verificar que sujeción es segura</w:t>
      </w:r>
    </w:p>
    <w:p>
      <w:r>
        <w:t>**Paso 7: Colocar Sujeciones - Extremidades**</w:t>
      </w:r>
    </w:p>
    <w:p>
      <w:pPr>
        <w:pStyle w:val="ListBullet"/>
      </w:pPr>
      <w:r>
        <w:t>Sujetar extremidades si es necesario</w:t>
      </w:r>
    </w:p>
    <w:p>
      <w:pPr>
        <w:pStyle w:val="ListBullet"/>
      </w:pPr>
      <w:r>
        <w:t>Prevenir movimientos que puedan agravar lesiones</w:t>
      </w:r>
    </w:p>
    <w:p>
      <w:pPr>
        <w:pStyle w:val="ListBullet"/>
      </w:pPr>
      <w:r>
        <w:t>Verificar que extremidades están seguras</w:t>
      </w:r>
    </w:p>
    <w:p>
      <w:r>
        <w:t>**Paso 8: Extraer Aire con Bomba**</w:t>
      </w:r>
    </w:p>
    <w:p>
      <w:pPr>
        <w:pStyle w:val="ListBullet"/>
      </w:pPr>
      <w:r>
        <w:t>Conectar bomba de vacío a válvula</w:t>
      </w:r>
    </w:p>
    <w:p>
      <w:pPr>
        <w:pStyle w:val="ListBullet"/>
      </w:pPr>
      <w:r>
        <w:t>Extraer aire completamente</w:t>
      </w:r>
    </w:p>
    <w:p>
      <w:pPr>
        <w:pStyle w:val="ListBullet"/>
      </w:pPr>
      <w:r>
        <w:t>Verificar que colchón se vuelve rígido</w:t>
      </w:r>
    </w:p>
    <w:p>
      <w:pPr>
        <w:pStyle w:val="ListBullet"/>
      </w:pPr>
      <w:r>
        <w:t>Continuar extrayendo hasta rigidez completa</w:t>
      </w:r>
    </w:p>
    <w:p>
      <w:pPr>
        <w:pStyle w:val="ListBullet"/>
      </w:pPr>
      <w:r>
        <w:t>Verificar que válvula está cerrada correctamente</w:t>
      </w:r>
    </w:p>
    <w:p>
      <w:r>
        <w:t>**Paso 9: Verificar Rigidez y Alineación**</w:t>
      </w:r>
    </w:p>
    <w:p>
      <w:pPr>
        <w:pStyle w:val="ListBullet"/>
      </w:pPr>
      <w:r>
        <w:t>Verificar que colchón está completamente rígido</w:t>
      </w:r>
    </w:p>
    <w:p>
      <w:pPr>
        <w:pStyle w:val="ListBullet"/>
      </w:pPr>
      <w:r>
        <w:t>Verificar que alineación es correcta</w:t>
      </w:r>
    </w:p>
    <w:p>
      <w:pPr>
        <w:pStyle w:val="ListBullet"/>
      </w:pPr>
      <w:r>
        <w:t>Verificar que paciente está bien sujeto</w:t>
      </w:r>
    </w:p>
    <w:p>
      <w:pPr>
        <w:pStyle w:val="ListBullet"/>
      </w:pPr>
      <w:r>
        <w:t>Verificar que no hay compresiones</w:t>
      </w:r>
    </w:p>
    <w:p>
      <w:r>
        <w:t>**Paso 10: Mantener Collarín Cervical**</w:t>
      </w:r>
    </w:p>
    <w:p>
      <w:pPr>
        <w:pStyle w:val="ListBullet"/>
      </w:pPr>
      <w:r>
        <w:t>Verificar que collarín cervical está colocado</w:t>
      </w:r>
    </w:p>
    <w:p>
      <w:pPr>
        <w:pStyle w:val="ListBullet"/>
      </w:pPr>
      <w:r>
        <w:t>Si no lo tiene: colocarlo ahora (ver BLOQUE 2.3)</w:t>
      </w:r>
    </w:p>
    <w:p>
      <w:pPr>
        <w:pStyle w:val="ListBullet"/>
      </w:pPr>
      <w:r>
        <w:t>Verificar que collarín está bien colocado</w:t>
      </w:r>
    </w:p>
    <w:p>
      <w:pPr>
        <w:pStyle w:val="ListBullet"/>
      </w:pPr>
      <w:r>
        <w:t>Mantener durante todo el proceso</w:t>
      </w:r>
    </w:p>
    <w:p>
      <w:pPr>
        <w:pStyle w:val="Heading3"/>
      </w:pPr>
      <w:r>
        <w:t>Verificación Final</w:t>
      </w:r>
    </w:p>
    <w:p>
      <w:r>
        <w:t>**Después de Colocar:**</w:t>
      </w:r>
    </w:p>
    <w:p>
      <w:pPr>
        <w:pStyle w:val="ListBullet"/>
      </w:pPr>
      <w:r>
        <w:t>Verificar que colchón está completamente rígido</w:t>
      </w:r>
    </w:p>
    <w:p>
      <w:pPr>
        <w:pStyle w:val="ListBullet"/>
      </w:pPr>
      <w:r>
        <w:t>Verificar que paciente está bien sujeto</w:t>
      </w:r>
    </w:p>
    <w:p>
      <w:pPr>
        <w:pStyle w:val="ListBullet"/>
      </w:pPr>
      <w:r>
        <w:t>Verificar que alineación es correcta</w:t>
      </w:r>
    </w:p>
    <w:p>
      <w:pPr>
        <w:pStyle w:val="ListBullet"/>
      </w:pPr>
      <w:r>
        <w:t>Verificar que vía aérea está permeable</w:t>
      </w:r>
    </w:p>
    <w:p>
      <w:pPr>
        <w:pStyle w:val="ListBullet"/>
      </w:pPr>
      <w:r>
        <w:t>Verificar que no hay compresiones</w:t>
      </w:r>
    </w:p>
    <w:p>
      <w:pPr>
        <w:pStyle w:val="ListBullet"/>
      </w:pPr>
      <w:r>
        <w:t>Verificar que collarín está colocado</w:t>
      </w:r>
    </w:p>
    <w:p>
      <w:pPr>
        <w:pStyle w:val="ListBullet"/>
      </w:pPr>
      <w:r>
        <w:t>Comunicar que está listo para traslado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 VENTAJAS</w:t>
      </w:r>
    </w:p>
    <w:p>
      <w:pPr>
        <w:pStyle w:val="Heading3"/>
      </w:pPr>
      <w:r>
        <w:t>Ventajas del Colchón de Vacío</w:t>
      </w:r>
    </w:p>
    <w:p>
      <w:r>
        <w:t>**1. Mayor Confort:**</w:t>
      </w:r>
    </w:p>
    <w:p>
      <w:pPr>
        <w:pStyle w:val="ListBullet"/>
      </w:pPr>
      <w:r>
        <w:t>Adaptación al cuerpo del paciente</w:t>
      </w:r>
    </w:p>
    <w:p>
      <w:pPr>
        <w:pStyle w:val="ListBullet"/>
      </w:pPr>
      <w:r>
        <w:t>Superficie más confortable que tablero rígido</w:t>
      </w:r>
    </w:p>
    <w:p>
      <w:pPr>
        <w:pStyle w:val="ListBullet"/>
      </w:pPr>
      <w:r>
        <w:t>Mejor tolerancia prolongada</w:t>
      </w:r>
    </w:p>
    <w:p>
      <w:pPr>
        <w:pStyle w:val="ListBullet"/>
      </w:pPr>
      <w:r>
        <w:t>Reduce incomodidad</w:t>
      </w:r>
    </w:p>
    <w:p>
      <w:r>
        <w:t>**2. Menor Riesgo de Lesiones Secundarias:**</w:t>
      </w:r>
    </w:p>
    <w:p>
      <w:pPr>
        <w:pStyle w:val="ListBullet"/>
      </w:pPr>
      <w:r>
        <w:t>Menor presión en puntos de apoyo</w:t>
      </w:r>
    </w:p>
    <w:p>
      <w:pPr>
        <w:pStyle w:val="ListBullet"/>
      </w:pPr>
      <w:r>
        <w:t>Menor riesgo de úlceras por presión</w:t>
      </w:r>
    </w:p>
    <w:p>
      <w:pPr>
        <w:pStyle w:val="ListBullet"/>
      </w:pPr>
      <w:r>
        <w:t>Adaptación personalizada reduce puntos de presión</w:t>
      </w:r>
    </w:p>
    <w:p>
      <w:pPr>
        <w:pStyle w:val="ListBullet"/>
      </w:pPr>
      <w:r>
        <w:t>Mejor distribución del peso</w:t>
      </w:r>
    </w:p>
    <w:p>
      <w:r>
        <w:t>**3. Excelente Inmovilización:**</w:t>
      </w:r>
    </w:p>
    <w:p>
      <w:pPr>
        <w:pStyle w:val="ListBullet"/>
      </w:pPr>
      <w:r>
        <w:t>Inmovilización completa y efectiva</w:t>
      </w:r>
    </w:p>
    <w:p>
      <w:pPr>
        <w:pStyle w:val="ListBullet"/>
      </w:pPr>
      <w:r>
        <w:t>Adaptación al cuerpo mantiene alineación</w:t>
      </w:r>
    </w:p>
    <w:p>
      <w:pPr>
        <w:pStyle w:val="ListBullet"/>
      </w:pPr>
      <w:r>
        <w:t>Rigidez después de extraer aire</w:t>
      </w:r>
    </w:p>
    <w:p>
      <w:pPr>
        <w:pStyle w:val="ListBullet"/>
      </w:pPr>
      <w:r>
        <w:t>Estabilidad durante transporte</w:t>
      </w:r>
    </w:p>
    <w:p>
      <w:r>
        <w:t>**4. Mejor Tolerancia Respiratoria:**</w:t>
      </w:r>
    </w:p>
    <w:p>
      <w:pPr>
        <w:pStyle w:val="ListBullet"/>
      </w:pPr>
      <w:r>
        <w:t>No dificulta ventilación como tablero rígido</w:t>
      </w:r>
    </w:p>
    <w:p>
      <w:pPr>
        <w:pStyle w:val="ListBullet"/>
      </w:pPr>
      <w:r>
        <w:t>Adaptación permite mejor posición respiratoria</w:t>
      </w:r>
    </w:p>
    <w:p>
      <w:pPr>
        <w:pStyle w:val="ListBullet"/>
      </w:pPr>
      <w:r>
        <w:t>Menor restricción torácica</w:t>
      </w:r>
    </w:p>
    <w:p>
      <w:pPr>
        <w:pStyle w:val="ListBullet"/>
      </w:pPr>
      <w:r>
        <w:t>Mejor para pacientes con problemas respiratorios</w:t>
      </w:r>
    </w:p>
    <w:p>
      <w:r>
        <w:t>**5. Adaptación Personalizada:**</w:t>
      </w:r>
    </w:p>
    <w:p>
      <w:pPr>
        <w:pStyle w:val="ListBullet"/>
      </w:pPr>
      <w:r>
        <w:t>Se adapta a la forma del cuerpo</w:t>
      </w:r>
    </w:p>
    <w:p>
      <w:pPr>
        <w:pStyle w:val="ListBullet"/>
      </w:pPr>
      <w:r>
        <w:t>Inmovilización personalizada</w:t>
      </w:r>
    </w:p>
    <w:p>
      <w:pPr>
        <w:pStyle w:val="ListBullet"/>
      </w:pPr>
      <w:r>
        <w:t>Mantiene alineación natural</w:t>
      </w:r>
    </w:p>
    <w:p>
      <w:pPr>
        <w:pStyle w:val="ListBullet"/>
      </w:pPr>
      <w:r>
        <w:t>Reduce movimientos</w:t>
      </w:r>
    </w:p>
    <w:p>
      <w:r>
        <w:t>**6. Reducción de Complicaciones:**</w:t>
      </w:r>
    </w:p>
    <w:p>
      <w:pPr>
        <w:pStyle w:val="ListBullet"/>
      </w:pPr>
      <w:r>
        <w:t>Menor riesgo de úlceras</w:t>
      </w:r>
    </w:p>
    <w:p>
      <w:pPr>
        <w:pStyle w:val="ListBullet"/>
      </w:pPr>
      <w:r>
        <w:t>Menor dolor</w:t>
      </w:r>
    </w:p>
    <w:p>
      <w:pPr>
        <w:pStyle w:val="ListBullet"/>
      </w:pPr>
      <w:r>
        <w:t>Mejor tolerancia</w:t>
      </w:r>
    </w:p>
    <w:p>
      <w:pPr>
        <w:pStyle w:val="ListBullet"/>
      </w:pPr>
      <w:r>
        <w:t>Mejora calidad asistencial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 ERRORES FRECUENTES</w:t>
      </w:r>
    </w:p>
    <w:p>
      <w:pPr>
        <w:pStyle w:val="Heading3"/>
      </w:pPr>
      <w:r>
        <w:t>Errores Críticos</w:t>
      </w:r>
    </w:p>
    <w:p>
      <w:r>
        <w:t>**Error 1: No Sacar Suficiente Aire**</w:t>
      </w:r>
    </w:p>
    <w:p>
      <w:pPr>
        <w:pStyle w:val="ListBullet"/>
      </w:pPr>
      <w:r>
        <w:t>❌ No extraer aire completamente</w:t>
      </w:r>
    </w:p>
    <w:p>
      <w:pPr>
        <w:pStyle w:val="ListBullet"/>
      </w:pPr>
      <w:r>
        <w:t>**Consecuencia:** Colchón no se vuelve rígido, inmovilización inadecuada, riesgo</w:t>
      </w:r>
    </w:p>
    <w:p>
      <w:pPr>
        <w:pStyle w:val="ListBullet"/>
      </w:pPr>
      <w:r>
        <w:t>**Prevención:** Extraer aire completamente, verificar rigidez antes de usar</w:t>
      </w:r>
    </w:p>
    <w:p>
      <w:r>
        <w:t>**Error 2: Mala Adaptación Previa**</w:t>
      </w:r>
    </w:p>
    <w:p>
      <w:pPr>
        <w:pStyle w:val="ListBullet"/>
      </w:pPr>
      <w:r>
        <w:t>❌ No ajustar colchón a la forma del cuerpo antes de extraer aire</w:t>
      </w:r>
    </w:p>
    <w:p>
      <w:pPr>
        <w:pStyle w:val="ListBullet"/>
      </w:pPr>
      <w:r>
        <w:t>**Consecuencia:** Inmovilización inadecuada, espacios vacíos, riesgo</w:t>
      </w:r>
    </w:p>
    <w:p>
      <w:pPr>
        <w:pStyle w:val="ListBullet"/>
      </w:pPr>
      <w:r>
        <w:t>**Prevención:** Ajustar forma corporal antes de extraer aire, verificar adaptación</w:t>
      </w:r>
    </w:p>
    <w:p>
      <w:r>
        <w:t>**Error 3: Olvidar Collarín**</w:t>
      </w:r>
    </w:p>
    <w:p>
      <w:pPr>
        <w:pStyle w:val="ListBullet"/>
      </w:pPr>
      <w:r>
        <w:t>❌ No colocar o verificar collarín cervical</w:t>
      </w:r>
    </w:p>
    <w:p>
      <w:pPr>
        <w:pStyle w:val="ListBullet"/>
      </w:pPr>
      <w:r>
        <w:t>**Consecuencia:** Inmovilización cervical incompleta, riesgo de agravamiento</w:t>
      </w:r>
    </w:p>
    <w:p>
      <w:pPr>
        <w:pStyle w:val="ListBullet"/>
      </w:pPr>
      <w:r>
        <w:t>**Prevención:** Siempre verificar que collarín está colocado, colocarlo si falta</w:t>
      </w:r>
    </w:p>
    <w:p>
      <w:r>
        <w:t>**Error 4: Sujeciones Flojas**</w:t>
      </w:r>
    </w:p>
    <w:p>
      <w:pPr>
        <w:pStyle w:val="ListBullet"/>
      </w:pPr>
      <w:r>
        <w:t>❌ No asegurar sujeciones correctamente</w:t>
      </w:r>
    </w:p>
    <w:p>
      <w:pPr>
        <w:pStyle w:val="ListBullet"/>
      </w:pPr>
      <w:r>
        <w:t>**Consecuencia:** Movimientos, inmovilización inadecuada, riesgo</w:t>
      </w:r>
    </w:p>
    <w:p>
      <w:pPr>
        <w:pStyle w:val="ListBullet"/>
      </w:pPr>
      <w:r>
        <w:t>**Prevención:** Asegurar todas las sujeciones correctamente, verificar que están firmes</w:t>
      </w:r>
    </w:p>
    <w:p>
      <w:pPr>
        <w:pStyle w:val="Heading3"/>
      </w:pPr>
      <w:r>
        <w:t>Errores de Técnica</w:t>
      </w:r>
    </w:p>
    <w:p>
      <w:r>
        <w:t>**Error 5: No Verificar Rigidez**</w:t>
      </w:r>
    </w:p>
    <w:p>
      <w:pPr>
        <w:pStyle w:val="ListBullet"/>
      </w:pPr>
      <w:r>
        <w:t>❌ No verificar que colchón está completamente rígido</w:t>
      </w:r>
    </w:p>
    <w:p>
      <w:pPr>
        <w:pStyle w:val="ListBullet"/>
      </w:pPr>
      <w:r>
        <w:t>**Consecuencia:** Inmovilización inadecuada, riesgo</w:t>
      </w:r>
    </w:p>
    <w:p>
      <w:pPr>
        <w:pStyle w:val="ListBullet"/>
      </w:pPr>
      <w:r>
        <w:t>**Prevención:** Verificar rigidez antes de usar, continuar extrayendo aire si es necesario</w:t>
      </w:r>
    </w:p>
    <w:p>
      <w:r>
        <w:t>**Error 6: Válvula No Cerrada Correctamente**</w:t>
      </w:r>
    </w:p>
    <w:p>
      <w:pPr>
        <w:pStyle w:val="ListBullet"/>
      </w:pPr>
      <w:r>
        <w:t>❌ No cerrar válvula correctamente después de extraer aire</w:t>
      </w:r>
    </w:p>
    <w:p>
      <w:pPr>
        <w:pStyle w:val="ListBullet"/>
      </w:pPr>
      <w:r>
        <w:t>**Consecuencia:** Colchón puede perder rigidez, inmovilización inadecuada</w:t>
      </w:r>
    </w:p>
    <w:p>
      <w:pPr>
        <w:pStyle w:val="ListBullet"/>
      </w:pPr>
      <w:r>
        <w:t>**Prevención:** Verificar que válvula está cerrada correctamente</w:t>
      </w:r>
    </w:p>
    <w:p>
      <w:r>
        <w:t>**Error 7: Transferencia Descoordinada**</w:t>
      </w:r>
    </w:p>
    <w:p>
      <w:pPr>
        <w:pStyle w:val="ListBullet"/>
      </w:pPr>
      <w:r>
        <w:t>❌ Transferencia descoordinada o brusca</w:t>
      </w:r>
    </w:p>
    <w:p>
      <w:pPr>
        <w:pStyle w:val="ListBullet"/>
      </w:pPr>
      <w:r>
        <w:t>**Consecuencia:** Movimientos bruscos, riesgo de agravamiento</w:t>
      </w:r>
    </w:p>
    <w:p>
      <w:pPr>
        <w:pStyle w:val="ListBullet"/>
      </w:pPr>
      <w:r>
        <w:t>**Prevención:** Transferencia coordinada, mantener alineación</w:t>
      </w:r>
    </w:p>
    <w:p>
      <w:r>
        <w:t>**Error 8: No Ajustar Forma Corporal**</w:t>
      </w:r>
    </w:p>
    <w:p>
      <w:pPr>
        <w:pStyle w:val="ListBullet"/>
      </w:pPr>
      <w:r>
        <w:t>❌ No ajustar colchón a la forma del cuerpo</w:t>
      </w:r>
    </w:p>
    <w:p>
      <w:pPr>
        <w:pStyle w:val="ListBullet"/>
      </w:pPr>
      <w:r>
        <w:t>**Consecuencia:** Espacios vacíos, inmovilización inadecuada</w:t>
      </w:r>
    </w:p>
    <w:p>
      <w:pPr>
        <w:pStyle w:val="ListBullet"/>
      </w:pPr>
      <w:r>
        <w:t>**Prevención:** Ajustar forma corporal antes de extraer aire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6. CONTENIDO APTO PARA APP (CHECKLIST)</w:t>
      </w:r>
    </w:p>
    <w:p>
      <w:pPr>
        <w:pStyle w:val="Heading3"/>
      </w:pPr>
      <w:r>
        <w:t>Checklist de Preparación</w:t>
      </w:r>
    </w:p>
    <w:p>
      <w:r>
        <w:t>**Antes de Colocar Colchón de Vacío:**</w:t>
      </w:r>
    </w:p>
    <w:p>
      <w:pPr>
        <w:pStyle w:val="ListBullet"/>
      </w:pPr>
      <w:r>
        <w:t>[ ] Mantener control cervical manual continuo</w:t>
      </w:r>
    </w:p>
    <w:p>
      <w:pPr>
        <w:pStyle w:val="ListBullet"/>
      </w:pPr>
      <w:r>
        <w:t>[ ] Verificar que colchón está disponible y en buen estado</w:t>
      </w:r>
    </w:p>
    <w:p>
      <w:pPr>
        <w:pStyle w:val="ListBullet"/>
      </w:pPr>
      <w:r>
        <w:t>[ ] Verificar que bomba de vacío funciona</w:t>
      </w:r>
    </w:p>
    <w:p>
      <w:pPr>
        <w:pStyle w:val="ListBullet"/>
      </w:pPr>
      <w:r>
        <w:t>[ ] Preparar correas de sujeción</w:t>
      </w:r>
    </w:p>
    <w:p>
      <w:pPr>
        <w:pStyle w:val="ListBullet"/>
      </w:pPr>
      <w:r>
        <w:t>[ ] Coordinar con el equipo (mínimo 3-4 TES)</w:t>
      </w:r>
    </w:p>
    <w:p>
      <w:pPr>
        <w:pStyle w:val="ListBullet"/>
      </w:pPr>
      <w:r>
        <w:t>[ ] Explicar al paciente (si está consciente)</w:t>
      </w:r>
    </w:p>
    <w:p>
      <w:pPr>
        <w:pStyle w:val="Heading3"/>
      </w:pPr>
      <w:r>
        <w:t>Checklist de Colocación</w:t>
      </w:r>
    </w:p>
    <w:p>
      <w:r>
        <w:t>**Paso a Paso:**</w:t>
      </w:r>
    </w:p>
    <w:p>
      <w:pPr>
        <w:pStyle w:val="ListBullet"/>
      </w:pPr>
      <w:r>
        <w:t>[ ] TES de cabeza mantiene control cervical manual</w:t>
      </w:r>
    </w:p>
    <w:p>
      <w:pPr>
        <w:pStyle w:val="ListBullet"/>
      </w:pPr>
      <w:r>
        <w:t>[ ] Colocar colchón desinflado junto al paciente</w:t>
      </w:r>
    </w:p>
    <w:p>
      <w:pPr>
        <w:pStyle w:val="ListBullet"/>
      </w:pPr>
      <w:r>
        <w:t>[ ] Transferir paciente (cuchara o giro en bloque)</w:t>
      </w:r>
    </w:p>
    <w:p>
      <w:pPr>
        <w:pStyle w:val="ListBullet"/>
      </w:pPr>
      <w:r>
        <w:t>[ ] Ajustar forma corporal</w:t>
      </w:r>
    </w:p>
    <w:p>
      <w:pPr>
        <w:pStyle w:val="ListBullet"/>
      </w:pPr>
      <w:r>
        <w:t>[ ] Colocar sujeciones en tronco</w:t>
      </w:r>
    </w:p>
    <w:p>
      <w:pPr>
        <w:pStyle w:val="ListBullet"/>
      </w:pPr>
      <w:r>
        <w:t>[ ] Colocar sujeciones en pelvis</w:t>
      </w:r>
    </w:p>
    <w:p>
      <w:pPr>
        <w:pStyle w:val="ListBullet"/>
      </w:pPr>
      <w:r>
        <w:t>[ ] Colocar sujeciones en extremidades (si es necesario)</w:t>
      </w:r>
    </w:p>
    <w:p>
      <w:pPr>
        <w:pStyle w:val="ListBullet"/>
      </w:pPr>
      <w:r>
        <w:t>[ ] Extraer aire con bomba completamente</w:t>
      </w:r>
    </w:p>
    <w:p>
      <w:pPr>
        <w:pStyle w:val="ListBullet"/>
      </w:pPr>
      <w:r>
        <w:t>[ ] Verificar rigidez del colchón</w:t>
      </w:r>
    </w:p>
    <w:p>
      <w:pPr>
        <w:pStyle w:val="ListBullet"/>
      </w:pPr>
      <w:r>
        <w:t>[ ] Verificar alineación</w:t>
      </w:r>
    </w:p>
    <w:p>
      <w:pPr>
        <w:pStyle w:val="ListBullet"/>
      </w:pPr>
      <w:r>
        <w:t>[ ] Mantener collarín cervical (verificar o colocar si falta)</w:t>
      </w:r>
    </w:p>
    <w:p>
      <w:pPr>
        <w:pStyle w:val="ListBullet"/>
      </w:pPr>
      <w:r>
        <w:t>[ ] Verificar que paciente está bien sujeto</w:t>
      </w:r>
    </w:p>
    <w:p>
      <w:pPr>
        <w:pStyle w:val="ListBullet"/>
      </w:pPr>
      <w:r>
        <w:t>[ ] Verificar que vía aérea está permeable</w:t>
      </w:r>
    </w:p>
    <w:p>
      <w:pPr>
        <w:pStyle w:val="Heading3"/>
      </w:pPr>
      <w:r>
        <w:t>Checklist de Verificación</w:t>
      </w:r>
    </w:p>
    <w:p>
      <w:r>
        <w:t>**Después de Colocar:**</w:t>
      </w:r>
    </w:p>
    <w:p>
      <w:pPr>
        <w:pStyle w:val="ListBullet"/>
      </w:pPr>
      <w:r>
        <w:t>[ ] Colchón está completamente rígido</w:t>
      </w:r>
    </w:p>
    <w:p>
      <w:pPr>
        <w:pStyle w:val="ListBullet"/>
      </w:pPr>
      <w:r>
        <w:t>[ ] Paciente está bien sujeto</w:t>
      </w:r>
    </w:p>
    <w:p>
      <w:pPr>
        <w:pStyle w:val="ListBullet"/>
      </w:pPr>
      <w:r>
        <w:t>[ ] Alineación es correcta</w:t>
      </w:r>
    </w:p>
    <w:p>
      <w:pPr>
        <w:pStyle w:val="ListBullet"/>
      </w:pPr>
      <w:r>
        <w:t>[ ] Vía aérea está permeable</w:t>
      </w:r>
    </w:p>
    <w:p>
      <w:pPr>
        <w:pStyle w:val="ListBullet"/>
      </w:pPr>
      <w:r>
        <w:t>[ ] No hay compresiones</w:t>
      </w:r>
    </w:p>
    <w:p>
      <w:pPr>
        <w:pStyle w:val="ListBullet"/>
      </w:pPr>
      <w:r>
        <w:t>[ ] Collarín está colocado</w:t>
      </w:r>
    </w:p>
    <w:p>
      <w:pPr>
        <w:pStyle w:val="ListBullet"/>
      </w:pPr>
      <w:r>
        <w:t>[ ] Válvula está cerrada correctamente</w:t>
      </w:r>
    </w:p>
    <w:p>
      <w:pPr>
        <w:pStyle w:val="ListBullet"/>
      </w:pPr>
      <w:r>
        <w:t>[ ] Listo para traslado</w:t>
      </w:r>
    </w:p>
    <w:p>
      <w:pPr>
        <w:pStyle w:val="Heading3"/>
      </w:pPr>
      <w:r>
        <w:t>Alertas y Recordatorios</w:t>
      </w:r>
    </w:p>
    <w:p>
      <w:r>
        <w:t>**Alertas de Seguridad:**</w:t>
      </w:r>
    </w:p>
    <w:p>
      <w:pPr>
        <w:pStyle w:val="ListBullet"/>
      </w:pPr>
      <w:r>
        <w:t>⚠️ NUNCA usar sin extraer aire completamente</w:t>
      </w:r>
    </w:p>
    <w:p>
      <w:pPr>
        <w:pStyle w:val="ListBullet"/>
      </w:pPr>
      <w:r>
        <w:t>⚠️ NUNCA olvidar ajustar forma corporal antes de extraer aire</w:t>
      </w:r>
    </w:p>
    <w:p>
      <w:pPr>
        <w:pStyle w:val="ListBullet"/>
      </w:pPr>
      <w:r>
        <w:t>⚠️ NUNCA olvidar collarín cervical</w:t>
      </w:r>
    </w:p>
    <w:p>
      <w:pPr>
        <w:pStyle w:val="ListBullet"/>
      </w:pPr>
      <w:r>
        <w:t>⚠️ NUNCA dejar sujeciones flojas</w:t>
      </w:r>
    </w:p>
    <w:p>
      <w:pPr>
        <w:pStyle w:val="ListBullet"/>
      </w:pPr>
      <w:r>
        <w:t>⚠️ NUNCA usar sin verificar rigidez</w:t>
      </w:r>
    </w:p>
    <w:p>
      <w:pPr>
        <w:pStyle w:val="ListBullet"/>
      </w:pPr>
      <w:r>
        <w:t>⚠️ SIEMPRE verificar que válvula está cerrada</w:t>
      </w:r>
    </w:p>
    <w:p>
      <w:pPr>
        <w:pStyle w:val="ListBullet"/>
      </w:pPr>
      <w:r>
        <w:t>⚠️ SIEMPRE verificar alineación después de extraer aire</w:t>
      </w:r>
    </w:p>
    <w:p>
      <w:r>
        <w:t>**Recordatorios:**</w:t>
      </w:r>
    </w:p>
    <w:p>
      <w:pPr>
        <w:pStyle w:val="ListBullet"/>
      </w:pPr>
      <w:r>
        <w:t>Colchón de vacío es el dispositivo de elección para transporte prolongado</w:t>
      </w:r>
    </w:p>
    <w:p>
      <w:pPr>
        <w:pStyle w:val="ListBullet"/>
      </w:pPr>
      <w:r>
        <w:t>Sistema preferente</w:t>
      </w:r>
    </w:p>
    <w:p>
      <w:pPr>
        <w:pStyle w:val="ListBullet"/>
      </w:pPr>
      <w:r>
        <w:t>Reduce complicaciones</w:t>
      </w:r>
    </w:p>
    <w:p>
      <w:pPr>
        <w:pStyle w:val="ListBullet"/>
      </w:pPr>
      <w:r>
        <w:t>Mejora calidad asistencial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7. CONTENIDO PARA INFOGRAFÍA</w:t>
      </w:r>
    </w:p>
    <w:p>
      <w:pPr>
        <w:pStyle w:val="Heading3"/>
      </w:pPr>
      <w:r>
        <w:t>Infografía 1: Componentes del Sistema</w:t>
      </w:r>
    </w:p>
    <w:p>
      <w:r>
        <w:t>**Elementos Visuales:**</w:t>
      </w:r>
    </w:p>
    <w:p>
      <w:pPr>
        <w:pStyle w:val="ListBullet"/>
      </w:pPr>
      <w:r>
        <w:t>Diagrama de colchón de vacío con:</w:t>
      </w:r>
    </w:p>
    <w:p>
      <w:pPr>
        <w:pStyle w:val="ListBullet"/>
      </w:pPr>
      <w:r>
        <w:t>Colchón de vacío desinflado</w:t>
      </w:r>
    </w:p>
    <w:p>
      <w:pPr>
        <w:pStyle w:val="ListBullet"/>
      </w:pPr>
      <w:r>
        <w:t>Bomba de vacío</w:t>
      </w:r>
    </w:p>
    <w:p>
      <w:pPr>
        <w:pStyle w:val="ListBullet"/>
      </w:pPr>
      <w:r>
        <w:t>Válvula de vacío</w:t>
      </w:r>
    </w:p>
    <w:p>
      <w:pPr>
        <w:pStyle w:val="ListBullet"/>
      </w:pPr>
      <w:r>
        <w:t>Collarín cervical</w:t>
      </w:r>
    </w:p>
    <w:p>
      <w:pPr>
        <w:pStyle w:val="ListBullet"/>
      </w:pPr>
      <w:r>
        <w:t>Correas de sujeción</w:t>
      </w:r>
    </w:p>
    <w:p>
      <w:pPr>
        <w:pStyle w:val="ListBullet"/>
      </w:pPr>
      <w:r>
        <w:t>Indicador visual: "Sistema completo de inmovilización"</w:t>
      </w:r>
    </w:p>
    <w:p>
      <w:r>
        <w:t>**Texto:**</w:t>
      </w:r>
    </w:p>
    <w:p>
      <w:pPr>
        <w:pStyle w:val="ListBullet"/>
      </w:pPr>
      <w:r>
        <w:t>"Colchón de vacío: sistema completo"</w:t>
      </w:r>
    </w:p>
    <w:p>
      <w:pPr>
        <w:pStyle w:val="ListBullet"/>
      </w:pPr>
      <w:r>
        <w:t>"Requiere: bomba, collarín, correas"</w:t>
      </w:r>
    </w:p>
    <w:p>
      <w:pPr>
        <w:pStyle w:val="ListBullet"/>
      </w:pPr>
      <w:r>
        <w:t>"Dispositivo de elección para transporte prolongado"</w:t>
      </w:r>
    </w:p>
    <w:p>
      <w:pPr>
        <w:pStyle w:val="Heading3"/>
      </w:pPr>
      <w:r>
        <w:t>Infografía 2: Colocación Paso a Paso</w:t>
      </w:r>
    </w:p>
    <w:p>
      <w:r>
        <w:t>**Elementos Visuales:**</w:t>
      </w:r>
    </w:p>
    <w:p>
      <w:pPr>
        <w:pStyle w:val="ListBullet"/>
      </w:pPr>
      <w:r>
        <w:t>Secuencia visual de 10 pasos:</w:t>
      </w:r>
    </w:p>
    <w:p>
      <w:pPr>
        <w:pStyle w:val="ListBullet"/>
      </w:pPr>
      <w:r>
        <w:t>Control cervical manual</w:t>
      </w:r>
    </w:p>
    <w:p>
      <w:pPr>
        <w:pStyle w:val="ListBullet"/>
      </w:pPr>
      <w:r>
        <w:t>Colocar colchón desinflado</w:t>
      </w:r>
    </w:p>
    <w:p>
      <w:pPr>
        <w:pStyle w:val="ListBullet"/>
      </w:pPr>
      <w:r>
        <w:t>Transferir paciente</w:t>
      </w:r>
    </w:p>
    <w:p>
      <w:pPr>
        <w:pStyle w:val="ListBullet"/>
      </w:pPr>
      <w:r>
        <w:t>Ajustar forma corporal</w:t>
      </w:r>
    </w:p>
    <w:p>
      <w:pPr>
        <w:pStyle w:val="ListBullet"/>
      </w:pPr>
      <w:r>
        <w:t>Colocar sujeciones (tronco, pelvis, extremidades)</w:t>
      </w:r>
    </w:p>
    <w:p>
      <w:pPr>
        <w:pStyle w:val="ListBullet"/>
      </w:pPr>
      <w:r>
        <w:t>Extraer aire con bomba</w:t>
      </w:r>
    </w:p>
    <w:p>
      <w:pPr>
        <w:pStyle w:val="ListBullet"/>
      </w:pPr>
      <w:r>
        <w:t>Verificar rigidez</w:t>
      </w:r>
    </w:p>
    <w:p>
      <w:pPr>
        <w:pStyle w:val="ListBullet"/>
      </w:pPr>
      <w:r>
        <w:t>Verificar alineación</w:t>
      </w:r>
    </w:p>
    <w:p>
      <w:pPr>
        <w:pStyle w:val="ListBullet"/>
      </w:pPr>
      <w:r>
        <w:t>Mantener collarín</w:t>
      </w:r>
    </w:p>
    <w:p>
      <w:pPr>
        <w:pStyle w:val="ListBullet"/>
      </w:pPr>
      <w:r>
        <w:t>Verificación final</w:t>
      </w:r>
    </w:p>
    <w:p>
      <w:pPr>
        <w:pStyle w:val="ListBullet"/>
      </w:pPr>
      <w:r>
        <w:t>Indicador visual: "Extraer aire completamente"</w:t>
      </w:r>
    </w:p>
    <w:p>
      <w:r>
        <w:t>**Texto:**</w:t>
      </w:r>
    </w:p>
    <w:p>
      <w:pPr>
        <w:pStyle w:val="ListBullet"/>
      </w:pPr>
      <w:r>
        <w:t>Títulos de cada paso</w:t>
      </w:r>
    </w:p>
    <w:p>
      <w:pPr>
        <w:pStyle w:val="ListBullet"/>
      </w:pPr>
      <w:r>
        <w:t>"Verificar rigidez antes de usar"</w:t>
      </w:r>
    </w:p>
    <w:p>
      <w:pPr>
        <w:pStyle w:val="Heading3"/>
      </w:pPr>
      <w:r>
        <w:t>Infografía 3: Ventajas</w:t>
      </w:r>
    </w:p>
    <w:p>
      <w:r>
        <w:t>**Elementos Visuales:**</w:t>
      </w:r>
    </w:p>
    <w:p>
      <w:pPr>
        <w:pStyle w:val="ListBullet"/>
      </w:pPr>
      <w:r>
        <w:t>Lista visual de ventajas:</w:t>
      </w:r>
    </w:p>
    <w:p>
      <w:pPr>
        <w:pStyle w:val="ListBullet"/>
      </w:pPr>
      <w:r>
        <w:t>Mayor confort</w:t>
      </w:r>
    </w:p>
    <w:p>
      <w:pPr>
        <w:pStyle w:val="ListBullet"/>
      </w:pPr>
      <w:r>
        <w:t>Menor riesgo de lesiones secundarias</w:t>
      </w:r>
    </w:p>
    <w:p>
      <w:pPr>
        <w:pStyle w:val="ListBullet"/>
      </w:pPr>
      <w:r>
        <w:t>Excelente inmovilización</w:t>
      </w:r>
    </w:p>
    <w:p>
      <w:pPr>
        <w:pStyle w:val="ListBullet"/>
      </w:pPr>
      <w:r>
        <w:t>Mejor tolerancia respiratoria</w:t>
      </w:r>
    </w:p>
    <w:p>
      <w:pPr>
        <w:pStyle w:val="ListBullet"/>
      </w:pPr>
      <w:r>
        <w:t>Adaptación personalizada</w:t>
      </w:r>
    </w:p>
    <w:p>
      <w:pPr>
        <w:pStyle w:val="ListBullet"/>
      </w:pPr>
      <w:r>
        <w:t>Reducción de complicaciones</w:t>
      </w:r>
    </w:p>
    <w:p>
      <w:pPr>
        <w:pStyle w:val="ListBullet"/>
      </w:pPr>
      <w:r>
        <w:t>Indicador visual: "Sistema preferente"</w:t>
      </w:r>
    </w:p>
    <w:p>
      <w:r>
        <w:t>**Texto:**</w:t>
      </w:r>
    </w:p>
    <w:p>
      <w:pPr>
        <w:pStyle w:val="ListBullet"/>
      </w:pPr>
      <w:r>
        <w:t>"Ventajas del colchón de vacío"</w:t>
      </w:r>
    </w:p>
    <w:p>
      <w:pPr>
        <w:pStyle w:val="ListBullet"/>
      </w:pPr>
      <w:r>
        <w:t>"Dispositivo de elección para transporte prolongado"</w:t>
      </w:r>
    </w:p>
    <w:p>
      <w:pPr>
        <w:pStyle w:val="Heading3"/>
      </w:pPr>
      <w:r>
        <w:t>Infografía 4: Errores Frecuentes</w:t>
      </w:r>
    </w:p>
    <w:p>
      <w:r>
        <w:t>**Elementos Visuales:**</w:t>
      </w:r>
    </w:p>
    <w:p>
      <w:pPr>
        <w:pStyle w:val="ListBullet"/>
      </w:pPr>
      <w:r>
        <w:t>Lista visual de errores con iconos:</w:t>
      </w:r>
    </w:p>
    <w:p>
      <w:pPr>
        <w:pStyle w:val="ListBullet"/>
      </w:pPr>
      <w:r>
        <w:t>No sacar suficiente aire</w:t>
      </w:r>
    </w:p>
    <w:p>
      <w:pPr>
        <w:pStyle w:val="ListBullet"/>
      </w:pPr>
      <w:r>
        <w:t>Mala adaptación previa</w:t>
      </w:r>
    </w:p>
    <w:p>
      <w:pPr>
        <w:pStyle w:val="ListBullet"/>
      </w:pPr>
      <w:r>
        <w:t>Olvidar collarín</w:t>
      </w:r>
    </w:p>
    <w:p>
      <w:pPr>
        <w:pStyle w:val="ListBullet"/>
      </w:pPr>
      <w:r>
        <w:t>Sujeciones flojas</w:t>
      </w:r>
    </w:p>
    <w:p>
      <w:pPr>
        <w:pStyle w:val="ListBullet"/>
      </w:pPr>
      <w:r>
        <w:t>Indicadores de prevención</w:t>
      </w:r>
    </w:p>
    <w:p>
      <w:r>
        <w:t>**Texto:**</w:t>
      </w:r>
    </w:p>
    <w:p>
      <w:pPr>
        <w:pStyle w:val="ListBullet"/>
      </w:pPr>
      <w:r>
        <w:t>"Errores críticos a evitar"</w:t>
      </w:r>
    </w:p>
    <w:p>
      <w:pPr>
        <w:pStyle w:val="ListBullet"/>
      </w:pPr>
      <w:r>
        <w:t>"Prevención: seguir técnica correcta"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8. PUNTOS CLAVE PARA TES</w:t>
      </w:r>
    </w:p>
    <w:p>
      <w:pPr>
        <w:pStyle w:val="Heading3"/>
      </w:pPr>
      <w:r>
        <w:t>Resumen Ejecutivo</w:t>
      </w:r>
    </w:p>
    <w:p>
      <w:r>
        <w:t>**1. Principio Fundamental:**</w:t>
      </w:r>
    </w:p>
    <w:p>
      <w:pPr>
        <w:pStyle w:val="ListBullet"/>
      </w:pPr>
      <w:r>
        <w:t>El colchón de vacío es el **dispositivo de elección para transporte prolongado**</w:t>
      </w:r>
    </w:p>
    <w:p>
      <w:pPr>
        <w:pStyle w:val="ListBullet"/>
      </w:pPr>
      <w:r>
        <w:t>Sistema de inmovilización **más completo y confortable**</w:t>
      </w:r>
    </w:p>
    <w:p>
      <w:pPr>
        <w:pStyle w:val="ListBullet"/>
      </w:pPr>
      <w:r>
        <w:t>Se adapta al cuerpo del paciente</w:t>
      </w:r>
    </w:p>
    <w:p>
      <w:pPr>
        <w:pStyle w:val="ListBullet"/>
      </w:pPr>
      <w:r>
        <w:t>Mantiene alineación global</w:t>
      </w:r>
    </w:p>
    <w:p>
      <w:r>
        <w:t>**2. Indicaciones:**</w:t>
      </w:r>
    </w:p>
    <w:p>
      <w:pPr>
        <w:pStyle w:val="ListBullet"/>
      </w:pPr>
      <w:r>
        <w:t>Pacientes politraumatizados</w:t>
      </w:r>
    </w:p>
    <w:p>
      <w:pPr>
        <w:pStyle w:val="ListBullet"/>
      </w:pPr>
      <w:r>
        <w:t>Sospecha de lesión vertebral</w:t>
      </w:r>
    </w:p>
    <w:p>
      <w:pPr>
        <w:pStyle w:val="ListBullet"/>
      </w:pPr>
      <w:r>
        <w:t>Traslados largos</w:t>
      </w:r>
    </w:p>
    <w:p>
      <w:pPr>
        <w:pStyle w:val="ListBullet"/>
      </w:pPr>
      <w:r>
        <w:t>Pacientes conscientes con dolor</w:t>
      </w:r>
    </w:p>
    <w:p>
      <w:pPr>
        <w:pStyle w:val="ListBullet"/>
      </w:pPr>
      <w:r>
        <w:t>Transporte interhospitalario</w:t>
      </w:r>
    </w:p>
    <w:p>
      <w:r>
        <w:t>**3. Ventajas:**</w:t>
      </w:r>
    </w:p>
    <w:p>
      <w:pPr>
        <w:pStyle w:val="ListBullet"/>
      </w:pPr>
      <w:r>
        <w:t>Mayor confort</w:t>
      </w:r>
    </w:p>
    <w:p>
      <w:pPr>
        <w:pStyle w:val="ListBullet"/>
      </w:pPr>
      <w:r>
        <w:t>Menor riesgo de lesiones secundarias</w:t>
      </w:r>
    </w:p>
    <w:p>
      <w:pPr>
        <w:pStyle w:val="ListBullet"/>
      </w:pPr>
      <w:r>
        <w:t>Excelente inmovilización</w:t>
      </w:r>
    </w:p>
    <w:p>
      <w:pPr>
        <w:pStyle w:val="ListBullet"/>
      </w:pPr>
      <w:r>
        <w:t>Mejor tolerancia respiratoria</w:t>
      </w:r>
    </w:p>
    <w:p>
      <w:pPr>
        <w:pStyle w:val="ListBullet"/>
      </w:pPr>
      <w:r>
        <w:t>Adaptación personalizada</w:t>
      </w:r>
    </w:p>
    <w:p>
      <w:pPr>
        <w:pStyle w:val="ListBullet"/>
      </w:pPr>
      <w:r>
        <w:t>Reducción de complicaciones</w:t>
      </w:r>
    </w:p>
    <w:p>
      <w:r>
        <w:t>**4. Colocación:**</w:t>
      </w:r>
    </w:p>
    <w:p>
      <w:pPr>
        <w:pStyle w:val="ListBullet"/>
      </w:pPr>
      <w:r>
        <w:t>Control cervical manual</w:t>
      </w:r>
    </w:p>
    <w:p>
      <w:pPr>
        <w:pStyle w:val="ListBullet"/>
      </w:pPr>
      <w:r>
        <w:t>Colocar colchón desinflado</w:t>
      </w:r>
    </w:p>
    <w:p>
      <w:pPr>
        <w:pStyle w:val="ListBullet"/>
      </w:pPr>
      <w:r>
        <w:t>Transferir paciente (cuchara o giro en bloque)</w:t>
      </w:r>
    </w:p>
    <w:p>
      <w:pPr>
        <w:pStyle w:val="ListBullet"/>
      </w:pPr>
      <w:r>
        <w:t>Ajustar forma corporal</w:t>
      </w:r>
    </w:p>
    <w:p>
      <w:pPr>
        <w:pStyle w:val="ListBullet"/>
      </w:pPr>
      <w:r>
        <w:t>Colocar sujeciones (tronco, pelvis, extremidades)</w:t>
      </w:r>
    </w:p>
    <w:p>
      <w:pPr>
        <w:pStyle w:val="ListBullet"/>
      </w:pPr>
      <w:r>
        <w:t>Extraer aire con bomba completamente</w:t>
      </w:r>
    </w:p>
    <w:p>
      <w:pPr>
        <w:pStyle w:val="ListBullet"/>
      </w:pPr>
      <w:r>
        <w:t>Verificar rigidez y alineación</w:t>
      </w:r>
    </w:p>
    <w:p>
      <w:pPr>
        <w:pStyle w:val="ListBullet"/>
      </w:pPr>
      <w:r>
        <w:t>Mantener collarín cervical</w:t>
      </w:r>
    </w:p>
    <w:p>
      <w:r>
        <w:t>**5. Errores a Evitar:**</w:t>
      </w:r>
    </w:p>
    <w:p>
      <w:pPr>
        <w:pStyle w:val="ListBullet"/>
      </w:pPr>
      <w:r>
        <w:t>No sacar suficiente aire</w:t>
      </w:r>
    </w:p>
    <w:p>
      <w:pPr>
        <w:pStyle w:val="ListBullet"/>
      </w:pPr>
      <w:r>
        <w:t>Mala adaptación previa</w:t>
      </w:r>
    </w:p>
    <w:p>
      <w:pPr>
        <w:pStyle w:val="ListBullet"/>
      </w:pPr>
      <w:r>
        <w:t>Olvidar collarín</w:t>
      </w:r>
    </w:p>
    <w:p>
      <w:pPr>
        <w:pStyle w:val="ListBullet"/>
      </w:pPr>
      <w:r>
        <w:t>Sujeciones flojas</w:t>
      </w:r>
    </w:p>
    <w:p>
      <w:r>
        <w:t>**6. Consideraciones:**</w:t>
      </w:r>
    </w:p>
    <w:p>
      <w:pPr>
        <w:pStyle w:val="ListBullet"/>
      </w:pPr>
      <w:r>
        <w:t>Sistema preferente</w:t>
      </w:r>
    </w:p>
    <w:p>
      <w:pPr>
        <w:pStyle w:val="ListBullet"/>
      </w:pPr>
      <w:r>
        <w:t>Reduce complicaciones</w:t>
      </w:r>
    </w:p>
    <w:p>
      <w:pPr>
        <w:pStyle w:val="ListBullet"/>
      </w:pPr>
      <w:r>
        <w:t>Mejora calidad asistencial</w:t>
      </w:r>
    </w:p>
    <w:p>
      <w:pPr>
        <w:pStyle w:val="ListBullet"/>
      </w:pPr>
      <w:r>
        <w:t>Verificar rigidez antes de usar</w:t>
      </w:r>
    </w:p>
    <w:p>
      <w:pPr>
        <w:pStyle w:val="Heading3"/>
      </w:pPr>
      <w:r>
        <w:t>Checklist Rápido TES</w:t>
      </w:r>
    </w:p>
    <w:p>
      <w:r>
        <w:t>**Preparación:**</w:t>
      </w:r>
    </w:p>
    <w:p>
      <w:pPr>
        <w:pStyle w:val="ListBullet"/>
      </w:pPr>
      <w:r>
        <w:t>[ ] Mantener control cervical manual</w:t>
      </w:r>
    </w:p>
    <w:p>
      <w:pPr>
        <w:pStyle w:val="ListBullet"/>
      </w:pPr>
      <w:r>
        <w:t>[ ] Verificar colchón disponible y en buen estado</w:t>
      </w:r>
    </w:p>
    <w:p>
      <w:pPr>
        <w:pStyle w:val="ListBullet"/>
      </w:pPr>
      <w:r>
        <w:t>[ ] Verificar que bomba funciona</w:t>
      </w:r>
    </w:p>
    <w:p>
      <w:pPr>
        <w:pStyle w:val="ListBullet"/>
      </w:pPr>
      <w:r>
        <w:t>[ ] Preparar correas</w:t>
      </w:r>
    </w:p>
    <w:p>
      <w:pPr>
        <w:pStyle w:val="ListBullet"/>
      </w:pPr>
      <w:r>
        <w:t>[ ] Coordinar con el equipo</w:t>
      </w:r>
    </w:p>
    <w:p>
      <w:r>
        <w:t>**Colocación:**</w:t>
      </w:r>
    </w:p>
    <w:p>
      <w:pPr>
        <w:pStyle w:val="ListBullet"/>
      </w:pPr>
      <w:r>
        <w:t>[ ] Colocar colchón desinflado</w:t>
      </w:r>
    </w:p>
    <w:p>
      <w:pPr>
        <w:pStyle w:val="ListBullet"/>
      </w:pPr>
      <w:r>
        <w:t>[ ] Transferir paciente (cuchara o giro en bloque)</w:t>
      </w:r>
    </w:p>
    <w:p>
      <w:pPr>
        <w:pStyle w:val="ListBullet"/>
      </w:pPr>
      <w:r>
        <w:t>[ ] Ajustar forma corporal</w:t>
      </w:r>
    </w:p>
    <w:p>
      <w:pPr>
        <w:pStyle w:val="ListBullet"/>
      </w:pPr>
      <w:r>
        <w:t>[ ] Colocar sujeciones (tronco, pelvis, extremidades)</w:t>
      </w:r>
    </w:p>
    <w:p>
      <w:pPr>
        <w:pStyle w:val="ListBullet"/>
      </w:pPr>
      <w:r>
        <w:t>[ ] Extraer aire completamente</w:t>
      </w:r>
    </w:p>
    <w:p>
      <w:pPr>
        <w:pStyle w:val="ListBullet"/>
      </w:pPr>
      <w:r>
        <w:t>[ ] Verificar rigidez</w:t>
      </w:r>
    </w:p>
    <w:p>
      <w:pPr>
        <w:pStyle w:val="ListBullet"/>
      </w:pPr>
      <w:r>
        <w:t>[ ] Mantener collarín cervical</w:t>
      </w:r>
    </w:p>
    <w:p>
      <w:r>
        <w:t>**Verificación:**</w:t>
      </w:r>
    </w:p>
    <w:p>
      <w:pPr>
        <w:pStyle w:val="ListBullet"/>
      </w:pPr>
      <w:r>
        <w:t>[ ] Colchón completamente rígido</w:t>
      </w:r>
    </w:p>
    <w:p>
      <w:pPr>
        <w:pStyle w:val="ListBullet"/>
      </w:pPr>
      <w:r>
        <w:t>[ ] Paciente bien sujeto</w:t>
      </w:r>
    </w:p>
    <w:p>
      <w:pPr>
        <w:pStyle w:val="ListBullet"/>
      </w:pPr>
      <w:r>
        <w:t>[ ] Alineación correcta</w:t>
      </w:r>
    </w:p>
    <w:p>
      <w:pPr>
        <w:pStyle w:val="ListBullet"/>
      </w:pPr>
      <w:r>
        <w:t>[ ] Vía aérea permeable</w:t>
      </w:r>
    </w:p>
    <w:p>
      <w:pPr>
        <w:pStyle w:val="ListBullet"/>
      </w:pPr>
      <w:r>
        <w:t>[ ] Collarín colocado</w:t>
      </w:r>
    </w:p>
    <w:p>
      <w:pPr>
        <w:pStyle w:val="ListBullet"/>
      </w:pPr>
      <w:r>
        <w:t>[ ] Válvula cerrada correctamente</w:t>
      </w:r>
    </w:p>
    <w:p>
      <w:r>
        <w:t>**Seguridad:**</w:t>
      </w:r>
    </w:p>
    <w:p>
      <w:pPr>
        <w:pStyle w:val="ListBullet"/>
      </w:pPr>
      <w:r>
        <w:t>[ ] NUNCA usar sin extraer aire completamente</w:t>
      </w:r>
    </w:p>
    <w:p>
      <w:pPr>
        <w:pStyle w:val="ListBullet"/>
      </w:pPr>
      <w:r>
        <w:t>[ ] NUNCA olvidar ajustar forma corporal</w:t>
      </w:r>
    </w:p>
    <w:p>
      <w:pPr>
        <w:pStyle w:val="ListBullet"/>
      </w:pPr>
      <w:r>
        <w:t>[ ] NUNCA olvidar collarín</w:t>
      </w:r>
    </w:p>
    <w:p>
      <w:pPr>
        <w:pStyle w:val="ListBullet"/>
      </w:pPr>
      <w:r>
        <w:t>[ ] NUNCA dejar sujeciones flojas</w:t>
      </w:r>
    </w:p>
    <w:p>
      <w:pPr>
        <w:pStyle w:val="ListBullet"/>
      </w:pPr>
      <w:r>
        <w:t>[ ] SIEMPRE verificar rigidez antes de usar</w:t>
      </w:r>
    </w:p>
    <w:p>
      <w:pPr>
        <w:pStyle w:val="ListBullet"/>
      </w:pPr>
      <w:r>
        <w:t>[ ] SIEMPRE verificar que válvula está cerrada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El colchón de vacío es el **dispositivo de elección para transporte prolongado**</w:t>
      </w:r>
    </w:p>
    <w:p>
      <w:pPr>
        <w:pStyle w:val="ListBullet"/>
      </w:pPr>
      <w:r>
        <w:t>**Sistema preferente**</w:t>
      </w:r>
    </w:p>
    <w:p>
      <w:pPr>
        <w:pStyle w:val="ListBullet"/>
      </w:pPr>
      <w:r>
        <w:t>**Reduce complicaciones**</w:t>
      </w:r>
    </w:p>
    <w:p>
      <w:pPr>
        <w:pStyle w:val="ListBullet"/>
      </w:pPr>
      <w:r>
        <w:t>**Mejora calidad asistencial**</w:t>
      </w:r>
    </w:p>
    <w:p>
      <w:pPr>
        <w:pStyle w:val="ListBullet"/>
      </w:pPr>
      <w:r>
        <w:t>Requiere **sistema completo**: bomba, collarín, correas</w:t>
      </w:r>
    </w:p>
    <w:p>
      <w:pPr>
        <w:pStyle w:val="ListBullet"/>
      </w:pPr>
      <w:r>
        <w:t>El **control cervical manual es siempre prioritario**</w:t>
      </w:r>
    </w:p>
    <w:p>
      <w:pPr>
        <w:pStyle w:val="ListBullet"/>
      </w:pPr>
      <w:r>
        <w:t>**Verificar rigidez** antes de usar</w:t>
      </w:r>
    </w:p>
    <w:p>
      <w:r>
        <w:t>**Principios No Negociables:**</w:t>
      </w:r>
    </w:p>
    <w:p>
      <w:pPr>
        <w:pStyle w:val="ListBullet"/>
      </w:pPr>
      <w:r>
        <w:t>**NUNCA usar** sin extraer aire completamente</w:t>
      </w:r>
    </w:p>
    <w:p>
      <w:pPr>
        <w:pStyle w:val="ListBullet"/>
      </w:pPr>
      <w:r>
        <w:t>**NUNCA olvidar** ajustar forma corporal antes de extraer aire</w:t>
      </w:r>
    </w:p>
    <w:p>
      <w:pPr>
        <w:pStyle w:val="ListBullet"/>
      </w:pPr>
      <w:r>
        <w:t>**NUNCA olvidar** collarín cervical</w:t>
      </w:r>
    </w:p>
    <w:p>
      <w:pPr>
        <w:pStyle w:val="ListBullet"/>
      </w:pPr>
      <w:r>
        <w:t>**NUNCA dejar** sujeciones flojas</w:t>
      </w:r>
    </w:p>
    <w:p>
      <w:pPr>
        <w:pStyle w:val="ListBullet"/>
      </w:pPr>
      <w:r>
        <w:t>**SIEMPRE verificar** rigidez antes de usar</w:t>
      </w:r>
    </w:p>
    <w:p>
      <w:pPr>
        <w:pStyle w:val="ListBullet"/>
      </w:pPr>
      <w:r>
        <w:t>**SIEMPRE verificar** que válvula está cerrada correctamente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2.7 – Extricación y movimientos en bloque</w:t>
      </w:r>
    </w:p>
    <w:p>
      <w:pPr>
        <w:pStyle w:val="Heading1"/>
      </w:pPr>
      <w:r>
        <w:t>2.7 – Extricación y movimientos en bloque</w:t>
      </w:r>
    </w:p>
    <w:p>
      <w:pPr>
        <w:pStyle w:val="Heading2"/>
      </w:pPr>
      <w:r>
        <w:t>Manual TES Digital – Técnicas de movilización segura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2.7.1 Objetivo operativo</w:t>
      </w:r>
    </w:p>
    <w:p>
      <w:r>
        <w:t>Realizar la **salida del paciente** desde un entorno o posición no segura (vehículo, suelo, espacios reducidos, domicilio) hacia un dispositivo de transporte (cuchara, tablero, colchón de vacío, camilla) **minimizando movimientos innecesarios**, manteniendo el **control de ejes** (cabeza-cuello-tronco como unidad) y preservando la **seguridad del equipo y del paciente**.</w:t>
      </w:r>
    </w:p>
    <w:p>
      <w:r>
        <w:t>Este apartado está orientado a la **fase sanitaria operativa TES** (inmovilización, transferencia y coordinación), no a rescate técnico.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2.7.2 Alcance y contexto de uso</w:t>
      </w:r>
    </w:p>
    <w:p>
      <w:r>
        <w:t>Aplicable en:</w:t>
      </w:r>
    </w:p>
    <w:p>
      <w:pPr>
        <w:pStyle w:val="ListBullet"/>
      </w:pPr>
      <w:r>
        <w:t>Vía pública (atropellos, caídas, agresiones, politrauma).</w:t>
      </w:r>
    </w:p>
    <w:p>
      <w:pPr>
        <w:pStyle w:val="ListBullet"/>
      </w:pPr>
      <w:r>
        <w:t>Interior de vehículo (ocupante conductor/pasajero, atrapamiento parcial, espacio limitado).</w:t>
      </w:r>
    </w:p>
    <w:p>
      <w:pPr>
        <w:pStyle w:val="ListBullet"/>
      </w:pPr>
      <w:r>
        <w:t>Domicilios (pasillos estrechos, escaleras, camas).</w:t>
      </w:r>
    </w:p>
    <w:p>
      <w:pPr>
        <w:pStyle w:val="ListBullet"/>
      </w:pPr>
      <w:r>
        <w:t>Entornos con accesos difíciles (portales, ascensores pequeños, zonas rurales, terreno irregular).</w:t>
      </w:r>
    </w:p>
    <w:p>
      <w:r>
        <w:t>Este capítulo se centra en:</w:t>
      </w:r>
    </w:p>
    <w:p>
      <w:pPr>
        <w:pStyle w:val="ListBullet"/>
      </w:pPr>
      <w:r>
        <w:t>**Movimientos en bloque** (log-roll, puente/lift-and-slide, slide).</w:t>
      </w:r>
    </w:p>
    <w:p>
      <w:pPr>
        <w:pStyle w:val="ListBullet"/>
      </w:pPr>
      <w:r>
        <w:t>**Extricación sanitaria desde vehículo** cuando el rescate técnico no es el objetivo o ya está resuelto.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2.7.3 Indicaciones</w:t>
      </w:r>
    </w:p>
    <w:p>
      <w:r>
        <w:t>Se consideran maniobras de extricación y movimientos en bloque cuando:</w:t>
      </w:r>
    </w:p>
    <w:p>
      <w:pPr>
        <w:pStyle w:val="ListBullet"/>
      </w:pPr>
      <w:r>
        <w:t>Hay **sospecha de lesión de raquis** (cervical, dorsal, lumbar) por mecanismo o clínica.</w:t>
      </w:r>
    </w:p>
    <w:p>
      <w:pPr>
        <w:pStyle w:val="ListBullet"/>
      </w:pPr>
      <w:r>
        <w:t>Politrauma o mecanismo de **alta energía**.</w:t>
      </w:r>
    </w:p>
    <w:p>
      <w:pPr>
        <w:pStyle w:val="ListBullet"/>
      </w:pPr>
      <w:r>
        <w:t>Paciente con **alteración del nivel de consciencia**, intoxicación, agitación o cooperación limitada.</w:t>
      </w:r>
    </w:p>
    <w:p>
      <w:pPr>
        <w:pStyle w:val="ListBullet"/>
      </w:pPr>
      <w:r>
        <w:t>Dolor cervical/axial, parestesias, déficit motor referido o observado.</w:t>
      </w:r>
    </w:p>
    <w:p>
      <w:pPr>
        <w:pStyle w:val="ListBullet"/>
      </w:pPr>
      <w:r>
        <w:t>Necesidad de mover al paciente por **entorno no operativo** (riesgo, espacio, accesibilidad) para completar atención y transporte.</w:t>
      </w:r>
    </w:p>
    <w:p>
      <w:pPr>
        <w:pStyle w:val="Heading3"/>
      </w:pPr>
      <w:r>
        <w:t>Extricación rápida vs extricación controlada (criterio operativo TES)</w:t>
      </w:r>
    </w:p>
    <w:p>
      <w:pPr>
        <w:pStyle w:val="ListBullet"/>
      </w:pPr>
      <w:r>
        <w:t>**Extricación rápida**: cuando existe **amenaza vital inmediata** o **escena insegura**.</w:t>
      </w:r>
    </w:p>
    <w:p>
      <w:pPr>
        <w:pStyle w:val="ListBullet"/>
      </w:pPr>
      <w:r>
        <w:t>Ejemplos: fuego/humo, riesgo eléctrico, derrames, tráfico sin control, colapso estructural, agresión, paciente en parada o deterioro crítico donde "tiempo = vida".</w:t>
      </w:r>
    </w:p>
    <w:p>
      <w:pPr>
        <w:pStyle w:val="ListBullet"/>
      </w:pPr>
      <w:r>
        <w:t>**Extricación controlada**: cuando la escena permite trabajar y el paciente está relativamente estable.</w:t>
      </w:r>
    </w:p>
    <w:p>
      <w:pPr>
        <w:pStyle w:val="ListBullet"/>
      </w:pPr>
      <w:r>
        <w:t>Objetivo: máxima coordinación + mínimo movimiento + inmovilización adecuada antes de traslado prolongado.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2.7.4 Contraindicaciones y limitaciones</w:t>
      </w:r>
    </w:p>
    <w:p>
      <w:r>
        <w:t>No siempre es posible "la maniobra perfecta". Limita o condiciona:</w:t>
      </w:r>
    </w:p>
    <w:p>
      <w:pPr>
        <w:pStyle w:val="ListBullet"/>
      </w:pPr>
      <w:r>
        <w:t>Falta de espacio o falta de personal.</w:t>
      </w:r>
    </w:p>
    <w:p>
      <w:pPr>
        <w:pStyle w:val="ListBullet"/>
      </w:pPr>
      <w:r>
        <w:t>Paciente con gran peso/volumen, dolor extremo o agitación.</w:t>
      </w:r>
    </w:p>
    <w:p>
      <w:pPr>
        <w:pStyle w:val="ListBullet"/>
      </w:pPr>
      <w:r>
        <w:t>Atrapamiento parcial (pies, cinturón, asiento, deformación del habitáculo).</w:t>
      </w:r>
    </w:p>
    <w:p>
      <w:pPr>
        <w:pStyle w:val="ListBullet"/>
      </w:pPr>
      <w:r>
        <w:t>Riesgo de empeorar ventilación (posición, tórax inestable, dificultad respiratoria) si el movimiento no se adapta.</w:t>
      </w:r>
    </w:p>
    <w:p>
      <w:pPr>
        <w:pStyle w:val="ListBullet"/>
      </w:pPr>
      <w:r>
        <w:t>Material incompleto o inaccesible en el momento.</w:t>
      </w:r>
    </w:p>
    <w:p>
      <w:pPr>
        <w:pStyle w:val="ListBullet"/>
      </w:pPr>
      <w:r>
        <w:t>Superficies irregulares (barro, pendiente, nieve) que obligan a adaptar la técnica.</w:t>
      </w:r>
    </w:p>
    <w:p>
      <w:r>
        <w:t>Principio TES: **prioriza seguridad + control de ejes + mínima rotación**, y **adapta** la técnica a la escena real.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2.7.5 Principios TES de extricación segura</w:t>
      </w:r>
    </w:p>
    <w:p>
      <w:pPr>
        <w:pStyle w:val="ListNumber"/>
      </w:pPr>
      <w:r>
        <w:t>**Seguridad de escena antes de mover**</w:t>
      </w:r>
    </w:p>
    <w:p>
      <w:pPr>
        <w:pStyle w:val="ListBullet"/>
      </w:pPr>
      <w:r>
        <w:t>Tráfico controlado, vehículo estabilizado, riesgo eléctrico/combustible valorado.</w:t>
      </w:r>
    </w:p>
    <w:p>
      <w:pPr>
        <w:pStyle w:val="ListBullet"/>
      </w:pPr>
      <w:r>
        <w:t>EPI adecuados (guantes, chaleco, gafas si procede, casco según entorno).</w:t>
      </w:r>
    </w:p>
    <w:p>
      <w:pPr>
        <w:pStyle w:val="ListNumber"/>
      </w:pPr>
      <w:r>
        <w:t>**Un líder, una voz**</w:t>
      </w:r>
    </w:p>
    <w:p>
      <w:pPr>
        <w:pStyle w:val="ListBullet"/>
      </w:pPr>
      <w:r>
        <w:t>Una sola persona da órdenes. Sin órdenes simultáneas.</w:t>
      </w:r>
    </w:p>
    <w:p>
      <w:pPr>
        <w:pStyle w:val="ListNumber"/>
      </w:pPr>
      <w:r>
        <w:t>**Control de ejes**</w:t>
      </w:r>
    </w:p>
    <w:p>
      <w:pPr>
        <w:pStyle w:val="ListBullet"/>
      </w:pPr>
      <w:r>
        <w:t>Cabeza-cuello-tronco se mueven como una unidad.</w:t>
      </w:r>
    </w:p>
    <w:p>
      <w:pPr>
        <w:pStyle w:val="ListBullet"/>
      </w:pPr>
      <w:r>
        <w:t>Evitar rotaciones cervicales y torsiones del tronco.</w:t>
      </w:r>
    </w:p>
    <w:p>
      <w:pPr>
        <w:pStyle w:val="ListNumber"/>
      </w:pPr>
      <w:r>
        <w:t>**Movimiento mínimo necesario**</w:t>
      </w:r>
    </w:p>
    <w:p>
      <w:pPr>
        <w:pStyle w:val="ListBullet"/>
      </w:pPr>
      <w:r>
        <w:t>No "recolocar por comodidad". Solo lo imprescindible para seguridad y transferencia.</w:t>
      </w:r>
    </w:p>
    <w:p>
      <w:pPr>
        <w:pStyle w:val="ListNumber"/>
      </w:pPr>
      <w:r>
        <w:t>**Plan antes de ejecutar**</w:t>
      </w:r>
    </w:p>
    <w:p>
      <w:pPr>
        <w:pStyle w:val="ListBullet"/>
      </w:pPr>
      <w:r>
        <w:t>Ruta de salida, dispositivo preparado y posición final definida.</w:t>
      </w:r>
    </w:p>
    <w:p>
      <w:pPr>
        <w:pStyle w:val="ListNumber"/>
      </w:pPr>
      <w:r>
        <w:t>**Reevaluación tras cada movimiento**</w:t>
      </w:r>
    </w:p>
    <w:p>
      <w:pPr>
        <w:pStyle w:val="ListBullet"/>
      </w:pPr>
      <w:r>
        <w:t>Estado general, dolor, síntomas neurológicos referidos, tolerancia al movimiento.</w:t>
      </w:r>
    </w:p>
    <w:p>
      <w:pPr>
        <w:pStyle w:val="ListNumber"/>
      </w:pPr>
      <w:r>
        <w:t>**Gestión del paciente**</w:t>
      </w:r>
    </w:p>
    <w:p>
      <w:pPr>
        <w:pStyle w:val="ListBullet"/>
      </w:pPr>
      <w:r>
        <w:t>Explicar de forma breve qué se va a hacer (si está consciente).</w:t>
      </w:r>
    </w:p>
    <w:p>
      <w:pPr>
        <w:pStyle w:val="ListBullet"/>
      </w:pPr>
      <w:r>
        <w:t>Control verbal continuo para cooperación y para detectar cambios.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2.7.6 Roles del equipo y coordinación</w:t>
      </w:r>
    </w:p>
    <w:p>
      <w:pPr>
        <w:pStyle w:val="Heading3"/>
      </w:pPr>
      <w:r>
        <w:t>Roles recomendados</w:t>
      </w:r>
    </w:p>
    <w:p>
      <w:pPr>
        <w:pStyle w:val="ListBullet"/>
      </w:pPr>
      <w:r>
        <w:t>**Líder de maniobra**</w:t>
      </w:r>
    </w:p>
    <w:p>
      <w:pPr>
        <w:pStyle w:val="ListBullet"/>
      </w:pPr>
      <w:r>
        <w:t>Da órdenes y marca ritmo ("a mi señal" / "1-2-3").</w:t>
      </w:r>
    </w:p>
    <w:p>
      <w:pPr>
        <w:pStyle w:val="ListBullet"/>
      </w:pPr>
      <w:r>
        <w:t>Idealmente situado donde tenga control visual del equipo.</w:t>
      </w:r>
    </w:p>
    <w:p>
      <w:pPr>
        <w:pStyle w:val="ListBullet"/>
      </w:pPr>
      <w:r>
        <w:t>**Control cervical manual (si procede)**</w:t>
      </w:r>
    </w:p>
    <w:p>
      <w:pPr>
        <w:pStyle w:val="ListBullet"/>
      </w:pPr>
      <w:r>
        <w:t>Mantiene alineación cefálica y sincroniza movimientos.</w:t>
      </w:r>
    </w:p>
    <w:p>
      <w:pPr>
        <w:pStyle w:val="ListBullet"/>
      </w:pPr>
      <w:r>
        <w:t>Si el líder está en cabeza, puede asumir ambos roles.</w:t>
      </w:r>
    </w:p>
    <w:p>
      <w:pPr>
        <w:pStyle w:val="ListBullet"/>
      </w:pPr>
      <w:r>
        <w:t>**Control de hombros/tórax**</w:t>
      </w:r>
    </w:p>
    <w:p>
      <w:pPr>
        <w:pStyle w:val="ListBullet"/>
      </w:pPr>
      <w:r>
        <w:t>Estabiliza la parte superior del tronco.</w:t>
      </w:r>
    </w:p>
    <w:p>
      <w:pPr>
        <w:pStyle w:val="ListBullet"/>
      </w:pPr>
      <w:r>
        <w:t>**Control de pelvis**</w:t>
      </w:r>
    </w:p>
    <w:p>
      <w:pPr>
        <w:pStyle w:val="ListBullet"/>
      </w:pPr>
      <w:r>
        <w:t>Evita rotación lumbar/pélvica.</w:t>
      </w:r>
    </w:p>
    <w:p>
      <w:pPr>
        <w:pStyle w:val="ListBullet"/>
      </w:pPr>
      <w:r>
        <w:t>**Control de extremidades / material**</w:t>
      </w:r>
    </w:p>
    <w:p>
      <w:pPr>
        <w:pStyle w:val="ListBullet"/>
      </w:pPr>
      <w:r>
        <w:t>Protege brazos/piernas, retira obstáculos y gestiona la entrada del dispositivo.</w:t>
      </w:r>
    </w:p>
    <w:p>
      <w:pPr>
        <w:pStyle w:val="Heading3"/>
      </w:pPr>
      <w:r>
        <w:t>Comunicación operativa (modelo corto)</w:t>
      </w:r>
    </w:p>
    <w:p>
      <w:pPr>
        <w:pStyle w:val="ListBullet"/>
      </w:pPr>
      <w:r>
        <w:t>"**Preparados**" → todos confirman manos colocadas.</w:t>
      </w:r>
    </w:p>
    <w:p>
      <w:pPr>
        <w:pStyle w:val="ListBullet"/>
      </w:pPr>
      <w:r>
        <w:t>"**A mi señal**" → atención al conteo.</w:t>
      </w:r>
    </w:p>
    <w:p>
      <w:pPr>
        <w:pStyle w:val="ListBullet"/>
      </w:pPr>
      <w:r>
        <w:t>"**1-2-3**" → ejecución.</w:t>
      </w:r>
    </w:p>
    <w:p>
      <w:pPr>
        <w:pStyle w:val="ListBullet"/>
      </w:pPr>
      <w:r>
        <w:t>"**Alto**" → parada inmediata si hay resistencia, dolor intenso, pérdida de control o riesgo.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2.7.7 Técnicas de movimientos en bloque</w:t>
      </w:r>
    </w:p>
    <w:p>
      <w:pPr>
        <w:pStyle w:val="Heading3"/>
      </w:pPr>
      <w:r>
        <w:t>A) Giro en bloque (log-roll)</w:t>
      </w:r>
    </w:p>
    <w:p>
      <w:r>
        <w:t>Uso típico:</w:t>
      </w:r>
    </w:p>
    <w:p>
      <w:pPr>
        <w:pStyle w:val="ListBullet"/>
      </w:pPr>
      <w:r>
        <w:t>Acceso a espalda para inspección rápida, retirada de ropa, control dorsal.</w:t>
      </w:r>
    </w:p>
    <w:p>
      <w:pPr>
        <w:pStyle w:val="ListBullet"/>
      </w:pPr>
      <w:r>
        <w:t>Introducir sábana/manta o preparar colchón de vacío.</w:t>
      </w:r>
    </w:p>
    <w:p>
      <w:pPr>
        <w:pStyle w:val="ListBullet"/>
      </w:pPr>
      <w:r>
        <w:t>Maniobra clásica, **pero introduce rotación**, por lo que debe hacerse con control y solo si aporta beneficio operativo.</w:t>
      </w:r>
    </w:p>
    <w:p>
      <w:r>
        <w:t>**Procedimiento paso a paso**</w:t>
      </w:r>
    </w:p>
    <w:p>
      <w:pPr>
        <w:pStyle w:val="ListNumber"/>
      </w:pPr>
      <w:r>
        <w:t>Líder asigna roles (cabeza, hombros, pelvis, piernas).</w:t>
      </w:r>
    </w:p>
    <w:p>
      <w:pPr>
        <w:pStyle w:val="ListNumber"/>
      </w:pPr>
      <w:r>
        <w:t>Se asegura control cervical manual si está indicado.</w:t>
      </w:r>
    </w:p>
    <w:p>
      <w:pPr>
        <w:pStyle w:val="ListNumber"/>
      </w:pPr>
      <w:r>
        <w:t>Se cruzan brazos del paciente sobre el pecho si es posible (reduce interferencias).</w:t>
      </w:r>
    </w:p>
    <w:p>
      <w:pPr>
        <w:pStyle w:val="ListNumber"/>
      </w:pPr>
      <w:r>
        <w:t>Se alinean piernas y pelvis en posición neutra.</w:t>
      </w:r>
    </w:p>
    <w:p>
      <w:pPr>
        <w:pStyle w:val="ListNumber"/>
      </w:pPr>
      <w:r>
        <w:t>A la señal del líder, el equipo gira al paciente **en bloque** hacia el lado indicado.</w:t>
      </w:r>
    </w:p>
    <w:p>
      <w:pPr>
        <w:pStyle w:val="ListNumber"/>
      </w:pPr>
      <w:r>
        <w:t>Mantener el paciente estable en lateral el mínimo tiempo necesario.</w:t>
      </w:r>
    </w:p>
    <w:p>
      <w:pPr>
        <w:pStyle w:val="ListNumber"/>
      </w:pPr>
      <w:r>
        <w:t>Realizar la acción prevista (inspección / colocación de elementos).</w:t>
      </w:r>
    </w:p>
    <w:p>
      <w:pPr>
        <w:pStyle w:val="ListNumber"/>
      </w:pPr>
      <w:r>
        <w:t>Volver a decúbito con conteo coordinado, sin "dejar caer".</w:t>
      </w:r>
    </w:p>
    <w:p>
      <w:r>
        <w:t>**Errores típicos en log-roll**</w:t>
      </w:r>
    </w:p>
    <w:p>
      <w:pPr>
        <w:pStyle w:val="ListBullet"/>
      </w:pPr>
      <w:r>
        <w:t>Girar cada segmento por separado (torsión).</w:t>
      </w:r>
    </w:p>
    <w:p>
      <w:pPr>
        <w:pStyle w:val="ListBullet"/>
      </w:pPr>
      <w:r>
        <w:t>Tracción de hombro o brazo en vez de controlar tronco.</w:t>
      </w:r>
    </w:p>
    <w:p>
      <w:pPr>
        <w:pStyle w:val="ListBullet"/>
      </w:pPr>
      <w:r>
        <w:t>Mantener al paciente de lado demasiado tiempo sin necesidad.</w:t>
      </w:r>
    </w:p>
    <w:p>
      <w:pPr>
        <w:pStyle w:val="ListBullet"/>
      </w:pPr>
      <w:r>
        <w:t>Hacerlo "porque siempre se hace" sin un motivo operativo claro.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B) Puente (lift-and-slide / "puente holandés")</w:t>
      </w:r>
    </w:p>
    <w:p>
      <w:r>
        <w:t>Preferible cuando:</w:t>
      </w:r>
    </w:p>
    <w:p>
      <w:pPr>
        <w:pStyle w:val="ListBullet"/>
      </w:pPr>
      <w:r>
        <w:t>Se busca **menos rotación** del tronco que con el log-roll.</w:t>
      </w:r>
    </w:p>
    <w:p>
      <w:pPr>
        <w:pStyle w:val="ListBullet"/>
      </w:pPr>
      <w:r>
        <w:t>Hay suficiente personal y coordinación para elevar y deslizar.</w:t>
      </w:r>
    </w:p>
    <w:p>
      <w:r>
        <w:t>**Procedimiento paso a paso**</w:t>
      </w:r>
    </w:p>
    <w:p>
      <w:pPr>
        <w:pStyle w:val="ListNumber"/>
      </w:pPr>
      <w:r>
        <w:t>Líder asigna puntos de agarre: hombros/escápulas, pelvis, piernas.</w:t>
      </w:r>
    </w:p>
    <w:p>
      <w:pPr>
        <w:pStyle w:val="ListNumber"/>
      </w:pPr>
      <w:r>
        <w:t>Control cervical manual mantenido si procede.</w:t>
      </w:r>
    </w:p>
    <w:p>
      <w:pPr>
        <w:pStyle w:val="ListNumber"/>
      </w:pPr>
      <w:r>
        <w:t>Dispositivo preparado a un lado: tablero, sábana deslizante, colchón de vacío (según planificación).</w:t>
      </w:r>
    </w:p>
    <w:p>
      <w:pPr>
        <w:pStyle w:val="ListNumber"/>
      </w:pPr>
      <w:r>
        <w:t>A la señal, el equipo eleva en bloque unos centímetros ("puente"), manteniendo alineación.</w:t>
      </w:r>
    </w:p>
    <w:p>
      <w:pPr>
        <w:pStyle w:val="ListNumber"/>
      </w:pPr>
      <w:r>
        <w:t>Interviniente de material desliza el dispositivo bajo el paciente **sin arrastre del cuerpo**.</w:t>
      </w:r>
    </w:p>
    <w:p>
      <w:pPr>
        <w:pStyle w:val="ListNumber"/>
      </w:pPr>
      <w:r>
        <w:t>Descenso coordinado sobre el dispositivo, sin golpes ni torsiones.</w:t>
      </w:r>
    </w:p>
    <w:p>
      <w:pPr>
        <w:pStyle w:val="ListNumber"/>
      </w:pPr>
      <w:r>
        <w:t>Revisión de alineación y comodidad antes de fijación final.</w:t>
      </w:r>
    </w:p>
    <w:p>
      <w:r>
        <w:t>**Errores típicos en puente**</w:t>
      </w:r>
    </w:p>
    <w:p>
      <w:pPr>
        <w:pStyle w:val="ListBullet"/>
      </w:pPr>
      <w:r>
        <w:t>Elevar solo tronco y dejar pelvis "colgando".</w:t>
      </w:r>
    </w:p>
    <w:p>
      <w:pPr>
        <w:pStyle w:val="ListBullet"/>
      </w:pPr>
      <w:r>
        <w:t>Elevar demasiado alto (inestable).</w:t>
      </w:r>
    </w:p>
    <w:p>
      <w:pPr>
        <w:pStyle w:val="ListBullet"/>
      </w:pPr>
      <w:r>
        <w:t>Deslizar el dispositivo empujando al paciente en vez de "meter" el dispositivo.</w:t>
      </w:r>
    </w:p>
    <w:p>
      <w:pPr>
        <w:pStyle w:val="ListBullet"/>
      </w:pPr>
      <w:r>
        <w:t>Falta de sincronía en el descenso (impacto).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C) Deslizamiento en bloque (slide) en espacio reducido</w:t>
      </w:r>
    </w:p>
    <w:p>
      <w:r>
        <w:t>Útil cuando:</w:t>
      </w:r>
    </w:p>
    <w:p>
      <w:pPr>
        <w:pStyle w:val="ListBullet"/>
      </w:pPr>
      <w:r>
        <w:t>No hay espacio para giro ni para puente completo.</w:t>
      </w:r>
    </w:p>
    <w:p>
      <w:pPr>
        <w:pStyle w:val="ListBullet"/>
      </w:pPr>
      <w:r>
        <w:t>Hay que mover al paciente a lo largo de un eje (cama a camilla, pasillo estrecho, interior de vehículo parcialmente accesible).</w:t>
      </w:r>
    </w:p>
    <w:p>
      <w:r>
        <w:t>Variantes operativas:</w:t>
      </w:r>
    </w:p>
    <w:p>
      <w:pPr>
        <w:pStyle w:val="ListBullet"/>
      </w:pPr>
      <w:r>
        <w:t>Slide con sábana/manta deslizante.</w:t>
      </w:r>
    </w:p>
    <w:p>
      <w:pPr>
        <w:pStyle w:val="ListBullet"/>
      </w:pPr>
      <w:r>
        <w:t>Slide hacia dispositivo alineado (camilla/cuchara/tablero) minimizando "arrastre" irregular.</w:t>
      </w:r>
    </w:p>
    <w:p>
      <w:r>
        <w:t>**Procedimiento paso a paso**</w:t>
      </w:r>
    </w:p>
    <w:p>
      <w:pPr>
        <w:pStyle w:val="ListNumber"/>
      </w:pPr>
      <w:r>
        <w:t>Alinear dispositivo y ruta (sin giros innecesarios).</w:t>
      </w:r>
    </w:p>
    <w:p>
      <w:pPr>
        <w:pStyle w:val="ListNumber"/>
      </w:pPr>
      <w:r>
        <w:t>Control cervical manual si indicado.</w:t>
      </w:r>
    </w:p>
    <w:p>
      <w:pPr>
        <w:pStyle w:val="ListNumber"/>
      </w:pPr>
      <w:r>
        <w:t>Colocar sábana/manta bien extendida (si disponible) para reducir fricción.</w:t>
      </w:r>
    </w:p>
    <w:p>
      <w:pPr>
        <w:pStyle w:val="ListNumber"/>
      </w:pPr>
      <w:r>
        <w:t>Intervinientes controlan hombros y pelvis; otro guía extremidades.</w:t>
      </w:r>
    </w:p>
    <w:p>
      <w:pPr>
        <w:pStyle w:val="ListNumber"/>
      </w:pPr>
      <w:r>
        <w:t>A la señal del líder, se realiza un desplazamiento corto, controlado y repetido si es necesario.</w:t>
      </w:r>
    </w:p>
    <w:p>
      <w:pPr>
        <w:pStyle w:val="ListNumber"/>
      </w:pPr>
      <w:r>
        <w:t>Detener si el paciente refiere dolor nuevo, parestesias o si se pierde control de ejes.</w:t>
      </w:r>
    </w:p>
    <w:p>
      <w:pPr>
        <w:pStyle w:val="ListNumber"/>
      </w:pPr>
      <w:r>
        <w:t>Finalizar en el dispositivo con centrado correcto para posterior fijación.</w:t>
      </w:r>
    </w:p>
    <w:p>
      <w:r>
        <w:t>**Errores típicos en slide**</w:t>
      </w:r>
    </w:p>
    <w:p>
      <w:pPr>
        <w:pStyle w:val="ListBullet"/>
      </w:pPr>
      <w:r>
        <w:t>Tirar de brazos o axilas (lesión y pérdida de control).</w:t>
      </w:r>
    </w:p>
    <w:p>
      <w:pPr>
        <w:pStyle w:val="ListBullet"/>
      </w:pPr>
      <w:r>
        <w:t>Desplazar con "tirones" largos.</w:t>
      </w:r>
    </w:p>
    <w:p>
      <w:pPr>
        <w:pStyle w:val="ListBullet"/>
      </w:pPr>
      <w:r>
        <w:t>No preparar el camino (bordes, escalones, objetos).</w:t>
      </w:r>
    </w:p>
    <w:p>
      <w:pPr>
        <w:pStyle w:val="ListBullet"/>
      </w:pPr>
      <w:r>
        <w:t>No centrar al paciente en el dispositivo (luego obliga a recolocar).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2.7.8 Extricación desde vehículo: versión TES (no rescate técnico)</w:t>
      </w:r>
    </w:p>
    <w:p>
      <w:r>
        <w:t>Objetivo: sacar al paciente del vehículo **sin añadir daño**, coordinando con otros recursos cuando existan.</w:t>
      </w:r>
    </w:p>
    <w:p>
      <w:pPr>
        <w:pStyle w:val="Heading3"/>
      </w:pPr>
      <w:r>
        <w:t>Escenario 1: paciente consciente y colaborador</w:t>
      </w:r>
    </w:p>
    <w:p>
      <w:pPr>
        <w:pStyle w:val="ListNumber"/>
      </w:pPr>
      <w:r>
        <w:t>Seguridad de escena (tráfico, estabilización del vehículo, riesgo combustible).</w:t>
      </w:r>
    </w:p>
    <w:p>
      <w:pPr>
        <w:pStyle w:val="ListNumber"/>
      </w:pPr>
      <w:r>
        <w:t>Contacto verbal, instrucciones claras: "no gire la cabeza, siga mi voz".</w:t>
      </w:r>
    </w:p>
    <w:p>
      <w:pPr>
        <w:pStyle w:val="ListNumber"/>
      </w:pPr>
      <w:r>
        <w:t>Control cervical manual inicial si indicado.</w:t>
      </w:r>
    </w:p>
    <w:p>
      <w:pPr>
        <w:pStyle w:val="ListNumber"/>
      </w:pPr>
      <w:r>
        <w:t>Valoración operativa rápida y decisión: rápida vs controlada.</w:t>
      </w:r>
    </w:p>
    <w:p>
      <w:pPr>
        <w:pStyle w:val="ListNumber"/>
      </w:pPr>
      <w:r>
        <w:t>Preparar ruta de salida (puerta, asiento, espacio exterior, dispositivo listo).</w:t>
      </w:r>
    </w:p>
    <w:p>
      <w:pPr>
        <w:pStyle w:val="ListNumber"/>
      </w:pPr>
      <w:r>
        <w:t>Extracción guiada:</w:t>
      </w:r>
    </w:p>
    <w:p>
      <w:pPr>
        <w:pStyle w:val="ListBullet"/>
      </w:pPr>
      <w:r>
        <w:t>Salida en bloque en lo posible, evitando torsión al girar cadera/tronco.</w:t>
      </w:r>
    </w:p>
    <w:p>
      <w:pPr>
        <w:pStyle w:val="ListBullet"/>
      </w:pPr>
      <w:r>
        <w:t>Apoyo de intervinientes en tronco/pelvis.</w:t>
      </w:r>
    </w:p>
    <w:p>
      <w:pPr>
        <w:pStyle w:val="ListNumber"/>
      </w:pPr>
      <w:r>
        <w:t>Transferencia inmediata al dispositivo planificado (cuchara/tablero/colchón/camilla según estrategia del equipo y capítulos 2.4–2.6).</w:t>
      </w:r>
    </w:p>
    <w:p>
      <w:pPr>
        <w:pStyle w:val="ListNumber"/>
      </w:pPr>
      <w:r>
        <w:t>Reevaluación post-salida.</w:t>
      </w:r>
    </w:p>
    <w:p>
      <w:pPr>
        <w:pStyle w:val="Heading3"/>
      </w:pPr>
      <w:r>
        <w:t>Escenario 2: paciente no colaborador / disminución de consciencia</w:t>
      </w:r>
    </w:p>
    <w:p>
      <w:pPr>
        <w:pStyle w:val="ListNumber"/>
      </w:pPr>
      <w:r>
        <w:t>Seguridad de escena + petición de apoyo si la escena lo exige.</w:t>
      </w:r>
    </w:p>
    <w:p>
      <w:pPr>
        <w:pStyle w:val="ListNumber"/>
      </w:pPr>
      <w:r>
        <w:t>Control cervical manual sostenido desde el primer contacto.</w:t>
      </w:r>
    </w:p>
    <w:p>
      <w:pPr>
        <w:pStyle w:val="ListNumber"/>
      </w:pPr>
      <w:r>
        <w:t>Decidir tipo de extricación:</w:t>
      </w:r>
    </w:p>
    <w:p>
      <w:pPr>
        <w:pStyle w:val="ListBullet"/>
      </w:pPr>
      <w:r>
        <w:t>Si amenaza vital o escena insegura → extricación rápida con máximo control posible.</w:t>
      </w:r>
    </w:p>
    <w:p>
      <w:pPr>
        <w:pStyle w:val="ListBullet"/>
      </w:pPr>
      <w:r>
        <w:t>Si estable y escena permite → extricación controlada coordinando equipo y material.</w:t>
      </w:r>
    </w:p>
    <w:p>
      <w:pPr>
        <w:pStyle w:val="ListNumber"/>
      </w:pPr>
      <w:r>
        <w:t>Mantener control de tronco y pelvis durante el paso por marco de puerta/asiento.</w:t>
      </w:r>
    </w:p>
    <w:p>
      <w:pPr>
        <w:pStyle w:val="ListNumber"/>
      </w:pPr>
      <w:r>
        <w:t>Evitar "tirar del paciente" por axilas o brazos.</w:t>
      </w:r>
    </w:p>
    <w:p>
      <w:pPr>
        <w:pStyle w:val="ListNumber"/>
      </w:pPr>
      <w:r>
        <w:t>Transferencia en bloque al dispositivo y fijación posterior.</w:t>
      </w:r>
    </w:p>
    <w:p>
      <w:pPr>
        <w:pStyle w:val="Heading3"/>
      </w:pPr>
      <w:r>
        <w:t>Coordinación con otros intervinientes</w:t>
      </w:r>
    </w:p>
    <w:p>
      <w:pPr>
        <w:pStyle w:val="ListBullet"/>
      </w:pPr>
      <w:r>
        <w:t>Bomberos/rescate técnico: si hay atrapamiento real, deformación o riesgos estructurales, el TES **no sustituye** al rescate técnico. Se coordina la fase sanitaria y la protección del paciente.</w:t>
      </w:r>
    </w:p>
    <w:p>
      <w:pPr>
        <w:pStyle w:val="ListBullet"/>
      </w:pPr>
      <w:r>
        <w:t>Policía/tráfico: control de escena para reducir riesgo a intervinientes.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2.7.9 Procedimiento operativo estándar (PASO A PASO)</w:t>
      </w:r>
    </w:p>
    <w:p>
      <w:pPr>
        <w:pStyle w:val="ListNumber"/>
      </w:pPr>
      <w:r>
        <w:t>**Seguridad + EPI**</w:t>
      </w:r>
    </w:p>
    <w:p>
      <w:pPr>
        <w:pStyle w:val="ListBullet"/>
      </w:pPr>
      <w:r>
        <w:t>Valorar tráfico, riesgos eléctricos/combustible, estabilidad del entorno.</w:t>
      </w:r>
    </w:p>
    <w:p>
      <w:pPr>
        <w:pStyle w:val="ListNumber"/>
      </w:pPr>
      <w:r>
        <w:t>**Contacto y control inicial**</w:t>
      </w:r>
    </w:p>
    <w:p>
      <w:pPr>
        <w:pStyle w:val="ListBullet"/>
      </w:pPr>
      <w:r>
        <w:t>Si procede, **control cervical manual** y comunicación breve con el paciente.</w:t>
      </w:r>
    </w:p>
    <w:p>
      <w:pPr>
        <w:pStyle w:val="ListNumber"/>
      </w:pPr>
      <w:r>
        <w:t>**Valoración operativa rápida**</w:t>
      </w:r>
    </w:p>
    <w:p>
      <w:pPr>
        <w:pStyle w:val="ListBullet"/>
      </w:pPr>
      <w:r>
        <w:t>Determinar si la escena permite extricación controlada o exige extricación rápida.</w:t>
      </w:r>
    </w:p>
    <w:p>
      <w:pPr>
        <w:pStyle w:val="ListNumber"/>
      </w:pPr>
      <w:r>
        <w:t>**Planificación**</w:t>
      </w:r>
    </w:p>
    <w:p>
      <w:pPr>
        <w:pStyle w:val="ListBullet"/>
      </w:pPr>
      <w:r>
        <w:t>Definir ruta de salida y dispositivo de recepción (camilla/cuchara/tablero/colchón).</w:t>
      </w:r>
    </w:p>
    <w:p>
      <w:pPr>
        <w:pStyle w:val="ListNumber"/>
      </w:pPr>
      <w:r>
        <w:t>**Asignación de roles**</w:t>
      </w:r>
    </w:p>
    <w:p>
      <w:pPr>
        <w:pStyle w:val="ListBullet"/>
      </w:pPr>
      <w:r>
        <w:t>Líder + controles de hombros/pelvis/extremidades/material.</w:t>
      </w:r>
    </w:p>
    <w:p>
      <w:pPr>
        <w:pStyle w:val="ListNumber"/>
      </w:pPr>
      <w:r>
        <w:t>**Ejecución de maniobra**</w:t>
      </w:r>
    </w:p>
    <w:p>
      <w:pPr>
        <w:pStyle w:val="ListBullet"/>
      </w:pPr>
      <w:r>
        <w:t>Elegir técnica (log-roll / puente / slide / extricación desde vehículo) y ejecutar con conteo.</w:t>
      </w:r>
    </w:p>
    <w:p>
      <w:pPr>
        <w:pStyle w:val="ListNumber"/>
      </w:pPr>
      <w:r>
        <w:t>**Recepción en dispositivo**</w:t>
      </w:r>
    </w:p>
    <w:p>
      <w:pPr>
        <w:pStyle w:val="ListBullet"/>
      </w:pPr>
      <w:r>
        <w:t>Centrar al paciente, alinear ejes y preparar fijación.</w:t>
      </w:r>
    </w:p>
    <w:p>
      <w:pPr>
        <w:pStyle w:val="ListNumber"/>
      </w:pPr>
      <w:r>
        <w:t>**Reevaluación inmediata**</w:t>
      </w:r>
    </w:p>
    <w:p>
      <w:pPr>
        <w:pStyle w:val="ListBullet"/>
      </w:pPr>
      <w:r>
        <w:t>Dolor, tolerancia, signos de empeoramiento, control general.</w:t>
      </w:r>
    </w:p>
    <w:p>
      <w:pPr>
        <w:pStyle w:val="ListNumber"/>
      </w:pPr>
      <w:r>
        <w:t>**Continuidad**</w:t>
      </w:r>
    </w:p>
    <w:p>
      <w:pPr>
        <w:pStyle w:val="ListBullet"/>
      </w:pPr>
      <w:r>
        <w:t>Pasar a inmovilización definitiva según 2.4–2.6 y a transferencias avanzadas según 2.8.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2.7.10 Errores frecuentes</w:t>
      </w:r>
    </w:p>
    <w:p>
      <w:pPr>
        <w:pStyle w:val="ListBullet"/>
      </w:pPr>
      <w:r>
        <w:t>No asegurar la escena (movimiento con riesgo para equipo/paciente).</w:t>
      </w:r>
    </w:p>
    <w:p>
      <w:pPr>
        <w:pStyle w:val="ListBullet"/>
      </w:pPr>
      <w:r>
        <w:t>Falta de líder o **órdenes simultáneas**.</w:t>
      </w:r>
    </w:p>
    <w:p>
      <w:pPr>
        <w:pStyle w:val="ListBullet"/>
      </w:pPr>
      <w:r>
        <w:t>Iniciar la maniobra sin ruta preparada ni dispositivo listo.</w:t>
      </w:r>
    </w:p>
    <w:p>
      <w:pPr>
        <w:pStyle w:val="ListBullet"/>
      </w:pPr>
      <w:r>
        <w:t>Pérdida de alineación cabeza-cuello-tronco por mala coordinación.</w:t>
      </w:r>
    </w:p>
    <w:p>
      <w:pPr>
        <w:pStyle w:val="ListBullet"/>
      </w:pPr>
      <w:r>
        <w:t>Traccionar de brazos/axilas o "arrastrar" al paciente.</w:t>
      </w:r>
    </w:p>
    <w:p>
      <w:pPr>
        <w:pStyle w:val="ListBullet"/>
      </w:pPr>
      <w:r>
        <w:t>Movimientos largos en lugar de desplazamientos cortos y controlados.</w:t>
      </w:r>
    </w:p>
    <w:p>
      <w:pPr>
        <w:pStyle w:val="ListBullet"/>
      </w:pPr>
      <w:r>
        <w:t>No reevaluar tras cada movimiento.</w:t>
      </w:r>
    </w:p>
    <w:p>
      <w:pPr>
        <w:pStyle w:val="ListBullet"/>
      </w:pPr>
      <w:r>
        <w:t>Corregir posición "a base de tirones" una vez ya colocado en dispositivo.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2.7.11 Puntos clave TES</w:t>
      </w:r>
    </w:p>
    <w:p>
      <w:pPr>
        <w:pStyle w:val="ListBullet"/>
      </w:pPr>
      <w:r>
        <w:t>**Un líder, una señal, un movimiento.**</w:t>
      </w:r>
    </w:p>
    <w:p>
      <w:pPr>
        <w:pStyle w:val="ListBullet"/>
      </w:pPr>
      <w:r>
        <w:t>El objetivo no es "hacerlo bonito": es **hacerlo seguro y reproducible**.</w:t>
      </w:r>
    </w:p>
    <w:p>
      <w:pPr>
        <w:pStyle w:val="ListBullet"/>
      </w:pPr>
      <w:r>
        <w:t>El control de ejes se mantiene con **coordinación**, no con fuerza.</w:t>
      </w:r>
    </w:p>
    <w:p>
      <w:pPr>
        <w:pStyle w:val="ListBullet"/>
      </w:pPr>
      <w:r>
        <w:t>**Extricación rápida** solo cuando el contexto lo justifica (amenaza vital/escena insegura).</w:t>
      </w:r>
    </w:p>
    <w:p>
      <w:pPr>
        <w:pStyle w:val="ListBullet"/>
      </w:pPr>
      <w:r>
        <w:t>Preparar **ruta y dispositivo** antes de mover evita errores y recolocaciones.</w:t>
      </w:r>
    </w:p>
    <w:p>
      <w:pPr>
        <w:pStyle w:val="ListBullet"/>
      </w:pPr>
      <w:r>
        <w:t>Tras cada maniobra: **parar, reevaluar, y corregir con control**, no con prisa.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2.7.12 Seguridad y consideraciones organizativas</w:t>
      </w:r>
    </w:p>
    <w:p>
      <w:pPr>
        <w:pStyle w:val="ListBullet"/>
      </w:pPr>
      <w:r>
        <w:t>Respetar límites operativos: si hay atrapamiento o riesgo técnico, coordinar con rescate especializado.</w:t>
      </w:r>
    </w:p>
    <w:p>
      <w:pPr>
        <w:pStyle w:val="ListBullet"/>
      </w:pPr>
      <w:r>
        <w:t>Registrar operativamente:</w:t>
      </w:r>
    </w:p>
    <w:p>
      <w:pPr>
        <w:pStyle w:val="ListBullet"/>
      </w:pPr>
      <w:r>
        <w:t>Motivo de extricación rápida (si aplica).</w:t>
      </w:r>
    </w:p>
    <w:p>
      <w:pPr>
        <w:pStyle w:val="ListBullet"/>
      </w:pPr>
      <w:r>
        <w:t>Síntomas neurológicos referidos antes/después del movimiento (si el paciente los comunica).</w:t>
      </w:r>
    </w:p>
    <w:p>
      <w:pPr>
        <w:pStyle w:val="ListBullet"/>
      </w:pPr>
      <w:r>
        <w:t>Incidencias durante maniobra (resistencia, falta de espacio, necesidad de adaptación).</w:t>
      </w:r>
    </w:p>
    <w:p>
      <w:pPr>
        <w:pStyle w:val="ListBullet"/>
      </w:pPr>
      <w:r>
        <w:t>Priorizar siempre la seguridad del interviniente: **un TES lesionado detiene la asistencia**.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2.7.13 Cierre del capítulo</w:t>
      </w:r>
    </w:p>
    <w:p>
      <w:r>
        <w:t>Este capítulo se integra con:</w:t>
      </w:r>
    </w:p>
    <w:p>
      <w:pPr>
        <w:pStyle w:val="ListBullet"/>
      </w:pPr>
      <w:r>
        <w:t>**2.4 Camilla cuchara**</w:t>
      </w:r>
    </w:p>
    <w:p>
      <w:pPr>
        <w:pStyle w:val="ListBullet"/>
      </w:pPr>
      <w:r>
        <w:t>**2.5 Tablero espinal largo**</w:t>
      </w:r>
    </w:p>
    <w:p>
      <w:pPr>
        <w:pStyle w:val="ListBullet"/>
      </w:pPr>
      <w:r>
        <w:t>**2.6 Colchón de vacío**</w:t>
      </w:r>
    </w:p>
    <w:p>
      <w:r>
        <w:t>Siguiente apartado recomendado:</w:t>
      </w:r>
    </w:p>
    <w:p>
      <w:pPr>
        <w:pStyle w:val="ListBullet"/>
      </w:pPr>
      <w:r>
        <w:t>**2.8 Transferencias y movilización del paciente**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La extricación y movimientos en bloque requieren **coordinación efectiva del equipo**</w:t>
      </w:r>
    </w:p>
    <w:p>
      <w:pPr>
        <w:pStyle w:val="ListBullet"/>
      </w:pPr>
      <w:r>
        <w:t>El **control cervical manual es siempre prioritario**</w:t>
      </w:r>
    </w:p>
    <w:p>
      <w:pPr>
        <w:pStyle w:val="ListBullet"/>
      </w:pPr>
      <w:r>
        <w:t>La **seguridad de la escena es fundamental**</w:t>
      </w:r>
    </w:p>
    <w:p>
      <w:pPr>
        <w:pStyle w:val="ListBullet"/>
      </w:pPr>
      <w:r>
        <w:t>La **decisión rápida vs controlada** depende de amenaza vital y seguridad</w:t>
      </w:r>
    </w:p>
    <w:p>
      <w:pPr>
        <w:pStyle w:val="ListBullet"/>
      </w:pPr>
      <w:r>
        <w:t>El **líder de maniobra dirige toda la operación**</w:t>
      </w:r>
    </w:p>
    <w:p>
      <w:r>
        <w:t>**Principios No Negociables:**</w:t>
      </w:r>
    </w:p>
    <w:p>
      <w:pPr>
        <w:pStyle w:val="ListBullet"/>
      </w:pPr>
      <w:r>
        <w:t>**NUNCA mover** sin asegurar la escena</w:t>
      </w:r>
    </w:p>
    <w:p>
      <w:pPr>
        <w:pStyle w:val="ListBullet"/>
      </w:pPr>
      <w:r>
        <w:t>**NUNCA ejecutar** sin líder claro y órdenes estructuradas</w:t>
      </w:r>
    </w:p>
    <w:p>
      <w:pPr>
        <w:pStyle w:val="ListBullet"/>
      </w:pPr>
      <w:r>
        <w:t>**NUNCA traccionar** de brazos/axilas</w:t>
      </w:r>
    </w:p>
    <w:p>
      <w:pPr>
        <w:pStyle w:val="ListBullet"/>
      </w:pPr>
      <w:r>
        <w:t>**SIEMPRE coordinar** con el equipo</w:t>
      </w:r>
    </w:p>
    <w:p>
      <w:pPr>
        <w:pStyle w:val="ListBullet"/>
      </w:pPr>
      <w:r>
        <w:t>**SIEMPRE coordinar** con otros servicios</w:t>
      </w:r>
    </w:p>
    <w:p>
      <w:pPr>
        <w:pStyle w:val="ListBullet"/>
      </w:pPr>
      <w:r>
        <w:t>**SIEMPRE priorizar** seguridad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2.8 – Transferencias y movilización del paciente</w:t>
      </w:r>
    </w:p>
    <w:p>
      <w:pPr>
        <w:pStyle w:val="Heading1"/>
      </w:pPr>
      <w:r>
        <w:t>2.8 – Transferencias y movilización del paciente</w:t>
      </w:r>
    </w:p>
    <w:p>
      <w:pPr>
        <w:pStyle w:val="Heading2"/>
      </w:pPr>
      <w:r>
        <w:t>Manual TES Digital – Técnicas de transferencia segura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2.8.1 Objetivo operativo</w:t>
      </w:r>
    </w:p>
    <w:p>
      <w:r>
        <w:t>Realizar **transferencias seguras** del paciente entre dispositivos (cama, camilla, suelo, silla, vehículo) y **movilizaciones** en espacios diversos (pasillos, escaleras, ascensores) manteniendo **control de ejes** cuando está indicado, preservando la **seguridad del paciente y del equipo**, y aplicando **principios de ergonomía** para prevenir lesiones del interviniente.</w:t>
      </w:r>
    </w:p>
    <w:p>
      <w:r>
        <w:t>Este apartado se centra en la **fase de transferencia y movilización** una vez el paciente está inmovilizado o preparado, complementando las técnicas de extricación del capítulo 2.7.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2.8.2 Indicaciones</w:t>
      </w:r>
    </w:p>
    <w:p>
      <w:r>
        <w:t>Se realizan transferencias y movilizaciones cuando:</w:t>
      </w:r>
    </w:p>
    <w:p>
      <w:pPr>
        <w:pStyle w:val="ListBullet"/>
      </w:pPr>
      <w:r>
        <w:t>El paciente debe ser **transferido entre dispositivos** (cama a camilla, suelo a camilla, camilla a cama).</w:t>
      </w:r>
    </w:p>
    <w:p>
      <w:pPr>
        <w:pStyle w:val="ListBullet"/>
      </w:pPr>
      <w:r>
        <w:t>Es necesario **movilizar al paciente** dentro de un espacio (pasillo, escalera, ascensor, vehículo).</w:t>
      </w:r>
    </w:p>
    <w:p>
      <w:pPr>
        <w:pStyle w:val="ListBullet"/>
      </w:pPr>
      <w:r>
        <w:t>Hay **cambio de entorno** (domicilio a ambulancia, ambulancia a hospital).</w:t>
      </w:r>
    </w:p>
    <w:p>
      <w:pPr>
        <w:pStyle w:val="ListBullet"/>
      </w:pPr>
      <w:r>
        <w:t>Se requiere **reposicionamiento** por seguridad o accesibilidad.</w:t>
      </w:r>
    </w:p>
    <w:p>
      <w:r>
        <w:t>**Consideraciones:**</w:t>
      </w:r>
    </w:p>
    <w:p>
      <w:pPr>
        <w:pStyle w:val="ListBullet"/>
      </w:pPr>
      <w:r>
        <w:t>Si hay **sospecha de lesión de raquis**: mantener control de ejes durante toda la transferencia.</w:t>
      </w:r>
    </w:p>
    <w:p>
      <w:pPr>
        <w:pStyle w:val="ListBullet"/>
      </w:pPr>
      <w:r>
        <w:t>Si **no hay sospecha de lesión de raquis**: aplicar principios de seguridad y ergonomía.</w:t>
      </w:r>
    </w:p>
    <w:p>
      <w:pPr>
        <w:pStyle w:val="ListBullet"/>
      </w:pPr>
      <w:r>
        <w:t>**Siempre**: preparar destino, coordinar equipo, aplicar ergonomía.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2.8.3 Principios TES de transferencia segura</w:t>
      </w:r>
    </w:p>
    <w:p>
      <w:pPr>
        <w:pStyle w:val="ListNumber"/>
      </w:pPr>
      <w:r>
        <w:t>**Líder único**</w:t>
      </w:r>
    </w:p>
    <w:p>
      <w:pPr>
        <w:pStyle w:val="ListBullet"/>
      </w:pPr>
      <w:r>
        <w:t>Una sola persona da órdenes durante toda la transferencia.</w:t>
      </w:r>
    </w:p>
    <w:p>
      <w:pPr>
        <w:pStyle w:val="ListBullet"/>
      </w:pPr>
      <w:r>
        <w:t>Sin órdenes simultáneas ni contradicciones.</w:t>
      </w:r>
    </w:p>
    <w:p>
      <w:pPr>
        <w:pStyle w:val="ListNumber"/>
      </w:pPr>
      <w:r>
        <w:t>**Comunicación cerrada**</w:t>
      </w:r>
    </w:p>
    <w:p>
      <w:pPr>
        <w:pStyle w:val="ListBullet"/>
      </w:pPr>
      <w:r>
        <w:t>Modelo: "Preparados" → confirmación → "A mi señal" → "1-2-3" → ejecución.</w:t>
      </w:r>
    </w:p>
    <w:p>
      <w:pPr>
        <w:pStyle w:val="ListBullet"/>
      </w:pPr>
      <w:r>
        <w:t>Verificación antes de cada movimiento.</w:t>
      </w:r>
    </w:p>
    <w:p>
      <w:pPr>
        <w:pStyle w:val="ListBullet"/>
      </w:pPr>
      <w:r>
        <w:t>Comunicación de problemas inmediatamente.</w:t>
      </w:r>
    </w:p>
    <w:p>
      <w:pPr>
        <w:pStyle w:val="ListNumber"/>
      </w:pPr>
      <w:r>
        <w:t>**Preparación de destino**</w:t>
      </w:r>
    </w:p>
    <w:p>
      <w:pPr>
        <w:pStyle w:val="ListBullet"/>
      </w:pPr>
      <w:r>
        <w:t>Verificar que dispositivo de destino está **preparado** (frenos activados, altura ajustada, ruta libre).</w:t>
      </w:r>
    </w:p>
    <w:p>
      <w:pPr>
        <w:pStyle w:val="ListBullet"/>
      </w:pPr>
      <w:r>
        <w:t>Verificar que **ruta está despejada** (obstáculos, escalones, puertas).</w:t>
      </w:r>
    </w:p>
    <w:p>
      <w:pPr>
        <w:pStyle w:val="ListBullet"/>
      </w:pPr>
      <w:r>
        <w:t>Verificar que **altura es adecuada** (evitar flexión excesiva de espalda del equipo).</w:t>
      </w:r>
    </w:p>
    <w:p>
      <w:pPr>
        <w:pStyle w:val="ListNumber"/>
      </w:pPr>
      <w:r>
        <w:t>**Control de ejes (si sospecha raquis)**</w:t>
      </w:r>
    </w:p>
    <w:p>
      <w:pPr>
        <w:pStyle w:val="ListBullet"/>
      </w:pPr>
      <w:r>
        <w:t>Cabeza-cuello-tronco como unidad.</w:t>
      </w:r>
    </w:p>
    <w:p>
      <w:pPr>
        <w:pStyle w:val="ListBullet"/>
      </w:pPr>
      <w:r>
        <w:t>Sin rotaciones ni torsiones.</w:t>
      </w:r>
    </w:p>
    <w:p>
      <w:pPr>
        <w:pStyle w:val="ListBullet"/>
      </w:pPr>
      <w:r>
        <w:t>Mantener alineación durante toda la transferencia.</w:t>
      </w:r>
    </w:p>
    <w:p>
      <w:pPr>
        <w:pStyle w:val="ListNumber"/>
      </w:pPr>
      <w:r>
        <w:t>**Movimientos cortos**</w:t>
      </w:r>
    </w:p>
    <w:p>
      <w:pPr>
        <w:pStyle w:val="ListBullet"/>
      </w:pPr>
      <w:r>
        <w:t>Desplazamientos cortos y controlados.</w:t>
      </w:r>
    </w:p>
    <w:p>
      <w:pPr>
        <w:pStyle w:val="ListBullet"/>
      </w:pPr>
      <w:r>
        <w:t>No movimientos largos o bruscos.</w:t>
      </w:r>
    </w:p>
    <w:p>
      <w:pPr>
        <w:pStyle w:val="ListBullet"/>
      </w:pPr>
      <w:r>
        <w:t>Pausas si es necesario.</w:t>
      </w:r>
    </w:p>
    <w:p>
      <w:pPr>
        <w:pStyle w:val="ListNumber"/>
      </w:pPr>
      <w:r>
        <w:t>**Reevaluación tras cada transferencia**</w:t>
      </w:r>
    </w:p>
    <w:p>
      <w:pPr>
        <w:pStyle w:val="ListBullet"/>
      </w:pPr>
      <w:r>
        <w:t>Estado del paciente.</w:t>
      </w:r>
    </w:p>
    <w:p>
      <w:pPr>
        <w:pStyle w:val="ListBullet"/>
      </w:pPr>
      <w:r>
        <w:t>Dolor, tolerancia, signos de empeoramiento.</w:t>
      </w:r>
    </w:p>
    <w:p>
      <w:pPr>
        <w:pStyle w:val="ListBullet"/>
      </w:pPr>
      <w:r>
        <w:t>Verificar que transferencia fue correcta.</w:t>
      </w:r>
    </w:p>
    <w:p>
      <w:pPr>
        <w:pStyle w:val="ListBullet"/>
      </w:pPr>
      <w:r>
        <w:t>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2.8.4 Preparación previa a cualquier transferencia</w:t>
      </w:r>
    </w:p>
    <w:p>
      <w:pPr>
        <w:pStyle w:val="Heading3"/>
      </w:pPr>
      <w:r>
        <w:t>Checklist de preparación</w:t>
      </w:r>
    </w:p>
    <w:p>
      <w:r>
        <w:t>**1. Seguridad de la escena**</w:t>
      </w:r>
    </w:p>
    <w:p>
      <w:pPr>
        <w:pStyle w:val="ListBullet"/>
      </w:pPr>
      <w:r>
        <w:t>[ ] Ruta despejada (obstáculos, escalones, puertas).</w:t>
      </w:r>
    </w:p>
    <w:p>
      <w:pPr>
        <w:pStyle w:val="ListBullet"/>
      </w:pPr>
      <w:r>
        <w:t>[ ] Superficie estable (no resbaladiza, no irregular).</w:t>
      </w:r>
    </w:p>
    <w:p>
      <w:pPr>
        <w:pStyle w:val="ListBullet"/>
      </w:pPr>
      <w:r>
        <w:t>[ ] Iluminación adecuada.</w:t>
      </w:r>
    </w:p>
    <w:p>
      <w:pPr>
        <w:pStyle w:val="ListBullet"/>
      </w:pPr>
      <w:r>
        <w:t>[ ] Espacio suficiente para maniobra.</w:t>
      </w:r>
    </w:p>
    <w:p>
      <w:r>
        <w:t>**2. Dispositivo de destino**</w:t>
      </w:r>
    </w:p>
    <w:p>
      <w:pPr>
        <w:pStyle w:val="ListBullet"/>
      </w:pPr>
      <w:r>
        <w:t>[ ] Frenos activados (si aplica).</w:t>
      </w:r>
    </w:p>
    <w:p>
      <w:pPr>
        <w:pStyle w:val="ListBullet"/>
      </w:pPr>
      <w:r>
        <w:t>[ ] Altura ajustada (cómoda para el equipo).</w:t>
      </w:r>
    </w:p>
    <w:p>
      <w:pPr>
        <w:pStyle w:val="ListBullet"/>
      </w:pPr>
      <w:r>
        <w:t>[ ] Dispositivo estable y seguro.</w:t>
      </w:r>
    </w:p>
    <w:p>
      <w:pPr>
        <w:pStyle w:val="ListBullet"/>
      </w:pPr>
      <w:r>
        <w:t>[ ] Material preparado (sábanas, correas si aplica).</w:t>
      </w:r>
    </w:p>
    <w:p>
      <w:r>
        <w:t>**3. Equipo**</w:t>
      </w:r>
    </w:p>
    <w:p>
      <w:pPr>
        <w:pStyle w:val="ListBullet"/>
      </w:pPr>
      <w:r>
        <w:t>[ ] Líder designado.</w:t>
      </w:r>
    </w:p>
    <w:p>
      <w:pPr>
        <w:pStyle w:val="ListBullet"/>
      </w:pPr>
      <w:r>
        <w:t>[ ] Roles asignados (cabeza, hombros, pelvis, extremidades).</w:t>
      </w:r>
    </w:p>
    <w:p>
      <w:pPr>
        <w:pStyle w:val="ListBullet"/>
      </w:pPr>
      <w:r>
        <w:t>[ ] Comunicación establecida.</w:t>
      </w:r>
    </w:p>
    <w:p>
      <w:pPr>
        <w:pStyle w:val="ListBullet"/>
      </w:pPr>
      <w:r>
        <w:t>[ ] EPI adecuados (guantes, calzado seguro).</w:t>
      </w:r>
    </w:p>
    <w:p>
      <w:r>
        <w:t>**4. Paciente**</w:t>
      </w:r>
    </w:p>
    <w:p>
      <w:pPr>
        <w:pStyle w:val="ListBullet"/>
      </w:pPr>
      <w:r>
        <w:t>[ ] Estado evaluado.</w:t>
      </w:r>
    </w:p>
    <w:p>
      <w:pPr>
        <w:pStyle w:val="ListBullet"/>
      </w:pPr>
      <w:r>
        <w:t>[ ] Explicación breve (si está consciente).</w:t>
      </w:r>
    </w:p>
    <w:p>
      <w:pPr>
        <w:pStyle w:val="ListBullet"/>
      </w:pPr>
      <w:r>
        <w:t>[ ] Control cervical manual si está indicado.</w:t>
      </w:r>
    </w:p>
    <w:p>
      <w:pPr>
        <w:pStyle w:val="ListBullet"/>
      </w:pPr>
      <w:r>
        <w:t>[ ] Preparado para transferencia.</w:t>
      </w:r>
    </w:p>
    <w:p>
      <w:r>
        <w:t>**5. Material auxiliar (si aplica)**</w:t>
      </w:r>
    </w:p>
    <w:p>
      <w:pPr>
        <w:pStyle w:val="ListBullet"/>
      </w:pPr>
      <w:r>
        <w:t>[ ] Sábana/manta deslizante preparada.</w:t>
      </w:r>
    </w:p>
    <w:p>
      <w:pPr>
        <w:pStyle w:val="ListBullet"/>
      </w:pPr>
      <w:r>
        <w:t>[ ] Camilla cuchara disponible (si se usa).</w:t>
      </w:r>
    </w:p>
    <w:p>
      <w:pPr>
        <w:pStyle w:val="ListBullet"/>
      </w:pPr>
      <w:r>
        <w:t>[ ] Otro material necesario listo.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2.8.5 Técnicas de transferencia</w:t>
      </w:r>
    </w:p>
    <w:p>
      <w:pPr>
        <w:pStyle w:val="Heading3"/>
      </w:pPr>
      <w:r>
        <w:t>A) Transferencia lateral (slide) cama ↔ camilla</w:t>
      </w:r>
    </w:p>
    <w:p>
      <w:r>
        <w:t>**Objetivo:** Transferir al paciente lateralmente entre cama y camilla manteniendo control de ejes si está indicado.</w:t>
      </w:r>
    </w:p>
    <w:p>
      <w:r>
        <w:t>**Indicaciones:**</w:t>
      </w:r>
    </w:p>
    <w:p>
      <w:pPr>
        <w:pStyle w:val="ListBullet"/>
      </w:pPr>
      <w:r>
        <w:t>Transferencia cama a camilla o viceversa.</w:t>
      </w:r>
    </w:p>
    <w:p>
      <w:pPr>
        <w:pStyle w:val="ListBullet"/>
      </w:pPr>
      <w:r>
        <w:t>Paciente en decúbito supino.</w:t>
      </w:r>
    </w:p>
    <w:p>
      <w:pPr>
        <w:pStyle w:val="ListBullet"/>
      </w:pPr>
      <w:r>
        <w:t>Espacio lateral suficiente.</w:t>
      </w:r>
    </w:p>
    <w:p>
      <w:r>
        <w:t>**Variante 1: Con sábana/manta deslizante**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Activar frenos de camilla.</w:t>
      </w:r>
    </w:p>
    <w:p>
      <w:pPr>
        <w:pStyle w:val="ListBullet"/>
      </w:pPr>
      <w:r>
        <w:t>Ajustar altura de camilla a nivel de cama.</w:t>
      </w:r>
    </w:p>
    <w:p>
      <w:pPr>
        <w:pStyle w:val="ListBullet"/>
      </w:pPr>
      <w:r>
        <w:t>Colocar camilla paralela a cama, lado a lado.</w:t>
      </w:r>
    </w:p>
    <w:p>
      <w:pPr>
        <w:pStyle w:val="ListBullet"/>
      </w:pPr>
      <w:r>
        <w:t>Preparar sábana/manta deslizante.</w:t>
      </w:r>
    </w:p>
    <w:p>
      <w:pPr>
        <w:pStyle w:val="ListNumber"/>
      </w:pPr>
      <w:r>
        <w:t>**Colocación de sábana deslizante**</w:t>
      </w:r>
    </w:p>
    <w:p>
      <w:pPr>
        <w:pStyle w:val="ListBullet"/>
      </w:pPr>
      <w:r>
        <w:t>Si paciente está en cama: deslizar sábana bajo paciente (usar técnica de giro en bloque si es necesario).</w:t>
      </w:r>
    </w:p>
    <w:p>
      <w:pPr>
        <w:pStyle w:val="ListBullet"/>
      </w:pPr>
      <w:r>
        <w:t>Si paciente está en camilla: deslizar sábana bajo paciente.</w:t>
      </w:r>
    </w:p>
    <w:p>
      <w:pPr>
        <w:pStyle w:val="ListBullet"/>
      </w:pPr>
      <w:r>
        <w:t>Extender sábana completamente bajo paciente.</w:t>
      </w:r>
    </w:p>
    <w:p>
      <w:pPr>
        <w:pStyle w:val="ListBullet"/>
      </w:pPr>
      <w:r>
        <w:t>Verificar que sábana está bien posicionada.</w:t>
      </w:r>
    </w:p>
    <w:p>
      <w:pPr>
        <w:pStyle w:val="ListNumber"/>
      </w:pPr>
      <w:r>
        <w:t>**Posición del equipo**</w:t>
      </w:r>
    </w:p>
    <w:p>
      <w:pPr>
        <w:pStyle w:val="ListBullet"/>
      </w:pPr>
      <w:r>
        <w:t>Líder: posición de control visual.</w:t>
      </w:r>
    </w:p>
    <w:p>
      <w:pPr>
        <w:pStyle w:val="ListBullet"/>
      </w:pPr>
      <w:r>
        <w:t>TES 1: Control cervical manual si está indicado.</w:t>
      </w:r>
    </w:p>
    <w:p>
      <w:pPr>
        <w:pStyle w:val="ListBullet"/>
      </w:pPr>
      <w:r>
        <w:t>TES 2, 3: Lado desde el que se transfiere (hombros y pelvis).</w:t>
      </w:r>
    </w:p>
    <w:p>
      <w:pPr>
        <w:pStyle w:val="ListBullet"/>
      </w:pPr>
      <w:r>
        <w:t>TES 4: Lado de recepción (recibe y guía).</w:t>
      </w:r>
    </w:p>
    <w:p>
      <w:pPr>
        <w:pStyle w:val="ListNumber"/>
      </w:pPr>
      <w:r>
        <w:t>**Orden de transferencia**</w:t>
      </w:r>
    </w:p>
    <w:p>
      <w:pPr>
        <w:pStyle w:val="ListBullet"/>
      </w:pPr>
      <w:r>
        <w:t>Líder: "Preparados para transferencia lateral a la [dirección]..."</w:t>
      </w:r>
    </w:p>
    <w:p>
      <w:pPr>
        <w:pStyle w:val="ListBullet"/>
      </w:pPr>
      <w:r>
        <w:t>Líder: "¿Todos listos?"</w:t>
      </w:r>
    </w:p>
    <w:p>
      <w:pPr>
        <w:pStyle w:val="ListBullet"/>
      </w:pPr>
      <w:r>
        <w:t>Esperar confirmación.</w:t>
      </w:r>
    </w:p>
    <w:p>
      <w:pPr>
        <w:pStyle w:val="ListBullet"/>
      </w:pPr>
      <w:r>
        <w:t>Líder: "A mi señal... 1-2-3... deslizar"</w:t>
      </w:r>
    </w:p>
    <w:p>
      <w:pPr>
        <w:pStyle w:val="ListNumber"/>
      </w:pPr>
      <w:r>
        <w:t>**Ejecución**</w:t>
      </w:r>
    </w:p>
    <w:p>
      <w:pPr>
        <w:pStyle w:val="ListBullet"/>
      </w:pPr>
      <w:r>
        <w:t>Deslizar paciente suavemente sobre sábana deslizante.</w:t>
      </w:r>
    </w:p>
    <w:p>
      <w:pPr>
        <w:pStyle w:val="ListBullet"/>
      </w:pPr>
      <w:r>
        <w:t>Movimiento corto y controlado.</w:t>
      </w:r>
    </w:p>
    <w:p>
      <w:pPr>
        <w:pStyle w:val="ListBullet"/>
      </w:pPr>
      <w:r>
        <w:t>Mantener alineación si está indicado.</w:t>
      </w:r>
    </w:p>
    <w:p>
      <w:pPr>
        <w:pStyle w:val="ListBullet"/>
      </w:pPr>
      <w:r>
        <w:t>Guiar hacia dispositivo de destino.</w:t>
      </w:r>
    </w:p>
    <w:p>
      <w:pPr>
        <w:pStyle w:val="ListNumber"/>
      </w:pPr>
      <w:r>
        <w:t>**Recepción**</w:t>
      </w:r>
    </w:p>
    <w:p>
      <w:pPr>
        <w:pStyle w:val="ListBullet"/>
      </w:pPr>
      <w:r>
        <w:t>Centrar paciente en dispositivo de destino.</w:t>
      </w:r>
    </w:p>
    <w:p>
      <w:pPr>
        <w:pStyle w:val="ListBullet"/>
      </w:pPr>
      <w:r>
        <w:t>Verificar que está bien posicionado.</w:t>
      </w:r>
    </w:p>
    <w:p>
      <w:pPr>
        <w:pStyle w:val="ListBullet"/>
      </w:pPr>
      <w:r>
        <w:t>Retirar sábana deslizante si es necesario.</w:t>
      </w:r>
    </w:p>
    <w:p>
      <w:pPr>
        <w:pStyle w:val="ListBullet"/>
      </w:pPr>
      <w:r>
        <w:t>Ajustar posición si es necesario.</w:t>
      </w:r>
    </w:p>
    <w:p>
      <w:pPr>
        <w:pStyle w:val="ListNumber"/>
      </w:pPr>
      <w:r>
        <w:t>**Reevaluación**</w:t>
      </w:r>
    </w:p>
    <w:p>
      <w:pPr>
        <w:pStyle w:val="ListBullet"/>
      </w:pPr>
      <w:r>
        <w:t>Estado del paciente.</w:t>
      </w:r>
    </w:p>
    <w:p>
      <w:pPr>
        <w:pStyle w:val="ListBullet"/>
      </w:pPr>
      <w:r>
        <w:t>Dolor, tolerancia.</w:t>
      </w:r>
    </w:p>
    <w:p>
      <w:pPr>
        <w:pStyle w:val="ListBullet"/>
      </w:pPr>
      <w:r>
        <w:t>Verificar que transferencia fue correcta.</w:t>
      </w:r>
    </w:p>
    <w:p>
      <w:r>
        <w:t>**Variante 2: Sin sábana deslizante (adaptación)**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Activar frenos de camilla.</w:t>
      </w:r>
    </w:p>
    <w:p>
      <w:pPr>
        <w:pStyle w:val="ListBullet"/>
      </w:pPr>
      <w:r>
        <w:t>Ajustar altura de camilla a nivel de cama.</w:t>
      </w:r>
    </w:p>
    <w:p>
      <w:pPr>
        <w:pStyle w:val="ListBullet"/>
      </w:pPr>
      <w:r>
        <w:t>Colocar camilla paralela a cama, lado a lado.</w:t>
      </w:r>
    </w:p>
    <w:p>
      <w:pPr>
        <w:pStyle w:val="ListBullet"/>
      </w:pPr>
      <w:r>
        <w:t>Preparar sábana o manta como alternativa.</w:t>
      </w:r>
    </w:p>
    <w:p>
      <w:pPr>
        <w:pStyle w:val="ListNumber"/>
      </w:pPr>
      <w:r>
        <w:t>**Posición del equipo**</w:t>
      </w:r>
    </w:p>
    <w:p>
      <w:pPr>
        <w:pStyle w:val="ListBullet"/>
      </w:pPr>
      <w:r>
        <w:t>Líder: posición de control visual.</w:t>
      </w:r>
    </w:p>
    <w:p>
      <w:pPr>
        <w:pStyle w:val="ListBullet"/>
      </w:pPr>
      <w:r>
        <w:t>TES 1: Control cervical manual si está indicado.</w:t>
      </w:r>
    </w:p>
    <w:p>
      <w:pPr>
        <w:pStyle w:val="ListBullet"/>
      </w:pPr>
      <w:r>
        <w:t>TES 2, 3: Lado desde el que se transfiere (hombros y pelvis, con manos bajo paciente).</w:t>
      </w:r>
    </w:p>
    <w:p>
      <w:pPr>
        <w:pStyle w:val="ListBullet"/>
      </w:pPr>
      <w:r>
        <w:t>TES 4: Lado de recepción (recibe y guía).</w:t>
      </w:r>
    </w:p>
    <w:p>
      <w:pPr>
        <w:pStyle w:val="ListNumber"/>
      </w:pPr>
      <w:r>
        <w:t>**Orden de transferencia**</w:t>
      </w:r>
    </w:p>
    <w:p>
      <w:pPr>
        <w:pStyle w:val="ListBullet"/>
      </w:pPr>
      <w:r>
        <w:t>Líder: "Preparados para transferencia lateral a la [dirección]..."</w:t>
      </w:r>
    </w:p>
    <w:p>
      <w:pPr>
        <w:pStyle w:val="ListBullet"/>
      </w:pPr>
      <w:r>
        <w:t>Líder: "¿Todos listos?"</w:t>
      </w:r>
    </w:p>
    <w:p>
      <w:pPr>
        <w:pStyle w:val="ListBullet"/>
      </w:pPr>
      <w:r>
        <w:t>Esperar confirmación.</w:t>
      </w:r>
    </w:p>
    <w:p>
      <w:pPr>
        <w:pStyle w:val="ListBullet"/>
      </w:pPr>
      <w:r>
        <w:t>Líder: "A mi señal... 1-2-3... transferir"</w:t>
      </w:r>
    </w:p>
    <w:p>
      <w:pPr>
        <w:pStyle w:val="ListNumber"/>
      </w:pPr>
      <w:r>
        <w:t>**Ejecución**</w:t>
      </w:r>
    </w:p>
    <w:p>
      <w:pPr>
        <w:pStyle w:val="ListBullet"/>
      </w:pPr>
      <w:r>
        <w:t>Elevar ligeramente al paciente (puente mínimo).</w:t>
      </w:r>
    </w:p>
    <w:p>
      <w:pPr>
        <w:pStyle w:val="ListBullet"/>
      </w:pPr>
      <w:r>
        <w:t>Deslizar lateralmente con movimientos cortos.</w:t>
      </w:r>
    </w:p>
    <w:p>
      <w:pPr>
        <w:pStyle w:val="ListBullet"/>
      </w:pPr>
      <w:r>
        <w:t>Mantener alineación si está indicado.</w:t>
      </w:r>
    </w:p>
    <w:p>
      <w:pPr>
        <w:pStyle w:val="ListBullet"/>
      </w:pPr>
      <w:r>
        <w:t>Guiar hacia dispositivo de destino.</w:t>
      </w:r>
    </w:p>
    <w:p>
      <w:pPr>
        <w:pStyle w:val="ListNumber"/>
      </w:pPr>
      <w:r>
        <w:t>**Recepción y reevaluación**</w:t>
      </w:r>
    </w:p>
    <w:p>
      <w:pPr>
        <w:pStyle w:val="ListBullet"/>
      </w:pPr>
      <w:r>
        <w:t>Centrar paciente en dispositivo de destino.</w:t>
      </w:r>
    </w:p>
    <w:p>
      <w:pPr>
        <w:pStyle w:val="ListBullet"/>
      </w:pPr>
      <w:r>
        <w:t>Verificar posición.</w:t>
      </w:r>
    </w:p>
    <w:p>
      <w:pPr>
        <w:pStyle w:val="ListBullet"/>
      </w:pPr>
      <w:r>
        <w:t>Reevaluar estado del paciente.</w:t>
      </w:r>
    </w:p>
    <w:p>
      <w:r>
        <w:t>**Errores frecuentes:**</w:t>
      </w:r>
    </w:p>
    <w:p>
      <w:pPr>
        <w:pStyle w:val="ListBullet"/>
      </w:pPr>
      <w:r>
        <w:t>No activar frenos de camilla.</w:t>
      </w:r>
    </w:p>
    <w:p>
      <w:pPr>
        <w:pStyle w:val="ListBullet"/>
      </w:pPr>
      <w:r>
        <w:t>Altura incorrecta (demasiado alta o baja).</w:t>
      </w:r>
    </w:p>
    <w:p>
      <w:pPr>
        <w:pStyle w:val="ListBullet"/>
      </w:pPr>
      <w:r>
        <w:t>Deslizar sin sábana deslizante cuando está disponible.</w:t>
      </w:r>
    </w:p>
    <w:p>
      <w:pPr>
        <w:pStyle w:val="ListBullet"/>
      </w:pPr>
      <w:r>
        <w:t>Movimientos largos en lugar de cortos.</w:t>
      </w:r>
    </w:p>
    <w:p>
      <w:pPr>
        <w:pStyle w:val="ListBullet"/>
      </w:pPr>
      <w:r>
        <w:t>No mantener alineación si está indicado.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B) Transferencia usando camilla cuchara como herramienta de transferencia</w:t>
      </w:r>
    </w:p>
    <w:p>
      <w:r>
        <w:t>**Objetivo:** Usar camilla cuchara para transferir paciente entre dispositivos sin giros ni levantamientos.</w:t>
      </w:r>
    </w:p>
    <w:p>
      <w:r>
        <w:t>**Indicaciones:**</w:t>
      </w:r>
    </w:p>
    <w:p>
      <w:pPr>
        <w:pStyle w:val="ListBullet"/>
      </w:pPr>
      <w:r>
        <w:t>Transferencia desde suelo a camilla.</w:t>
      </w:r>
    </w:p>
    <w:p>
      <w:pPr>
        <w:pStyle w:val="ListBullet"/>
      </w:pPr>
      <w:r>
        <w:t>Transferencia entre dispositivos cuando giro no es posible.</w:t>
      </w:r>
    </w:p>
    <w:p>
      <w:pPr>
        <w:pStyle w:val="ListBullet"/>
      </w:pPr>
      <w:r>
        <w:t>Espacios reducidos.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Preparar camilla cuchara (verificar que está en buen estado).</w:t>
      </w:r>
    </w:p>
    <w:p>
      <w:pPr>
        <w:pStyle w:val="ListBullet"/>
      </w:pPr>
      <w:r>
        <w:t>Preparar dispositivo de destino (camilla principal, tablero, colchón).</w:t>
      </w:r>
    </w:p>
    <w:p>
      <w:pPr>
        <w:pStyle w:val="ListBullet"/>
      </w:pPr>
      <w:r>
        <w:t>Activar frenos si aplica.</w:t>
      </w:r>
    </w:p>
    <w:p>
      <w:pPr>
        <w:pStyle w:val="ListBullet"/>
      </w:pPr>
      <w:r>
        <w:t>Ajustar altura si es posible.</w:t>
      </w:r>
    </w:p>
    <w:p>
      <w:pPr>
        <w:pStyle w:val="ListNumber"/>
      </w:pPr>
      <w:r>
        <w:t>**Colocación de camilla cuchara**</w:t>
      </w:r>
    </w:p>
    <w:p>
      <w:pPr>
        <w:pStyle w:val="ListBullet"/>
      </w:pPr>
      <w:r>
        <w:t>Colocar camilla cuchara bajo paciente (usar técnica de puente o deslizamiento).</w:t>
      </w:r>
    </w:p>
    <w:p>
      <w:pPr>
        <w:pStyle w:val="ListBullet"/>
      </w:pPr>
      <w:r>
        <w:t>Cerrar cierres (torácico y pélvico).</w:t>
      </w:r>
    </w:p>
    <w:p>
      <w:pPr>
        <w:pStyle w:val="ListBullet"/>
      </w:pPr>
      <w:r>
        <w:t>Verificar que paciente está bien sujeto.</w:t>
      </w:r>
    </w:p>
    <w:p>
      <w:pPr>
        <w:pStyle w:val="ListNumber"/>
      </w:pPr>
      <w:r>
        <w:t>**Transferencia**</w:t>
      </w:r>
    </w:p>
    <w:p>
      <w:pPr>
        <w:pStyle w:val="ListBullet"/>
      </w:pPr>
      <w:r>
        <w:t>Líder: "Preparados para transferencia con cuchara..."</w:t>
      </w:r>
    </w:p>
    <w:p>
      <w:pPr>
        <w:pStyle w:val="ListBullet"/>
      </w:pPr>
      <w:r>
        <w:t>Líder: "¿Todos listos?"</w:t>
      </w:r>
    </w:p>
    <w:p>
      <w:pPr>
        <w:pStyle w:val="ListBullet"/>
      </w:pPr>
      <w:r>
        <w:t>Esperar confirmación.</w:t>
      </w:r>
    </w:p>
    <w:p>
      <w:pPr>
        <w:pStyle w:val="ListBullet"/>
      </w:pPr>
      <w:r>
        <w:t>Líder: "A mi señal... 1-2-3... transferir"</w:t>
      </w:r>
    </w:p>
    <w:p>
      <w:pPr>
        <w:pStyle w:val="ListBullet"/>
      </w:pPr>
      <w:r>
        <w:t>Elevar camilla cuchara con paciente.</w:t>
      </w:r>
    </w:p>
    <w:p>
      <w:pPr>
        <w:pStyle w:val="ListBullet"/>
      </w:pPr>
      <w:r>
        <w:t>Transferir a dispositivo de destino.</w:t>
      </w:r>
    </w:p>
    <w:p>
      <w:pPr>
        <w:pStyle w:val="ListBullet"/>
      </w:pPr>
      <w:r>
        <w:t>Mantener alineación si está indicado.</w:t>
      </w:r>
    </w:p>
    <w:p>
      <w:pPr>
        <w:pStyle w:val="ListNumber"/>
      </w:pPr>
      <w:r>
        <w:t>**Recepción en dispositivo de destino**</w:t>
      </w:r>
    </w:p>
    <w:p>
      <w:pPr>
        <w:pStyle w:val="ListBullet"/>
      </w:pPr>
      <w:r>
        <w:t>Colocar camilla cuchara sobre dispositivo de destino.</w:t>
      </w:r>
    </w:p>
    <w:p>
      <w:pPr>
        <w:pStyle w:val="ListBullet"/>
      </w:pPr>
      <w:r>
        <w:t>Abrir cierres de camilla cuchara.</w:t>
      </w:r>
    </w:p>
    <w:p>
      <w:pPr>
        <w:pStyle w:val="ListBullet"/>
      </w:pPr>
      <w:r>
        <w:t>Retirar camilla cuchara.</w:t>
      </w:r>
    </w:p>
    <w:p>
      <w:pPr>
        <w:pStyle w:val="ListBullet"/>
      </w:pPr>
      <w:r>
        <w:t>Verificar que paciente está bien posicionado.</w:t>
      </w:r>
    </w:p>
    <w:p>
      <w:pPr>
        <w:pStyle w:val="ListNumber"/>
      </w:pPr>
      <w:r>
        <w:t>**Reevaluación**</w:t>
      </w:r>
    </w:p>
    <w:p>
      <w:pPr>
        <w:pStyle w:val="ListBullet"/>
      </w:pPr>
      <w:r>
        <w:t>Estado del paciente.</w:t>
      </w:r>
    </w:p>
    <w:p>
      <w:pPr>
        <w:pStyle w:val="ListBullet"/>
      </w:pPr>
      <w:r>
        <w:t>Verificar que transferencia fue correcta.</w:t>
      </w:r>
    </w:p>
    <w:p>
      <w:pPr>
        <w:pStyle w:val="ListBullet"/>
      </w:pPr>
      <w:r>
        <w:t>Ajustar posición si es necesario.</w:t>
      </w:r>
    </w:p>
    <w:p>
      <w:r>
        <w:t>**Errores frecuentes:**</w:t>
      </w:r>
    </w:p>
    <w:p>
      <w:pPr>
        <w:pStyle w:val="ListBullet"/>
      </w:pPr>
      <w:r>
        <w:t>No verificar que cierres están seguros.</w:t>
      </w:r>
    </w:p>
    <w:p>
      <w:pPr>
        <w:pStyle w:val="ListBullet"/>
      </w:pPr>
      <w:r>
        <w:t>Transferir sin preparar dispositivo de destino.</w:t>
      </w:r>
    </w:p>
    <w:p>
      <w:pPr>
        <w:pStyle w:val="ListBullet"/>
      </w:pPr>
      <w:r>
        <w:t>No mantener alineación durante transferencia.</w:t>
      </w:r>
    </w:p>
    <w:p>
      <w:pPr>
        <w:pStyle w:val="ListBullet"/>
      </w:pPr>
      <w:r>
        <w:t>Retirar camilla cuchara antes de verificar posición.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C) Transferencia desde el suelo a camilla</w:t>
      </w:r>
    </w:p>
    <w:p>
      <w:r>
        <w:t>**Objetivo:** Transferir paciente desde suelo a camilla manteniendo control de ejes si está indicado.</w:t>
      </w:r>
    </w:p>
    <w:p>
      <w:r>
        <w:t>**Indicaciones:**</w:t>
      </w:r>
    </w:p>
    <w:p>
      <w:pPr>
        <w:pStyle w:val="ListBullet"/>
      </w:pPr>
      <w:r>
        <w:t>Paciente en suelo que debe ser transferido a camilla.</w:t>
      </w:r>
    </w:p>
    <w:p>
      <w:pPr>
        <w:pStyle w:val="ListBullet"/>
      </w:pPr>
      <w:r>
        <w:t>Necesidad de inmovilización y transporte.</w:t>
      </w:r>
    </w:p>
    <w:p>
      <w:r>
        <w:t>**Variante 1: Puente (lift-and-slide)**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Preparar camilla (frenos activados, altura ajustada).</w:t>
      </w:r>
    </w:p>
    <w:p>
      <w:pPr>
        <w:pStyle w:val="ListBullet"/>
      </w:pPr>
      <w:r>
        <w:t>Colocar camilla junto al paciente.</w:t>
      </w:r>
    </w:p>
    <w:p>
      <w:pPr>
        <w:pStyle w:val="ListBullet"/>
      </w:pPr>
      <w:r>
        <w:t>Preparar equipo (mínimo 4 intervinientes).</w:t>
      </w:r>
    </w:p>
    <w:p>
      <w:pPr>
        <w:pStyle w:val="ListNumber"/>
      </w:pPr>
      <w:r>
        <w:t>**Posición del equipo**</w:t>
      </w:r>
    </w:p>
    <w:p>
      <w:pPr>
        <w:pStyle w:val="ListBullet"/>
      </w:pPr>
      <w:r>
        <w:t>Líder: posición de control visual.</w:t>
      </w:r>
    </w:p>
    <w:p>
      <w:pPr>
        <w:pStyle w:val="ListBullet"/>
      </w:pPr>
      <w:r>
        <w:t>TES 1: Control cervical manual si está indicado.</w:t>
      </w:r>
    </w:p>
    <w:p>
      <w:pPr>
        <w:pStyle w:val="ListBullet"/>
      </w:pPr>
      <w:r>
        <w:t>TES 2, 3: Hombros/escápulas (lado izquierdo y derecho).</w:t>
      </w:r>
    </w:p>
    <w:p>
      <w:pPr>
        <w:pStyle w:val="ListBullet"/>
      </w:pPr>
      <w:r>
        <w:t>TES 4, 5: Pelvis (lado izquierdo y derecho).</w:t>
      </w:r>
    </w:p>
    <w:p>
      <w:pPr>
        <w:pStyle w:val="ListBullet"/>
      </w:pPr>
      <w:r>
        <w:t>TES 6: Piernas (si es necesario).</w:t>
      </w:r>
    </w:p>
    <w:p>
      <w:pPr>
        <w:pStyle w:val="ListNumber"/>
      </w:pPr>
      <w:r>
        <w:t>**Orden de elevación**</w:t>
      </w:r>
    </w:p>
    <w:p>
      <w:pPr>
        <w:pStyle w:val="ListBullet"/>
      </w:pPr>
      <w:r>
        <w:t>Líder: "Preparados para elevación en puente..."</w:t>
      </w:r>
    </w:p>
    <w:p>
      <w:pPr>
        <w:pStyle w:val="ListBullet"/>
      </w:pPr>
      <w:r>
        <w:t>Líder: "¿Todos listos?"</w:t>
      </w:r>
    </w:p>
    <w:p>
      <w:pPr>
        <w:pStyle w:val="ListBullet"/>
      </w:pPr>
      <w:r>
        <w:t>Esperar confirmación.</w:t>
      </w:r>
    </w:p>
    <w:p>
      <w:pPr>
        <w:pStyle w:val="ListBullet"/>
      </w:pPr>
      <w:r>
        <w:t>Líder: "A mi señal... 1-2-3... elevar"</w:t>
      </w:r>
    </w:p>
    <w:p>
      <w:pPr>
        <w:pStyle w:val="ListNumber"/>
      </w:pPr>
      <w:r>
        <w:t>**Elevación**</w:t>
      </w:r>
    </w:p>
    <w:p>
      <w:pPr>
        <w:pStyle w:val="ListBullet"/>
      </w:pPr>
      <w:r>
        <w:t>Elevar paciente en bloque (10-15 cm).</w:t>
      </w:r>
    </w:p>
    <w:p>
      <w:pPr>
        <w:pStyle w:val="ListBullet"/>
      </w:pPr>
      <w:r>
        <w:t>Mantener alineación.</w:t>
      </w:r>
    </w:p>
    <w:p>
      <w:pPr>
        <w:pStyle w:val="ListBullet"/>
      </w:pPr>
      <w:r>
        <w:t>Elevación suave y controlada.</w:t>
      </w:r>
    </w:p>
    <w:p>
      <w:pPr>
        <w:pStyle w:val="ListNumber"/>
      </w:pPr>
      <w:r>
        <w:t>**Introducción de camilla**</w:t>
      </w:r>
    </w:p>
    <w:p>
      <w:pPr>
        <w:pStyle w:val="ListBullet"/>
      </w:pPr>
      <w:r>
        <w:t>TES adicional o TES 6 introduce camilla bajo paciente.</w:t>
      </w:r>
    </w:p>
    <w:p>
      <w:pPr>
        <w:pStyle w:val="ListBullet"/>
      </w:pPr>
      <w:r>
        <w:t>Deslizar suavemente.</w:t>
      </w:r>
    </w:p>
    <w:p>
      <w:pPr>
        <w:pStyle w:val="ListBullet"/>
      </w:pPr>
      <w:r>
        <w:t>Posicionar correctamente.</w:t>
      </w:r>
    </w:p>
    <w:p>
      <w:pPr>
        <w:pStyle w:val="ListNumber"/>
      </w:pPr>
      <w:r>
        <w:t>**Descenso**</w:t>
      </w:r>
    </w:p>
    <w:p>
      <w:pPr>
        <w:pStyle w:val="ListBullet"/>
      </w:pPr>
      <w:r>
        <w:t>Líder: "Preparados para descenso..."</w:t>
      </w:r>
    </w:p>
    <w:p>
      <w:pPr>
        <w:pStyle w:val="ListBullet"/>
      </w:pPr>
      <w:r>
        <w:t>Líder: "¿Todos listos?"</w:t>
      </w:r>
    </w:p>
    <w:p>
      <w:pPr>
        <w:pStyle w:val="ListBullet"/>
      </w:pPr>
      <w:r>
        <w:t>Esperar confirmación.</w:t>
      </w:r>
    </w:p>
    <w:p>
      <w:pPr>
        <w:pStyle w:val="ListBullet"/>
      </w:pPr>
      <w:r>
        <w:t>Líder: "A mi señal... 1-2-3... descender"</w:t>
      </w:r>
    </w:p>
    <w:p>
      <w:pPr>
        <w:pStyle w:val="ListBullet"/>
      </w:pPr>
      <w:r>
        <w:t>Descender suavemente sobre camilla.</w:t>
      </w:r>
    </w:p>
    <w:p>
      <w:pPr>
        <w:pStyle w:val="ListBullet"/>
      </w:pPr>
      <w:r>
        <w:t>Mantener alineación.</w:t>
      </w:r>
    </w:p>
    <w:p>
      <w:pPr>
        <w:pStyle w:val="ListNumber"/>
      </w:pPr>
      <w:r>
        <w:t>**Reevaluación**</w:t>
      </w:r>
    </w:p>
    <w:p>
      <w:pPr>
        <w:pStyle w:val="ListBullet"/>
      </w:pPr>
      <w:r>
        <w:t>Verificar que paciente está centrado.</w:t>
      </w:r>
    </w:p>
    <w:p>
      <w:pPr>
        <w:pStyle w:val="ListBullet"/>
      </w:pPr>
      <w:r>
        <w:t>Verificar alineación.</w:t>
      </w:r>
    </w:p>
    <w:p>
      <w:pPr>
        <w:pStyle w:val="ListBullet"/>
      </w:pPr>
      <w:r>
        <w:t>Reevaluar estado del paciente.</w:t>
      </w:r>
    </w:p>
    <w:p>
      <w:r>
        <w:t>**Variante 2: Con camilla cuchara (alternativa)**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Preparar camilla cuchara.</w:t>
      </w:r>
    </w:p>
    <w:p>
      <w:pPr>
        <w:pStyle w:val="ListBullet"/>
      </w:pPr>
      <w:r>
        <w:t>Preparar camilla principal (frenos activados, altura ajustada).</w:t>
      </w:r>
    </w:p>
    <w:p>
      <w:pPr>
        <w:pStyle w:val="ListNumber"/>
      </w:pPr>
      <w:r>
        <w:t>**Colocación de camilla cuchara**</w:t>
      </w:r>
    </w:p>
    <w:p>
      <w:pPr>
        <w:pStyle w:val="ListBullet"/>
      </w:pPr>
      <w:r>
        <w:t>Colocar camilla cuchara bajo paciente (usar técnica de puente o deslizamiento).</w:t>
      </w:r>
    </w:p>
    <w:p>
      <w:pPr>
        <w:pStyle w:val="ListBullet"/>
      </w:pPr>
      <w:r>
        <w:t>Cerrar cierres.</w:t>
      </w:r>
    </w:p>
    <w:p>
      <w:pPr>
        <w:pStyle w:val="ListBullet"/>
      </w:pPr>
      <w:r>
        <w:t>Verificar que paciente está bien sujeto.</w:t>
      </w:r>
    </w:p>
    <w:p>
      <w:pPr>
        <w:pStyle w:val="ListNumber"/>
      </w:pPr>
      <w:r>
        <w:t>**Transferencia a camilla principal**</w:t>
      </w:r>
    </w:p>
    <w:p>
      <w:pPr>
        <w:pStyle w:val="ListBullet"/>
      </w:pPr>
      <w:r>
        <w:t>Elevar camilla cuchara con paciente.</w:t>
      </w:r>
    </w:p>
    <w:p>
      <w:pPr>
        <w:pStyle w:val="ListBullet"/>
      </w:pPr>
      <w:r>
        <w:t>Transferir a camilla principal.</w:t>
      </w:r>
    </w:p>
    <w:p>
      <w:pPr>
        <w:pStyle w:val="ListBullet"/>
      </w:pPr>
      <w:r>
        <w:t>Colocar sobre camilla principal.</w:t>
      </w:r>
    </w:p>
    <w:p>
      <w:pPr>
        <w:pStyle w:val="ListBullet"/>
      </w:pPr>
      <w:r>
        <w:t>Abrir cierres.</w:t>
      </w:r>
    </w:p>
    <w:p>
      <w:pPr>
        <w:pStyle w:val="ListBullet"/>
      </w:pPr>
      <w:r>
        <w:t>Retirar camilla cuchara.</w:t>
      </w:r>
    </w:p>
    <w:p>
      <w:pPr>
        <w:pStyle w:val="ListNumber"/>
      </w:pPr>
      <w:r>
        <w:t>**Reevaluación**</w:t>
      </w:r>
    </w:p>
    <w:p>
      <w:pPr>
        <w:pStyle w:val="ListBullet"/>
      </w:pPr>
      <w:r>
        <w:t>Verificar posición.</w:t>
      </w:r>
    </w:p>
    <w:p>
      <w:pPr>
        <w:pStyle w:val="ListBullet"/>
      </w:pPr>
      <w:r>
        <w:t>Reevaluar estado del paciente.</w:t>
      </w:r>
    </w:p>
    <w:p>
      <w:r>
        <w:t>**Errores frecuentes:**</w:t>
      </w:r>
    </w:p>
    <w:p>
      <w:pPr>
        <w:pStyle w:val="ListBullet"/>
      </w:pPr>
      <w:r>
        <w:t>Elevación excesiva (inestable).</w:t>
      </w:r>
    </w:p>
    <w:p>
      <w:pPr>
        <w:pStyle w:val="ListBullet"/>
      </w:pPr>
      <w:r>
        <w:t>Elevación descoordinada.</w:t>
      </w:r>
    </w:p>
    <w:p>
      <w:pPr>
        <w:pStyle w:val="ListBullet"/>
      </w:pPr>
      <w:r>
        <w:t>No mantener alineación.</w:t>
      </w:r>
    </w:p>
    <w:p>
      <w:pPr>
        <w:pStyle w:val="ListBullet"/>
      </w:pPr>
      <w:r>
        <w:t>Descenso brusco.</w:t>
      </w:r>
    </w:p>
    <w:p>
      <w:pPr>
        <w:pStyle w:val="ListBullet"/>
      </w:pPr>
      <w:r>
        <w:t>No verificar posición después de transferencia.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D) Sentado a decúbito en camilla</w:t>
      </w:r>
    </w:p>
    <w:p>
      <w:r>
        <w:t>**Objetivo:** Colocar paciente sentado en decúbito supino en camilla de forma progresiva y segura.</w:t>
      </w:r>
    </w:p>
    <w:p>
      <w:r>
        <w:t>**Indicaciones:**</w:t>
      </w:r>
    </w:p>
    <w:p>
      <w:pPr>
        <w:pStyle w:val="ListBullet"/>
      </w:pPr>
      <w:r>
        <w:t>Paciente sentado que debe ser colocado en decúbito.</w:t>
      </w:r>
    </w:p>
    <w:p>
      <w:pPr>
        <w:pStyle w:val="ListBullet"/>
      </w:pPr>
      <w:r>
        <w:t>Necesidad de inmovilización en decúbito.</w:t>
      </w:r>
    </w:p>
    <w:p>
      <w:pPr>
        <w:pStyle w:val="ListBullet"/>
      </w:pPr>
      <w:r>
        <w:t>Cambio de posición por seguridad o tratamiento.</w:t>
      </w:r>
    </w:p>
    <w:p>
      <w:r>
        <w:t>**Procedimiento paso a paso:**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Preparar camilla (frenos activados, respaldo ajustable si aplica).</w:t>
      </w:r>
    </w:p>
    <w:p>
      <w:pPr>
        <w:pStyle w:val="ListBullet"/>
      </w:pPr>
      <w:r>
        <w:t>Evaluar estado del paciente.</w:t>
      </w:r>
    </w:p>
    <w:p>
      <w:pPr>
        <w:pStyle w:val="ListBullet"/>
      </w:pPr>
      <w:r>
        <w:t>Explicar al paciente (si está consciente).</w:t>
      </w:r>
    </w:p>
    <w:p>
      <w:pPr>
        <w:pStyle w:val="ListNumber"/>
      </w:pPr>
      <w:r>
        <w:t>**Control inicial**</w:t>
      </w:r>
    </w:p>
    <w:p>
      <w:pPr>
        <w:pStyle w:val="ListBullet"/>
      </w:pPr>
      <w:r>
        <w:t>Control cervical manual si está indicado.</w:t>
      </w:r>
    </w:p>
    <w:p>
      <w:pPr>
        <w:pStyle w:val="ListBullet"/>
      </w:pPr>
      <w:r>
        <w:t>Evaluar tolerancia del paciente.</w:t>
      </w:r>
    </w:p>
    <w:p>
      <w:pPr>
        <w:pStyle w:val="ListBullet"/>
      </w:pPr>
      <w:r>
        <w:t>Verificar que no hay contraindicaciones.</w:t>
      </w:r>
    </w:p>
    <w:p>
      <w:pPr>
        <w:pStyle w:val="ListNumber"/>
      </w:pPr>
      <w:r>
        <w:t>**Posición del equipo**</w:t>
      </w:r>
    </w:p>
    <w:p>
      <w:pPr>
        <w:pStyle w:val="ListBullet"/>
      </w:pPr>
      <w:r>
        <w:t>Líder: posición de control visual.</w:t>
      </w:r>
    </w:p>
    <w:p>
      <w:pPr>
        <w:pStyle w:val="ListBullet"/>
      </w:pPr>
      <w:r>
        <w:t>TES 1: Control cervical manual si está indicado.</w:t>
      </w:r>
    </w:p>
    <w:p>
      <w:pPr>
        <w:pStyle w:val="ListBullet"/>
      </w:pPr>
      <w:r>
        <w:t>TES 2: Apoyo de espalda (guía descenso).</w:t>
      </w:r>
    </w:p>
    <w:p>
      <w:pPr>
        <w:pStyle w:val="ListBullet"/>
      </w:pPr>
      <w:r>
        <w:t>TES 3: Apoyo de piernas (guía extensión).</w:t>
      </w:r>
    </w:p>
    <w:p>
      <w:pPr>
        <w:pStyle w:val="ListNumber"/>
      </w:pPr>
      <w:r>
        <w:t>**Descenso progresivo**</w:t>
      </w:r>
    </w:p>
    <w:p>
      <w:pPr>
        <w:pStyle w:val="ListBullet"/>
      </w:pPr>
      <w:r>
        <w:t>Líder: "Preparados para descenso progresivo..."</w:t>
      </w:r>
    </w:p>
    <w:p>
      <w:pPr>
        <w:pStyle w:val="ListBullet"/>
      </w:pPr>
      <w:r>
        <w:t>Líder: "¿Todos listos?"</w:t>
      </w:r>
    </w:p>
    <w:p>
      <w:pPr>
        <w:pStyle w:val="ListBullet"/>
      </w:pPr>
      <w:r>
        <w:t>Esperar confirmación.</w:t>
      </w:r>
    </w:p>
    <w:p>
      <w:pPr>
        <w:pStyle w:val="ListBullet"/>
      </w:pPr>
      <w:r>
        <w:t>Líder: "A mi señal... 1-2-3... descender"</w:t>
      </w:r>
    </w:p>
    <w:p>
      <w:pPr>
        <w:pStyle w:val="ListBullet"/>
      </w:pPr>
      <w:r>
        <w:t>Descender respaldo progresivamente (si es ajustable).</w:t>
      </w:r>
    </w:p>
    <w:p>
      <w:pPr>
        <w:pStyle w:val="ListBullet"/>
      </w:pPr>
      <w:r>
        <w:t>O guiar paciente hacia atrás suavemente.</w:t>
      </w:r>
    </w:p>
    <w:p>
      <w:pPr>
        <w:pStyle w:val="ListBullet"/>
      </w:pPr>
      <w:r>
        <w:t>Mantener control de ejes si está indicado.</w:t>
      </w:r>
    </w:p>
    <w:p>
      <w:pPr>
        <w:pStyle w:val="ListNumber"/>
      </w:pPr>
      <w:r>
        <w:t>**Extensión de piernas**</w:t>
      </w:r>
    </w:p>
    <w:p>
      <w:pPr>
        <w:pStyle w:val="ListBullet"/>
      </w:pPr>
      <w:r>
        <w:t>Extender piernas progresivamente.</w:t>
      </w:r>
    </w:p>
    <w:p>
      <w:pPr>
        <w:pStyle w:val="ListBullet"/>
      </w:pPr>
      <w:r>
        <w:t>Guiar suavemente.</w:t>
      </w:r>
    </w:p>
    <w:p>
      <w:pPr>
        <w:pStyle w:val="ListBullet"/>
      </w:pPr>
      <w:r>
        <w:t>No forzar si hay resistencia.</w:t>
      </w:r>
    </w:p>
    <w:p>
      <w:pPr>
        <w:pStyle w:val="ListNumber"/>
      </w:pPr>
      <w:r>
        <w:t>**Ajuste final**</w:t>
      </w:r>
    </w:p>
    <w:p>
      <w:pPr>
        <w:pStyle w:val="ListBullet"/>
      </w:pPr>
      <w:r>
        <w:t>Ajustar posición del paciente.</w:t>
      </w:r>
    </w:p>
    <w:p>
      <w:pPr>
        <w:pStyle w:val="ListBullet"/>
      </w:pPr>
      <w:r>
        <w:t>Verificar que está cómodo.</w:t>
      </w:r>
    </w:p>
    <w:p>
      <w:pPr>
        <w:pStyle w:val="ListBullet"/>
      </w:pPr>
      <w:r>
        <w:t>Verificar alineación si está indicado.</w:t>
      </w:r>
    </w:p>
    <w:p>
      <w:pPr>
        <w:pStyle w:val="ListNumber"/>
      </w:pPr>
      <w:r>
        <w:t>**Reevaluación**</w:t>
      </w:r>
    </w:p>
    <w:p>
      <w:pPr>
        <w:pStyle w:val="ListBullet"/>
      </w:pPr>
      <w:r>
        <w:t>Estado del paciente.</w:t>
      </w:r>
    </w:p>
    <w:p>
      <w:pPr>
        <w:pStyle w:val="ListBullet"/>
      </w:pPr>
      <w:r>
        <w:t>Tolerancia, dolor.</w:t>
      </w:r>
    </w:p>
    <w:p>
      <w:pPr>
        <w:pStyle w:val="ListBullet"/>
      </w:pPr>
      <w:r>
        <w:t>Verificar que posición es adecuada.</w:t>
      </w:r>
    </w:p>
    <w:p>
      <w:r>
        <w:t>**Errores frecuentes:**</w:t>
      </w:r>
    </w:p>
    <w:p>
      <w:pPr>
        <w:pStyle w:val="ListBullet"/>
      </w:pPr>
      <w:r>
        <w:t>Descenso brusco o rápido.</w:t>
      </w:r>
    </w:p>
    <w:p>
      <w:pPr>
        <w:pStyle w:val="ListBullet"/>
      </w:pPr>
      <w:r>
        <w:t>No mantener control de ejes si está indicado.</w:t>
      </w:r>
    </w:p>
    <w:p>
      <w:pPr>
        <w:pStyle w:val="ListBullet"/>
      </w:pPr>
      <w:r>
        <w:t>Forzar extensión de piernas.</w:t>
      </w:r>
    </w:p>
    <w:p>
      <w:pPr>
        <w:pStyle w:val="ListBullet"/>
      </w:pPr>
      <w:r>
        <w:t>No verificar tolerancia del paciente.</w:t>
      </w:r>
    </w:p>
    <w:p>
      <w:pPr>
        <w:pStyle w:val="ListBullet"/>
      </w:pPr>
      <w:r>
        <w:t>No reevaluar después del cambio de posición.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E) Movilización en espacio reducido (pasillos/puertas/ascensor)</w:t>
      </w:r>
    </w:p>
    <w:p>
      <w:r>
        <w:t>**Objetivo:** Movilizar paciente en espacios reducidos usando micro-movimientos coordinados.</w:t>
      </w:r>
    </w:p>
    <w:p>
      <w:r>
        <w:t>**Indicaciones:**</w:t>
      </w:r>
    </w:p>
    <w:p>
      <w:pPr>
        <w:pStyle w:val="ListBullet"/>
      </w:pPr>
      <w:r>
        <w:t>Pasillos estrechos.</w:t>
      </w:r>
    </w:p>
    <w:p>
      <w:pPr>
        <w:pStyle w:val="ListBullet"/>
      </w:pPr>
      <w:r>
        <w:t>Puertas estrechas.</w:t>
      </w:r>
    </w:p>
    <w:p>
      <w:pPr>
        <w:pStyle w:val="ListBullet"/>
      </w:pPr>
      <w:r>
        <w:t>Ascensores pequeños.</w:t>
      </w:r>
    </w:p>
    <w:p>
      <w:pPr>
        <w:pStyle w:val="ListBullet"/>
      </w:pPr>
      <w:r>
        <w:t>Espacios con limitaciones de acceso.</w:t>
      </w:r>
    </w:p>
    <w:p>
      <w:r>
        <w:t>**Procedimiento paso a paso:**</w:t>
      </w:r>
    </w:p>
    <w:p>
      <w:pPr>
        <w:pStyle w:val="ListNumber"/>
      </w:pPr>
      <w:r>
        <w:t>**Evaluación del espacio**</w:t>
      </w:r>
    </w:p>
    <w:p>
      <w:pPr>
        <w:pStyle w:val="ListBullet"/>
      </w:pPr>
      <w:r>
        <w:t>Medir ancho de pasillo/puerta/ascensor.</w:t>
      </w:r>
    </w:p>
    <w:p>
      <w:pPr>
        <w:pStyle w:val="ListBullet"/>
      </w:pPr>
      <w:r>
        <w:t>Verificar que camilla cabe.</w:t>
      </w:r>
    </w:p>
    <w:p>
      <w:pPr>
        <w:pStyle w:val="ListBullet"/>
      </w:pPr>
      <w:r>
        <w:t>Identificar obstáculos.</w:t>
      </w:r>
    </w:p>
    <w:p>
      <w:pPr>
        <w:pStyle w:val="ListBullet"/>
      </w:pPr>
      <w:r>
        <w:t>Planificar ruta.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Preparar camilla (frenos, altura, posición).</w:t>
      </w:r>
    </w:p>
    <w:p>
      <w:pPr>
        <w:pStyle w:val="ListBullet"/>
      </w:pPr>
      <w:r>
        <w:t>Coordinar equipo.</w:t>
      </w:r>
    </w:p>
    <w:p>
      <w:pPr>
        <w:pStyle w:val="ListBullet"/>
      </w:pPr>
      <w:r>
        <w:t>Explicar plan al equipo.</w:t>
      </w:r>
    </w:p>
    <w:p>
      <w:pPr>
        <w:pStyle w:val="ListNumber"/>
      </w:pPr>
      <w:r>
        <w:t>**Posición del equipo**</w:t>
      </w:r>
    </w:p>
    <w:p>
      <w:pPr>
        <w:pStyle w:val="ListBullet"/>
      </w:pPr>
      <w:r>
        <w:t>Líder: posición de control visual.</w:t>
      </w:r>
    </w:p>
    <w:p>
      <w:pPr>
        <w:pStyle w:val="ListBullet"/>
      </w:pPr>
      <w:r>
        <w:t>TES 1: Cabeza (control cervical si está indicado).</w:t>
      </w:r>
    </w:p>
    <w:p>
      <w:pPr>
        <w:pStyle w:val="ListBullet"/>
      </w:pPr>
      <w:r>
        <w:t>TES 2, 3: Lados de camilla (guían y estabilizan).</w:t>
      </w:r>
    </w:p>
    <w:p>
      <w:pPr>
        <w:pStyle w:val="ListBullet"/>
      </w:pPr>
      <w:r>
        <w:t>TES 4: Pies (guía y estabiliza).</w:t>
      </w:r>
    </w:p>
    <w:p>
      <w:pPr>
        <w:pStyle w:val="ListNumber"/>
      </w:pPr>
      <w:r>
        <w:t>**Micro-movimientos coordinados**</w:t>
      </w:r>
    </w:p>
    <w:p>
      <w:pPr>
        <w:pStyle w:val="ListBullet"/>
      </w:pPr>
      <w:r>
        <w:t>Líder: "Preparados para micro-movimiento [dirección]..."</w:t>
      </w:r>
    </w:p>
    <w:p>
      <w:pPr>
        <w:pStyle w:val="ListBullet"/>
      </w:pPr>
      <w:r>
        <w:t>Líder: "¿Todos listos?"</w:t>
      </w:r>
    </w:p>
    <w:p>
      <w:pPr>
        <w:pStyle w:val="ListBullet"/>
      </w:pPr>
      <w:r>
        <w:t>Esperar confirmación.</w:t>
      </w:r>
    </w:p>
    <w:p>
      <w:pPr>
        <w:pStyle w:val="ListBullet"/>
      </w:pPr>
      <w:r>
        <w:t>Líder: "A mi señal... 1-2-3... mover"</w:t>
      </w:r>
    </w:p>
    <w:p>
      <w:pPr>
        <w:pStyle w:val="ListBullet"/>
      </w:pPr>
      <w:r>
        <w:t>Movimiento corto (10-20 cm).</w:t>
      </w:r>
    </w:p>
    <w:p>
      <w:pPr>
        <w:pStyle w:val="ListBullet"/>
      </w:pPr>
      <w:r>
        <w:t>Mantener alineación.</w:t>
      </w:r>
    </w:p>
    <w:p>
      <w:pPr>
        <w:pStyle w:val="ListBullet"/>
      </w:pPr>
      <w:r>
        <w:t>Repetir si es necesario.</w:t>
      </w:r>
    </w:p>
    <w:p>
      <w:pPr>
        <w:pStyle w:val="ListNumber"/>
      </w:pPr>
      <w:r>
        <w:t>**Navegación**</w:t>
      </w:r>
    </w:p>
    <w:p>
      <w:pPr>
        <w:pStyle w:val="ListBullet"/>
      </w:pPr>
      <w:r>
        <w:t>Girar camilla si es necesario (micro-giros).</w:t>
      </w:r>
    </w:p>
    <w:p>
      <w:pPr>
        <w:pStyle w:val="ListBullet"/>
      </w:pPr>
      <w:r>
        <w:t>Ajustar posición para pasar obstáculos.</w:t>
      </w:r>
    </w:p>
    <w:p>
      <w:pPr>
        <w:pStyle w:val="ListBullet"/>
      </w:pPr>
      <w:r>
        <w:t>Comunicar continuamente.</w:t>
      </w:r>
    </w:p>
    <w:p>
      <w:pPr>
        <w:pStyle w:val="ListBullet"/>
      </w:pPr>
      <w:r>
        <w:t>Pausar si hay problemas.</w:t>
      </w:r>
    </w:p>
    <w:p>
      <w:pPr>
        <w:pStyle w:val="ListNumber"/>
      </w:pPr>
      <w:r>
        <w:t>**Verificación continua**</w:t>
      </w:r>
    </w:p>
    <w:p>
      <w:pPr>
        <w:pStyle w:val="ListBullet"/>
      </w:pPr>
      <w:r>
        <w:t>Verificar que no hay colisiones.</w:t>
      </w:r>
    </w:p>
    <w:p>
      <w:pPr>
        <w:pStyle w:val="ListBullet"/>
      </w:pPr>
      <w:r>
        <w:t>Verificar que paciente está estable.</w:t>
      </w:r>
    </w:p>
    <w:p>
      <w:pPr>
        <w:pStyle w:val="ListBullet"/>
      </w:pPr>
      <w:r>
        <w:t>Verificar que equipo está seguro.</w:t>
      </w:r>
    </w:p>
    <w:p>
      <w:pPr>
        <w:pStyle w:val="ListBullet"/>
      </w:pPr>
      <w:r>
        <w:t>Ajustar si es necesario.</w:t>
      </w:r>
    </w:p>
    <w:p>
      <w:pPr>
        <w:pStyle w:val="ListNumber"/>
      </w:pPr>
      <w:r>
        <w:t>**Finalización**</w:t>
      </w:r>
    </w:p>
    <w:p>
      <w:pPr>
        <w:pStyle w:val="ListBullet"/>
      </w:pPr>
      <w:r>
        <w:t>Verificar que se completó la movilización.</w:t>
      </w:r>
    </w:p>
    <w:p>
      <w:pPr>
        <w:pStyle w:val="ListBullet"/>
      </w:pPr>
      <w:r>
        <w:t>Verificar que paciente está bien posicionado.</w:t>
      </w:r>
    </w:p>
    <w:p>
      <w:pPr>
        <w:pStyle w:val="ListBullet"/>
      </w:pPr>
      <w:r>
        <w:t>Reevaluar estado del paciente.</w:t>
      </w:r>
    </w:p>
    <w:p>
      <w:r>
        <w:t>**Errores frecuentes:**</w:t>
      </w:r>
    </w:p>
    <w:p>
      <w:pPr>
        <w:pStyle w:val="ListBullet"/>
      </w:pPr>
      <w:r>
        <w:t>No evaluar espacio antes de iniciar.</w:t>
      </w:r>
    </w:p>
    <w:p>
      <w:pPr>
        <w:pStyle w:val="ListBullet"/>
      </w:pPr>
      <w:r>
        <w:t>Movimientos largos en espacios reducidos.</w:t>
      </w:r>
    </w:p>
    <w:p>
      <w:pPr>
        <w:pStyle w:val="ListBullet"/>
      </w:pPr>
      <w:r>
        <w:t>No comunicar continuamente.</w:t>
      </w:r>
    </w:p>
    <w:p>
      <w:pPr>
        <w:pStyle w:val="ListBullet"/>
      </w:pPr>
      <w:r>
        <w:t>No pausar si hay problemas.</w:t>
      </w:r>
    </w:p>
    <w:p>
      <w:pPr>
        <w:pStyle w:val="ListBullet"/>
      </w:pPr>
      <w:r>
        <w:t>Forzar paso por espacios demasiado estrechos.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F) Escaleras y pendientes</w:t>
      </w:r>
    </w:p>
    <w:p>
      <w:r>
        <w:t>**Objetivo:** Movilizar paciente por escaleras y pendientes aplicando principios de seguridad y coordinación.</w:t>
      </w:r>
    </w:p>
    <w:p>
      <w:r>
        <w:t>**Indicaciones:**</w:t>
      </w:r>
    </w:p>
    <w:p>
      <w:pPr>
        <w:pStyle w:val="ListBullet"/>
      </w:pPr>
      <w:r>
        <w:t>Escaleras (subida o bajada).</w:t>
      </w:r>
    </w:p>
    <w:p>
      <w:pPr>
        <w:pStyle w:val="ListBullet"/>
      </w:pPr>
      <w:r>
        <w:t>Pendientes (ascendentes o descendentes).</w:t>
      </w:r>
    </w:p>
    <w:p>
      <w:pPr>
        <w:pStyle w:val="ListBullet"/>
      </w:pPr>
      <w:r>
        <w:t>Terreno irregular.</w:t>
      </w:r>
    </w:p>
    <w:p>
      <w:r>
        <w:t>**Principios de seguridad:**</w:t>
      </w:r>
    </w:p>
    <w:p>
      <w:pPr>
        <w:pStyle w:val="ListNumber"/>
      </w:pPr>
      <w:r>
        <w:t>**Evaluación previa**</w:t>
      </w:r>
    </w:p>
    <w:p>
      <w:pPr>
        <w:pStyle w:val="ListBullet"/>
      </w:pPr>
      <w:r>
        <w:t>Verificar que escaleras/pendiente son seguras.</w:t>
      </w:r>
    </w:p>
    <w:p>
      <w:pPr>
        <w:pStyle w:val="ListBullet"/>
      </w:pPr>
      <w:r>
        <w:t>Verificar que hay espacio suficiente.</w:t>
      </w:r>
    </w:p>
    <w:p>
      <w:pPr>
        <w:pStyle w:val="ListBullet"/>
      </w:pPr>
      <w:r>
        <w:t>Identificar riesgos (resbalones, obstáculos).</w:t>
      </w:r>
    </w:p>
    <w:p>
      <w:pPr>
        <w:pStyle w:val="ListBullet"/>
      </w:pPr>
      <w:r>
        <w:t>Planificar ruta.</w:t>
      </w:r>
    </w:p>
    <w:p>
      <w:pPr>
        <w:pStyle w:val="ListNumber"/>
      </w:pPr>
      <w:r>
        <w:t>**Coordinación**</w:t>
      </w:r>
    </w:p>
    <w:p>
      <w:pPr>
        <w:pStyle w:val="ListBullet"/>
      </w:pPr>
      <w:r>
        <w:t>Líder único.</w:t>
      </w:r>
    </w:p>
    <w:p>
      <w:pPr>
        <w:pStyle w:val="ListBullet"/>
      </w:pPr>
      <w:r>
        <w:t>Comunicación clara.</w:t>
      </w:r>
    </w:p>
    <w:p>
      <w:pPr>
        <w:pStyle w:val="ListBullet"/>
      </w:pPr>
      <w:r>
        <w:t>Movimientos simultáneos.</w:t>
      </w:r>
    </w:p>
    <w:p>
      <w:pPr>
        <w:pStyle w:val="ListBullet"/>
      </w:pPr>
      <w:r>
        <w:t>Pausas si es necesario.</w:t>
      </w:r>
    </w:p>
    <w:p>
      <w:pPr>
        <w:pStyle w:val="ListNumber"/>
      </w:pPr>
      <w:r>
        <w:t>**Posición del equipo**</w:t>
      </w:r>
    </w:p>
    <w:p>
      <w:pPr>
        <w:pStyle w:val="ListBullet"/>
      </w:pPr>
      <w:r>
        <w:t>Equipo distribuido equilibradamente.</w:t>
      </w:r>
    </w:p>
    <w:p>
      <w:pPr>
        <w:pStyle w:val="ListBullet"/>
      </w:pPr>
      <w:r>
        <w:t>TES más fuerte en posición de mayor carga.</w:t>
      </w:r>
    </w:p>
    <w:p>
      <w:pPr>
        <w:pStyle w:val="ListBullet"/>
      </w:pPr>
      <w:r>
        <w:t>Coordinación de pasos.</w:t>
      </w:r>
    </w:p>
    <w:p>
      <w:pPr>
        <w:pStyle w:val="ListNumber"/>
      </w:pPr>
      <w:r>
        <w:t>**Técnica**</w:t>
      </w:r>
    </w:p>
    <w:p>
      <w:pPr>
        <w:pStyle w:val="ListBullet"/>
      </w:pPr>
      <w:r>
        <w:t>Un escalón/paso a la vez.</w:t>
      </w:r>
    </w:p>
    <w:p>
      <w:pPr>
        <w:pStyle w:val="ListBullet"/>
      </w:pPr>
      <w:r>
        <w:t>Movimientos cortos y controlados.</w:t>
      </w:r>
    </w:p>
    <w:p>
      <w:pPr>
        <w:pStyle w:val="ListBullet"/>
      </w:pPr>
      <w:r>
        <w:t>Mantener camilla nivelada.</w:t>
      </w:r>
    </w:p>
    <w:p>
      <w:pPr>
        <w:pStyle w:val="ListBullet"/>
      </w:pPr>
      <w:r>
        <w:t>Pausar si hay problemas.</w:t>
      </w:r>
    </w:p>
    <w:p>
      <w:r>
        <w:t>**Procedimiento paso a paso (escaleras):**</w:t>
      </w:r>
    </w:p>
    <w:p>
      <w:pPr>
        <w:pStyle w:val="ListNumber"/>
      </w:pPr>
      <w:r>
        <w:t>**Preparación**</w:t>
      </w:r>
    </w:p>
    <w:p>
      <w:pPr>
        <w:pStyle w:val="ListBullet"/>
      </w:pPr>
      <w:r>
        <w:t>Evaluar escaleras (seguridad, espacio, iluminación).</w:t>
      </w:r>
    </w:p>
    <w:p>
      <w:pPr>
        <w:pStyle w:val="ListBullet"/>
      </w:pPr>
      <w:r>
        <w:t>Verificar que camilla es adecuada para escaleras.</w:t>
      </w:r>
    </w:p>
    <w:p>
      <w:pPr>
        <w:pStyle w:val="ListBullet"/>
      </w:pPr>
      <w:r>
        <w:t>Coordinar equipo.</w:t>
      </w:r>
    </w:p>
    <w:p>
      <w:pPr>
        <w:pStyle w:val="ListBullet"/>
      </w:pPr>
      <w:r>
        <w:t>Explicar plan.</w:t>
      </w:r>
    </w:p>
    <w:p>
      <w:pPr>
        <w:pStyle w:val="ListNumber"/>
      </w:pPr>
      <w:r>
        <w:t>**Posición del equipo**</w:t>
      </w:r>
    </w:p>
    <w:p>
      <w:pPr>
        <w:pStyle w:val="ListBullet"/>
      </w:pPr>
      <w:r>
        <w:t>Líder: posición de control visual.</w:t>
      </w:r>
    </w:p>
    <w:p>
      <w:pPr>
        <w:pStyle w:val="ListBullet"/>
      </w:pPr>
      <w:r>
        <w:t>TES 1: Cabeza (control cervical si está indicado).</w:t>
      </w:r>
    </w:p>
    <w:p>
      <w:pPr>
        <w:pStyle w:val="ListBullet"/>
      </w:pPr>
      <w:r>
        <w:t>TES 2, 3: Lados superiores (mayor carga).</w:t>
      </w:r>
    </w:p>
    <w:p>
      <w:pPr>
        <w:pStyle w:val="ListBullet"/>
      </w:pPr>
      <w:r>
        <w:t>TES 4, 5: Lados inferiores (soporte).</w:t>
      </w:r>
    </w:p>
    <w:p>
      <w:pPr>
        <w:pStyle w:val="ListNumber"/>
      </w:pPr>
      <w:r>
        <w:t>**Subida o bajada**</w:t>
      </w:r>
    </w:p>
    <w:p>
      <w:pPr>
        <w:pStyle w:val="ListBullet"/>
      </w:pPr>
      <w:r>
        <w:t>Líder: "Preparados para [subida/bajada] escalón..."</w:t>
      </w:r>
    </w:p>
    <w:p>
      <w:pPr>
        <w:pStyle w:val="ListBullet"/>
      </w:pPr>
      <w:r>
        <w:t>Líder: "¿Todos listos?"</w:t>
      </w:r>
    </w:p>
    <w:p>
      <w:pPr>
        <w:pStyle w:val="ListBullet"/>
      </w:pPr>
      <w:r>
        <w:t>Esperar confirmación.</w:t>
      </w:r>
    </w:p>
    <w:p>
      <w:pPr>
        <w:pStyle w:val="ListBullet"/>
      </w:pPr>
      <w:r>
        <w:t>Líder: "A mi señal... 1-2-3... [subir/bajar]"</w:t>
      </w:r>
    </w:p>
    <w:p>
      <w:pPr>
        <w:pStyle w:val="ListBullet"/>
      </w:pPr>
      <w:r>
        <w:t>Un escalón a la vez.</w:t>
      </w:r>
    </w:p>
    <w:p>
      <w:pPr>
        <w:pStyle w:val="ListBullet"/>
      </w:pPr>
      <w:r>
        <w:t>Mantener camilla nivelada.</w:t>
      </w:r>
    </w:p>
    <w:p>
      <w:pPr>
        <w:pStyle w:val="ListBullet"/>
      </w:pPr>
      <w:r>
        <w:t>Coordinar pasos.</w:t>
      </w:r>
    </w:p>
    <w:p>
      <w:pPr>
        <w:pStyle w:val="ListNumber"/>
      </w:pPr>
      <w:r>
        <w:t>**Verificación continua**</w:t>
      </w:r>
    </w:p>
    <w:p>
      <w:pPr>
        <w:pStyle w:val="ListBullet"/>
      </w:pPr>
      <w:r>
        <w:t>Verificar que equipo está seguro.</w:t>
      </w:r>
    </w:p>
    <w:p>
      <w:pPr>
        <w:pStyle w:val="ListBullet"/>
      </w:pPr>
      <w:r>
        <w:t>Verificar que paciente está estable.</w:t>
      </w:r>
    </w:p>
    <w:p>
      <w:pPr>
        <w:pStyle w:val="ListBullet"/>
      </w:pPr>
      <w:r>
        <w:t>Pausar si hay problemas.</w:t>
      </w:r>
    </w:p>
    <w:p>
      <w:pPr>
        <w:pStyle w:val="ListBullet"/>
      </w:pPr>
      <w:r>
        <w:t>Ajustar si es necesario.</w:t>
      </w:r>
    </w:p>
    <w:p>
      <w:pPr>
        <w:pStyle w:val="ListNumber"/>
      </w:pPr>
      <w:r>
        <w:t>**Finalización**</w:t>
      </w:r>
    </w:p>
    <w:p>
      <w:pPr>
        <w:pStyle w:val="ListBullet"/>
      </w:pPr>
      <w:r>
        <w:t>Verificar que se completó la movilización.</w:t>
      </w:r>
    </w:p>
    <w:p>
      <w:pPr>
        <w:pStyle w:val="ListBullet"/>
      </w:pPr>
      <w:r>
        <w:t>Verificar que paciente está bien.</w:t>
      </w:r>
    </w:p>
    <w:p>
      <w:pPr>
        <w:pStyle w:val="ListBullet"/>
      </w:pPr>
      <w:r>
        <w:t>Reevaluar estado del paciente.</w:t>
      </w:r>
    </w:p>
    <w:p>
      <w:r>
        <w:t>**Límites TES - Cuándo pedir apoyo:**</w:t>
      </w:r>
    </w:p>
    <w:p>
      <w:pPr>
        <w:pStyle w:val="ListBullet"/>
      </w:pPr>
      <w:r>
        <w:t>Escaleras muy empinadas o irregulares.</w:t>
      </w:r>
    </w:p>
    <w:p>
      <w:pPr>
        <w:pStyle w:val="ListBullet"/>
      </w:pPr>
      <w:r>
        <w:t>Paciente muy pesado (&gt;100 kg aproximadamente).</w:t>
      </w:r>
    </w:p>
    <w:p>
      <w:pPr>
        <w:pStyle w:val="ListBullet"/>
      </w:pPr>
      <w:r>
        <w:t>Equipo insuficiente (&lt;4 intervinientes).</w:t>
      </w:r>
    </w:p>
    <w:p>
      <w:pPr>
        <w:pStyle w:val="ListBullet"/>
      </w:pPr>
      <w:r>
        <w:t>Riesgos estructurales (escaleras inestables, pendientes peligrosas).</w:t>
      </w:r>
    </w:p>
    <w:p>
      <w:pPr>
        <w:pStyle w:val="ListBullet"/>
      </w:pPr>
      <w:r>
        <w:t>Espacio insuficiente para maniobra segura.</w:t>
      </w:r>
    </w:p>
    <w:p>
      <w:r>
        <w:t>**En estos casos:**</w:t>
      </w:r>
    </w:p>
    <w:p>
      <w:pPr>
        <w:pStyle w:val="ListBullet"/>
      </w:pPr>
      <w:r>
        <w:t>Solicitar apoyo adicional.</w:t>
      </w:r>
    </w:p>
    <w:p>
      <w:pPr>
        <w:pStyle w:val="ListBullet"/>
      </w:pPr>
      <w:r>
        <w:t>Considerar alternativas (ascensor, otra ruta).</w:t>
      </w:r>
    </w:p>
    <w:p>
      <w:pPr>
        <w:pStyle w:val="ListBullet"/>
      </w:pPr>
      <w:r>
        <w:t>No arriesgar seguridad del equipo o paciente.</w:t>
      </w:r>
    </w:p>
    <w:p>
      <w:r>
        <w:t>**Errores frecuentes:**</w:t>
      </w:r>
    </w:p>
    <w:p>
      <w:pPr>
        <w:pStyle w:val="ListBullet"/>
      </w:pPr>
      <w:r>
        <w:t>No evaluar escaleras/pendiente antes de iniciar.</w:t>
      </w:r>
    </w:p>
    <w:p>
      <w:pPr>
        <w:pStyle w:val="ListBullet"/>
      </w:pPr>
      <w:r>
        <w:t>Múltiples escalones a la vez.</w:t>
      </w:r>
    </w:p>
    <w:p>
      <w:pPr>
        <w:pStyle w:val="ListBullet"/>
      </w:pPr>
      <w:r>
        <w:t>No mantener camilla nivelada.</w:t>
      </w:r>
    </w:p>
    <w:p>
      <w:pPr>
        <w:pStyle w:val="ListBullet"/>
      </w:pPr>
      <w:r>
        <w:t>Falta de coordinación de pasos.</w:t>
      </w:r>
    </w:p>
    <w:p>
      <w:pPr>
        <w:pStyle w:val="ListBullet"/>
      </w:pPr>
      <w:r>
        <w:t>No pedir apoyo cuando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2.8.6 Ergonomía TES</w:t>
      </w:r>
    </w:p>
    <w:p>
      <w:pPr>
        <w:pStyle w:val="Heading3"/>
      </w:pPr>
      <w:r>
        <w:t>Prevención de lesiones del interviniente</w:t>
      </w:r>
    </w:p>
    <w:p>
      <w:r>
        <w:t>**Principios de ergonomía:**</w:t>
      </w:r>
    </w:p>
    <w:p>
      <w:pPr>
        <w:pStyle w:val="ListNumber"/>
      </w:pPr>
      <w:r>
        <w:t>**Postura correcta**</w:t>
      </w:r>
    </w:p>
    <w:p>
      <w:pPr>
        <w:pStyle w:val="ListBullet"/>
      </w:pPr>
      <w:r>
        <w:t>Espalda recta, no flexionada.</w:t>
      </w:r>
    </w:p>
    <w:p>
      <w:pPr>
        <w:pStyle w:val="ListBullet"/>
      </w:pPr>
      <w:r>
        <w:t>Rodillas ligeramente flexionadas.</w:t>
      </w:r>
    </w:p>
    <w:p>
      <w:pPr>
        <w:pStyle w:val="ListBullet"/>
      </w:pPr>
      <w:r>
        <w:t>Pies separados (base estable).</w:t>
      </w:r>
    </w:p>
    <w:p>
      <w:pPr>
        <w:pStyle w:val="ListBullet"/>
      </w:pPr>
      <w:r>
        <w:t>Peso distribuido equilibradamente.</w:t>
      </w:r>
    </w:p>
    <w:p>
      <w:pPr>
        <w:pStyle w:val="ListNumber"/>
      </w:pPr>
      <w:r>
        <w:t>**Uso de piernas**</w:t>
      </w:r>
    </w:p>
    <w:p>
      <w:pPr>
        <w:pStyle w:val="ListBullet"/>
      </w:pPr>
      <w:r>
        <w:t>Flexionar rodillas, no espalda.</w:t>
      </w:r>
    </w:p>
    <w:p>
      <w:pPr>
        <w:pStyle w:val="ListBullet"/>
      </w:pPr>
      <w:r>
        <w:t>Usar fuerza de piernas para elevar.</w:t>
      </w:r>
    </w:p>
    <w:p>
      <w:pPr>
        <w:pStyle w:val="ListBullet"/>
      </w:pPr>
      <w:r>
        <w:t>Mantener espalda recta durante elevación.</w:t>
      </w:r>
    </w:p>
    <w:p>
      <w:pPr>
        <w:pStyle w:val="ListNumber"/>
      </w:pPr>
      <w:r>
        <w:t>**Carga coordinada**</w:t>
      </w:r>
    </w:p>
    <w:p>
      <w:pPr>
        <w:pStyle w:val="ListBullet"/>
      </w:pPr>
      <w:r>
        <w:t>Distribuir peso entre todos los intervinientes.</w:t>
      </w:r>
    </w:p>
    <w:p>
      <w:pPr>
        <w:pStyle w:val="ListBullet"/>
      </w:pPr>
      <w:r>
        <w:t>Comunicar si carga es excesiva.</w:t>
      </w:r>
    </w:p>
    <w:p>
      <w:pPr>
        <w:pStyle w:val="ListBullet"/>
      </w:pPr>
      <w:r>
        <w:t>Pausar si es necesario.</w:t>
      </w:r>
    </w:p>
    <w:p>
      <w:pPr>
        <w:pStyle w:val="ListBullet"/>
      </w:pPr>
      <w:r>
        <w:t>Pedir apoyo si carga es demasiado.</w:t>
      </w:r>
    </w:p>
    <w:p>
      <w:pPr>
        <w:pStyle w:val="ListNumber"/>
      </w:pPr>
      <w:r>
        <w:t>**Calzado adecuado**</w:t>
      </w:r>
    </w:p>
    <w:p>
      <w:pPr>
        <w:pStyle w:val="ListBullet"/>
      </w:pPr>
      <w:r>
        <w:t>Calzado antideslizante.</w:t>
      </w:r>
    </w:p>
    <w:p>
      <w:pPr>
        <w:pStyle w:val="ListBullet"/>
      </w:pPr>
      <w:r>
        <w:t>Calzado cerrado y seguro.</w:t>
      </w:r>
    </w:p>
    <w:p>
      <w:pPr>
        <w:pStyle w:val="ListBullet"/>
      </w:pPr>
      <w:r>
        <w:t>No calzado abierto o inadecuado.</w:t>
      </w:r>
    </w:p>
    <w:p>
      <w:pPr>
        <w:pStyle w:val="ListNumber"/>
      </w:pPr>
      <w:r>
        <w:t>**EPI adecuados**</w:t>
      </w:r>
    </w:p>
    <w:p>
      <w:pPr>
        <w:pStyle w:val="ListBullet"/>
      </w:pPr>
      <w:r>
        <w:t>Guantes.</w:t>
      </w:r>
    </w:p>
    <w:p>
      <w:pPr>
        <w:pStyle w:val="ListBullet"/>
      </w:pPr>
      <w:r>
        <w:t>Chaleco reflectante si aplica.</w:t>
      </w:r>
    </w:p>
    <w:p>
      <w:pPr>
        <w:pStyle w:val="ListBullet"/>
      </w:pPr>
      <w:r>
        <w:t>Otro EPI según entorno.</w:t>
      </w:r>
    </w:p>
    <w:p>
      <w:r>
        <w:t>**Lesiones frecuentes del interviniente:**</w:t>
      </w:r>
    </w:p>
    <w:p>
      <w:pPr>
        <w:pStyle w:val="ListBullet"/>
      </w:pPr>
      <w:r>
        <w:t>**Lesiones de espalda** (lumbalgia, hernias discales).</w:t>
      </w:r>
    </w:p>
    <w:p>
      <w:pPr>
        <w:pStyle w:val="ListBullet"/>
      </w:pPr>
      <w:r>
        <w:t>**Lesiones de hombro** (tendinitis, luxaciones).</w:t>
      </w:r>
    </w:p>
    <w:p>
      <w:pPr>
        <w:pStyle w:val="ListBullet"/>
      </w:pPr>
      <w:r>
        <w:t>**Lesiones de rodilla** (esguinces, meniscos).</w:t>
      </w:r>
    </w:p>
    <w:p>
      <w:pPr>
        <w:pStyle w:val="ListBullet"/>
      </w:pPr>
      <w:r>
        <w:t>**Lesiones por caídas** (fracturas, contusiones).</w:t>
      </w:r>
    </w:p>
    <w:p>
      <w:r>
        <w:t>**Prevención:**</w:t>
      </w:r>
    </w:p>
    <w:p>
      <w:pPr>
        <w:pStyle w:val="ListBullet"/>
      </w:pPr>
      <w:r>
        <w:t>Aplicar principios de ergonomía.</w:t>
      </w:r>
    </w:p>
    <w:p>
      <w:pPr>
        <w:pStyle w:val="ListBullet"/>
      </w:pPr>
      <w:r>
        <w:t>Usar técnicas correctas.</w:t>
      </w:r>
    </w:p>
    <w:p>
      <w:pPr>
        <w:pStyle w:val="ListBullet"/>
      </w:pPr>
      <w:r>
        <w:t>Pedir apoyo si carga es excesiva.</w:t>
      </w:r>
    </w:p>
    <w:p>
      <w:pPr>
        <w:pStyle w:val="ListBullet"/>
      </w:pPr>
      <w:r>
        <w:t>No forzar si no es seguro.</w:t>
      </w:r>
    </w:p>
    <w:p>
      <w:pPr>
        <w:pStyle w:val="ListBullet"/>
      </w:pPr>
      <w:r>
        <w:t>Formación continua en ergonomía.</w:t>
      </w:r>
    </w:p>
    <w:p>
      <w:r>
        <w:t>**Principio TES:**</w:t>
      </w:r>
    </w:p>
    <w:p>
      <w:pPr>
        <w:pStyle w:val="ListBullet"/>
      </w:pPr>
      <w:r>
        <w:t>**Un TES lesionado detiene la asistencia.**</w:t>
      </w:r>
    </w:p>
    <w:p>
      <w:pPr>
        <w:pStyle w:val="ListBullet"/>
      </w:pPr>
      <w:r>
        <w:t>La seguridad del interviniente es prioritaria.</w:t>
      </w:r>
    </w:p>
    <w:p>
      <w:pPr>
        <w:pStyle w:val="ListBullet"/>
      </w:pPr>
      <w:r>
        <w:t>No arriesgar lesiones por "hacerlo rápido".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2.8.7 Errores frecuentes</w:t>
      </w:r>
    </w:p>
    <w:p>
      <w:pPr>
        <w:pStyle w:val="ListBullet"/>
      </w:pPr>
      <w:r>
        <w:t>No preparar destino (frenos, altura, ruta).</w:t>
      </w:r>
    </w:p>
    <w:p>
      <w:pPr>
        <w:pStyle w:val="ListBullet"/>
      </w:pPr>
      <w:r>
        <w:t>Falta de líder o órdenes simultáneas.</w:t>
      </w:r>
    </w:p>
    <w:p>
      <w:pPr>
        <w:pStyle w:val="ListBullet"/>
      </w:pPr>
      <w:r>
        <w:t>No verificar ruta antes de iniciar transferencia.</w:t>
      </w:r>
    </w:p>
    <w:p>
      <w:pPr>
        <w:pStyle w:val="ListBullet"/>
      </w:pPr>
      <w:r>
        <w:t>Movimientos largos en lugar de cortos y controlados.</w:t>
      </w:r>
    </w:p>
    <w:p>
      <w:pPr>
        <w:pStyle w:val="ListBullet"/>
      </w:pPr>
      <w:r>
        <w:t>No mantener alineación si está indicado.</w:t>
      </w:r>
    </w:p>
    <w:p>
      <w:pPr>
        <w:pStyle w:val="ListBullet"/>
      </w:pPr>
      <w:r>
        <w:t>No reevaluar después de cada transferencia.</w:t>
      </w:r>
    </w:p>
    <w:p>
      <w:pPr>
        <w:pStyle w:val="ListBullet"/>
      </w:pPr>
      <w:r>
        <w:t>No aplicar principios de ergonomía.</w:t>
      </w:r>
    </w:p>
    <w:p>
      <w:pPr>
        <w:pStyle w:val="ListBullet"/>
      </w:pPr>
      <w:r>
        <w:t>Forzar transferencia si no es segura.</w:t>
      </w:r>
    </w:p>
    <w:p>
      <w:pPr>
        <w:pStyle w:val="ListBullet"/>
      </w:pPr>
      <w:r>
        <w:t>No pedir apoyo cuando es necesario.</w:t>
      </w:r>
    </w:p>
    <w:p>
      <w:pPr>
        <w:pStyle w:val="ListBullet"/>
      </w:pPr>
      <w:r>
        <w:t>No comunicar problemas inmediatamente.</w:t>
      </w:r>
    </w:p>
    <w:p>
      <w:pPr>
        <w:pStyle w:val="ListBullet"/>
      </w:pPr>
      <w:r>
        <w:t>Transferir sin coordinar equipo.</w:t>
      </w:r>
    </w:p>
    <w:p>
      <w:pPr>
        <w:pStyle w:val="ListBullet"/>
      </w:pPr>
      <w:r>
        <w:t>No pausar si hay problemas durante movilización.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2.8.8 Puntos clave TES</w:t>
      </w:r>
    </w:p>
    <w:p>
      <w:pPr>
        <w:pStyle w:val="ListBullet"/>
      </w:pPr>
      <w:r>
        <w:t>**Un líder, una señal, un movimiento.**</w:t>
      </w:r>
    </w:p>
    <w:p>
      <w:pPr>
        <w:pStyle w:val="ListBullet"/>
      </w:pPr>
      <w:r>
        <w:t>**Preparar destino antes de iniciar** (frenos, altura, ruta).</w:t>
      </w:r>
    </w:p>
    <w:p>
      <w:pPr>
        <w:pStyle w:val="ListBullet"/>
      </w:pPr>
      <w:r>
        <w:t>**Movimientos cortos y controlados**, no largos ni bruscos.</w:t>
      </w:r>
    </w:p>
    <w:p>
      <w:pPr>
        <w:pStyle w:val="ListBullet"/>
      </w:pPr>
      <w:r>
        <w:t>**Control de ejes** si hay sospecha de lesión de raquis.</w:t>
      </w:r>
    </w:p>
    <w:p>
      <w:pPr>
        <w:pStyle w:val="ListBullet"/>
      </w:pPr>
      <w:r>
        <w:t>**Reevaluar después de cada transferencia.**</w:t>
      </w:r>
    </w:p>
    <w:p>
      <w:pPr>
        <w:pStyle w:val="ListBullet"/>
      </w:pPr>
      <w:r>
        <w:t>**Aplicar ergonomía** para prevenir lesiones del interviniente.</w:t>
      </w:r>
    </w:p>
    <w:p>
      <w:pPr>
        <w:pStyle w:val="ListBullet"/>
      </w:pPr>
      <w:r>
        <w:t>**Pedir apoyo** si carga es excesiva o situación es peligrosa.</w:t>
      </w:r>
    </w:p>
    <w:p>
      <w:pPr>
        <w:pStyle w:val="ListBullet"/>
      </w:pPr>
      <w:r>
        <w:t>**Comunicar problemas** inmediatamente.</w:t>
      </w:r>
    </w:p>
    <w:p>
      <w:pPr>
        <w:pStyle w:val="ListBullet"/>
      </w:pPr>
      <w:r>
        <w:t>**Pausar si es necesario**, no forzar.</w:t>
      </w:r>
    </w:p>
    <w:p>
      <w:pPr>
        <w:pStyle w:val="ListBullet"/>
      </w:pPr>
      <w:r>
        <w:t>**Un TES lesionado detiene la asistencia**: la seguridad del interviniente es prioritaria.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2.8.9 Cierre del capítulo</w:t>
      </w:r>
    </w:p>
    <w:p>
      <w:r>
        <w:t>Este capítulo se integra con:</w:t>
      </w:r>
    </w:p>
    <w:p>
      <w:pPr>
        <w:pStyle w:val="ListBullet"/>
      </w:pPr>
      <w:r>
        <w:t>**2.7 Extricación y movimientos en bloque** (técnicas previas de movilización).</w:t>
      </w:r>
    </w:p>
    <w:p>
      <w:pPr>
        <w:pStyle w:val="ListBullet"/>
      </w:pPr>
      <w:r>
        <w:t>**2.4 Camilla cuchara** (herramienta de transferencia).</w:t>
      </w:r>
    </w:p>
    <w:p>
      <w:pPr>
        <w:pStyle w:val="ListBullet"/>
      </w:pPr>
      <w:r>
        <w:t>**2.5 Tablero espinal largo** (dispositivo de destino).</w:t>
      </w:r>
    </w:p>
    <w:p>
      <w:pPr>
        <w:pStyle w:val="ListBullet"/>
      </w:pPr>
      <w:r>
        <w:t>**2.6 Colchón de vacío** (dispositivo de destino).</w:t>
      </w:r>
    </w:p>
    <w:p>
      <w:r>
        <w:t>Siguiente apartado recomendado:</w:t>
      </w:r>
    </w:p>
    <w:p>
      <w:pPr>
        <w:pStyle w:val="ListBullet"/>
      </w:pPr>
      <w:r>
        <w:t>**2.9 [Próximo bloque según estructura del manual]**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Las transferencias y movilizaciones requieren **coordinación efectiva del equipo**</w:t>
      </w:r>
    </w:p>
    <w:p>
      <w:pPr>
        <w:pStyle w:val="ListBullet"/>
      </w:pPr>
      <w:r>
        <w:t>El **control de ejes es prioritario** si hay sospecha de lesión de raquis</w:t>
      </w:r>
    </w:p>
    <w:p>
      <w:pPr>
        <w:pStyle w:val="ListBullet"/>
      </w:pPr>
      <w:r>
        <w:t>La **preparación del destino** es esencial para transferencias seguras</w:t>
      </w:r>
    </w:p>
    <w:p>
      <w:pPr>
        <w:pStyle w:val="ListBullet"/>
      </w:pPr>
      <w:r>
        <w:t>La **ergonomía** previene lesiones del interviniente</w:t>
      </w:r>
    </w:p>
    <w:p>
      <w:pPr>
        <w:pStyle w:val="ListBullet"/>
      </w:pPr>
      <w:r>
        <w:t>**Un TES lesionado detiene la asistencia**</w:t>
      </w:r>
    </w:p>
    <w:p>
      <w:r>
        <w:t>**Principios No Negociables:**</w:t>
      </w:r>
    </w:p>
    <w:p>
      <w:pPr>
        <w:pStyle w:val="ListBullet"/>
      </w:pPr>
      <w:r>
        <w:t>**NUNCA transferir** sin preparar destino</w:t>
      </w:r>
    </w:p>
    <w:p>
      <w:pPr>
        <w:pStyle w:val="ListBullet"/>
      </w:pPr>
      <w:r>
        <w:t>**NUNCA ejecutar** sin líder claro y órdenes estructuradas</w:t>
      </w:r>
    </w:p>
    <w:p>
      <w:pPr>
        <w:pStyle w:val="ListBullet"/>
      </w:pPr>
      <w:r>
        <w:t>**NUNCA forzar** si no es seguro</w:t>
      </w:r>
    </w:p>
    <w:p>
      <w:pPr>
        <w:pStyle w:val="ListBullet"/>
      </w:pPr>
      <w:r>
        <w:t>**SIEMPRE coordinar** con el equipo</w:t>
      </w:r>
    </w:p>
    <w:p>
      <w:pPr>
        <w:pStyle w:val="ListBullet"/>
      </w:pPr>
      <w:r>
        <w:t>**SIEMPRE aplicar** principios de ergonomía</w:t>
      </w:r>
    </w:p>
    <w:p>
      <w:pPr>
        <w:pStyle w:val="ListBullet"/>
      </w:pPr>
      <w:r>
        <w:t>**SIEMPRE pedir apoyo** si es necesario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2.9 – Errores críticos en inmovilización y movilización: identificación, prevención y corrección (TES)</w:t>
      </w:r>
    </w:p>
    <w:p>
      <w:pPr>
        <w:pStyle w:val="Heading1"/>
      </w:pPr>
      <w:r>
        <w:t>2.9 – Errores críticos en inmovilización y movilización: identificación, prevención y corrección (TES)</w:t>
      </w:r>
    </w:p>
    <w:p>
      <w:pPr>
        <w:pStyle w:val="Heading2"/>
      </w:pPr>
      <w:r>
        <w:t>Manual TES Digital – Seguridad operativa en inmovilización y movilización</w:t>
      </w:r>
    </w:p>
    <w:p>
      <w:r>
        <w:t>**Versión:** 1.0</w:t>
      </w:r>
    </w:p>
    <w:p>
      <w:r>
        <w:t>**Fecha:** 2024-12-13</w:t>
      </w:r>
    </w:p>
    <w:p>
      <w:r>
        <w:t>**Tipo:** Bloque Operativo - Síntesis de Errores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2.9.1 Objetivo operativo</w:t>
      </w:r>
    </w:p>
    <w:p>
      <w:r>
        <w:t>Detectar y evitar errores que **lesionan, desestabilizan o empeoran al paciente** durante inmovilización/extricación/transferencias, proporcionando una síntesis operativa de errores críticos y sistémicos para prevención y corrección rápida.</w:t>
      </w:r>
    </w:p>
    <w:p>
      <w:r>
        <w:t>Este capítulo es **seguridad operativa**, no protocolo clínico.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2.9.2 Alcance y límites</w:t>
      </w:r>
    </w:p>
    <w:p>
      <w:pPr>
        <w:pStyle w:val="Heading3"/>
      </w:pPr>
      <w:r>
        <w:t>Alcance del capítulo</w:t>
      </w:r>
    </w:p>
    <w:p>
      <w:r>
        <w:t>Este capítulo cubre:</w:t>
      </w:r>
    </w:p>
    <w:p>
      <w:pPr>
        <w:pStyle w:val="ListBullet"/>
      </w:pPr>
      <w:r>
        <w:t>**Errores técnicos y sistémicos** en inmovilización y movilización.</w:t>
      </w:r>
    </w:p>
    <w:p>
      <w:pPr>
        <w:pStyle w:val="ListBullet"/>
      </w:pPr>
      <w:r>
        <w:t>**Identificación, prevención y corrección** de errores críticos.</w:t>
      </w:r>
    </w:p>
    <w:p>
      <w:pPr>
        <w:pStyle w:val="ListBullet"/>
      </w:pPr>
      <w:r>
        <w:t>**Errores por fases** (antes de tocar, control manual, movimientos, dispositivos, transferencias).</w:t>
      </w:r>
    </w:p>
    <w:p>
      <w:pPr>
        <w:pStyle w:val="ListBullet"/>
      </w:pPr>
      <w:r>
        <w:t>**Errores sistémicos** que se repiten.</w:t>
      </w:r>
    </w:p>
    <w:p>
      <w:pPr>
        <w:pStyle w:val="Heading3"/>
      </w:pPr>
      <w:r>
        <w:t>Límites del capítulo</w:t>
      </w:r>
    </w:p>
    <w:p>
      <w:r>
        <w:t>**Este capítulo NO cubre:**</w:t>
      </w:r>
    </w:p>
    <w:p>
      <w:pPr>
        <w:pStyle w:val="ListBullet"/>
      </w:pPr>
      <w:r>
        <w:t>Protocolos clínicos de indicación de inmovilización.</w:t>
      </w:r>
    </w:p>
    <w:p>
      <w:pPr>
        <w:pStyle w:val="ListBullet"/>
      </w:pPr>
      <w:r>
        <w:t>Decisiones médicas sobre necesidad de inmovilización.</w:t>
      </w:r>
    </w:p>
    <w:p>
      <w:pPr>
        <w:pStyle w:val="ListBullet"/>
      </w:pPr>
      <w:r>
        <w:t>Técnicas específicas detalladas (ver capítulos individuales).</w:t>
      </w:r>
    </w:p>
    <w:p>
      <w:r>
        <w:t>**Este capítulo SÍ cubre:**</w:t>
      </w:r>
    </w:p>
    <w:p>
      <w:pPr>
        <w:pStyle w:val="ListBullet"/>
      </w:pPr>
      <w:r>
        <w:t>Errores técnicos y sistémicos en procedimientos operativos.</w:t>
      </w:r>
    </w:p>
    <w:p>
      <w:pPr>
        <w:pStyle w:val="ListBullet"/>
      </w:pPr>
      <w:r>
        <w:t>Prevención y corrección de errores.</w:t>
      </w:r>
    </w:p>
    <w:p>
      <w:pPr>
        <w:pStyle w:val="ListBullet"/>
      </w:pPr>
      <w:r>
        <w:t>Seguridad operativa.</w:t>
      </w:r>
    </w:p>
    <w:p>
      <w:r>
        <w:t>**Nota:** Este capítulo es síntesis de errores, no sustituye los capítulos detallados. Consultar capítulos específicos para técnicas detalladas.</w:t>
      </w:r>
    </w:p>
    <w:p>
      <w:r>
        <w:t>**Integración:**</w:t>
      </w:r>
    </w:p>
    <w:p>
      <w:pPr>
        <w:pStyle w:val="ListBullet"/>
      </w:pPr>
      <w:r>
        <w:t>Integra errores de todos los capítulos del Bloque 2 (2.1-2.8, 2.10-2.13, 2.11).</w:t>
      </w:r>
    </w:p>
    <w:p>
      <w:pPr>
        <w:pStyle w:val="ListBullet"/>
      </w:pPr>
      <w:r>
        <w:t>Proporciona síntesis y correcciones rápidas.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2.9.3 Principios TES</w:t>
      </w:r>
    </w:p>
    <w:p>
      <w:pPr>
        <w:pStyle w:val="Heading3"/>
      </w:pPr>
      <w:r>
        <w:t>Lo que más falla: coordinación, orden y reevaluación</w:t>
      </w:r>
    </w:p>
    <w:p>
      <w:r>
        <w:t>**Principio:**</w:t>
      </w:r>
    </w:p>
    <w:p>
      <w:pPr>
        <w:pStyle w:val="ListBullet"/>
      </w:pPr>
      <w:r>
        <w:t>Los errores más frecuentes son por falta de:</w:t>
      </w:r>
    </w:p>
    <w:p>
      <w:pPr>
        <w:pStyle w:val="ListNumber"/>
      </w:pPr>
      <w:r>
        <w:t>**Coordinación** (falta de líder, órdenes contradictorias).</w:t>
      </w:r>
    </w:p>
    <w:p>
      <w:pPr>
        <w:pStyle w:val="ListNumber"/>
      </w:pPr>
      <w:r>
        <w:t>**Orden** (material no preparado, ruta no planificada).</w:t>
      </w:r>
    </w:p>
    <w:p>
      <w:pPr>
        <w:pStyle w:val="ListNumber"/>
      </w:pPr>
      <w:r>
        <w:t>**Reevaluación** (no re-verificar después de movimientos).</w:t>
      </w:r>
    </w:p>
    <w:p>
      <w:r>
        <w:t>**Aplicación:**</w:t>
      </w:r>
    </w:p>
    <w:p>
      <w:pPr>
        <w:pStyle w:val="ListBullet"/>
      </w:pPr>
      <w:r>
        <w:t>Priorizar coordinación, orden y reevaluación.</w:t>
      </w:r>
    </w:p>
    <w:p>
      <w:pPr>
        <w:pStyle w:val="ListBullet"/>
      </w:pPr>
      <w:r>
        <w:t>Asignar líder, preparar material, planificar ruta.</w:t>
      </w:r>
    </w:p>
    <w:p>
      <w:pPr>
        <w:pStyle w:val="ListBullet"/>
      </w:pPr>
      <w:r>
        <w:t>Re-verificar después de cada movimiento.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"Una maniobra bien preparada vale más que una maniobra rápida"</w:t>
      </w:r>
    </w:p>
    <w:p>
      <w:r>
        <w:t>**Principio:**</w:t>
      </w:r>
    </w:p>
    <w:p>
      <w:pPr>
        <w:pStyle w:val="ListBullet"/>
      </w:pPr>
      <w:r>
        <w:t>Preparación adecuada es más importante que velocidad.</w:t>
      </w:r>
    </w:p>
    <w:p>
      <w:pPr>
        <w:pStyle w:val="ListBullet"/>
      </w:pPr>
      <w:r>
        <w:t>Maniobra bien preparada es más segura y efectiva.</w:t>
      </w:r>
    </w:p>
    <w:p>
      <w:pPr>
        <w:pStyle w:val="ListBullet"/>
      </w:pPr>
      <w:r>
        <w:t>No sacrificar preparación por velocidad.</w:t>
      </w:r>
    </w:p>
    <w:p>
      <w:r>
        <w:t>**Aplicación:**</w:t>
      </w:r>
    </w:p>
    <w:p>
      <w:pPr>
        <w:pStyle w:val="ListBullet"/>
      </w:pPr>
      <w:r>
        <w:t>Preparar material antes de mover.</w:t>
      </w:r>
    </w:p>
    <w:p>
      <w:pPr>
        <w:pStyle w:val="ListBullet"/>
      </w:pPr>
      <w:r>
        <w:t>Planificar ruta antes de mover.</w:t>
      </w:r>
    </w:p>
    <w:p>
      <w:pPr>
        <w:pStyle w:val="ListBullet"/>
      </w:pPr>
      <w:r>
        <w:t>Coordinar roles antes de mover.</w:t>
      </w:r>
    </w:p>
    <w:p>
      <w:pPr>
        <w:pStyle w:val="ListBullet"/>
      </w:pPr>
      <w:r>
        <w:t>Luego: ejecutar de forma controlada.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Si algo no encaja: parar, reordenar, repetir</w:t>
      </w:r>
    </w:p>
    <w:p>
      <w:r>
        <w:t>**Principio:**</w:t>
      </w:r>
    </w:p>
    <w:p>
      <w:pPr>
        <w:pStyle w:val="ListBullet"/>
      </w:pPr>
      <w:r>
        <w:t>Si algo no encaja durante procedimiento: parar.</w:t>
      </w:r>
    </w:p>
    <w:p>
      <w:pPr>
        <w:pStyle w:val="ListBullet"/>
      </w:pPr>
      <w:r>
        <w:t>Reordenar (material, roles, ruta).</w:t>
      </w:r>
    </w:p>
    <w:p>
      <w:pPr>
        <w:pStyle w:val="ListBullet"/>
      </w:pPr>
      <w:r>
        <w:t>Repetir con preparación adecuada.</w:t>
      </w:r>
    </w:p>
    <w:p>
      <w:r>
        <w:t>**Aplicación:**</w:t>
      </w:r>
    </w:p>
    <w:p>
      <w:pPr>
        <w:pStyle w:val="ListNumber"/>
      </w:pPr>
      <w:r>
        <w:t>Si algo no encaja: parar inmediatamente.</w:t>
      </w:r>
    </w:p>
    <w:p>
      <w:pPr>
        <w:pStyle w:val="ListNumber"/>
      </w:pPr>
      <w:r>
        <w:t>Reordenar (material, roles, ruta).</w:t>
      </w:r>
    </w:p>
    <w:p>
      <w:pPr>
        <w:pStyle w:val="ListNumber"/>
      </w:pPr>
      <w:r>
        <w:t>Repetir con preparación adecuada.</w:t>
      </w:r>
    </w:p>
    <w:p>
      <w:pPr>
        <w:pStyle w:val="ListNumber"/>
      </w:pPr>
      <w:r>
        <w:t>No forzar si algo no encaja.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2.9.4 Errores críticos por fases (muy útil)</w:t>
      </w:r>
    </w:p>
    <w:p>
      <w:pPr>
        <w:pStyle w:val="Heading3"/>
      </w:pPr>
      <w:r>
        <w:t>A) Antes de tocar</w:t>
      </w:r>
    </w:p>
    <w:p>
      <w:r>
        <w:t>**Error 1: No asignar roles / no tener líder**</w:t>
      </w:r>
    </w:p>
    <w:p>
      <w:pPr>
        <w:pStyle w:val="ListBullet"/>
      </w:pPr>
      <w:r>
        <w:t>❌ Iniciar maniobra sin asignar roles ni tener líder.</w:t>
      </w:r>
    </w:p>
    <w:p>
      <w:pPr>
        <w:pStyle w:val="ListBullet"/>
      </w:pPr>
      <w:r>
        <w:t>**Consecuencia:** Descoordinación, órdenes contradictorias, errores, lesiones.</w:t>
      </w:r>
    </w:p>
    <w:p>
      <w:pPr>
        <w:pStyle w:val="ListBullet"/>
      </w:pPr>
      <w:r>
        <w:t>**Prevención:** SIEMPRE asignar roles antes de iniciar, SIEMPRE tener un líder que da órdenes.</w:t>
      </w:r>
    </w:p>
    <w:p>
      <w:r>
        <w:t>**Error 2: No preparar material (correas, bomba de vacío, collarín)**</w:t>
      </w:r>
    </w:p>
    <w:p>
      <w:pPr>
        <w:pStyle w:val="ListBullet"/>
      </w:pPr>
      <w:r>
        <w:t>❌ Iniciar maniobra sin preparar material necesario.</w:t>
      </w:r>
    </w:p>
    <w:p>
      <w:pPr>
        <w:pStyle w:val="ListBullet"/>
      </w:pPr>
      <w:r>
        <w:t>**Consecuencia:** Retrasos, improvisación, errores, lesiones.</w:t>
      </w:r>
    </w:p>
    <w:p>
      <w:pPr>
        <w:pStyle w:val="ListBullet"/>
      </w:pPr>
      <w:r>
        <w:t>**Prevención:** SIEMPRE preparar material antes de iniciar, verificar que todo está disponible y funcional.</w:t>
      </w:r>
    </w:p>
    <w:p>
      <w:r>
        <w:t>**Error 3: No planificar ruta de salida**</w:t>
      </w:r>
    </w:p>
    <w:p>
      <w:pPr>
        <w:pStyle w:val="ListBullet"/>
      </w:pPr>
      <w:r>
        <w:t>❌ Iniciar maniobra sin planificar ruta de salida.</w:t>
      </w:r>
    </w:p>
    <w:p>
      <w:pPr>
        <w:pStyle w:val="ListBullet"/>
      </w:pPr>
      <w:r>
        <w:t>**Consecuencia:** Obstáculos, enganches, caídas, lesiones.</w:t>
      </w:r>
    </w:p>
    <w:p>
      <w:pPr>
        <w:pStyle w:val="ListBullet"/>
      </w:pPr>
      <w:r>
        <w:t>**Prevención:** SIEMPRE planificar ruta de salida antes de iniciar, despejar obstáculos, verificar que ruta está limpia.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B) Control manual y collarín</w:t>
      </w:r>
    </w:p>
    <w:p>
      <w:r>
        <w:t>**Error 1: Soltar inmovilización manual antes de estar fijado**</w:t>
      </w:r>
    </w:p>
    <w:p>
      <w:pPr>
        <w:pStyle w:val="ListBullet"/>
      </w:pPr>
      <w:r>
        <w:t>❌ Soltar inmovilización manual antes de que dispositivo esté fijado.</w:t>
      </w:r>
    </w:p>
    <w:p>
      <w:pPr>
        <w:pStyle w:val="ListBullet"/>
      </w:pPr>
      <w:r>
        <w:t>**Consecuencia:** Pérdida de control, movimientos no controlados, lesiones.</w:t>
      </w:r>
    </w:p>
    <w:p>
      <w:pPr>
        <w:pStyle w:val="ListBullet"/>
      </w:pPr>
      <w:r>
        <w:t>**Prevención:** SIEMPRE mantener inmovilización manual hasta que dispositivo esté fijado, verificar que fijación es adecuada antes de soltar.</w:t>
      </w:r>
    </w:p>
    <w:p>
      <w:r>
        <w:t>**Error 2: Collarín mal tallado o mal centrado**</w:t>
      </w:r>
    </w:p>
    <w:p>
      <w:pPr>
        <w:pStyle w:val="ListBullet"/>
      </w:pPr>
      <w:r>
        <w:t>❌ Colocar collarín de talla incorrecta o mal centrado.</w:t>
      </w:r>
    </w:p>
    <w:p>
      <w:pPr>
        <w:pStyle w:val="ListBullet"/>
      </w:pPr>
      <w:r>
        <w:t>**Consecuencia:** Inmovilización inefectiva, lesiones secundarias, incomodidad.</w:t>
      </w:r>
    </w:p>
    <w:p>
      <w:pPr>
        <w:pStyle w:val="ListBullet"/>
      </w:pPr>
      <w:r>
        <w:t>**Prevención:** SIEMPRE medir talla correcta antes de colocar, SIEMPRE centrar collarín correctamente, verificar que posición es adecuada.</w:t>
      </w:r>
    </w:p>
    <w:p>
      <w:r>
        <w:t>**Error 3: Error de prioridad: "colocar dispositivo" sin control real del paciente**</w:t>
      </w:r>
    </w:p>
    <w:p>
      <w:pPr>
        <w:pStyle w:val="ListBullet"/>
      </w:pPr>
      <w:r>
        <w:t>❌ Priorizar "colocar dispositivo" sin mantener control real del paciente.</w:t>
      </w:r>
    </w:p>
    <w:p>
      <w:pPr>
        <w:pStyle w:val="ListBullet"/>
      </w:pPr>
      <w:r>
        <w:t>**Consecuencia:** Pérdida de control, movimientos no controlados, lesiones.</w:t>
      </w:r>
    </w:p>
    <w:p>
      <w:pPr>
        <w:pStyle w:val="ListBullet"/>
      </w:pPr>
      <w:r>
        <w:t>**Prevención:** SIEMPRE mantener control real del paciente, priorizar control sobre colocación de dispositivo.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C) Movimientos en bloque / extricación</w:t>
      </w:r>
    </w:p>
    <w:p>
      <w:r>
        <w:t>**Error 1: Órdenes contradictorias**</w:t>
      </w:r>
    </w:p>
    <w:p>
      <w:pPr>
        <w:pStyle w:val="ListBullet"/>
      </w:pPr>
      <w:r>
        <w:t>❌ Dar órdenes contradictorias entre intervinientes.</w:t>
      </w:r>
    </w:p>
    <w:p>
      <w:pPr>
        <w:pStyle w:val="ListBullet"/>
      </w:pPr>
      <w:r>
        <w:t>**Consecuencia:** Descoordinación, confusión, errores, lesiones.</w:t>
      </w:r>
    </w:p>
    <w:p>
      <w:pPr>
        <w:pStyle w:val="ListBullet"/>
      </w:pPr>
      <w:r>
        <w:t>**Prevención:** SIEMPRE tener un solo líder que da órdenes, SIEMPRE coordinar entre intervinientes antes de dar órdenes.</w:t>
      </w:r>
    </w:p>
    <w:p>
      <w:r>
        <w:t>**Error 2: Giro sin sincronía**</w:t>
      </w:r>
    </w:p>
    <w:p>
      <w:pPr>
        <w:pStyle w:val="ListBullet"/>
      </w:pPr>
      <w:r>
        <w:t>❌ Realizar giro en bloque sin sincronía entre intervinientes.</w:t>
      </w:r>
    </w:p>
    <w:p>
      <w:pPr>
        <w:pStyle w:val="ListBullet"/>
      </w:pPr>
      <w:r>
        <w:t>**Consecuencia:** Torsión, pérdida de alineación, lesiones.</w:t>
      </w:r>
    </w:p>
    <w:p>
      <w:pPr>
        <w:pStyle w:val="ListBullet"/>
      </w:pPr>
      <w:r>
        <w:t>**Prevención:** SIEMPRE sincronizar giro con conteo coordinado, SIEMPRE mantener alineación durante giro.</w:t>
      </w:r>
    </w:p>
    <w:p>
      <w:r>
        <w:t>**Error 3: Tracción de extremidades como "asa"**</w:t>
      </w:r>
    </w:p>
    <w:p>
      <w:pPr>
        <w:pStyle w:val="ListBullet"/>
      </w:pPr>
      <w:r>
        <w:t>❌ Traccionar de extremidades como "asa" para mover paciente.</w:t>
      </w:r>
    </w:p>
    <w:p>
      <w:pPr>
        <w:pStyle w:val="ListBullet"/>
      </w:pPr>
      <w:r>
        <w:t>**Consecuencia:** Lesiones en extremidades, pérdida de control, torsión.</w:t>
      </w:r>
    </w:p>
    <w:p>
      <w:pPr>
        <w:pStyle w:val="ListBullet"/>
      </w:pPr>
      <w:r>
        <w:t>**Prevención:** SIEMPRE controlar tronco y pelvis, NUNCA traccionar de extremidades como "asa".</w:t>
      </w:r>
    </w:p>
    <w:p>
      <w:r>
        <w:t>**Error 4: No proteger cabeza/cuello en cambios de plano**</w:t>
      </w:r>
    </w:p>
    <w:p>
      <w:pPr>
        <w:pStyle w:val="ListBullet"/>
      </w:pPr>
      <w:r>
        <w:t>❌ No proteger cabeza/cuello durante cambios de plano (horizontal a vertical, etc.).</w:t>
      </w:r>
    </w:p>
    <w:p>
      <w:pPr>
        <w:pStyle w:val="ListBullet"/>
      </w:pPr>
      <w:r>
        <w:t>**Consecuencia:** Movimientos cervicales no controlados, lesiones.</w:t>
      </w:r>
    </w:p>
    <w:p>
      <w:pPr>
        <w:pStyle w:val="ListBullet"/>
      </w:pPr>
      <w:r>
        <w:t>**Prevención:** SIEMPRE mantener control cervical durante cambios de plano, SIEMPRE proteger cabeza/cuello.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D) Cuchara / tablero / colchón</w:t>
      </w:r>
    </w:p>
    <w:p>
      <w:r>
        <w:t>**Error 1: Cuchara mal ensamblada o sin comprobar cierres**</w:t>
      </w:r>
    </w:p>
    <w:p>
      <w:pPr>
        <w:pStyle w:val="ListBullet"/>
      </w:pPr>
      <w:r>
        <w:t>❌ Usar cuchara sin comprobar que está bien ensamblada o sin verificar cierres.</w:t>
      </w:r>
    </w:p>
    <w:p>
      <w:pPr>
        <w:pStyle w:val="ListBullet"/>
      </w:pPr>
      <w:r>
        <w:t>**Consecuencia:** Apertura durante uso, caída del paciente, lesiones.</w:t>
      </w:r>
    </w:p>
    <w:p>
      <w:pPr>
        <w:pStyle w:val="ListBullet"/>
      </w:pPr>
      <w:r>
        <w:t>**Prevención:** SIEMPRE comprobar que cuchara está bien ensamblada, SIEMPRE verificar cierres antes de usar.</w:t>
      </w:r>
    </w:p>
    <w:p>
      <w:r>
        <w:t>**Error 2: Tablero como "definitivo" cuando debería ser transición**</w:t>
      </w:r>
    </w:p>
    <w:p>
      <w:pPr>
        <w:pStyle w:val="ListBullet"/>
      </w:pPr>
      <w:r>
        <w:t>❌ Usar tablero como inmovilización definitiva cuando debería ser transición a colchón de vacío.</w:t>
      </w:r>
    </w:p>
    <w:p>
      <w:pPr>
        <w:pStyle w:val="ListBullet"/>
      </w:pPr>
      <w:r>
        <w:t>**Consecuencia:** Dolor prolongado, úlceras por presión, dificultad respiratoria.</w:t>
      </w:r>
    </w:p>
    <w:p>
      <w:pPr>
        <w:pStyle w:val="ListBullet"/>
      </w:pPr>
      <w:r>
        <w:t>**Prevención:** SIEMPRE considerar tablero como transición, SIEMPRE valorar cambio a colchón de vacío para transporte prolongado.</w:t>
      </w:r>
    </w:p>
    <w:p>
      <w:r>
        <w:t>**Error 3: Colchón mal moldeado, sin soporte en huecos, o vacío insuficiente**</w:t>
      </w:r>
    </w:p>
    <w:p>
      <w:pPr>
        <w:pStyle w:val="ListBullet"/>
      </w:pPr>
      <w:r>
        <w:t>❌ Colocar colchón sin moldear correctamente, sin soporte en huecos, o sin extraer suficiente aire.</w:t>
      </w:r>
    </w:p>
    <w:p>
      <w:pPr>
        <w:pStyle w:val="ListBullet"/>
      </w:pPr>
      <w:r>
        <w:t>**Consecuencia:** Inmovilización inefectiva, pérdida de alineación, incomodidad.</w:t>
      </w:r>
    </w:p>
    <w:p>
      <w:pPr>
        <w:pStyle w:val="ListBullet"/>
      </w:pPr>
      <w:r>
        <w:t>**Prevención:** SIEMPRE moldear colchón correctamente, SIEMPRE soportar huecos, SIEMPRE extraer suficiente aire para rigidez adecuada.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E) Férulas y tracción</w:t>
      </w:r>
    </w:p>
    <w:p>
      <w:r>
        <w:t>**Error 1: Férula que comprime sin control distal**</w:t>
      </w:r>
    </w:p>
    <w:p>
      <w:pPr>
        <w:pStyle w:val="ListBullet"/>
      </w:pPr>
      <w:r>
        <w:t>❌ Aplicar férula que comprime sin verificar circulación distal.</w:t>
      </w:r>
    </w:p>
    <w:p>
      <w:pPr>
        <w:pStyle w:val="ListBullet"/>
      </w:pPr>
      <w:r>
        <w:t>**Consecuencia:** Compromiso circulatorio, isquemia, lesión secundaria.</w:t>
      </w:r>
    </w:p>
    <w:p>
      <w:pPr>
        <w:pStyle w:val="ListBullet"/>
      </w:pPr>
      <w:r>
        <w:t>**Prevención:** SIEMPRE verificar circulación distal antes y después de aplicar férula, SIEMPRE ajustar si hay compromiso.</w:t>
      </w:r>
    </w:p>
    <w:p>
      <w:r>
        <w:t>**Error 2: Tracción sin revisar alineación/soporte**</w:t>
      </w:r>
    </w:p>
    <w:p>
      <w:pPr>
        <w:pStyle w:val="ListBullet"/>
      </w:pPr>
      <w:r>
        <w:t>❌ Aplicar tracción sin revisar alineación y soporte.</w:t>
      </w:r>
    </w:p>
    <w:p>
      <w:pPr>
        <w:pStyle w:val="ListBullet"/>
      </w:pPr>
      <w:r>
        <w:t>**Consecuencia:** Mala alineación, lesiones secundarias, inefectividad.</w:t>
      </w:r>
    </w:p>
    <w:p>
      <w:pPr>
        <w:pStyle w:val="ListBullet"/>
      </w:pPr>
      <w:r>
        <w:t>**Prevención:** SIEMPRE revisar alineación y soporte antes de aplicar tracción, SIEMPRE verificar que alineación es adecuada.</w:t>
      </w:r>
    </w:p>
    <w:p>
      <w:r>
        <w:t>**Error 3: No reevaluar tras fijar y tras mover**</w:t>
      </w:r>
    </w:p>
    <w:p>
      <w:pPr>
        <w:pStyle w:val="ListBullet"/>
      </w:pPr>
      <w:r>
        <w:t>❌ No reevaluar férulas/tracción después de fijar y después de mover.</w:t>
      </w:r>
    </w:p>
    <w:p>
      <w:pPr>
        <w:pStyle w:val="ListBullet"/>
      </w:pPr>
      <w:r>
        <w:t>**Consecuencia:** Desplazamientos no detectados, compromiso circulatorio no detectado, lesiones.</w:t>
      </w:r>
    </w:p>
    <w:p>
      <w:pPr>
        <w:pStyle w:val="ListBullet"/>
      </w:pPr>
      <w:r>
        <w:t>**Prevención:** SIEMPRE reevaluar después de fijar, SIEMPRE reevaluar después de mover, SIEMPRE 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F) Cinturón pélvico</w:t>
      </w:r>
    </w:p>
    <w:p>
      <w:r>
        <w:t>**Error 1: Colocación alta (abdomen), tensión mal aplicada, aflojar sin motivo**</w:t>
      </w:r>
    </w:p>
    <w:p>
      <w:pPr>
        <w:pStyle w:val="ListBullet"/>
      </w:pPr>
      <w:r>
        <w:t>❌ Colocar cinturón pélvico demasiado alto (sobre abdomen), aplicar tensión mal, o aflojar sin motivo operativo.</w:t>
      </w:r>
    </w:p>
    <w:p>
      <w:pPr>
        <w:pStyle w:val="ListBullet"/>
      </w:pPr>
      <w:r>
        <w:t>**Consecuencia:** Cinturón inefectivo, no estabiliza pelvis, riesgo de empeoramiento.</w:t>
      </w:r>
    </w:p>
    <w:p>
      <w:pPr>
        <w:pStyle w:val="ListBullet"/>
      </w:pPr>
      <w:r>
        <w:t>**Prevención:** SIEMPRE colocar a nivel de trocánteres mayores, SIEMPRE aplicar tensión correctamente, NUNCA aflojar sin motivo operativo.</w:t>
      </w:r>
    </w:p>
    <w:p>
      <w:r>
        <w:t>**Enlace:**</w:t>
      </w:r>
    </w:p>
    <w:p>
      <w:pPr>
        <w:pStyle w:val="ListBullet"/>
      </w:pPr>
      <w:r>
        <w:t>Ver 2.11 – Cinturón Pélvico (Pelvic Binder): Colocación, Ajuste y Errores Críticos para errores detallados del cinturón pélvico.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G) Transferencias y evacuación</w:t>
      </w:r>
    </w:p>
    <w:p>
      <w:r>
        <w:t>**Error 1: No coordinar 2.8: pasos y comandos**</w:t>
      </w:r>
    </w:p>
    <w:p>
      <w:pPr>
        <w:pStyle w:val="ListBullet"/>
      </w:pPr>
      <w:r>
        <w:t>❌ Realizar transferencias sin coordinar pasos y comandos según 2.8.</w:t>
      </w:r>
    </w:p>
    <w:p>
      <w:pPr>
        <w:pStyle w:val="ListBullet"/>
      </w:pPr>
      <w:r>
        <w:t>**Consecuencia:** Descoordinación, errores, lesiones.</w:t>
      </w:r>
    </w:p>
    <w:p>
      <w:pPr>
        <w:pStyle w:val="ListBullet"/>
      </w:pPr>
      <w:r>
        <w:t>**Prevención:** SIEMPRE coordinar pasos y comandos según técnicas de 2.8, SIEMPRE tener líder que da órdenes.</w:t>
      </w:r>
    </w:p>
    <w:p>
      <w:r>
        <w:t>**Error 2: Correas que pellizcan, puntos de presión, vendajes que se desplazan**</w:t>
      </w:r>
    </w:p>
    <w:p>
      <w:pPr>
        <w:pStyle w:val="ListBullet"/>
      </w:pPr>
      <w:r>
        <w:t>❌ Ajustar correas que pellizcan, crear puntos de presión, o dejar vendajes que se desplazan.</w:t>
      </w:r>
    </w:p>
    <w:p>
      <w:pPr>
        <w:pStyle w:val="ListBullet"/>
      </w:pPr>
      <w:r>
        <w:t>**Consecuencia:** Dolor, lesiones por presión, pérdida de efectividad de vendajes.</w:t>
      </w:r>
    </w:p>
    <w:p>
      <w:pPr>
        <w:pStyle w:val="ListBullet"/>
      </w:pPr>
      <w:r>
        <w:t>**Prevención:** SIEMPRE acolchar bajo correas, SIEMPRE evitar puntos de presión, SIEMPRE fijar vendajes correctamente.</w:t>
      </w:r>
    </w:p>
    <w:p>
      <w:r>
        <w:t>**Error 3: Ruta insegura, giros bruscos, "tirones" en escalera/ascensor**</w:t>
      </w:r>
    </w:p>
    <w:p>
      <w:pPr>
        <w:pStyle w:val="ListBullet"/>
      </w:pPr>
      <w:r>
        <w:t>❌ Usar ruta insegura, realizar giros bruscos, o hacer "tirones" en escalera/ascensor.</w:t>
      </w:r>
    </w:p>
    <w:p>
      <w:pPr>
        <w:pStyle w:val="ListBullet"/>
      </w:pPr>
      <w:r>
        <w:t>**Consecuencia:** Caídas, lesiones, incomodidad del paciente.</w:t>
      </w:r>
    </w:p>
    <w:p>
      <w:pPr>
        <w:pStyle w:val="ListBullet"/>
      </w:pPr>
      <w:r>
        <w:t>**Prevención:** SIEMPRE planificar ruta segura, SIEMPRE realizar movimientos controlados, SIEMPRE evitar "tirones".</w:t>
      </w:r>
    </w:p>
    <w:p>
      <w:r>
        <w:t>**Enlace:**</w:t>
      </w:r>
    </w:p>
    <w:p>
      <w:pPr>
        <w:pStyle w:val="ListBullet"/>
      </w:pPr>
      <w:r>
        <w:t>Ver 2.8 – Transferencias y Movilización del Paciente para técnicas detalladas de transferencias.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2.9.5 Errores sistémicos (los que se repiten siempre)</w:t>
      </w:r>
    </w:p>
    <w:p>
      <w:pPr>
        <w:pStyle w:val="Heading3"/>
      </w:pPr>
      <w:r>
        <w:t>Prisa sin planificación</w:t>
      </w:r>
    </w:p>
    <w:p>
      <w:r>
        <w:t>**Error:**</w:t>
      </w:r>
    </w:p>
    <w:p>
      <w:pPr>
        <w:pStyle w:val="ListBullet"/>
      </w:pPr>
      <w:r>
        <w:t>Iniciar maniobra con prisa sin planificación adecuada.</w:t>
      </w:r>
    </w:p>
    <w:p>
      <w:pPr>
        <w:pStyle w:val="ListBullet"/>
      </w:pPr>
      <w:r>
        <w:t>**Consecuencia:** Errores, descoordinación, lesiones.</w:t>
      </w:r>
    </w:p>
    <w:p>
      <w:pPr>
        <w:pStyle w:val="ListBullet"/>
      </w:pPr>
      <w:r>
        <w:t>**Prevención:** SIEMPRE planificar antes de ejecutar, no sacrificar planificación por prisa.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Material disperso</w:t>
      </w:r>
    </w:p>
    <w:p>
      <w:r>
        <w:t>**Error:**</w:t>
      </w:r>
    </w:p>
    <w:p>
      <w:pPr>
        <w:pStyle w:val="ListBullet"/>
      </w:pPr>
      <w:r>
        <w:t>Dejar material disperso sin organizar.</w:t>
      </w:r>
    </w:p>
    <w:p>
      <w:pPr>
        <w:pStyle w:val="ListBullet"/>
      </w:pPr>
      <w:r>
        <w:t>**Consecuencia:** Dificultad para acceder, enganches, caídas.</w:t>
      </w:r>
    </w:p>
    <w:p>
      <w:pPr>
        <w:pStyle w:val="ListBullet"/>
      </w:pPr>
      <w:r>
        <w:t>**Prevención:** SIEMPRE organizar material "en su sitio", SIEMPRE mantener material organizado.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Falta de comunicación con el paciente</w:t>
      </w:r>
    </w:p>
    <w:p>
      <w:r>
        <w:t>**Error:**</w:t>
      </w:r>
    </w:p>
    <w:p>
      <w:pPr>
        <w:pStyle w:val="ListBullet"/>
      </w:pPr>
      <w:r>
        <w:t>No comunicar con el paciente durante procedimientos.</w:t>
      </w:r>
    </w:p>
    <w:p>
      <w:pPr>
        <w:pStyle w:val="ListBullet"/>
      </w:pPr>
      <w:r>
        <w:t>**Consecuencia:** Ansiedad, falta de cooperación, mayor riesgo de lesión.</w:t>
      </w:r>
    </w:p>
    <w:p>
      <w:pPr>
        <w:pStyle w:val="ListBullet"/>
      </w:pPr>
      <w:r>
        <w:t>**Prevención:** SIEMPRE explicar brevemente qué se va a hacer, SIEMPRE anticipar sensaciones.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No reevaluación tras cada transferencia</w:t>
      </w:r>
    </w:p>
    <w:p>
      <w:r>
        <w:t>**Error:**</w:t>
      </w:r>
    </w:p>
    <w:p>
      <w:pPr>
        <w:pStyle w:val="ListBullet"/>
      </w:pPr>
      <w:r>
        <w:t>No reevaluar dispositivos y fijaciones después de cada transferencia.</w:t>
      </w:r>
    </w:p>
    <w:p>
      <w:pPr>
        <w:pStyle w:val="ListBullet"/>
      </w:pPr>
      <w:r>
        <w:t>**Consecuencia:** Desplazamientos no detectados, compromisos no detectados, lesiones.</w:t>
      </w:r>
    </w:p>
    <w:p>
      <w:pPr>
        <w:pStyle w:val="ListBullet"/>
      </w:pPr>
      <w:r>
        <w:t>**Prevención:** SIEMPRE reevaluar después de cada transferencia, SIEMPRE verificar que todo sigue correcto.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No documentar incidencias de material/método</w:t>
      </w:r>
    </w:p>
    <w:p>
      <w:r>
        <w:t>**Error:**</w:t>
      </w:r>
    </w:p>
    <w:p>
      <w:pPr>
        <w:pStyle w:val="ListBullet"/>
      </w:pPr>
      <w:r>
        <w:t>No documentar incidencias de material o método durante intervención.</w:t>
      </w:r>
    </w:p>
    <w:p>
      <w:pPr>
        <w:pStyle w:val="ListBullet"/>
      </w:pPr>
      <w:r>
        <w:t>**Consecuencia:** Repetición de errores, falta de mejora, problemas no resueltos.</w:t>
      </w:r>
    </w:p>
    <w:p>
      <w:pPr>
        <w:pStyle w:val="ListBullet"/>
      </w:pPr>
      <w:r>
        <w:t>**Prevención:** SIEMPRE documentar incidencias, SIEMPRE comunicar problemas de material o método.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2.9.6 Señales de alarma operativas (cuándo parar y corregir)</w:t>
      </w:r>
    </w:p>
    <w:p>
      <w:pPr>
        <w:pStyle w:val="Heading3"/>
      </w:pPr>
      <w:r>
        <w:t>Dolor súbito intenso tras maniobra</w:t>
      </w:r>
    </w:p>
    <w:p>
      <w:r>
        <w:t>**Señal de alarma:**</w:t>
      </w:r>
    </w:p>
    <w:p>
      <w:pPr>
        <w:pStyle w:val="ListBullet"/>
      </w:pPr>
      <w:r>
        <w:t>Paciente refiere dolor súbito intenso después de una maniobra.</w:t>
      </w:r>
    </w:p>
    <w:p>
      <w:pPr>
        <w:pStyle w:val="ListBullet"/>
      </w:pPr>
      <w:r>
        <w:t>**Acción:** Parar inmediatamente, re-evaluar, no continuar maniobra si dolor persiste.</w:t>
      </w:r>
    </w:p>
    <w:p>
      <w:pPr>
        <w:pStyle w:val="ListBullet"/>
      </w:pPr>
      <w:r>
        <w:t>**Corrección:** Re-evaluar posición, alineación, dispositivos, 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Pérdida de alineación evidente</w:t>
      </w:r>
    </w:p>
    <w:p>
      <w:r>
        <w:t>**Señal de alarma:**</w:t>
      </w:r>
    </w:p>
    <w:p>
      <w:pPr>
        <w:pStyle w:val="ListBullet"/>
      </w:pPr>
      <w:r>
        <w:t>Pérdida de alineación evidente (cabeza-cuello-tronco no alineados, extremidad desalineada).</w:t>
      </w:r>
    </w:p>
    <w:p>
      <w:pPr>
        <w:pStyle w:val="ListBullet"/>
      </w:pPr>
      <w:r>
        <w:t>**Acción:** Parar inmediatamente, re-evaluar, corregir alineación.</w:t>
      </w:r>
    </w:p>
    <w:p>
      <w:pPr>
        <w:pStyle w:val="ListBullet"/>
      </w:pPr>
      <w:r>
        <w:t>**Corrección:** Re-alinear, verificar que alineación es correcta, continuar con precaución.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Extremidad fría/pálida o pérdida de sensibilidad tras fijación</w:t>
      </w:r>
    </w:p>
    <w:p>
      <w:r>
        <w:t>**Señal de alarma:**</w:t>
      </w:r>
    </w:p>
    <w:p>
      <w:pPr>
        <w:pStyle w:val="ListBullet"/>
      </w:pPr>
      <w:r>
        <w:t>Extremidad fría/pálida o pérdida de sensibilidad después de aplicar férula/tracción/correas.</w:t>
      </w:r>
    </w:p>
    <w:p>
      <w:pPr>
        <w:pStyle w:val="ListBullet"/>
      </w:pPr>
      <w:r>
        <w:t>**Acción:** Parar inmediatamente, reducir compresión/tensión, verificar circulación distal.</w:t>
      </w:r>
    </w:p>
    <w:p>
      <w:pPr>
        <w:pStyle w:val="ListBullet"/>
      </w:pPr>
      <w:r>
        <w:t>**Corrección:** Ajustar férula/tracción/correas, verificar que circulación se restaura, re-verificar después de ajuste.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Dispositivo se desplaza o queda "flojo" con el movimiento</w:t>
      </w:r>
    </w:p>
    <w:p>
      <w:r>
        <w:t>**Señal de alarma:**</w:t>
      </w:r>
    </w:p>
    <w:p>
      <w:pPr>
        <w:pStyle w:val="ListBullet"/>
      </w:pPr>
      <w:r>
        <w:t>Dispositivo (collarín, cinturón pélvico, férula, etc.) se desplaza o queda "flojo" durante movimiento.</w:t>
      </w:r>
    </w:p>
    <w:p>
      <w:pPr>
        <w:pStyle w:val="ListBullet"/>
      </w:pPr>
      <w:r>
        <w:t>**Acción:** Parar inmediatamente, re-fijar dispositivo, verificar que fijación es adecuada.</w:t>
      </w:r>
    </w:p>
    <w:p>
      <w:pPr>
        <w:pStyle w:val="ListBullet"/>
      </w:pPr>
      <w:r>
        <w:t>**Corrección:** Re-fijar correctamente, verificar que no se desplaza, continuar con precaución.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Equipo descoordinado o sin líder</w:t>
      </w:r>
    </w:p>
    <w:p>
      <w:r>
        <w:t>**Señal de alarma:**</w:t>
      </w:r>
    </w:p>
    <w:p>
      <w:pPr>
        <w:pStyle w:val="ListBullet"/>
      </w:pPr>
      <w:r>
        <w:t>Equipo descoordinado o sin líder claro durante maniobra.</w:t>
      </w:r>
    </w:p>
    <w:p>
      <w:pPr>
        <w:pStyle w:val="ListBullet"/>
      </w:pPr>
      <w:r>
        <w:t>**Acción:** Parar inmediatamente, asignar líder, coordinar roles, re-planificar.</w:t>
      </w:r>
    </w:p>
    <w:p>
      <w:pPr>
        <w:pStyle w:val="ListBullet"/>
      </w:pPr>
      <w:r>
        <w:t>**Corrección:** Asignar líder, coordinar roles, re-planificar maniobra, continuar con coordinación adecuada.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2.9.7 Correcciones rápidas (procedimientos "reset")</w:t>
      </w:r>
    </w:p>
    <w:p>
      <w:pPr>
        <w:pStyle w:val="Heading3"/>
      </w:pPr>
      <w:r>
        <w:t>Reset de roles y mando</w:t>
      </w:r>
    </w:p>
    <w:p>
      <w:r>
        <w:t>**Procedimiento:**</w:t>
      </w:r>
    </w:p>
    <w:p>
      <w:pPr>
        <w:pStyle w:val="ListBullet"/>
      </w:pPr>
      <w:r>
        <w:t>Parar maniobra.</w:t>
      </w:r>
    </w:p>
    <w:p>
      <w:pPr>
        <w:pStyle w:val="ListBullet"/>
      </w:pPr>
      <w:r>
        <w:t>Asignar líder claro.</w:t>
      </w:r>
    </w:p>
    <w:p>
      <w:pPr>
        <w:pStyle w:val="ListBullet"/>
      </w:pPr>
      <w:r>
        <w:t>Asignar roles a cada interviniente.</w:t>
      </w:r>
    </w:p>
    <w:p>
      <w:pPr>
        <w:pStyle w:val="ListBullet"/>
      </w:pPr>
      <w:r>
        <w:t>Coordinar comunicación (un líder, una voz).</w:t>
      </w:r>
    </w:p>
    <w:p>
      <w:pPr>
        <w:pStyle w:val="ListBullet"/>
      </w:pPr>
      <w:r>
        <w:t>Re-planificar maniobra.</w:t>
      </w:r>
    </w:p>
    <w:p>
      <w:pPr>
        <w:pStyle w:val="ListBullet"/>
      </w:pPr>
      <w:r>
        <w:t>Continuar con coordinación adecuada.</w:t>
      </w:r>
    </w:p>
    <w:p>
      <w:r>
        <w:t>**Técnica:**</w:t>
      </w:r>
    </w:p>
    <w:p>
      <w:pPr>
        <w:pStyle w:val="ListNumber"/>
      </w:pPr>
      <w:r>
        <w:t>Parar inmediatamente.</w:t>
      </w:r>
    </w:p>
    <w:p>
      <w:pPr>
        <w:pStyle w:val="ListNumber"/>
      </w:pPr>
      <w:r>
        <w:t>Asignar líder.</w:t>
      </w:r>
    </w:p>
    <w:p>
      <w:pPr>
        <w:pStyle w:val="ListNumber"/>
      </w:pPr>
      <w:r>
        <w:t>Asignar roles.</w:t>
      </w:r>
    </w:p>
    <w:p>
      <w:pPr>
        <w:pStyle w:val="ListNumber"/>
      </w:pPr>
      <w:r>
        <w:t>Coordinar comunicación.</w:t>
      </w:r>
    </w:p>
    <w:p>
      <w:pPr>
        <w:pStyle w:val="ListNumber"/>
      </w:pPr>
      <w:r>
        <w:t>Re-planificar.</w:t>
      </w:r>
    </w:p>
    <w:p>
      <w:pPr>
        <w:pStyle w:val="ListNumber"/>
      </w:pPr>
      <w:r>
        <w:t>Continuar.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Reset de fijación (correas, centrado, acolchado)</w:t>
      </w:r>
    </w:p>
    <w:p>
      <w:r>
        <w:t>**Procedimiento:**</w:t>
      </w:r>
    </w:p>
    <w:p>
      <w:pPr>
        <w:pStyle w:val="ListBullet"/>
      </w:pPr>
      <w:r>
        <w:t>Parar maniobra.</w:t>
      </w:r>
    </w:p>
    <w:p>
      <w:pPr>
        <w:pStyle w:val="ListBullet"/>
      </w:pPr>
      <w:r>
        <w:t>Re-verificar fijaciones (correas, centrado, acolchado).</w:t>
      </w:r>
    </w:p>
    <w:p>
      <w:pPr>
        <w:pStyle w:val="ListBullet"/>
      </w:pPr>
      <w:r>
        <w:t>Ajustar correas si es necesario.</w:t>
      </w:r>
    </w:p>
    <w:p>
      <w:pPr>
        <w:pStyle w:val="ListBullet"/>
      </w:pPr>
      <w:r>
        <w:t>Re-centrar dispositivos si es necesario.</w:t>
      </w:r>
    </w:p>
    <w:p>
      <w:pPr>
        <w:pStyle w:val="ListBullet"/>
      </w:pPr>
      <w:r>
        <w:t>Acolchar puntos de presión si es necesario.</w:t>
      </w:r>
    </w:p>
    <w:p>
      <w:pPr>
        <w:pStyle w:val="ListBullet"/>
      </w:pPr>
      <w:r>
        <w:t>Re-verificar que fijación es adecuada.</w:t>
      </w:r>
    </w:p>
    <w:p>
      <w:pPr>
        <w:pStyle w:val="ListBullet"/>
      </w:pPr>
      <w:r>
        <w:t>Continuar con fijación correcta.</w:t>
      </w:r>
    </w:p>
    <w:p>
      <w:r>
        <w:t>**Técnica:**</w:t>
      </w:r>
    </w:p>
    <w:p>
      <w:pPr>
        <w:pStyle w:val="ListNumber"/>
      </w:pPr>
      <w:r>
        <w:t>Parar inmediatamente.</w:t>
      </w:r>
    </w:p>
    <w:p>
      <w:pPr>
        <w:pStyle w:val="ListNumber"/>
      </w:pPr>
      <w:r>
        <w:t>Re-verificar fijaciones.</w:t>
      </w:r>
    </w:p>
    <w:p>
      <w:pPr>
        <w:pStyle w:val="ListNumber"/>
      </w:pPr>
      <w:r>
        <w:t>Ajustar si es necesario.</w:t>
      </w:r>
    </w:p>
    <w:p>
      <w:pPr>
        <w:pStyle w:val="ListNumber"/>
      </w:pPr>
      <w:r>
        <w:t>Re-verificar que fijación es adecuada.</w:t>
      </w:r>
    </w:p>
    <w:p>
      <w:pPr>
        <w:pStyle w:val="ListNumber"/>
      </w:pPr>
      <w:r>
        <w:t>Continuar.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Reset de ruta (ruta limpia, iluminación, zona limpia para material)</w:t>
      </w:r>
    </w:p>
    <w:p>
      <w:r>
        <w:t>**Procedimiento:**</w:t>
      </w:r>
    </w:p>
    <w:p>
      <w:pPr>
        <w:pStyle w:val="ListBullet"/>
      </w:pPr>
      <w:r>
        <w:t>Parar maniobra.</w:t>
      </w:r>
    </w:p>
    <w:p>
      <w:pPr>
        <w:pStyle w:val="ListBullet"/>
      </w:pPr>
      <w:r>
        <w:t>Re-planificar ruta (despejar obstáculos, verificar que ruta está limpia).</w:t>
      </w:r>
    </w:p>
    <w:p>
      <w:pPr>
        <w:pStyle w:val="ListBullet"/>
      </w:pPr>
      <w:r>
        <w:t>Mejorar iluminación si es necesario.</w:t>
      </w:r>
    </w:p>
    <w:p>
      <w:pPr>
        <w:pStyle w:val="ListBullet"/>
      </w:pPr>
      <w:r>
        <w:t>Organizar zona limpia para material si es necesario.</w:t>
      </w:r>
    </w:p>
    <w:p>
      <w:pPr>
        <w:pStyle w:val="ListBullet"/>
      </w:pPr>
      <w:r>
        <w:t>Re-verificar que ruta es segura.</w:t>
      </w:r>
    </w:p>
    <w:p>
      <w:pPr>
        <w:pStyle w:val="ListBullet"/>
      </w:pPr>
      <w:r>
        <w:t>Continuar con ruta segura.</w:t>
      </w:r>
    </w:p>
    <w:p>
      <w:r>
        <w:t>**Técnica:**</w:t>
      </w:r>
    </w:p>
    <w:p>
      <w:pPr>
        <w:pStyle w:val="ListNumber"/>
      </w:pPr>
      <w:r>
        <w:t>Parar inmediatamente.</w:t>
      </w:r>
    </w:p>
    <w:p>
      <w:pPr>
        <w:pStyle w:val="ListNumber"/>
      </w:pPr>
      <w:r>
        <w:t>Re-planificar ruta.</w:t>
      </w:r>
    </w:p>
    <w:p>
      <w:pPr>
        <w:pStyle w:val="ListNumber"/>
      </w:pPr>
      <w:r>
        <w:t>Despejar obstáculos.</w:t>
      </w:r>
    </w:p>
    <w:p>
      <w:pPr>
        <w:pStyle w:val="ListNumber"/>
      </w:pPr>
      <w:r>
        <w:t>Mejorar iluminación si es necesario.</w:t>
      </w:r>
    </w:p>
    <w:p>
      <w:pPr>
        <w:pStyle w:val="ListNumber"/>
      </w:pPr>
      <w:r>
        <w:t>Organizar material.</w:t>
      </w:r>
    </w:p>
    <w:p>
      <w:pPr>
        <w:pStyle w:val="ListNumber"/>
      </w:pPr>
      <w:r>
        <w:t>Re-verificar que ruta es segura.</w:t>
      </w:r>
    </w:p>
    <w:p>
      <w:pPr>
        <w:pStyle w:val="ListNumber"/>
      </w:pPr>
      <w:r>
        <w:t>Continuar.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2.9.8 Checklist mental TES previo a mover (no chuleta, narrado)</w:t>
      </w:r>
    </w:p>
    <w:p>
      <w:pPr>
        <w:pStyle w:val="Heading3"/>
      </w:pPr>
      <w:r>
        <w:t>Material listo → roles → comando → movimiento → reevaluación</w:t>
      </w:r>
    </w:p>
    <w:p>
      <w:r>
        <w:t>**Procedimiento narrado:**</w:t>
      </w:r>
    </w:p>
    <w:p>
      <w:r>
        <w:t>**1. Material listo:**</w:t>
      </w:r>
    </w:p>
    <w:p>
      <w:pPr>
        <w:pStyle w:val="ListBullet"/>
      </w:pPr>
      <w:r>
        <w:t>Verificar que todo el material necesario está disponible y funcional.</w:t>
      </w:r>
    </w:p>
    <w:p>
      <w:pPr>
        <w:pStyle w:val="ListBullet"/>
      </w:pPr>
      <w:r>
        <w:t>Preparar material antes de iniciar maniobra.</w:t>
      </w:r>
    </w:p>
    <w:p>
      <w:pPr>
        <w:pStyle w:val="ListBullet"/>
      </w:pPr>
      <w:r>
        <w:t>No iniciar sin material listo.</w:t>
      </w:r>
    </w:p>
    <w:p>
      <w:r>
        <w:t>**2. Roles:**</w:t>
      </w:r>
    </w:p>
    <w:p>
      <w:pPr>
        <w:pStyle w:val="ListBullet"/>
      </w:pPr>
      <w:r>
        <w:t>Asignar roles a cada interviniente antes de iniciar.</w:t>
      </w:r>
    </w:p>
    <w:p>
      <w:pPr>
        <w:pStyle w:val="ListBullet"/>
      </w:pPr>
      <w:r>
        <w:t>Asignar líder que da órdenes.</w:t>
      </w:r>
    </w:p>
    <w:p>
      <w:pPr>
        <w:pStyle w:val="ListBullet"/>
      </w:pPr>
      <w:r>
        <w:t>Coordinar comunicación entre intervinientes.</w:t>
      </w:r>
    </w:p>
    <w:p>
      <w:r>
        <w:t>**3. Comando:**</w:t>
      </w:r>
    </w:p>
    <w:p>
      <w:pPr>
        <w:pStyle w:val="ListBullet"/>
      </w:pPr>
      <w:r>
        <w:t>Líder da órdenes claras y coordinadas.</w:t>
      </w:r>
    </w:p>
    <w:p>
      <w:pPr>
        <w:pStyle w:val="ListBullet"/>
      </w:pPr>
      <w:r>
        <w:t>Un líder, una voz.</w:t>
      </w:r>
    </w:p>
    <w:p>
      <w:pPr>
        <w:pStyle w:val="ListBullet"/>
      </w:pPr>
      <w:r>
        <w:t>No órdenes contradictorias.</w:t>
      </w:r>
    </w:p>
    <w:p>
      <w:r>
        <w:t>**4. Movimiento:**</w:t>
      </w:r>
    </w:p>
    <w:p>
      <w:pPr>
        <w:pStyle w:val="ListBullet"/>
      </w:pPr>
      <w:r>
        <w:t>Ejecutar movimiento de forma coordinada y controlada.</w:t>
      </w:r>
    </w:p>
    <w:p>
      <w:pPr>
        <w:pStyle w:val="ListBullet"/>
      </w:pPr>
      <w:r>
        <w:t>Mantener alineación durante movimiento.</w:t>
      </w:r>
    </w:p>
    <w:p>
      <w:pPr>
        <w:pStyle w:val="ListBullet"/>
      </w:pPr>
      <w:r>
        <w:t>No forzar si algo no encaja.</w:t>
      </w:r>
    </w:p>
    <w:p>
      <w:r>
        <w:t>**5. Reevaluación:**</w:t>
      </w:r>
    </w:p>
    <w:p>
      <w:pPr>
        <w:pStyle w:val="ListBullet"/>
      </w:pPr>
      <w:r>
        <w:t>Re-verificar después de movimiento.</w:t>
      </w:r>
    </w:p>
    <w:p>
      <w:pPr>
        <w:pStyle w:val="ListBullet"/>
      </w:pPr>
      <w:r>
        <w:t>Verificar que dispositivos no se han desplazado.</w:t>
      </w:r>
    </w:p>
    <w:p>
      <w:pPr>
        <w:pStyle w:val="ListBullet"/>
      </w:pPr>
      <w:r>
        <w:t>Verificar que fijaciones siguen adecuadas.</w:t>
      </w:r>
    </w:p>
    <w:p>
      <w:pPr>
        <w:pStyle w:val="ListBullet"/>
      </w:pPr>
      <w:r>
        <w:t>Ajustar si es necesario.</w:t>
      </w:r>
    </w:p>
    <w:p>
      <w:r>
        <w:t>**Principio:**</w:t>
      </w:r>
    </w:p>
    <w:p>
      <w:pPr>
        <w:pStyle w:val="ListBullet"/>
      </w:pPr>
      <w:r>
        <w:t>Seguir este orden mental antes de cada movimiento.</w:t>
      </w:r>
    </w:p>
    <w:p>
      <w:pPr>
        <w:pStyle w:val="ListBullet"/>
      </w:pPr>
      <w:r>
        <w:t>No omitir pasos.</w:t>
      </w:r>
    </w:p>
    <w:p>
      <w:pPr>
        <w:pStyle w:val="ListBullet"/>
      </w:pPr>
      <w:r>
        <w:t>Priorizar preparación sobre velocidad.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2.9.9 Puntos clave TES</w:t>
      </w:r>
    </w:p>
    <w:p>
      <w:pPr>
        <w:pStyle w:val="ListBullet"/>
      </w:pPr>
      <w:r>
        <w:t>**Lo que más falla: coordinación, orden y reevaluación** (priorizar estos tres factores).</w:t>
      </w:r>
    </w:p>
    <w:p>
      <w:pPr>
        <w:pStyle w:val="ListBullet"/>
      </w:pPr>
      <w:r>
        <w:t>**"Una maniobra bien preparada vale más que una maniobra rápida"** (preparación adecuada es más importante que velocidad).</w:t>
      </w:r>
    </w:p>
    <w:p>
      <w:pPr>
        <w:pStyle w:val="ListBullet"/>
      </w:pPr>
      <w:r>
        <w:t>**Si algo no encaja: parar, reordenar, repetir** (no forzar, reordenar y repetir con preparación adecuada).</w:t>
      </w:r>
    </w:p>
    <w:p>
      <w:pPr>
        <w:pStyle w:val="ListBullet"/>
      </w:pPr>
      <w:r>
        <w:t>**Antes de tocar: asignar roles, preparar material, planificar ruta** (no iniciar sin preparación).</w:t>
      </w:r>
    </w:p>
    <w:p>
      <w:pPr>
        <w:pStyle w:val="ListBullet"/>
      </w:pPr>
      <w:r>
        <w:t>**Control manual y collarín: mantener control hasta fijar, medir talla correcta, priorizar control sobre dispositivo** (no soltar control prematuramente).</w:t>
      </w:r>
    </w:p>
    <w:p>
      <w:pPr>
        <w:pStyle w:val="ListBullet"/>
      </w:pPr>
      <w:r>
        <w:t>**Movimientos en bloque: un líder, sincronía, control de tronco, proteger cabeza/cuello** (coordinación y protección).</w:t>
      </w:r>
    </w:p>
    <w:p>
      <w:pPr>
        <w:pStyle w:val="ListBullet"/>
      </w:pPr>
      <w:r>
        <w:t>**Cuchara/tablero/colchón: verificar cierres, considerar tablero como transición, moldear colchón correctamente** (verificación y uso adecuado).</w:t>
      </w:r>
    </w:p>
    <w:p>
      <w:pPr>
        <w:pStyle w:val="ListBullet"/>
      </w:pPr>
      <w:r>
        <w:t>**Férulas y tracción: control distal, revisar alineación, reevaluar tras fijar y mover** (verificación continua).</w:t>
      </w:r>
    </w:p>
    <w:p>
      <w:pPr>
        <w:pStyle w:val="ListBullet"/>
      </w:pPr>
      <w:r>
        <w:t>**Cinturón pélvico: nivel de trocánteres, tensión adecuada, no aflojar sin motivo** (posición y tensión correctas).</w:t>
      </w:r>
    </w:p>
    <w:p>
      <w:pPr>
        <w:pStyle w:val="ListBullet"/>
      </w:pPr>
      <w:r>
        <w:t>**Transferencias: coordinar pasos y comandos, acolchar correas, ruta segura** (coordinación y seguridad).</w:t>
      </w:r>
    </w:p>
    <w:p>
      <w:pPr>
        <w:pStyle w:val="ListBullet"/>
      </w:pPr>
      <w:r>
        <w:t>**Errores sistémicos: evitar prisa sin planificación, material disperso, falta de comunicación, no reevaluación, no documentar** (prevención de errores sistémicos).</w:t>
      </w:r>
    </w:p>
    <w:p>
      <w:pPr>
        <w:pStyle w:val="ListBullet"/>
      </w:pPr>
      <w:r>
        <w:t>**Señales de alarma: parar inmediatamente si dolor súbito, pérdida de alineación, extremidad fría/pálida, dispositivo se desplaza, equipo descoordinado** (cuándo parar y corregir).</w:t>
      </w:r>
    </w:p>
    <w:p>
      <w:pPr>
        <w:pStyle w:val="ListBullet"/>
      </w:pPr>
      <w:r>
        <w:t>**Correcciones rápidas: reset de roles/mando, reset de fijación, reset de ruta** (procedimientos de corrección).</w:t>
      </w:r>
    </w:p>
    <w:p>
      <w:pPr>
        <w:pStyle w:val="ListBullet"/>
      </w:pPr>
      <w:r>
        <w:t>**Checklist mental: material listo → roles → comando → movimiento → reevaluación** (orden mental antes de mover).</w:t>
      </w:r>
    </w:p>
    <w:p>
      <w:pPr>
        <w:pStyle w:val="ListBullet"/>
      </w:pPr>
      <w:r>
        <w:t>**Un TES lesionado detiene la asistencia:** aplicar ergonomía (postura correcta, prevenir lesiones durante procedimientos).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2.9.10 Cierre del capítulo</w:t>
      </w:r>
    </w:p>
    <w:p>
      <w:r>
        <w:t>Este capítulo se integra con:</w:t>
      </w:r>
    </w:p>
    <w:p>
      <w:pPr>
        <w:pStyle w:val="ListBullet"/>
      </w:pPr>
      <w:r>
        <w:t>**2.1-2.8 – Procedimientos de Inmovilización y Movilización** (errores específicos de cada procedimiento)</w:t>
      </w:r>
    </w:p>
    <w:p>
      <w:pPr>
        <w:pStyle w:val="ListBullet"/>
      </w:pPr>
      <w:r>
        <w:t>**2.10-2.13 – Férulas, Tracción, Camillas y Sillas** (errores específicos de cada dispositivo)</w:t>
      </w:r>
    </w:p>
    <w:p>
      <w:pPr>
        <w:pStyle w:val="ListBullet"/>
      </w:pPr>
      <w:r>
        <w:t>**2.11 – Cinturón Pélvico (Pelvic Binder)** (errores específicos del cinturón pélvico)</w:t>
      </w:r>
    </w:p>
    <w:p>
      <w:pPr>
        <w:pStyle w:val="ListBullet"/>
      </w:pPr>
      <w:r>
        <w:t>**2.X – Inventario de Material de Inmovilización y Movilización** (verificación de material)</w:t>
      </w:r>
    </w:p>
    <w:p>
      <w:r>
        <w:t>**Transición:**</w:t>
      </w:r>
    </w:p>
    <w:p>
      <w:pPr>
        <w:pStyle w:val="ListBullet"/>
      </w:pPr>
      <w:r>
        <w:t>Este capítulo proporciona **síntesis de errores críticos y sistémicos** en inmovilización y movilización.</w:t>
      </w:r>
    </w:p>
    <w:p>
      <w:pPr>
        <w:pStyle w:val="ListBullet"/>
      </w:pPr>
      <w:r>
        <w:t>Cierra el **Bloque 2 – Material e Inmovilización** con enfoque en seguridad operativa.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Este capítulo es **seguridad operativa**, no protocolo clínico</w:t>
      </w:r>
    </w:p>
    <w:p>
      <w:pPr>
        <w:pStyle w:val="ListBullet"/>
      </w:pPr>
      <w:r>
        <w:t>**Lo que más falla: coordinación, orden y reevaluación** (priorizar estos tres factores)</w:t>
      </w:r>
    </w:p>
    <w:p>
      <w:pPr>
        <w:pStyle w:val="ListBullet"/>
      </w:pPr>
      <w:r>
        <w:t>**"Una maniobra bien preparada vale más que una maniobra rápida"** (preparación adecuada)</w:t>
      </w:r>
    </w:p>
    <w:p>
      <w:pPr>
        <w:pStyle w:val="ListBullet"/>
      </w:pPr>
      <w:r>
        <w:t>**Si algo no encaja: parar, reordenar, repetir** (no forzar)</w:t>
      </w:r>
    </w:p>
    <w:p>
      <w:r>
        <w:t>**Principios No Negociables:**</w:t>
      </w:r>
    </w:p>
    <w:p>
      <w:pPr>
        <w:pStyle w:val="ListBullet"/>
      </w:pPr>
      <w:r>
        <w:t>**NUNCA iniciar** maniobra sin asignar roles y tener líder</w:t>
      </w:r>
    </w:p>
    <w:p>
      <w:pPr>
        <w:pStyle w:val="ListBullet"/>
      </w:pPr>
      <w:r>
        <w:t>**NUNCA iniciar** maniobra sin preparar material y planificar ruta</w:t>
      </w:r>
    </w:p>
    <w:p>
      <w:pPr>
        <w:pStyle w:val="ListBullet"/>
      </w:pPr>
      <w:r>
        <w:t>**NUNCA soltar** control manual antes de fijar dispositivo</w:t>
      </w:r>
    </w:p>
    <w:p>
      <w:pPr>
        <w:pStyle w:val="ListBullet"/>
      </w:pPr>
      <w:r>
        <w:t>**NUNCA traccionar** de extremidades como "asa"</w:t>
      </w:r>
    </w:p>
    <w:p>
      <w:pPr>
        <w:pStyle w:val="ListBullet"/>
      </w:pPr>
      <w:r>
        <w:t>**SIEMPRE coordinar** pasos y comandos antes de mover</w:t>
      </w:r>
    </w:p>
    <w:p>
      <w:pPr>
        <w:pStyle w:val="ListBullet"/>
      </w:pPr>
      <w:r>
        <w:t>**SIEMPRE reevaluar** después de cada transferencia</w:t>
      </w:r>
    </w:p>
    <w:p>
      <w:pPr>
        <w:pStyle w:val="ListBullet"/>
      </w:pPr>
      <w:r>
        <w:t>**SIEMPRE parar** si hay señal de alarma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Síntesis de Errores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2.X – Inventario de material de inmovilización y movilización (visión global)</w:t>
      </w:r>
    </w:p>
    <w:p>
      <w:pPr>
        <w:pStyle w:val="Heading1"/>
      </w:pPr>
      <w:r>
        <w:t>2.X – Inventario de material de inmovilización y movilización (visión global)</w:t>
      </w:r>
    </w:p>
    <w:p>
      <w:pPr>
        <w:pStyle w:val="Heading2"/>
      </w:pPr>
      <w:r>
        <w:t>Manual TES Digital – Listado operativo de material</w:t>
      </w:r>
    </w:p>
    <w:p>
      <w:r>
        <w:t>**Versión:** 1.0</w:t>
      </w:r>
    </w:p>
    <w:p>
      <w:r>
        <w:t>**Fecha:** 2024-12-13</w:t>
      </w:r>
    </w:p>
    <w:p>
      <w:r>
        <w:t>**Tipo:** Bloque Operativo - Inventario de Material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&gt; **Alcance:** listado operativo de material usado por TES para inmovilización, extricación, empaquetado y movilización/traslado.</w:t>
      </w:r>
    </w:p>
    <w:p>
      <w:r>
        <w:t>&gt; **Nota:** la disponibilidad exacta depende del recurso (SVB/SVA), empresa/servicio y coordinación con bomberos.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2.X.1 Inmovilización cervical y control cefálico</w:t>
      </w:r>
    </w:p>
    <w:p>
      <w:pPr>
        <w:pStyle w:val="ListBullet"/>
      </w:pPr>
      <w:r>
        <w:t>**Inmovilización manual cervical (IMC)** (técnica / no material, pero "base" del sistema)</w:t>
      </w:r>
    </w:p>
    <w:p>
      <w:r>
        <w:t>→ Ver: 2.2 – Inmovilización Manual y Control Inicial del Paciente</w:t>
      </w:r>
    </w:p>
    <w:p>
      <w:pPr>
        <w:pStyle w:val="ListBullet"/>
      </w:pPr>
      <w:r>
        <w:t>**Collarín cervical rígido** (tallas múltiples)</w:t>
      </w:r>
    </w:p>
    <w:p>
      <w:r>
        <w:t>→ Ver: 2.3 – Collarín Cervical: Selección, Colocación y Errores</w:t>
      </w:r>
    </w:p>
    <w:p>
      <w:pPr>
        <w:pStyle w:val="ListBullet"/>
      </w:pPr>
      <w:r>
        <w:t>**Collarín cervical ajustable**</w:t>
      </w:r>
    </w:p>
    <w:p>
      <w:r>
        <w:t>→ Ver: 2.3 – Collarín Cervical: Selección, Colocación y Errores</w:t>
      </w:r>
    </w:p>
    <w:p>
      <w:pPr>
        <w:pStyle w:val="ListBullet"/>
      </w:pPr>
      <w:r>
        <w:t>**Collarín blando** (uso limitado según protocolo)</w:t>
      </w:r>
    </w:p>
    <w:p>
      <w:r>
        <w:t>→ Ver: 2.3 – Collarín Cervical: Selección, Colocación y Errores</w:t>
      </w:r>
    </w:p>
    <w:p>
      <w:pPr>
        <w:pStyle w:val="ListBullet"/>
      </w:pPr>
      <w:r>
        <w:t>**Inmovilizadores laterales de cabeza (head blocks)**</w:t>
      </w:r>
    </w:p>
    <w:p>
      <w:pPr>
        <w:pStyle w:val="ListBullet"/>
      </w:pPr>
      <w:r>
        <w:t>**Cinchas/cintas fronto-mentonianas** / sujeción cefálica</w:t>
      </w:r>
    </w:p>
    <w:p>
      <w:pPr>
        <w:pStyle w:val="ListBullet"/>
      </w:pPr>
      <w:r>
        <w:t>**Acolchados** (espumas, mantas, cuñas) para neutralidad y confort</w:t>
      </w:r>
    </w:p>
    <w:p>
      <w:pPr>
        <w:pStyle w:val="ListBullet"/>
      </w:pPr>
      <w:r>
        <w:t>**Inmovilizador pediátrico cervical** (si existe en dotación)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2.X.2 Inmovilización espinal y empaquetado del paciente</w:t>
      </w:r>
    </w:p>
    <w:p>
      <w:pPr>
        <w:pStyle w:val="ListBullet"/>
      </w:pPr>
      <w:r>
        <w:t>**Camilla cuchara** (extracción/transferencia + empaquetado inicial)</w:t>
      </w:r>
    </w:p>
    <w:p>
      <w:r>
        <w:t>→ Ver: 2.4 – Camilla Cuchara (Cuchara Espinal)</w:t>
      </w:r>
    </w:p>
    <w:p>
      <w:pPr>
        <w:pStyle w:val="ListBullet"/>
      </w:pPr>
      <w:r>
        <w:t>**Tablero espinal largo**</w:t>
      </w:r>
    </w:p>
    <w:p>
      <w:r>
        <w:t>→ Ver: 2.5 – Tablero Espinal Largo</w:t>
      </w:r>
    </w:p>
    <w:p>
      <w:pPr>
        <w:pStyle w:val="ListBullet"/>
      </w:pPr>
      <w:r>
        <w:t>**Colchón de vacío** (sistema principal de empaquetado prolongado)</w:t>
      </w:r>
    </w:p>
    <w:p>
      <w:r>
        <w:t>→ Ver: 2.6 – Colchón de Vacío</w:t>
      </w:r>
    </w:p>
    <w:p>
      <w:pPr>
        <w:pStyle w:val="ListBullet"/>
      </w:pPr>
      <w:r>
        <w:t>**Férulas de vacío** (por segmentos; también "empaquetan" extremidad)</w:t>
      </w:r>
    </w:p>
    <w:p>
      <w:r>
        <w:t>→ Ver: 2.10 – Férulas: Selección y Uso Operativo *(pendiente)*</w:t>
      </w:r>
    </w:p>
    <w:p>
      <w:pPr>
        <w:pStyle w:val="ListBullet"/>
      </w:pPr>
      <w:r>
        <w:t>**Faja/arnés tipo "spider straps"** (sujeción al tablero o sistemas similares)</w:t>
      </w:r>
    </w:p>
    <w:p>
      <w:pPr>
        <w:pStyle w:val="ListBullet"/>
      </w:pPr>
      <w:r>
        <w:t>**Inmovilizador dorsal/toracolumbar** (según dotación)</w:t>
      </w:r>
    </w:p>
    <w:p>
      <w:pPr>
        <w:pStyle w:val="ListBullet"/>
      </w:pPr>
      <w:r>
        <w:t>**Dispositivo de extricación tipo KED** (si se utiliza en tu servicio; en algunos está en desuso)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2.X.3 Inmovilización pélvica</w:t>
      </w:r>
    </w:p>
    <w:p>
      <w:pPr>
        <w:pStyle w:val="ListBullet"/>
      </w:pPr>
      <w:r>
        <w:t>**Cinturón/faja pélvica (pelvic binder)** (genérico)</w:t>
      </w:r>
    </w:p>
    <w:p>
      <w:r>
        <w:t>→ Ver: 2.11 – Cinturón Pélvico: Colocación, Ajuste y Errores Críticos *(pendiente)*</w:t>
      </w:r>
    </w:p>
    <w:p>
      <w:pPr>
        <w:pStyle w:val="ListBullet"/>
      </w:pPr>
      <w:r>
        <w:t>**Binder con sistema de tensado controlado** (según modelo)</w:t>
      </w:r>
    </w:p>
    <w:p>
      <w:r>
        <w:t>→ Ver: 2.11 – Cinturón Pélvico: Colocación, Ajuste y Errores Críticos *(pendiente)*</w:t>
      </w:r>
    </w:p>
    <w:p>
      <w:pPr>
        <w:pStyle w:val="ListBullet"/>
      </w:pPr>
      <w:r>
        <w:t>**Sábanas/triangulares como alternativa operativa** (si protocolo lo contempla)</w:t>
      </w:r>
    </w:p>
    <w:p>
      <w:pPr>
        <w:pStyle w:val="ListBullet"/>
      </w:pPr>
      <w:r>
        <w:t>**Acolchado y control de puntos de presión** (complementario)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2.X.4 Férulas y estabilización de extremidades (por "géneros")</w:t>
      </w:r>
    </w:p>
    <w:p>
      <w:pPr>
        <w:pStyle w:val="Heading3"/>
      </w:pPr>
      <w:r>
        <w:t>A) Férulas rígidas moldeables</w:t>
      </w:r>
    </w:p>
    <w:p>
      <w:pPr>
        <w:pStyle w:val="ListBullet"/>
      </w:pPr>
      <w:r>
        <w:t>**Férula tipo SAM** (moldeable)</w:t>
      </w:r>
    </w:p>
    <w:p>
      <w:r>
        <w:t>→ Ver: 2.10 – Férulas: Selección y Uso Operativo *(pendiente)*</w:t>
      </w:r>
    </w:p>
    <w:p>
      <w:pPr>
        <w:pStyle w:val="ListBullet"/>
      </w:pPr>
      <w:r>
        <w:t>**Férulas rígidas preformadas** (antebrazo, tibia-peroné, etc.)</w:t>
      </w:r>
    </w:p>
    <w:p>
      <w:r>
        <w:t>→ Ver: 2.10 – Férulas: Selección y Uso Operativo *(pendiente)*</w:t>
      </w:r>
    </w:p>
    <w:p>
      <w:pPr>
        <w:pStyle w:val="Heading3"/>
      </w:pPr>
      <w:r>
        <w:t>B) Férulas neumáticas (hinchables)</w:t>
      </w:r>
    </w:p>
    <w:p>
      <w:pPr>
        <w:pStyle w:val="ListBullet"/>
      </w:pPr>
      <w:r>
        <w:t>**Férulas neumáticas** (brazo/pierna)</w:t>
      </w:r>
    </w:p>
    <w:p>
      <w:r>
        <w:t>→ Ver: 2.10 – Férulas: Selección y Uso Operativo *(pendiente)*</w:t>
      </w:r>
    </w:p>
    <w:p>
      <w:r>
        <w:t>*Nota: uso condicionado por tolerancia, control neurovascular y protocolo.*</w:t>
      </w:r>
    </w:p>
    <w:p>
      <w:pPr>
        <w:pStyle w:val="Heading3"/>
      </w:pPr>
      <w:r>
        <w:t>C) Férulas de vacío</w:t>
      </w:r>
    </w:p>
    <w:p>
      <w:pPr>
        <w:pStyle w:val="ListBullet"/>
      </w:pPr>
      <w:r>
        <w:t>**Férula de vacío de miembro superior**</w:t>
      </w:r>
    </w:p>
    <w:p>
      <w:r>
        <w:t>→ Ver: 2.10 – Férulas: Selección y Uso Operativo *(pendiente)*</w:t>
      </w:r>
    </w:p>
    <w:p>
      <w:pPr>
        <w:pStyle w:val="ListBullet"/>
      </w:pPr>
      <w:r>
        <w:t>**Férula de vacío de miembro inferior**</w:t>
      </w:r>
    </w:p>
    <w:p>
      <w:r>
        <w:t>→ Ver: 2.10 – Férulas: Selección y Uso Operativo *(pendiente)*</w:t>
      </w:r>
    </w:p>
    <w:p>
      <w:pPr>
        <w:pStyle w:val="ListBullet"/>
      </w:pPr>
      <w:r>
        <w:t>**Férula de vacío corta** (tobillo/pie) (según modelos)</w:t>
      </w:r>
    </w:p>
    <w:p>
      <w:r>
        <w:t>→ Ver: 2.10 – Férulas: Selección y Uso Operativo *(pendiente)*</w:t>
      </w:r>
    </w:p>
    <w:p>
      <w:pPr>
        <w:pStyle w:val="Heading3"/>
      </w:pPr>
      <w:r>
        <w:t>D) Inmovilización blanda / vendajes funcionales</w:t>
      </w:r>
    </w:p>
    <w:p>
      <w:pPr>
        <w:pStyle w:val="ListBullet"/>
      </w:pPr>
      <w:r>
        <w:t>**Cabestrillo** y **vendaje de sujeción** (sling &amp; swathe)</w:t>
      </w:r>
    </w:p>
    <w:p>
      <w:pPr>
        <w:pStyle w:val="ListBullet"/>
      </w:pPr>
      <w:r>
        <w:t>**Venda elástica** / cohesiva</w:t>
      </w:r>
    </w:p>
    <w:p>
      <w:pPr>
        <w:pStyle w:val="ListBullet"/>
      </w:pPr>
      <w:r>
        <w:t>**Triangulares** / pañuelos</w:t>
      </w:r>
    </w:p>
    <w:p>
      <w:pPr>
        <w:pStyle w:val="ListBullet"/>
      </w:pPr>
      <w:r>
        <w:t>**Taping / "buddy taping"** (dedos) (si protocolo/competencia lo permite)</w:t>
      </w:r>
    </w:p>
    <w:p>
      <w:pPr>
        <w:pStyle w:val="Heading3"/>
      </w:pPr>
      <w:r>
        <w:t>E) Dispositivos específicos de miembro</w:t>
      </w:r>
    </w:p>
    <w:p>
      <w:pPr>
        <w:pStyle w:val="ListBullet"/>
      </w:pPr>
      <w:r>
        <w:t>**Férula de dedo** (aluminio/espuma)</w:t>
      </w:r>
    </w:p>
    <w:p>
      <w:pPr>
        <w:pStyle w:val="ListBullet"/>
      </w:pPr>
      <w:r>
        <w:t>**Inmovilizadores de muñeca** (según dotación)</w:t>
      </w:r>
    </w:p>
    <w:p>
      <w:pPr>
        <w:pStyle w:val="ListBullet"/>
      </w:pPr>
      <w:r>
        <w:t>**Inmovilizadores de tobillo** (según dotación)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2.X.5 Férulas de tracción</w:t>
      </w:r>
    </w:p>
    <w:p>
      <w:pPr>
        <w:pStyle w:val="ListBullet"/>
      </w:pPr>
      <w:r>
        <w:t>**Férula de tracción femoral** (tipo Hare, Sager u otras)</w:t>
      </w:r>
    </w:p>
    <w:p>
      <w:r>
        <w:t>→ Ver: 2.12 – Férula de Tracción: Colocación Paso a Paso y Errores Críticos *(pendiente)*</w:t>
      </w:r>
    </w:p>
    <w:p>
      <w:r>
        <w:t>(el manual puede tratarlo por "principio" + "pasos comunes" y luego "variantes por modelo")</w:t>
      </w:r>
    </w:p>
    <w:p>
      <w:pPr>
        <w:pStyle w:val="ListBullet"/>
      </w:pPr>
      <w:r>
        <w:t>**Cintas de anclaje / tobilleras / perneras** del sistema</w:t>
      </w:r>
    </w:p>
    <w:p>
      <w:r>
        <w:t>→ Ver: 2.12 – Férula de Tracción: Colocación Paso a Paso y Errores Críticos *(pendiente)*</w:t>
      </w:r>
    </w:p>
    <w:p>
      <w:pPr>
        <w:pStyle w:val="ListBullet"/>
      </w:pPr>
      <w:r>
        <w:t>**Acolchados** para ingles, maléolos y puntos de apoyo</w:t>
      </w:r>
    </w:p>
    <w:p>
      <w:r>
        <w:t>→ Ver: 2.12 – Férula de Tracción: Colocación Paso a Paso y Errores Críticos *(pendiente)*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2.X.6 Material de extricación sanitaria y protección durante extracción</w:t>
      </w:r>
    </w:p>
    <w:p>
      <w:pPr>
        <w:pStyle w:val="ListBullet"/>
      </w:pPr>
      <w:r>
        <w:t>**Manta de arrastre / sábana de deslizamiento** (slide sheet)</w:t>
      </w:r>
    </w:p>
    <w:p>
      <w:r>
        <w:t>→ Ver: 2.7 – Extricación y Movimientos en Bloque</w:t>
      </w:r>
    </w:p>
    <w:p>
      <w:pPr>
        <w:pStyle w:val="ListBullet"/>
      </w:pPr>
      <w:r>
        <w:t>**Tabla de transferencia** (transfer board) (si se usa)</w:t>
      </w:r>
    </w:p>
    <w:p>
      <w:r>
        <w:t>→ Ver: 2.8 – Transferencias y Movilización del Paciente</w:t>
      </w:r>
    </w:p>
    <w:p>
      <w:pPr>
        <w:pStyle w:val="ListBullet"/>
      </w:pPr>
      <w:r>
        <w:t>**Arnés/cinturones de sujeción auxiliares**</w:t>
      </w:r>
    </w:p>
    <w:p>
      <w:pPr>
        <w:pStyle w:val="ListBullet"/>
      </w:pPr>
      <w:r>
        <w:t>**Mantas térmicas / mantas de aislamiento** (control térmico durante inmovilización)</w:t>
      </w:r>
    </w:p>
    <w:p>
      <w:pPr>
        <w:pStyle w:val="ListBullet"/>
      </w:pPr>
      <w:r>
        <w:t>**Protectores de bordes / acolchados** para marcos de puerta y bordes duros (si disponibles)</w:t>
      </w:r>
    </w:p>
    <w:p>
      <w:pPr>
        <w:pStyle w:val="ListBullet"/>
      </w:pPr>
      <w:r>
        <w:t>**Guantes de trabajo / casco / gafas** (EPI de extricación en entornos de riesgo)</w:t>
      </w:r>
    </w:p>
    <w:p>
      <w:r>
        <w:t>→ Ver: 2.7 – Extricación y Movimientos en Bloque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2.X.7 Dispositivos de movilización y traslado (no "inmovilización", pero clave)</w:t>
      </w:r>
    </w:p>
    <w:p>
      <w:pPr>
        <w:pStyle w:val="Heading3"/>
      </w:pPr>
      <w:r>
        <w:t>Camillas y sistemas de traslado</w:t>
      </w:r>
    </w:p>
    <w:p>
      <w:pPr>
        <w:pStyle w:val="ListBullet"/>
      </w:pPr>
      <w:r>
        <w:t>**Camilla principal de ambulancia (camilla de traslado)**</w:t>
      </w:r>
    </w:p>
    <w:p>
      <w:pPr>
        <w:pStyle w:val="ListBullet"/>
      </w:pPr>
      <w:r>
        <w:t>**Camilla de pala / cuchara** (también aquí por su rol de transferencia)</w:t>
      </w:r>
    </w:p>
    <w:p>
      <w:r>
        <w:t>→ Ver: 2.4 – Camilla Cuchara (Cuchara Espinal)</w:t>
      </w:r>
    </w:p>
    <w:p>
      <w:pPr>
        <w:pStyle w:val="ListBullet"/>
      </w:pPr>
      <w:r>
        <w:t>**Camilla plegable / de lona** (soft stretcher)</w:t>
      </w:r>
    </w:p>
    <w:p>
      <w:pPr>
        <w:pStyle w:val="ListBullet"/>
      </w:pPr>
      <w:r>
        <w:t>**Camilla tipo Reeves** (si disponible)</w:t>
      </w:r>
    </w:p>
    <w:p>
      <w:pPr>
        <w:pStyle w:val="ListBullet"/>
      </w:pPr>
      <w:r>
        <w:t>**Camilla nido / canastilla (basket stretcher)** (habitual en rescate; a veces coordinación con bomberos)</w:t>
      </w:r>
    </w:p>
    <w:p>
      <w:pPr>
        <w:pStyle w:val="ListBullet"/>
      </w:pPr>
      <w:r>
        <w:t>**Sked / camilla de arrastre** (si existe en tu entorno operativo)</w:t>
      </w:r>
    </w:p>
    <w:p>
      <w:pPr>
        <w:pStyle w:val="Heading3"/>
      </w:pPr>
      <w:r>
        <w:t>Sillas y sistemas para espacios difíciles</w:t>
      </w:r>
    </w:p>
    <w:p>
      <w:pPr>
        <w:pStyle w:val="ListBullet"/>
      </w:pPr>
      <w:r>
        <w:t>**Silla de rescate / silla de evacuación**</w:t>
      </w:r>
    </w:p>
    <w:p>
      <w:r>
        <w:t>→ Ver: 2.13 – Silla de Rescate y Salvaescaleras: Movilización Segura en Entornos Difíciles *(pendiente)*</w:t>
      </w:r>
    </w:p>
    <w:p>
      <w:pPr>
        <w:pStyle w:val="ListBullet"/>
      </w:pPr>
      <w:r>
        <w:t>**Silla salvaescaleras / silla de escaleras (stair chair)**</w:t>
      </w:r>
    </w:p>
    <w:p>
      <w:r>
        <w:t>→ Ver: 2.13 – Silla de Rescate y Salvaescaleras: Movilización Segura en Entornos Difíciles *(pendiente)*</w:t>
      </w:r>
    </w:p>
    <w:p>
      <w:pPr>
        <w:pStyle w:val="ListBullet"/>
      </w:pPr>
      <w:r>
        <w:t>**Silla de traslado** (si tu servicio diferencia modelos)</w:t>
      </w:r>
    </w:p>
    <w:p>
      <w:r>
        <w:t>→ Ver: 2.13 – Silla de Rescate y Salvaescaleras: Movilización Segura en Entornos Difíciles *(pendiente)*</w:t>
      </w:r>
    </w:p>
    <w:p>
      <w:pPr>
        <w:pStyle w:val="ListBullet"/>
      </w:pPr>
      <w:r>
        <w:t>**Tabla/camilla de evacuación** para pasillos/ascensores (según dotación)</w:t>
      </w:r>
    </w:p>
    <w:p>
      <w:r>
        <w:t>→ Ver: 2.8 – Transferencias y Movilización del Paciente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2.X.8 Consumibles y complementos que "hacen que funcione"</w:t>
      </w:r>
    </w:p>
    <w:p>
      <w:pPr>
        <w:pStyle w:val="ListBullet"/>
      </w:pPr>
      <w:r>
        <w:t>**Cinchas de sujeción** (torácica, pélvica, piernas)</w:t>
      </w:r>
    </w:p>
    <w:p>
      <w:r>
        <w:t>→ Ver: 2.5 – Tablero Espinal Largo | 2.6 – Colchón de Vacío</w:t>
      </w:r>
    </w:p>
    <w:p>
      <w:pPr>
        <w:pStyle w:val="ListBullet"/>
      </w:pPr>
      <w:r>
        <w:t>**Cinta adhesiva** (esparadrapo resistente) para fijación puntual</w:t>
      </w:r>
    </w:p>
    <w:p>
      <w:pPr>
        <w:pStyle w:val="ListBullet"/>
      </w:pPr>
      <w:r>
        <w:t>**Gasas/vendas** para acolchado rápido</w:t>
      </w:r>
    </w:p>
    <w:p>
      <w:pPr>
        <w:pStyle w:val="ListBullet"/>
      </w:pPr>
      <w:r>
        <w:t>**Tijeras de trauma** (para acceso y retirada sin maniobras extra)</w:t>
      </w:r>
    </w:p>
    <w:p>
      <w:pPr>
        <w:pStyle w:val="ListBullet"/>
      </w:pPr>
      <w:r>
        <w:t>**Protección térmica** (manta térmica + manta convencional)</w:t>
      </w:r>
    </w:p>
    <w:p>
      <w:pPr>
        <w:pStyle w:val="ListBullet"/>
      </w:pPr>
      <w:r>
        <w:t>**Cuñas/espumas** para neutralidad y puntos de presión</w:t>
      </w:r>
    </w:p>
    <w:p>
      <w:pPr>
        <w:pStyle w:val="ListBullet"/>
      </w:pPr>
      <w:r>
        <w:t>**Marcador/etiquetas** (si quieres marcar hora de colocación, checks, incidencias)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2.X.9 Nota operativa de integración en el manual</w:t>
      </w:r>
    </w:p>
    <w:p>
      <w:r>
        <w:t>Este inventario debe enlazar a capítulos específicos:</w:t>
      </w:r>
    </w:p>
    <w:p>
      <w:r>
        <w:t>**Capítulos existentes:**</w:t>
      </w:r>
    </w:p>
    <w:p>
      <w:pPr>
        <w:pStyle w:val="ListBullet"/>
      </w:pPr>
      <w:r>
        <w:t>**Cervical:** 2.2 – Inmovilización Manual | 2.3 – Collarín Cervical</w:t>
      </w:r>
    </w:p>
    <w:p>
      <w:pPr>
        <w:pStyle w:val="ListBullet"/>
      </w:pPr>
      <w:r>
        <w:t>**Cuchara:** 2.4 – Camilla Cuchara</w:t>
      </w:r>
    </w:p>
    <w:p>
      <w:pPr>
        <w:pStyle w:val="ListBullet"/>
      </w:pPr>
      <w:r>
        <w:t>**Tablero:** 2.5 – Tablero Espinal Largo</w:t>
      </w:r>
    </w:p>
    <w:p>
      <w:pPr>
        <w:pStyle w:val="ListBullet"/>
      </w:pPr>
      <w:r>
        <w:t>**Colchón vacío:** 2.6 – Colchón de Vacío</w:t>
      </w:r>
    </w:p>
    <w:p>
      <w:pPr>
        <w:pStyle w:val="ListBullet"/>
      </w:pPr>
      <w:r>
        <w:t>**Extricación/movimientos:** 2.7 – Extricación y Movimientos en Bloque</w:t>
      </w:r>
    </w:p>
    <w:p>
      <w:pPr>
        <w:pStyle w:val="ListBullet"/>
      </w:pPr>
      <w:r>
        <w:t>**Transferencias/movilización:** 2.8 – Transferencias y Movilización del Paciente</w:t>
      </w:r>
    </w:p>
    <w:p>
      <w:pPr>
        <w:pStyle w:val="ListBullet"/>
      </w:pPr>
      <w:r>
        <w:t>**Errores críticos:** 2.9 – Errores Críticos y Prevención *(pendiente)*</w:t>
      </w:r>
    </w:p>
    <w:p>
      <w:r>
        <w:t>**Próximos capítulos recomendados a crear** (para cerrar Bloque 2 "redondo"):</w:t>
      </w:r>
    </w:p>
    <w:p>
      <w:pPr>
        <w:pStyle w:val="ListBullet"/>
      </w:pPr>
      <w:r>
        <w:t>**2.10 – Férulas (rígidas, neumáticas, vacío): Selección y Uso Operativo**</w:t>
      </w:r>
    </w:p>
    <w:p>
      <w:r>
        <w:t>→ Ver: 2.10 – Férulas: Selección y Uso Operativo *(pendiente)*</w:t>
      </w:r>
    </w:p>
    <w:p>
      <w:pPr>
        <w:pStyle w:val="ListBullet"/>
      </w:pPr>
      <w:r>
        <w:t>**2.11 – Cinturón Pélvico: Colocación, Ajuste y Errores Críticos**</w:t>
      </w:r>
    </w:p>
    <w:p>
      <w:r>
        <w:t>→ Ver: 2.11 – Cinturón Pélvico: Colocación, Ajuste y Errores Críticos *(pendiente)*</w:t>
      </w:r>
    </w:p>
    <w:p>
      <w:pPr>
        <w:pStyle w:val="ListBullet"/>
      </w:pPr>
      <w:r>
        <w:t>**2.12 – Férula de Tracción: Colocación Paso a Paso y Errores Críticos**</w:t>
      </w:r>
    </w:p>
    <w:p>
      <w:r>
        <w:t>→ Ver: 2.12 – Férula de Tracción: Colocación Paso a Paso y Errores Críticos *(pendiente)*</w:t>
      </w:r>
    </w:p>
    <w:p>
      <w:pPr>
        <w:pStyle w:val="ListBullet"/>
      </w:pPr>
      <w:r>
        <w:t>**2.13 – Silla de Rescate y Salvaescaleras: Movilización Segura en Entornos Difíciles**</w:t>
      </w:r>
    </w:p>
    <w:p>
      <w:r>
        <w:t>→ Ver: 2.13 – Silla de Rescate y Salvaescaleras: Movilización Segura en Entornos Difíciles *(pendiente)*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inventario es de **uso exclusivo como referencia operativa**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conocimiento práctico del material disponible en cada servicio</w:t>
      </w:r>
    </w:p>
    <w:p>
      <w:pPr>
        <w:pStyle w:val="ListBullet"/>
      </w:pPr>
      <w:r>
        <w:t>❌ La verificación del material antes de cada uso</w:t>
      </w:r>
    </w:p>
    <w:p>
      <w:r>
        <w:t>**Importante:**</w:t>
      </w:r>
    </w:p>
    <w:p>
      <w:pPr>
        <w:pStyle w:val="ListBullet"/>
      </w:pPr>
      <w:r>
        <w:t>La disponibilidad exacta de material **depende del recurso** (SVB/SVA), empresa/servicio y coordinación con bomberos</w:t>
      </w:r>
    </w:p>
    <w:p>
      <w:pPr>
        <w:pStyle w:val="ListBullet"/>
      </w:pPr>
      <w:r>
        <w:t>**Verificar siempre** el material antes de usar</w:t>
      </w:r>
    </w:p>
    <w:p>
      <w:pPr>
        <w:pStyle w:val="ListBullet"/>
      </w:pPr>
      <w:r>
        <w:t>**Consultar protocolos** específicos del servicio sobre uso de cada dispositivo</w:t>
      </w:r>
    </w:p>
    <w:p>
      <w:pPr>
        <w:pStyle w:val="ListBullet"/>
      </w:pPr>
      <w:r>
        <w:t>Este inventario es una **visión global**, no un listado exhaustivo de todos los modelos disponibles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Inventario de Material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