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MANUAL TES DIGITAL</w:t>
      </w:r>
    </w:p>
    <w:p>
      <w:pPr>
        <w:pStyle w:val="Heading1"/>
        <w:jc w:val="center"/>
      </w:pPr>
      <w:r>
        <w:t>03 Soporte Vital Basico</w:t>
      </w:r>
    </w:p>
    <w:p/>
    <w:p>
      <w:r>
        <w:t>Documento generado automáticamente desde archivos Markdown</w:t>
      </w:r>
    </w:p>
    <w:p>
      <w:r>
        <w:t>Fecha: 2025-12-19</w:t>
      </w:r>
    </w:p>
    <w:p>
      <w:r>
        <w:br w:type="page"/>
      </w:r>
    </w:p>
    <w:p>
      <w:pPr>
        <w:pStyle w:val="Heading1"/>
      </w:pPr>
      <w:r>
        <w:t>ÍNDICE DE CONTENIDOS</w:t>
      </w:r>
    </w:p>
    <w:p/>
    <w:p>
      <w:pPr>
        <w:pStyle w:val="ListNumber"/>
      </w:pPr>
      <w:r>
        <w:t>1. 02. 0. Reconocimiento Pcr</w:t>
      </w:r>
    </w:p>
    <w:p>
      <w:pPr>
        <w:pStyle w:val="ListNumber"/>
      </w:pPr>
      <w:r>
        <w:t>2. 02. 1. Rcp Adultos</w:t>
      </w:r>
    </w:p>
    <w:p>
      <w:pPr>
        <w:pStyle w:val="ListNumber"/>
      </w:pPr>
      <w:r>
        <w:t>3. 02. 2. Rcp Pediatria</w:t>
      </w:r>
    </w:p>
    <w:p>
      <w:pPr>
        <w:pStyle w:val="ListNumber"/>
      </w:pPr>
      <w:r>
        <w:t>4. 02. 3. Rcp Lactantes</w:t>
      </w:r>
    </w:p>
    <w:p>
      <w:pPr>
        <w:pStyle w:val="ListNumber"/>
      </w:pPr>
      <w:r>
        <w:t>5. 02. 4. Uso Desa</w:t>
      </w:r>
    </w:p>
    <w:p>
      <w:pPr>
        <w:pStyle w:val="ListNumber"/>
      </w:pPr>
      <w:r>
        <w:t>6. 02. 5. Ventilacion Bvm</w:t>
      </w:r>
    </w:p>
    <w:p>
      <w:pPr>
        <w:pStyle w:val="ListNumber"/>
      </w:pPr>
      <w:r>
        <w:t>7. 02. 6. Uso Canulas Opa Npa</w:t>
      </w:r>
    </w:p>
    <w:p>
      <w:pPr>
        <w:pStyle w:val="ListNumber"/>
      </w:pPr>
      <w:r>
        <w:t>8. 02. 7. Aspiracion Secreciones</w:t>
      </w:r>
    </w:p>
    <w:p>
      <w:pPr>
        <w:pStyle w:val="ListNumber"/>
      </w:pPr>
      <w:r>
        <w:t>9. 02. 8. Posiciones Seguridad Movilizacion</w:t>
      </w:r>
    </w:p>
    <w:p>
      <w:r>
        <w:br w:type="page"/>
      </w:r>
    </w:p>
    <w:p>
      <w:pPr>
        <w:pStyle w:val="Heading1"/>
      </w:pPr>
      <w:r>
        <w:t>2.0 – Reconocimiento de la Parada Cardiorrespiratoria (PCR)</w:t>
      </w:r>
    </w:p>
    <w:p>
      <w:pPr>
        <w:pStyle w:val="Heading1"/>
      </w:pPr>
      <w:r>
        <w:t>2.0 – Reconocimiento de la Parada Cardiorrespiratoria (PCR)</w:t>
      </w:r>
    </w:p>
    <w:p>
      <w:pPr>
        <w:pStyle w:val="Heading2"/>
      </w:pPr>
      <w:r>
        <w:t>Manual TES Digital – Identificación rápida y fiable de PCR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2.0.1 Objetivo operativo</w:t>
      </w:r>
    </w:p>
    <w:p>
      <w:r>
        <w:t>Identificar de forma rápida y fiable una parada cardiorrespiratoria (PCR) en menos de 10 segundos para iniciar inmediatamente las maniobras de RCP y solicitar el DESA/DEA.</w:t>
      </w:r>
    </w:p>
    <w:p>
      <w:r>
        <w:t>Este capítulo se centra en **reconocimiento rápido y decisión operativa**, no en diagnóstico de la causa de la PCR.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2.0.2 Alcance y límites</w:t>
      </w:r>
    </w:p>
    <w:p>
      <w:pPr>
        <w:pStyle w:val="Heading3"/>
      </w:pPr>
      <w:r>
        <w:t>Alcance del capítulo</w:t>
      </w:r>
    </w:p>
    <w:p>
      <w:r>
        <w:t>**Aplicable a:**</w:t>
      </w:r>
    </w:p>
    <w:p>
      <w:pPr>
        <w:pStyle w:val="ListBullet"/>
      </w:pPr>
      <w:r>
        <w:t>Evaluación inicial de cualquier paciente encontrado inconsciente en cualquier entorno prehospitalario.</w:t>
      </w:r>
    </w:p>
    <w:p>
      <w:pPr>
        <w:pStyle w:val="ListBullet"/>
      </w:pPr>
      <w:r>
        <w:t>Determinación del inicio o no de RCP básica.</w:t>
      </w:r>
    </w:p>
    <w:p>
      <w:pPr>
        <w:pStyle w:val="ListBullet"/>
      </w:pPr>
      <w:r>
        <w:t>Reconocimiento rápido de PCR en menos de 10 segundos.</w:t>
      </w:r>
    </w:p>
    <w:p>
      <w:pPr>
        <w:pStyle w:val="Heading3"/>
      </w:pPr>
      <w:r>
        <w:t>Límites del capítulo</w:t>
      </w:r>
    </w:p>
    <w:p>
      <w:r>
        <w:t>**Este capítulo NO cubre:**</w:t>
      </w:r>
    </w:p>
    <w:p>
      <w:pPr>
        <w:pStyle w:val="ListBullet"/>
      </w:pPr>
      <w:r>
        <w:t>Diagnóstico de la causa de la PCR.</w:t>
      </w:r>
    </w:p>
    <w:p>
      <w:pPr>
        <w:pStyle w:val="ListBullet"/>
      </w:pPr>
      <w:r>
        <w:t>Técnicas de RCP (ver capítulo 4.1).</w:t>
      </w:r>
    </w:p>
    <w:p>
      <w:pPr>
        <w:pStyle w:val="ListBullet"/>
      </w:pPr>
      <w:r>
        <w:t>Uso del DESA/DEA (ver capítulos específicos).</w:t>
      </w:r>
    </w:p>
    <w:p>
      <w:pPr>
        <w:pStyle w:val="ListBullet"/>
      </w:pPr>
      <w:r>
        <w:t>Manejo avanzado de PCR (competencia médica).</w:t>
      </w:r>
    </w:p>
    <w:p>
      <w:r>
        <w:t>**Este capítulo SÍ cubre:**</w:t>
      </w:r>
    </w:p>
    <w:p>
      <w:pPr>
        <w:pStyle w:val="ListBullet"/>
      </w:pPr>
      <w:r>
        <w:t>Reconocimiento rápido de PCR.</w:t>
      </w:r>
    </w:p>
    <w:p>
      <w:pPr>
        <w:pStyle w:val="ListBullet"/>
      </w:pPr>
      <w:r>
        <w:t>Evaluación de consciencia y respiración.</w:t>
      </w:r>
    </w:p>
    <w:p>
      <w:pPr>
        <w:pStyle w:val="ListBullet"/>
      </w:pPr>
      <w:r>
        <w:t>Decisión operativa de inicio de RCP.</w:t>
      </w:r>
    </w:p>
    <w:p>
      <w:r>
        <w:t>**Integración:**</w:t>
      </w:r>
    </w:p>
    <w:p>
      <w:pPr>
        <w:pStyle w:val="ListBullet"/>
      </w:pPr>
      <w:r>
        <w:t>Se integra con RCP básica (4.1).</w:t>
      </w:r>
    </w:p>
    <w:p>
      <w:pPr>
        <w:pStyle w:val="ListBullet"/>
      </w:pPr>
      <w:r>
        <w:t>Se integra con uso de DESA/DEA (capítulos específicos).</w:t>
      </w:r>
    </w:p>
    <w:p>
      <w:pPr>
        <w:pStyle w:val="ListBullet"/>
      </w:pPr>
      <w:r>
        <w:t>Se relaciona con evaluación primaria ABCDE (1.2).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2.0.3 Principios TES</w:t>
      </w:r>
    </w:p>
    <w:p>
      <w:pPr>
        <w:pStyle w:val="Heading3"/>
      </w:pPr>
      <w:r>
        <w:t>El tiempo es miocardio y cerebro</w:t>
      </w:r>
    </w:p>
    <w:p>
      <w:r>
        <w:t>**Principio:**</w:t>
      </w:r>
    </w:p>
    <w:p>
      <w:pPr>
        <w:pStyle w:val="ListBullet"/>
      </w:pPr>
      <w:r>
        <w:t>El tiempo es miocardio y cerebro.</w:t>
      </w:r>
    </w:p>
    <w:p>
      <w:pPr>
        <w:pStyle w:val="ListBullet"/>
      </w:pPr>
      <w:r>
        <w:t>La demora en el reconocimiento es mortal.</w:t>
      </w:r>
    </w:p>
    <w:p>
      <w:pPr>
        <w:pStyle w:val="ListBullet"/>
      </w:pPr>
      <w:r>
        <w:t>Cada minuto de retraso reduce las posibilidades de supervivencia.</w:t>
      </w:r>
    </w:p>
    <w:p>
      <w:r>
        <w:t>**Aplicación:**</w:t>
      </w:r>
    </w:p>
    <w:p>
      <w:pPr>
        <w:pStyle w:val="ListBullet"/>
      </w:pPr>
      <w:r>
        <w:t>Reconocer PCR en menos de 10 segundos.</w:t>
      </w:r>
    </w:p>
    <w:p>
      <w:pPr>
        <w:pStyle w:val="ListBullet"/>
      </w:pPr>
      <w:r>
        <w:t>Iniciar RCP inmediatamente tras reconocimiento.</w:t>
      </w:r>
    </w:p>
    <w:p>
      <w:pPr>
        <w:pStyle w:val="ListBullet"/>
      </w:pPr>
      <w:r>
        <w:t>No perder tiempo en evaluaciones innecesarias.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"Inconsciente y que no respira normalmente" = PCR</w:t>
      </w:r>
    </w:p>
    <w:p>
      <w:r>
        <w:t>**Principio crítico:**</w:t>
      </w:r>
    </w:p>
    <w:p>
      <w:pPr>
        <w:pStyle w:val="ListBullet"/>
      </w:pPr>
      <w:r>
        <w:t>"Inconsciente y que no respira normalmente" = PCR hasta que se demuestre lo contrario.</w:t>
      </w:r>
    </w:p>
    <w:p>
      <w:pPr>
        <w:pStyle w:val="ListBullet"/>
      </w:pPr>
      <w:r>
        <w:t>No busques el pulso carotídeo si no estás entrenado para ello de forma rápida y fiable.</w:t>
      </w:r>
    </w:p>
    <w:p>
      <w:pPr>
        <w:pStyle w:val="ListBullet"/>
      </w:pPr>
      <w:r>
        <w:t>La ausencia de respiración normal es el criterio clave.</w:t>
      </w:r>
    </w:p>
    <w:p>
      <w:r>
        <w:t>**Aplicación:**</w:t>
      </w:r>
    </w:p>
    <w:p>
      <w:pPr>
        <w:pStyle w:val="ListBullet"/>
      </w:pPr>
      <w:r>
        <w:t>Evaluar consciencia primero.</w:t>
      </w:r>
    </w:p>
    <w:p>
      <w:pPr>
        <w:pStyle w:val="ListBullet"/>
      </w:pPr>
      <w:r>
        <w:t>Si inconsciente: evaluar respiración.</w:t>
      </w:r>
    </w:p>
    <w:p>
      <w:pPr>
        <w:pStyle w:val="ListBullet"/>
      </w:pPr>
      <w:r>
        <w:t>Si no respira normalmente: iniciar RCP.</w:t>
      </w:r>
    </w:p>
    <w:p>
      <w:pPr>
        <w:pStyle w:val="ListBullet"/>
      </w:pPr>
      <w:r>
        <w:t>No buscar pulso como primer paso.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La respiración agónica NO es respiración efectiva</w:t>
      </w:r>
    </w:p>
    <w:p>
      <w:r>
        <w:t>**Principio crítico:**</w:t>
      </w:r>
    </w:p>
    <w:p>
      <w:pPr>
        <w:pStyle w:val="ListBullet"/>
      </w:pPr>
      <w:r>
        <w:t>La respiración agónica (boqueada, infrecuente) NO es respiración efectiva.</w:t>
      </w:r>
    </w:p>
    <w:p>
      <w:pPr>
        <w:pStyle w:val="ListBullet"/>
      </w:pPr>
      <w:r>
        <w:t>Es un signo de PCR.</w:t>
      </w:r>
    </w:p>
    <w:p>
      <w:pPr>
        <w:pStyle w:val="ListBullet"/>
      </w:pPr>
      <w:r>
        <w:t>Las boqueadas SON PCR. No esperes a la apnea total.</w:t>
      </w:r>
    </w:p>
    <w:p>
      <w:r>
        <w:t>**Aplicación:**</w:t>
      </w:r>
    </w:p>
    <w:p>
      <w:pPr>
        <w:pStyle w:val="ListBullet"/>
      </w:pPr>
      <w:r>
        <w:t>Reconocer respiración agónica como signo de PCR.</w:t>
      </w:r>
    </w:p>
    <w:p>
      <w:pPr>
        <w:pStyle w:val="ListBullet"/>
      </w:pPr>
      <w:r>
        <w:t>No confundir boqueadas con respiración efectiva.</w:t>
      </w:r>
    </w:p>
    <w:p>
      <w:pPr>
        <w:pStyle w:val="ListBullet"/>
      </w:pPr>
      <w:r>
        <w:t>Iniciar RCP si hay boqueadas.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"Si dudas, comprime"</w:t>
      </w:r>
    </w:p>
    <w:p>
      <w:r>
        <w:t>**Principio:**</w:t>
      </w:r>
    </w:p>
    <w:p>
      <w:pPr>
        <w:pStyle w:val="ListBullet"/>
      </w:pPr>
      <w:r>
        <w:t>Si hay duda sobre si es PCR o no, inicia RCP.</w:t>
      </w:r>
    </w:p>
    <w:p>
      <w:pPr>
        <w:pStyle w:val="ListBullet"/>
      </w:pPr>
      <w:r>
        <w:t>Es mejor iniciar RCP innecesariamente que no iniciarla cuando es necesaria.</w:t>
      </w:r>
    </w:p>
    <w:p>
      <w:pPr>
        <w:pStyle w:val="ListBullet"/>
      </w:pPr>
      <w:r>
        <w:t>El beneficio supera ampliamente el riesgo.</w:t>
      </w:r>
    </w:p>
    <w:p>
      <w:r>
        <w:t>**Aplicación:**</w:t>
      </w:r>
    </w:p>
    <w:p>
      <w:pPr>
        <w:pStyle w:val="ListBullet"/>
      </w:pPr>
      <w:r>
        <w:t>Si dudas: inicia RCP.</w:t>
      </w:r>
    </w:p>
    <w:p>
      <w:pPr>
        <w:pStyle w:val="ListBullet"/>
      </w:pPr>
      <w:r>
        <w:t>No esperar confirmación adicional.</w:t>
      </w:r>
    </w:p>
    <w:p>
      <w:pPr>
        <w:pStyle w:val="ListBullet"/>
      </w:pPr>
      <w:r>
        <w:t>Actuar con velocidad.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4.0.4 Material implicado</w:t>
      </w:r>
    </w:p>
    <w:p>
      <w:pPr>
        <w:pStyle w:val="Heading3"/>
      </w:pPr>
      <w:r>
        <w:t>Material para reconocimiento inicial</w:t>
      </w:r>
    </w:p>
    <w:p>
      <w:r>
        <w:t>**Ninguno para el reconocimiento inicial:**</w:t>
      </w:r>
    </w:p>
    <w:p>
      <w:pPr>
        <w:pStyle w:val="ListBullet"/>
      </w:pPr>
      <w:r>
        <w:t>Las manos y los ojos son suficientes.</w:t>
      </w:r>
    </w:p>
    <w:p>
      <w:pPr>
        <w:pStyle w:val="ListBullet"/>
      </w:pPr>
      <w:r>
        <w:t>No se requiere material para reconocer PCR.</w:t>
      </w:r>
    </w:p>
    <w:p>
      <w:r>
        <w:t>**Material adicional:**</w:t>
      </w:r>
    </w:p>
    <w:p>
      <w:pPr>
        <w:pStyle w:val="ListBullet"/>
      </w:pPr>
      <w:r>
        <w:t>Reloj o dispositivo para controlar el tiempo (opcional, para práctica).</w:t>
      </w:r>
    </w:p>
    <w:p>
      <w:pPr>
        <w:pStyle w:val="ListBullet"/>
      </w:pPr>
      <w:r>
        <w:t>Radio manos-libres para activar recursos.</w:t>
      </w:r>
    </w:p>
    <w:p>
      <w:r>
        <w:t>**Nota:** El material de RCP (DESA/DEA, bolsa-mascarilla, etc.) se necesita DESPUÉS del reconocimiento, no durante.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4.0.5 Indicaciones operativas</w:t>
      </w:r>
    </w:p>
    <w:p>
      <w:r>
        <w:t>Aplica a **TODO paciente encontrado en estado de inconsciencia** (no responde a estímulos).</w:t>
      </w:r>
    </w:p>
    <w:p>
      <w:r>
        <w:t>**Criterio universal:**</w:t>
      </w:r>
    </w:p>
    <w:p>
      <w:pPr>
        <w:pStyle w:val="ListBullet"/>
      </w:pPr>
      <w:r>
        <w:t>Paciente inconsciente.</w:t>
      </w:r>
    </w:p>
    <w:p>
      <w:pPr>
        <w:pStyle w:val="ListBullet"/>
      </w:pPr>
      <w:r>
        <w:t>Evaluar respiración.</w:t>
      </w:r>
    </w:p>
    <w:p>
      <w:pPr>
        <w:pStyle w:val="ListBullet"/>
      </w:pPr>
      <w:r>
        <w:t>Si no respira normalmente: iniciar RCP.</w:t>
      </w:r>
    </w:p>
    <w:p>
      <w:r>
        <w:t>**No requiere:**</w:t>
      </w:r>
    </w:p>
    <w:p>
      <w:pPr>
        <w:pStyle w:val="ListBullet"/>
      </w:pPr>
      <w:r>
        <w:t>Verificación de pulso (si no estás entrenado).</w:t>
      </w:r>
    </w:p>
    <w:p>
      <w:pPr>
        <w:pStyle w:val="ListBullet"/>
      </w:pPr>
      <w:r>
        <w:t>Diagnóstico de causa.</w:t>
      </w:r>
    </w:p>
    <w:p>
      <w:pPr>
        <w:pStyle w:val="ListBullet"/>
      </w:pPr>
      <w:r>
        <w:t>Confirmación adicional.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4.0.6 Precauciones y situaciones complejas</w:t>
      </w:r>
    </w:p>
    <w:p>
      <w:pPr>
        <w:pStyle w:val="Heading3"/>
      </w:pPr>
      <w:r>
        <w:t>Ambientes ruidosos</w:t>
      </w:r>
    </w:p>
    <w:p>
      <w:r>
        <w:t>**Precaución:**</w:t>
      </w:r>
    </w:p>
    <w:p>
      <w:pPr>
        <w:pStyle w:val="ListBullet"/>
      </w:pPr>
      <w:r>
        <w:t>Ambientes ruidosos pueden dificultar la evaluación de respiración.</w:t>
      </w:r>
    </w:p>
    <w:p>
      <w:pPr>
        <w:pStyle w:val="ListBullet"/>
      </w:pPr>
      <w:r>
        <w:t>Necesidad de acercarse más para ver/escuchar.</w:t>
      </w:r>
    </w:p>
    <w:p>
      <w:r>
        <w:t>**Aplicación:**</w:t>
      </w:r>
    </w:p>
    <w:p>
      <w:pPr>
        <w:pStyle w:val="ListBullet"/>
      </w:pPr>
      <w:r>
        <w:t>Acércate al tórax para ver/escuchar la respiración.</w:t>
      </w:r>
    </w:p>
    <w:p>
      <w:pPr>
        <w:pStyle w:val="ListBullet"/>
      </w:pPr>
      <w:r>
        <w:t>Usa MIRA, OYE y SIENTE de forma más cercana.</w:t>
      </w:r>
    </w:p>
    <w:p>
      <w:pPr>
        <w:pStyle w:val="ListBullet"/>
      </w:pPr>
      <w:r>
        <w:t>No omitas la evaluación por ruido.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Paciente intoxicado/convulsivo postcrítico</w:t>
      </w:r>
    </w:p>
    <w:p>
      <w:r>
        <w:t>**Precaución:**</w:t>
      </w:r>
    </w:p>
    <w:p>
      <w:pPr>
        <w:pStyle w:val="ListBullet"/>
      </w:pPr>
      <w:r>
        <w:t>Puede tener respiración irregular.</w:t>
      </w:r>
    </w:p>
    <w:p>
      <w:pPr>
        <w:pStyle w:val="ListBullet"/>
      </w:pPr>
      <w:r>
        <w:t>Puede estar inconsciente con respiración anormal.</w:t>
      </w:r>
    </w:p>
    <w:p>
      <w:r>
        <w:t>**Aplicación:**</w:t>
      </w:r>
    </w:p>
    <w:p>
      <w:pPr>
        <w:pStyle w:val="ListBullet"/>
      </w:pPr>
      <w:r>
        <w:t>Si no responde y la respiración es claramente anormal (ausente o agónica), inicia RCP.</w:t>
      </w:r>
    </w:p>
    <w:p>
      <w:pPr>
        <w:pStyle w:val="ListBullet"/>
      </w:pPr>
      <w:r>
        <w:t>No esperar a que "se recupere" si no respira normalmente.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Hipotermia/Hipotermia profunda</w:t>
      </w:r>
    </w:p>
    <w:p>
      <w:r>
        <w:t>**Precaución:**</w:t>
      </w:r>
    </w:p>
    <w:p>
      <w:pPr>
        <w:pStyle w:val="ListBullet"/>
      </w:pPr>
      <w:r>
        <w:t>La respiración y el pulso pueden ser extremadamente lentos y difíciles de detectar.</w:t>
      </w:r>
    </w:p>
    <w:p>
      <w:pPr>
        <w:pStyle w:val="ListBullet"/>
      </w:pPr>
      <w:r>
        <w:t>Necesidad de evaluación más prolongada.</w:t>
      </w:r>
    </w:p>
    <w:p>
      <w:r>
        <w:t>**Aplicación:**</w:t>
      </w:r>
    </w:p>
    <w:p>
      <w:pPr>
        <w:pStyle w:val="ListBullet"/>
      </w:pPr>
      <w:r>
        <w:t>Evalúa hasta 30-45 segundos (excepción al tiempo estándar de 10 segundos).</w:t>
      </w:r>
    </w:p>
    <w:p>
      <w:pPr>
        <w:pStyle w:val="ListBullet"/>
      </w:pPr>
      <w:r>
        <w:t>Si hay duda, inicia RCP.</w:t>
      </w:r>
    </w:p>
    <w:p>
      <w:pPr>
        <w:pStyle w:val="ListBullet"/>
      </w:pPr>
      <w:r>
        <w:t>En hipotermia profunda, la evaluación puede requerir más tiempo.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Trauma grave</w:t>
      </w:r>
    </w:p>
    <w:p>
      <w:r>
        <w:t>**Precaución:**</w:t>
      </w:r>
    </w:p>
    <w:p>
      <w:pPr>
        <w:pStyle w:val="ListBullet"/>
      </w:pPr>
      <w:r>
        <w:t>El paciente puede estar en apnea por la lesión.</w:t>
      </w:r>
    </w:p>
    <w:p>
      <w:pPr>
        <w:pStyle w:val="ListBullet"/>
      </w:pPr>
      <w:r>
        <w:t>"Inconsciente y que no respira" = PCR.</w:t>
      </w:r>
    </w:p>
    <w:p>
      <w:r>
        <w:t>**Aplicación:**</w:t>
      </w:r>
    </w:p>
    <w:p>
      <w:pPr>
        <w:pStyle w:val="ListBullet"/>
      </w:pPr>
      <w:r>
        <w:t>Evaluar como PCR estándar.</w:t>
      </w:r>
    </w:p>
    <w:p>
      <w:pPr>
        <w:pStyle w:val="ListBullet"/>
      </w:pPr>
      <w:r>
        <w:t>"Inconsciente y que no respira" = PCR.</w:t>
      </w:r>
    </w:p>
    <w:p>
      <w:pPr>
        <w:pStyle w:val="ListBullet"/>
      </w:pPr>
      <w:r>
        <w:t>Inicia RCP.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Atragantamiento (OVACE)</w:t>
      </w:r>
    </w:p>
    <w:p>
      <w:r>
        <w:t>**Precaución:**</w:t>
      </w:r>
    </w:p>
    <w:p>
      <w:pPr>
        <w:pStyle w:val="ListBullet"/>
      </w:pPr>
      <w:r>
        <w:t>Reconocimiento diferente (consciente que se lleva las manos al cuello, incapacidad para hablar/toser).</w:t>
      </w:r>
    </w:p>
    <w:p>
      <w:pPr>
        <w:pStyle w:val="ListBullet"/>
      </w:pPr>
      <w:r>
        <w:t>Si se vuelve inconsciente, evalúa como PCR.</w:t>
      </w:r>
    </w:p>
    <w:p>
      <w:r>
        <w:t>**Aplicación:**</w:t>
      </w:r>
    </w:p>
    <w:p>
      <w:pPr>
        <w:pStyle w:val="ListBullet"/>
      </w:pPr>
      <w:r>
        <w:t>Si paciente está consciente con signos de atragantamiento: manejar como OVACE.</w:t>
      </w:r>
    </w:p>
    <w:p>
      <w:pPr>
        <w:pStyle w:val="ListBullet"/>
      </w:pPr>
      <w:r>
        <w:t>Si se vuelve inconsciente: evaluar como PCR.</w:t>
      </w:r>
    </w:p>
    <w:p>
      <w:pPr>
        <w:pStyle w:val="ListBullet"/>
      </w:pPr>
      <w:r>
        <w:t>Iniciar RCP si no respira normalmente.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4.0.7 Preparación previa</w:t>
      </w:r>
    </w:p>
    <w:p>
      <w:pPr>
        <w:pStyle w:val="Heading3"/>
      </w:pPr>
      <w:r>
        <w:t>Seguridad de la escena</w:t>
      </w:r>
    </w:p>
    <w:p>
      <w:r>
        <w:t>**Procedimiento:**</w:t>
      </w:r>
    </w:p>
    <w:p>
      <w:pPr>
        <w:pStyle w:val="ListBullet"/>
      </w:pPr>
      <w:r>
        <w:t>Asegúrate de que es seguro aproximarte.</w:t>
      </w:r>
    </w:p>
    <w:p>
      <w:pPr>
        <w:pStyle w:val="ListBullet"/>
      </w:pPr>
      <w:r>
        <w:t>Evaluar riesgos: eléctrico, tráfico, violencia.</w:t>
      </w:r>
    </w:p>
    <w:p>
      <w:pPr>
        <w:pStyle w:val="ListBullet"/>
      </w:pPr>
      <w:r>
        <w:t>No poner en riesgo tu seguridad.</w:t>
      </w:r>
    </w:p>
    <w:p>
      <w:r>
        <w:t>**Técnica:**</w:t>
      </w:r>
    </w:p>
    <w:p>
      <w:pPr>
        <w:pStyle w:val="ListNumber"/>
      </w:pPr>
      <w:r>
        <w:t>Evaluar seguridad de la escena antes de aproximarte.</w:t>
      </w:r>
    </w:p>
    <w:p>
      <w:pPr>
        <w:pStyle w:val="ListNumber"/>
      </w:pPr>
      <w:r>
        <w:t>Identificar riesgos (eléctrico, tráfico, violencia).</w:t>
      </w:r>
    </w:p>
    <w:p>
      <w:pPr>
        <w:pStyle w:val="ListNumber"/>
      </w:pPr>
      <w:r>
        <w:t>Asegurar que es seguro aproximarte.</w:t>
      </w:r>
    </w:p>
    <w:p>
      <w:pPr>
        <w:pStyle w:val="ListNumber"/>
      </w:pPr>
      <w:r>
        <w:t>Luego: proceder con evaluación.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Aproximación</w:t>
      </w:r>
    </w:p>
    <w:p>
      <w:r>
        <w:t>**Procedimiento:**</w:t>
      </w:r>
    </w:p>
    <w:p>
      <w:pPr>
        <w:pStyle w:val="ListBullet"/>
      </w:pPr>
      <w:r>
        <w:t>Acércate al paciente de forma controlada.</w:t>
      </w:r>
    </w:p>
    <w:p>
      <w:pPr>
        <w:pStyle w:val="ListBullet"/>
      </w:pPr>
      <w:r>
        <w:t>Mantén seguridad durante aproximación.</w:t>
      </w:r>
    </w:p>
    <w:p>
      <w:r>
        <w:t>**Técnica:**</w:t>
      </w:r>
    </w:p>
    <w:p>
      <w:pPr>
        <w:pStyle w:val="ListNumber"/>
      </w:pPr>
      <w:r>
        <w:t>Acércate de forma controlada.</w:t>
      </w:r>
    </w:p>
    <w:p>
      <w:pPr>
        <w:pStyle w:val="ListNumber"/>
      </w:pPr>
      <w:r>
        <w:t>Mantén seguridad durante aproximación.</w:t>
      </w:r>
    </w:p>
    <w:p>
      <w:pPr>
        <w:pStyle w:val="ListNumber"/>
      </w:pPr>
      <w:r>
        <w:t>Luego: proceder con evaluación.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Prepara tu mente</w:t>
      </w:r>
    </w:p>
    <w:p>
      <w:r>
        <w:t>**Procedimiento:**</w:t>
      </w:r>
    </w:p>
    <w:p>
      <w:pPr>
        <w:pStyle w:val="ListBullet"/>
      </w:pPr>
      <w:r>
        <w:t>Estás a punto de tomar una decisión crítica.</w:t>
      </w:r>
    </w:p>
    <w:p>
      <w:pPr>
        <w:pStyle w:val="ListBullet"/>
      </w:pPr>
      <w:r>
        <w:t>Sigue el algoritmo.</w:t>
      </w:r>
    </w:p>
    <w:p>
      <w:pPr>
        <w:pStyle w:val="ListBullet"/>
      </w:pPr>
      <w:r>
        <w:t>Mantén calma y sistematicidad.</w:t>
      </w:r>
    </w:p>
    <w:p>
      <w:r>
        <w:t>**Técnica:**</w:t>
      </w:r>
    </w:p>
    <w:p>
      <w:pPr>
        <w:pStyle w:val="ListNumber"/>
      </w:pPr>
      <w:r>
        <w:t>Reconocer que es una decisión crítica.</w:t>
      </w:r>
    </w:p>
    <w:p>
      <w:pPr>
        <w:pStyle w:val="ListNumber"/>
      </w:pPr>
      <w:r>
        <w:t>Seguir el algoritmo paso a paso.</w:t>
      </w:r>
    </w:p>
    <w:p>
      <w:pPr>
        <w:pStyle w:val="ListNumber"/>
      </w:pPr>
      <w:r>
        <w:t>Mantener calma y sistematicidad.</w:t>
      </w:r>
    </w:p>
    <w:p>
      <w:pPr>
        <w:pStyle w:val="ListNumber"/>
      </w:pPr>
      <w:r>
        <w:t>Luego: proceder con evaluación.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4.0.8 Procedimiento paso a paso (Evaluación en &lt;10 segundos)</w:t>
      </w:r>
    </w:p>
    <w:p>
      <w:pPr>
        <w:pStyle w:val="Heading3"/>
      </w:pPr>
      <w:r>
        <w:t>Paso 1: Evaluación de respuesta (Consciencia)</w:t>
      </w:r>
    </w:p>
    <w:p>
      <w:r>
        <w:t>**Procedimiento:**</w:t>
      </w:r>
    </w:p>
    <w:p>
      <w:pPr>
        <w:pStyle w:val="ListBullet"/>
      </w:pPr>
      <w:r>
        <w:t>Estimula al paciente: Agita suavemente los hombros y pregúntale en voz alta "¿Se encuentra bien?".</w:t>
      </w:r>
    </w:p>
    <w:p>
      <w:pPr>
        <w:pStyle w:val="ListBullet"/>
      </w:pPr>
      <w:r>
        <w:t>Evalúa respuesta: habla, se mueve, abre los ojos.</w:t>
      </w:r>
    </w:p>
    <w:p>
      <w:r>
        <w:t>**Si responde (habla, se mueve, abre los ojos):**</w:t>
      </w:r>
    </w:p>
    <w:p>
      <w:pPr>
        <w:pStyle w:val="ListBullet"/>
      </w:pPr>
      <w:r>
        <w:t>**NO ES PCR.**</w:t>
      </w:r>
    </w:p>
    <w:p>
      <w:pPr>
        <w:pStyle w:val="ListBullet"/>
      </w:pPr>
      <w:r>
        <w:t>Pasa a evaluación primaria ABC (ver 1.2).</w:t>
      </w:r>
    </w:p>
    <w:p>
      <w:pPr>
        <w:pStyle w:val="ListBullet"/>
      </w:pPr>
      <w:r>
        <w:t>No inicies RCP.</w:t>
      </w:r>
    </w:p>
    <w:p>
      <w:r>
        <w:t>**Si NO RESPONDE:**</w:t>
      </w:r>
    </w:p>
    <w:p>
      <w:pPr>
        <w:pStyle w:val="ListBullet"/>
      </w:pPr>
      <w:r>
        <w:t>Grita pidiendo ayuda.</w:t>
      </w:r>
    </w:p>
    <w:p>
      <w:pPr>
        <w:pStyle w:val="ListBullet"/>
      </w:pPr>
      <w:r>
        <w:t>Activa el manos-libres de la radio o pide a un testigo que llame al 112/coordinación (según protocolo local).</w:t>
      </w:r>
    </w:p>
    <w:p>
      <w:pPr>
        <w:pStyle w:val="ListBullet"/>
      </w:pPr>
      <w:r>
        <w:t>Continúa inmediatamente con el paso 2.</w:t>
      </w:r>
    </w:p>
    <w:p>
      <w:r>
        <w:t>**Técnica:**</w:t>
      </w:r>
    </w:p>
    <w:p>
      <w:pPr>
        <w:pStyle w:val="ListNumber"/>
      </w:pPr>
      <w:r>
        <w:t>Agitar suavemente los hombros.</w:t>
      </w:r>
    </w:p>
    <w:p>
      <w:pPr>
        <w:pStyle w:val="ListNumber"/>
      </w:pPr>
      <w:r>
        <w:t>Preguntar en voz alta: "¿Se encuentra bien?".</w:t>
      </w:r>
    </w:p>
    <w:p>
      <w:pPr>
        <w:pStyle w:val="ListNumber"/>
      </w:pPr>
      <w:r>
        <w:t>Evaluar respuesta (habla, se mueve, abre los ojos).</w:t>
      </w:r>
    </w:p>
    <w:p>
      <w:pPr>
        <w:pStyle w:val="ListNumber"/>
      </w:pPr>
      <w:r>
        <w:t>Si responde: NO ES PCR, pasar a ABC.</w:t>
      </w:r>
    </w:p>
    <w:p>
      <w:pPr>
        <w:pStyle w:val="ListNumber"/>
      </w:pPr>
      <w:r>
        <w:t>Si NO responde: gritar pidiendo ayuda, activar recursos, continuar con paso 2.</w:t>
      </w:r>
    </w:p>
    <w:p>
      <w:r>
        <w:t>**Principio:**</w:t>
      </w:r>
    </w:p>
    <w:p>
      <w:pPr>
        <w:pStyle w:val="ListBullet"/>
      </w:pPr>
      <w:r>
        <w:t>Grita pidiendo ayuda desde el primer segundo. La RCP es trabajo en equipo.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2: Evaluación de la respiración</w:t>
      </w:r>
    </w:p>
    <w:p>
      <w:r>
        <w:t>**Procedimiento:**</w:t>
      </w:r>
    </w:p>
    <w:p>
      <w:pPr>
        <w:pStyle w:val="ListBullet"/>
      </w:pPr>
      <w:r>
        <w:t>**Abre la vía aérea:** Con la maniobra frente-mentón.</w:t>
      </w:r>
    </w:p>
    <w:p>
      <w:pPr>
        <w:pStyle w:val="ListBullet"/>
      </w:pPr>
      <w:r>
        <w:t>Una mano en la frente.</w:t>
      </w:r>
    </w:p>
    <w:p>
      <w:pPr>
        <w:pStyle w:val="ListBullet"/>
      </w:pPr>
      <w:r>
        <w:t>Dedos de la otra en el mentón.</w:t>
      </w:r>
    </w:p>
    <w:p>
      <w:pPr>
        <w:pStyle w:val="ListBullet"/>
      </w:pPr>
      <w:r>
        <w:t>Inclina la cabeza hacia atrás.</w:t>
      </w:r>
    </w:p>
    <w:p>
      <w:pPr>
        <w:pStyle w:val="ListBullet"/>
      </w:pPr>
      <w:r>
        <w:t>**Evita si sospecha trauma cervical;** en tal caso, usa tracción mandibular.</w:t>
      </w:r>
    </w:p>
    <w:p>
      <w:pPr>
        <w:pStyle w:val="ListBullet"/>
      </w:pPr>
      <w:r>
        <w:t>**MIRA, OYE y SIENTE por NO MÁS DE 10 SEGUNDOS:**</w:t>
      </w:r>
    </w:p>
    <w:p>
      <w:pPr>
        <w:pStyle w:val="ListBullet"/>
      </w:pPr>
      <w:r>
        <w:t>**MIRA** el movimiento del tórax y abdomen.</w:t>
      </w:r>
    </w:p>
    <w:p>
      <w:pPr>
        <w:pStyle w:val="ListBullet"/>
      </w:pPr>
      <w:r>
        <w:t>**OYE** los sonidos respiratorios junto a su boca.</w:t>
      </w:r>
    </w:p>
    <w:p>
      <w:pPr>
        <w:pStyle w:val="ListBullet"/>
      </w:pPr>
      <w:r>
        <w:t>**SIENTE** el aire en tu mejilla.</w:t>
      </w:r>
    </w:p>
    <w:p>
      <w:r>
        <w:t>**Técnica:**</w:t>
      </w:r>
    </w:p>
    <w:p>
      <w:pPr>
        <w:pStyle w:val="ListNumber"/>
      </w:pPr>
      <w:r>
        <w:t>Abrir vía aérea: maniobra frente-mentón (o tracción mandibular si trauma cervical).</w:t>
      </w:r>
    </w:p>
    <w:p>
      <w:pPr>
        <w:pStyle w:val="ListNumber"/>
      </w:pPr>
      <w:r>
        <w:t>MIRA: movimiento del tórax y abdomen.</w:t>
      </w:r>
    </w:p>
    <w:p>
      <w:pPr>
        <w:pStyle w:val="ListNumber"/>
      </w:pPr>
      <w:r>
        <w:t>OYE: sonidos respiratorios junto a su boca.</w:t>
      </w:r>
    </w:p>
    <w:p>
      <w:pPr>
        <w:pStyle w:val="ListNumber"/>
      </w:pPr>
      <w:r>
        <w:t>SIENTE: aire en tu mejilla.</w:t>
      </w:r>
    </w:p>
    <w:p>
      <w:pPr>
        <w:pStyle w:val="ListNumber"/>
      </w:pPr>
      <w:r>
        <w:t>Evaluar por NO MÁS DE 10 SEGUNDOS.</w:t>
      </w:r>
    </w:p>
    <w:p>
      <w:pPr>
        <w:pStyle w:val="ListNumber"/>
      </w:pPr>
      <w:r>
        <w:t>Contar en voz baja: "mil uno, mil dos..." hasta "mil diez".</w:t>
      </w:r>
    </w:p>
    <w:p>
      <w:r>
        <w:t>**Principio:**</w:t>
      </w:r>
    </w:p>
    <w:p>
      <w:pPr>
        <w:pStyle w:val="ListBullet"/>
      </w:pPr>
      <w:r>
        <w:t>La apertura de vía aérea (frente-mentón) es parte obligatoria de la evaluación. No la omitas.</w:t>
      </w:r>
    </w:p>
    <w:p>
      <w:pPr>
        <w:pStyle w:val="ListBullet"/>
      </w:pPr>
      <w:r>
        <w:t>10 segundos máximos. Cuenta en voz baja: "mil uno, mil dos..." hasta "mil diez". Si no has visto/respirado normal, es PCR.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¿Qué es "respiración NORMAL"?</w:t>
      </w:r>
    </w:p>
    <w:p>
      <w:r>
        <w:t>**Definición:**</w:t>
      </w:r>
    </w:p>
    <w:p>
      <w:pPr>
        <w:pStyle w:val="ListBullet"/>
      </w:pPr>
      <w:r>
        <w:t>Es regular, con una frecuencia entre 12 y 20 por minuto en adulto.</w:t>
      </w:r>
    </w:p>
    <w:p>
      <w:pPr>
        <w:pStyle w:val="ListBullet"/>
      </w:pPr>
      <w:r>
        <w:t>Movimiento torácico claro.</w:t>
      </w:r>
    </w:p>
    <w:p>
      <w:pPr>
        <w:pStyle w:val="ListBullet"/>
      </w:pPr>
      <w:r>
        <w:t>Respiración efectiva y regular.</w:t>
      </w:r>
    </w:p>
    <w:p>
      <w:r>
        <w:t>**Características:**</w:t>
      </w:r>
    </w:p>
    <w:p>
      <w:pPr>
        <w:pStyle w:val="ListBullet"/>
      </w:pPr>
      <w:r>
        <w:t>Regular.</w:t>
      </w:r>
    </w:p>
    <w:p>
      <w:pPr>
        <w:pStyle w:val="ListBullet"/>
      </w:pPr>
      <w:r>
        <w:t>Frecuencia: 12-20 por minuto (adulto).</w:t>
      </w:r>
    </w:p>
    <w:p>
      <w:pPr>
        <w:pStyle w:val="ListBullet"/>
      </w:pPr>
      <w:r>
        <w:t>Movimiento torácico claro.</w:t>
      </w:r>
    </w:p>
    <w:p>
      <w:pPr>
        <w:pStyle w:val="ListBullet"/>
      </w:pPr>
      <w:r>
        <w:t>Respiración efectiva.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¿Qué es "respiración ABNORMAL" (Agónica)?</w:t>
      </w:r>
    </w:p>
    <w:p>
      <w:r>
        <w:t>**Definición:**</w:t>
      </w:r>
    </w:p>
    <w:p>
      <w:pPr>
        <w:pStyle w:val="ListBullet"/>
      </w:pPr>
      <w:r>
        <w:t>Boqueadas irregulares.</w:t>
      </w:r>
    </w:p>
    <w:p>
      <w:pPr>
        <w:pStyle w:val="ListBullet"/>
      </w:pPr>
      <w:r>
        <w:t>Infrecuentes (1-2 por minuto).</w:t>
      </w:r>
    </w:p>
    <w:p>
      <w:pPr>
        <w:pStyle w:val="ListBullet"/>
      </w:pPr>
      <w:r>
        <w:t>Ruidosas.</w:t>
      </w:r>
    </w:p>
    <w:p>
      <w:pPr>
        <w:pStyle w:val="ListBullet"/>
      </w:pPr>
      <w:r>
        <w:t>Con movimiento solo de la boca o la parte superior del tórax.</w:t>
      </w:r>
    </w:p>
    <w:p>
      <w:pPr>
        <w:pStyle w:val="ListBullet"/>
      </w:pPr>
      <w:r>
        <w:t>**ES UN SIGNO DE PCR. NO ES RESPIRACIÓN EFECTIVA.**</w:t>
      </w:r>
    </w:p>
    <w:p>
      <w:r>
        <w:t>**Características:**</w:t>
      </w:r>
    </w:p>
    <w:p>
      <w:pPr>
        <w:pStyle w:val="ListBullet"/>
      </w:pPr>
      <w:r>
        <w:t>Boqueadas irregulares.</w:t>
      </w:r>
    </w:p>
    <w:p>
      <w:pPr>
        <w:pStyle w:val="ListBullet"/>
      </w:pPr>
      <w:r>
        <w:t>Infrecuentes (1-2 por minuto).</w:t>
      </w:r>
    </w:p>
    <w:p>
      <w:pPr>
        <w:pStyle w:val="ListBullet"/>
      </w:pPr>
      <w:r>
        <w:t>Ruidosas.</w:t>
      </w:r>
    </w:p>
    <w:p>
      <w:pPr>
        <w:pStyle w:val="ListBullet"/>
      </w:pPr>
      <w:r>
        <w:t>Movimiento solo de boca o parte superior del tórax.</w:t>
      </w:r>
    </w:p>
    <w:p>
      <w:pPr>
        <w:pStyle w:val="ListBullet"/>
      </w:pPr>
      <w:r>
        <w:t>**ES PCR. NO ES RESPIRACIÓN EFECTIVA.**</w:t>
      </w:r>
    </w:p>
    <w:p>
      <w:r>
        <w:t>**Principio:**</w:t>
      </w:r>
    </w:p>
    <w:p>
      <w:pPr>
        <w:pStyle w:val="ListBullet"/>
      </w:pPr>
      <w:r>
        <w:t>Las boqueadas SON PCR. No esperes a la apnea total.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Decisión</w:t>
      </w:r>
    </w:p>
    <w:p>
      <w:r>
        <w:t>**Respira con normalidad (o está hiperventilando):**</w:t>
      </w:r>
    </w:p>
    <w:p>
      <w:pPr>
        <w:pStyle w:val="ListBullet"/>
      </w:pPr>
      <w:r>
        <w:t>**NO ES PCR.**</w:t>
      </w:r>
    </w:p>
    <w:p>
      <w:pPr>
        <w:pStyle w:val="ListBullet"/>
      </w:pPr>
      <w:r>
        <w:t>Colócalo en Posición Lateral de Seguridad (PLS).</w:t>
      </w:r>
    </w:p>
    <w:p>
      <w:pPr>
        <w:pStyle w:val="ListBullet"/>
      </w:pPr>
      <w:r>
        <w:t>Monitoriza y busca causa.</w:t>
      </w:r>
    </w:p>
    <w:p>
      <w:pPr>
        <w:pStyle w:val="ListBullet"/>
      </w:pPr>
      <w:r>
        <w:t>No iniciar RCP.</w:t>
      </w:r>
    </w:p>
    <w:p>
      <w:r>
        <w:t>**NO respira o solo presenta boqueadas/respiración agónica:**</w:t>
      </w:r>
    </w:p>
    <w:p>
      <w:pPr>
        <w:pStyle w:val="ListBullet"/>
      </w:pPr>
      <w:r>
        <w:t>**ES PCR.**</w:t>
      </w:r>
    </w:p>
    <w:p>
      <w:pPr>
        <w:pStyle w:val="ListBullet"/>
      </w:pPr>
      <w:r>
        <w:t>Iniciar RCP inmediatamente.</w:t>
      </w:r>
    </w:p>
    <w:p>
      <w:r>
        <w:t>**Técnica de decisión:**</w:t>
      </w:r>
    </w:p>
    <w:p>
      <w:pPr>
        <w:pStyle w:val="ListNumber"/>
      </w:pPr>
      <w:r>
        <w:t>Evaluar respiración (MIRA, OYE, SIENTE por 10 segundos máximo).</w:t>
      </w:r>
    </w:p>
    <w:p>
      <w:pPr>
        <w:pStyle w:val="ListNumber"/>
      </w:pPr>
      <w:r>
        <w:t>Si respira normalmente: NO ES PCR, PLS, monitorizar.</w:t>
      </w:r>
    </w:p>
    <w:p>
      <w:pPr>
        <w:pStyle w:val="ListNumber"/>
      </w:pPr>
      <w:r>
        <w:t>Si NO respira o solo boqueadas: ES PCR, iniciar RCP.</w:t>
      </w:r>
    </w:p>
    <w:p>
      <w:r>
        <w:t>**Principio:**</w:t>
      </w:r>
    </w:p>
    <w:p>
      <w:pPr>
        <w:pStyle w:val="ListBullet"/>
      </w:pPr>
      <w:r>
        <w:t>"Inconsciente + No respira normalmente = INICIA RCP AHORA." Memoriza esta ecuación.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Acción inmediata post-reconocimiento</w:t>
      </w:r>
    </w:p>
    <w:p>
      <w:r>
        <w:t>**Procedimiento:**</w:t>
      </w:r>
    </w:p>
    <w:p>
      <w:pPr>
        <w:pStyle w:val="ListNumber"/>
      </w:pPr>
      <w:r>
        <w:t>**Grita:** "¡PCR, trae el DESA y el botiquín de RCP!".</w:t>
      </w:r>
    </w:p>
    <w:p>
      <w:pPr>
        <w:pStyle w:val="ListNumber"/>
      </w:pPr>
      <w:r>
        <w:t>**Inicia compresiones torácicas** de inmediato (Capítulo 4.1).</w:t>
      </w:r>
    </w:p>
    <w:p>
      <w:pPr>
        <w:pStyle w:val="ListNumber"/>
      </w:pPr>
      <w:r>
        <w:t>Cuando llegue el DESA, enciéndelo y aplica los parches.</w:t>
      </w:r>
    </w:p>
    <w:p>
      <w:r>
        <w:t>**Técnica:**</w:t>
      </w:r>
    </w:p>
    <w:p>
      <w:pPr>
        <w:pStyle w:val="ListNumber"/>
      </w:pPr>
      <w:r>
        <w:t>Gritar: "¡PCR, trae el DESA y el botiquín de RCP!".</w:t>
      </w:r>
    </w:p>
    <w:p>
      <w:pPr>
        <w:pStyle w:val="ListNumber"/>
      </w:pPr>
      <w:r>
        <w:t>Iniciar compresiones torácicas inmediatamente.</w:t>
      </w:r>
    </w:p>
    <w:p>
      <w:pPr>
        <w:pStyle w:val="ListNumber"/>
      </w:pPr>
      <w:r>
        <w:t>Cuando llegue DESA: encenderlo y aplicar parches.</w:t>
      </w:r>
    </w:p>
    <w:p>
      <w:r>
        <w:t>**Principio:**</w:t>
      </w:r>
    </w:p>
    <w:p>
      <w:pPr>
        <w:pStyle w:val="ListBullet"/>
      </w:pPr>
      <w:r>
        <w:t>No busques el pulso. Tu herramienta de diagnóstico son los ojos y los oídos: **MIRA, OYE, SIENTE.**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4.0.9 Errores críticos</w:t>
      </w:r>
    </w:p>
    <w:p>
      <w:pPr>
        <w:pStyle w:val="Heading3"/>
      </w:pPr>
      <w:r>
        <w:t>ERROR #1: Tomar más de 10 segundos en la evaluación</w:t>
      </w:r>
    </w:p>
    <w:p>
      <w:r>
        <w:t>**Error:**</w:t>
      </w:r>
    </w:p>
    <w:p>
      <w:pPr>
        <w:pStyle w:val="ListBullet"/>
      </w:pPr>
      <w:r>
        <w:t>❌ Tomar más de 10 segundos en la evaluación.</w:t>
      </w:r>
    </w:p>
    <w:p>
      <w:pPr>
        <w:pStyle w:val="ListBullet"/>
      </w:pPr>
      <w:r>
        <w:t>**Consecuencia:** La demora es el mayor enemigo. Cada segundo cuenta.</w:t>
      </w:r>
    </w:p>
    <w:p>
      <w:r>
        <w:t>**Corrección:**</w:t>
      </w:r>
    </w:p>
    <w:p>
      <w:pPr>
        <w:pStyle w:val="ListBullet"/>
      </w:pPr>
      <w:r>
        <w:t>Practica para ser rápido y sistemático.</w:t>
      </w:r>
    </w:p>
    <w:p>
      <w:pPr>
        <w:pStyle w:val="ListBullet"/>
      </w:pPr>
      <w:r>
        <w:t>Cuenta en voz baja: "mil uno, mil dos..." hasta "mil diez".</w:t>
      </w:r>
    </w:p>
    <w:p>
      <w:pPr>
        <w:pStyle w:val="ListBullet"/>
      </w:pPr>
      <w:r>
        <w:t>Si no has visto/respirado normal en 10 segundos, es PCR.</w:t>
      </w:r>
    </w:p>
    <w:p>
      <w:r>
        <w:t>**Prevención:**</w:t>
      </w:r>
    </w:p>
    <w:p>
      <w:pPr>
        <w:pStyle w:val="ListBullet"/>
      </w:pPr>
      <w:r>
        <w:t>Practicar evaluación rápida.</w:t>
      </w:r>
    </w:p>
    <w:p>
      <w:pPr>
        <w:pStyle w:val="ListBullet"/>
      </w:pPr>
      <w:r>
        <w:t>Usar conteo para controlar tiempo.</w:t>
      </w:r>
    </w:p>
    <w:p>
      <w:pPr>
        <w:pStyle w:val="ListBullet"/>
      </w:pPr>
      <w:r>
        <w:t>No exceder 10 segundos.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#2: Confundir respiración agónica con respiración efectiva</w:t>
      </w:r>
    </w:p>
    <w:p>
      <w:r>
        <w:t>**Error:**</w:t>
      </w:r>
    </w:p>
    <w:p>
      <w:pPr>
        <w:pStyle w:val="ListBullet"/>
      </w:pPr>
      <w:r>
        <w:t>❌ Confundir respiración agónica con respiración efectiva.</w:t>
      </w:r>
    </w:p>
    <w:p>
      <w:pPr>
        <w:pStyle w:val="ListBullet"/>
      </w:pPr>
      <w:r>
        <w:t>**Consecuencia:** Las boqueadas son la principal causa de no iniciar RCP cuando es necesaria.</w:t>
      </w:r>
    </w:p>
    <w:p>
      <w:r>
        <w:t>**Corrección:**</w:t>
      </w:r>
    </w:p>
    <w:p>
      <w:pPr>
        <w:pStyle w:val="ListBullet"/>
      </w:pPr>
      <w:r>
        <w:t>Reconocer que boqueadas SON PCR.</w:t>
      </w:r>
    </w:p>
    <w:p>
      <w:pPr>
        <w:pStyle w:val="ListBullet"/>
      </w:pPr>
      <w:r>
        <w:t>No esperar a apnea total.</w:t>
      </w:r>
    </w:p>
    <w:p>
      <w:pPr>
        <w:pStyle w:val="ListBullet"/>
      </w:pPr>
      <w:r>
        <w:t>"Si dudas, comprime".</w:t>
      </w:r>
    </w:p>
    <w:p>
      <w:r>
        <w:t>**Prevención:**</w:t>
      </w:r>
    </w:p>
    <w:p>
      <w:pPr>
        <w:pStyle w:val="ListBullet"/>
      </w:pPr>
      <w:r>
        <w:t>Reconocer características de respiración agónica.</w:t>
      </w:r>
    </w:p>
    <w:p>
      <w:pPr>
        <w:pStyle w:val="ListBullet"/>
      </w:pPr>
      <w:r>
        <w:t>Recordar: boqueadas SON PCR.</w:t>
      </w:r>
    </w:p>
    <w:p>
      <w:pPr>
        <w:pStyle w:val="ListBullet"/>
      </w:pPr>
      <w:r>
        <w:t>No confundir con respiración efectiva.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#3: Buscar el pulso carotídeo como primer paso</w:t>
      </w:r>
    </w:p>
    <w:p>
      <w:r>
        <w:t>**Error:**</w:t>
      </w:r>
    </w:p>
    <w:p>
      <w:pPr>
        <w:pStyle w:val="ListBullet"/>
      </w:pPr>
      <w:r>
        <w:t>❌ Buscar el pulso carotídeo como primer paso.</w:t>
      </w:r>
    </w:p>
    <w:p>
      <w:pPr>
        <w:pStyle w:val="ListBullet"/>
      </w:pPr>
      <w:r>
        <w:t>**Consecuencia:** Es lento y poco fiable en manos de no expertos.</w:t>
      </w:r>
    </w:p>
    <w:p>
      <w:r>
        <w:t>**Corrección:**</w:t>
      </w:r>
    </w:p>
    <w:p>
      <w:pPr>
        <w:pStyle w:val="ListBullet"/>
      </w:pPr>
      <w:r>
        <w:t>El criterio universal es **inconsciencia + ausencia de respiración normal**.</w:t>
      </w:r>
    </w:p>
    <w:p>
      <w:pPr>
        <w:pStyle w:val="ListBullet"/>
      </w:pPr>
      <w:r>
        <w:t>No buscar pulso como primer paso.</w:t>
      </w:r>
    </w:p>
    <w:p>
      <w:pPr>
        <w:pStyle w:val="ListBullet"/>
      </w:pPr>
      <w:r>
        <w:t>Si no estás entrenado para ello de forma rápida y fiable, no lo busques.</w:t>
      </w:r>
    </w:p>
    <w:p>
      <w:r>
        <w:t>**Prevención:**</w:t>
      </w:r>
    </w:p>
    <w:p>
      <w:pPr>
        <w:pStyle w:val="ListBullet"/>
      </w:pPr>
      <w:r>
        <w:t>Usar criterio: inconsciencia + ausencia de respiración normal.</w:t>
      </w:r>
    </w:p>
    <w:p>
      <w:pPr>
        <w:pStyle w:val="ListBullet"/>
      </w:pPr>
      <w:r>
        <w:t>No buscar pulso como primer paso.</w:t>
      </w:r>
    </w:p>
    <w:p>
      <w:pPr>
        <w:pStyle w:val="ListBullet"/>
      </w:pPr>
      <w:r>
        <w:t>Confiar en evaluación de respiración.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#4: No abrir la vía aérea antes de evaluar la respiración</w:t>
      </w:r>
    </w:p>
    <w:p>
      <w:r>
        <w:t>**Error:**</w:t>
      </w:r>
    </w:p>
    <w:p>
      <w:pPr>
        <w:pStyle w:val="ListBullet"/>
      </w:pPr>
      <w:r>
        <w:t>❌ No abrir la vía aérea antes de evaluar la respiración.</w:t>
      </w:r>
    </w:p>
    <w:p>
      <w:pPr>
        <w:pStyle w:val="ListBullet"/>
      </w:pPr>
      <w:r>
        <w:t>**Consecuencia:** La lengua obstruida puede simular apnea.</w:t>
      </w:r>
    </w:p>
    <w:p>
      <w:r>
        <w:t>**Corrección:**</w:t>
      </w:r>
    </w:p>
    <w:p>
      <w:pPr>
        <w:pStyle w:val="ListBullet"/>
      </w:pPr>
      <w:r>
        <w:t>Siempre frente-mentón primero.</w:t>
      </w:r>
    </w:p>
    <w:p>
      <w:pPr>
        <w:pStyle w:val="ListBullet"/>
      </w:pPr>
      <w:r>
        <w:t>Abrir vía aérea antes de evaluar respiración.</w:t>
      </w:r>
    </w:p>
    <w:p>
      <w:pPr>
        <w:pStyle w:val="ListBullet"/>
      </w:pPr>
      <w:r>
        <w:t>Luego: MIRA, OYE, SIENTE.</w:t>
      </w:r>
    </w:p>
    <w:p>
      <w:r>
        <w:t>**Prevención:**</w:t>
      </w:r>
    </w:p>
    <w:p>
      <w:pPr>
        <w:pStyle w:val="ListBullet"/>
      </w:pPr>
      <w:r>
        <w:t>SIEMPRE abrir vía aérea antes de evaluar respiración.</w:t>
      </w:r>
    </w:p>
    <w:p>
      <w:pPr>
        <w:pStyle w:val="ListBullet"/>
      </w:pPr>
      <w:r>
        <w:t>Usar maniobra frente-mentón (o tracción mandibular si trauma cervical).</w:t>
      </w:r>
    </w:p>
    <w:p>
      <w:pPr>
        <w:pStyle w:val="ListBullet"/>
      </w:pPr>
      <w:r>
        <w:t>No omitir apertura de vía aérea.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#5: No pedir ayuda/activar recursos inmediatamente</w:t>
      </w:r>
    </w:p>
    <w:p>
      <w:r>
        <w:t>**Error:**</w:t>
      </w:r>
    </w:p>
    <w:p>
      <w:pPr>
        <w:pStyle w:val="ListBullet"/>
      </w:pPr>
      <w:r>
        <w:t>❌ No pedir ayuda/activar recursos inmediatamente.</w:t>
      </w:r>
    </w:p>
    <w:p>
      <w:pPr>
        <w:pStyle w:val="ListBullet"/>
      </w:pPr>
      <w:r>
        <w:t>**Consecuencia:** Quedarte solo con una PCR es insostenible.</w:t>
      </w:r>
    </w:p>
    <w:p>
      <w:r>
        <w:t>**Corrección:**</w:t>
      </w:r>
    </w:p>
    <w:p>
      <w:pPr>
        <w:pStyle w:val="ListBullet"/>
      </w:pPr>
      <w:r>
        <w:t>Activa el sistema en cuanto confirmas inconsciencia.</w:t>
      </w:r>
    </w:p>
    <w:p>
      <w:pPr>
        <w:pStyle w:val="ListBullet"/>
      </w:pPr>
      <w:r>
        <w:t>Grita pidiendo ayuda desde el primer segundo.</w:t>
      </w:r>
    </w:p>
    <w:p>
      <w:pPr>
        <w:pStyle w:val="ListBullet"/>
      </w:pPr>
      <w:r>
        <w:t>Activa recursos inmediatamente.</w:t>
      </w:r>
    </w:p>
    <w:p>
      <w:r>
        <w:t>**Prevención:**</w:t>
      </w:r>
    </w:p>
    <w:p>
      <w:pPr>
        <w:pStyle w:val="ListBullet"/>
      </w:pPr>
      <w:r>
        <w:t>Gritar pidiendo ayuda desde el primer segundo.</w:t>
      </w:r>
    </w:p>
    <w:p>
      <w:pPr>
        <w:pStyle w:val="ListBullet"/>
      </w:pPr>
      <w:r>
        <w:t>Activar recursos en cuanto confirmas inconsciencia.</w:t>
      </w:r>
    </w:p>
    <w:p>
      <w:pPr>
        <w:pStyle w:val="ListBullet"/>
      </w:pPr>
      <w:r>
        <w:t>No esperar a confirmar PCR para pedir ayuda.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#6: Intentar otras maniobras antes de evaluar ABC</w:t>
      </w:r>
    </w:p>
    <w:p>
      <w:r>
        <w:t>**Error:**</w:t>
      </w:r>
    </w:p>
    <w:p>
      <w:pPr>
        <w:pStyle w:val="ListBullet"/>
      </w:pPr>
      <w:r>
        <w:t>❌ Intentar otras maniobras (olfatear sales, dar palmadas) antes de evaluar ABC.</w:t>
      </w:r>
    </w:p>
    <w:p>
      <w:pPr>
        <w:pStyle w:val="ListBullet"/>
      </w:pPr>
      <w:r>
        <w:t>**Consecuencia:** Pérdida de tiempo crítica.</w:t>
      </w:r>
    </w:p>
    <w:p>
      <w:r>
        <w:t>**Corrección:**</w:t>
      </w:r>
    </w:p>
    <w:p>
      <w:pPr>
        <w:pStyle w:val="ListBullet"/>
      </w:pPr>
      <w:r>
        <w:t>Evaluar ABC primero.</w:t>
      </w:r>
    </w:p>
    <w:p>
      <w:pPr>
        <w:pStyle w:val="ListBullet"/>
      </w:pPr>
      <w:r>
        <w:t>No intentar otras maniobras antes de evaluar.</w:t>
      </w:r>
    </w:p>
    <w:p>
      <w:pPr>
        <w:pStyle w:val="ListBullet"/>
      </w:pPr>
      <w:r>
        <w:t>Seguir algoritmo paso a paso.</w:t>
      </w:r>
    </w:p>
    <w:p>
      <w:r>
        <w:t>**Prevención:**</w:t>
      </w:r>
    </w:p>
    <w:p>
      <w:pPr>
        <w:pStyle w:val="ListBullet"/>
      </w:pPr>
      <w:r>
        <w:t>Seguir algoritmo paso a paso.</w:t>
      </w:r>
    </w:p>
    <w:p>
      <w:pPr>
        <w:pStyle w:val="ListBullet"/>
      </w:pPr>
      <w:r>
        <w:t>Evaluar ABC primero.</w:t>
      </w:r>
    </w:p>
    <w:p>
      <w:pPr>
        <w:pStyle w:val="ListBullet"/>
      </w:pPr>
      <w:r>
        <w:t>No intentar otras maniobras antes de evaluar.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#7: No confiar en testigo que dice "no respira"</w:t>
      </w:r>
    </w:p>
    <w:p>
      <w:r>
        <w:t>**Error:**</w:t>
      </w:r>
    </w:p>
    <w:p>
      <w:pPr>
        <w:pStyle w:val="ListBullet"/>
      </w:pPr>
      <w:r>
        <w:t>❌ No confiar inicialmente en testigo que dice "no respira".</w:t>
      </w:r>
    </w:p>
    <w:p>
      <w:pPr>
        <w:pStyle w:val="ListBullet"/>
      </w:pPr>
      <w:r>
        <w:t>**Consecuencia:** Pérdida de tiempo valioso.</w:t>
      </w:r>
    </w:p>
    <w:p>
      <w:r>
        <w:t>**Corrección:**</w:t>
      </w:r>
    </w:p>
    <w:p>
      <w:pPr>
        <w:pStyle w:val="ListBullet"/>
      </w:pPr>
      <w:r>
        <w:t>Si un testigo dice "no respira", confía inicialmente y actúa con velocidad.</w:t>
      </w:r>
    </w:p>
    <w:p>
      <w:pPr>
        <w:pStyle w:val="ListBullet"/>
      </w:pPr>
      <w:r>
        <w:t>Verifica tú mismo, pero no pierdas tiempo.</w:t>
      </w:r>
    </w:p>
    <w:p>
      <w:pPr>
        <w:pStyle w:val="ListBullet"/>
      </w:pPr>
      <w:r>
        <w:t>Actúa con velocidad basándote en información del testigo.</w:t>
      </w:r>
    </w:p>
    <w:p>
      <w:r>
        <w:t>**Prevención:**</w:t>
      </w:r>
    </w:p>
    <w:p>
      <w:pPr>
        <w:pStyle w:val="ListBullet"/>
      </w:pPr>
      <w:r>
        <w:t>Confiar inicialmente en información del testigo.</w:t>
      </w:r>
    </w:p>
    <w:p>
      <w:pPr>
        <w:pStyle w:val="ListBullet"/>
      </w:pPr>
      <w:r>
        <w:t>Actuar con velocidad.</w:t>
      </w:r>
    </w:p>
    <w:p>
      <w:pPr>
        <w:pStyle w:val="ListBullet"/>
      </w:pPr>
      <w:r>
        <w:t>Verificar tú mismo, pero sin perder tiempo.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4.0.10 Puntos clave TES</w:t>
      </w:r>
    </w:p>
    <w:p>
      <w:pPr>
        <w:pStyle w:val="ListBullet"/>
      </w:pPr>
      <w:r>
        <w:t>**"Inconsciente + No respira normalmente = INICIA RCP AHORA."** Memoriza esta ecuación.</w:t>
      </w:r>
    </w:p>
    <w:p>
      <w:pPr>
        <w:pStyle w:val="ListBullet"/>
      </w:pPr>
      <w:r>
        <w:t>**Las boqueadas SON PCR.** No esperes a la apnea total.</w:t>
      </w:r>
    </w:p>
    <w:p>
      <w:pPr>
        <w:pStyle w:val="ListBullet"/>
      </w:pPr>
      <w:r>
        <w:t>**No busques el pulso.** Tu herramienta de diagnóstico son los ojos y los oídos: **MIRA, OYE, SIENTE.**</w:t>
      </w:r>
    </w:p>
    <w:p>
      <w:pPr>
        <w:pStyle w:val="ListBullet"/>
      </w:pPr>
      <w:r>
        <w:t>**10 segundos máximos.** Cuenta en voz baja: "mil uno, mil dos..." hasta "mil diez". Si no has visto/respirado normal, es PCR.</w:t>
      </w:r>
    </w:p>
    <w:p>
      <w:pPr>
        <w:pStyle w:val="ListBullet"/>
      </w:pPr>
      <w:r>
        <w:t>**Grita pidiendo ayuda desde el primer segundo.** La RCP es trabajo en equipo.</w:t>
      </w:r>
    </w:p>
    <w:p>
      <w:pPr>
        <w:pStyle w:val="ListBullet"/>
      </w:pPr>
      <w:r>
        <w:t>**La apertura de vía aérea (frente-mentón) es parte obligatoria de la evaluación.** No la omitas.</w:t>
      </w:r>
    </w:p>
    <w:p>
      <w:pPr>
        <w:pStyle w:val="ListBullet"/>
      </w:pPr>
      <w:r>
        <w:t>**Si un testigo dice "no respira", confía inicialmente y actúa con velocidad.** Verifica tú mismo, pero no pierdas tiempo.</w:t>
      </w:r>
    </w:p>
    <w:p>
      <w:pPr>
        <w:pStyle w:val="ListBullet"/>
      </w:pPr>
      <w:r>
        <w:t>**El tiempo es miocardio y cerebro.** La demora en el reconocimiento es mortal.</w:t>
      </w:r>
    </w:p>
    <w:p>
      <w:pPr>
        <w:pStyle w:val="ListBullet"/>
      </w:pPr>
      <w:r>
        <w:t>**"Si dudas, comprime."** Es mejor iniciar RCP innecesariamente que no iniciarla cuando es necesaria.</w:t>
      </w:r>
    </w:p>
    <w:p>
      <w:pPr>
        <w:pStyle w:val="ListBullet"/>
      </w:pPr>
      <w:r>
        <w:t>**La respiración agónica (boqueada, infrecuente) NO es respiración efectiva.** Es un signo de PCR.</w:t>
      </w:r>
    </w:p>
    <w:p>
      <w:pPr>
        <w:pStyle w:val="ListBullet"/>
      </w:pPr>
      <w:r>
        <w:t>**No busques el pulso carotídeo si no estás entrenado para ello de forma rápida y fiable.** La ausencia de respiración normal es el criterio clave.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4.0.11 Cierre del capítulo</w:t>
      </w:r>
    </w:p>
    <w:p>
      <w:r>
        <w:t>Este capítulo se integra con:</w:t>
      </w:r>
    </w:p>
    <w:p>
      <w:pPr>
        <w:pStyle w:val="ListBullet"/>
      </w:pPr>
      <w:r>
        <w:t>**1.2 – Evaluación Primaria del Paciente: ABCDE Operativo** (evaluación primaria)</w:t>
      </w:r>
    </w:p>
    <w:p>
      <w:pPr>
        <w:pStyle w:val="ListBullet"/>
      </w:pPr>
      <w:r>
        <w:t>**4.1 – RCP Básica: Compresiones y Ventilaciones** (inicio de RCP tras reconocimiento)</w:t>
      </w:r>
    </w:p>
    <w:p>
      <w:pPr>
        <w:pStyle w:val="ListBullet"/>
      </w:pPr>
      <w:r>
        <w:t>**Capítulos de DESA/DEA** (uso de desfibrilador tras reconocimiento)</w:t>
      </w:r>
    </w:p>
    <w:p>
      <w:r>
        <w:t>**Transición:**</w:t>
      </w:r>
    </w:p>
    <w:p>
      <w:pPr>
        <w:pStyle w:val="ListBullet"/>
      </w:pPr>
      <w:r>
        <w:t>Este capítulo proporciona técnicas operativas de **reconocimiento rápido de PCR**.</w:t>
      </w:r>
    </w:p>
    <w:p>
      <w:pPr>
        <w:pStyle w:val="ListBullet"/>
      </w:pPr>
      <w:r>
        <w:t>El capítulo siguiente desarrolla **RCP básica: compresiones y ventilaciones (4.1)**.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El tiempo es miocardio y cerebro. La demora en el reconocimiento es mortal.</w:t>
      </w:r>
    </w:p>
    <w:p>
      <w:pPr>
        <w:pStyle w:val="ListBullet"/>
      </w:pPr>
      <w:r>
        <w:t>**"Inconsciente + No respira normalmente = INICIA RCP AHORA."** Memoriza esta ecuación.</w:t>
      </w:r>
    </w:p>
    <w:p>
      <w:pPr>
        <w:pStyle w:val="ListBullet"/>
      </w:pPr>
      <w:r>
        <w:t>**Las boqueadas SON PCR.** No esperes a la apnea total.</w:t>
      </w:r>
    </w:p>
    <w:p>
      <w:pPr>
        <w:pStyle w:val="ListBullet"/>
      </w:pPr>
      <w:r>
        <w:t>**No busques el pulso.** Tu herramienta de diagnóstico son los ojos y los oídos: **MIRA, OYE, SIENTE.**</w:t>
      </w:r>
    </w:p>
    <w:p>
      <w:pPr>
        <w:pStyle w:val="ListBullet"/>
      </w:pPr>
      <w:r>
        <w:t>**10 segundos máximos.** Cuenta en voz baja: "mil uno, mil dos..." hasta "mil diez".</w:t>
      </w:r>
    </w:p>
    <w:p>
      <w:pPr>
        <w:pStyle w:val="ListBullet"/>
      </w:pPr>
      <w:r>
        <w:t>**Grita pidiendo ayuda desde el primer segundo.** La RCP es trabajo en equipo.</w:t>
      </w:r>
    </w:p>
    <w:p>
      <w:pPr>
        <w:pStyle w:val="ListBullet"/>
      </w:pPr>
      <w:r>
        <w:t>**La apertura de vía aérea (frente-mentón) es parte obligatoria de la evaluación.** No la omitas.</w:t>
      </w:r>
    </w:p>
    <w:p>
      <w:pPr>
        <w:pStyle w:val="ListBullet"/>
      </w:pPr>
      <w:r>
        <w:t>**"Si dudas, comprime."** Es mejor iniciar RCP innecesariamente que no iniciarla cuando es necesaria.</w:t>
      </w:r>
    </w:p>
    <w:p>
      <w:r>
        <w:t>**Principios No Negociables:**</w:t>
      </w:r>
    </w:p>
    <w:p>
      <w:pPr>
        <w:pStyle w:val="ListBullet"/>
      </w:pPr>
      <w:r>
        <w:t>**NUNCA tomar** más de 10 segundos en la evaluación</w:t>
      </w:r>
    </w:p>
    <w:p>
      <w:pPr>
        <w:pStyle w:val="ListBullet"/>
      </w:pPr>
      <w:r>
        <w:t>**NUNCA confundir** respiración agónica con respiración efectiva</w:t>
      </w:r>
    </w:p>
    <w:p>
      <w:pPr>
        <w:pStyle w:val="ListBullet"/>
      </w:pPr>
      <w:r>
        <w:t>**NUNCA buscar** pulso como primer paso (si no estás entrenado)</w:t>
      </w:r>
    </w:p>
    <w:p>
      <w:pPr>
        <w:pStyle w:val="ListBullet"/>
      </w:pPr>
      <w:r>
        <w:t>**NUNCA omitir** apertura de vía aérea antes de evaluar respiración</w:t>
      </w:r>
    </w:p>
    <w:p>
      <w:pPr>
        <w:pStyle w:val="ListBullet"/>
      </w:pPr>
      <w:r>
        <w:t>**NUNCA omitir** pedir ayuda/activar recursos inmediatamente</w:t>
      </w:r>
    </w:p>
    <w:p>
      <w:pPr>
        <w:pStyle w:val="ListBullet"/>
      </w:pPr>
      <w:r>
        <w:t>**NUNCA intentar** otras maniobras antes de evaluar ABC</w:t>
      </w:r>
    </w:p>
    <w:p>
      <w:pPr>
        <w:pStyle w:val="ListBullet"/>
      </w:pPr>
      <w:r>
        <w:t>**SIEMPRE evaluar** consciencia primero</w:t>
      </w:r>
    </w:p>
    <w:p>
      <w:pPr>
        <w:pStyle w:val="ListBullet"/>
      </w:pPr>
      <w:r>
        <w:t>**SIEMPRE abrir** vía aérea antes de evaluar respiración</w:t>
      </w:r>
    </w:p>
    <w:p>
      <w:pPr>
        <w:pStyle w:val="ListBullet"/>
      </w:pPr>
      <w:r>
        <w:t>**SIEMPRE usar** MIRA, OYE, SIENTE por máximo 10 segundos</w:t>
      </w:r>
    </w:p>
    <w:p>
      <w:pPr>
        <w:pStyle w:val="ListBullet"/>
      </w:pPr>
      <w:r>
        <w:t>**SIEMPRE iniciar** RCP si inconsciente + no respira normalmente</w:t>
      </w:r>
    </w:p>
    <w:p>
      <w:pPr>
        <w:pStyle w:val="ListBullet"/>
      </w:pPr>
      <w:r>
        <w:t>**SIEMPRE gritar** pidiendo ayuda desde el primer segundo</w:t>
      </w:r>
    </w:p>
    <w:p>
      <w:pPr>
        <w:pStyle w:val="ListBullet"/>
      </w:pPr>
      <w:r>
        <w:t>**SIEMPRE activar** recursos inmediatamente tras confirmar inconsciencia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2.1 – RCP Básica en Adultos: Secuencia C-A-B Operativa</w:t>
      </w:r>
    </w:p>
    <w:p>
      <w:pPr>
        <w:pStyle w:val="Heading1"/>
      </w:pPr>
      <w:r>
        <w:t>2.1 – RCP Básica en Adultos: Secuencia C-A-B Operativa</w:t>
      </w:r>
    </w:p>
    <w:p>
      <w:pPr>
        <w:pStyle w:val="Heading2"/>
      </w:pPr>
      <w:r>
        <w:t>Manual TES Digital – Reanimación Cardiopulmonar básica de alta calidad en adultos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**Objetivo TES:** Iniciar RCP de alta calidad en &lt;30–60 segundos desde la llegada, minimizar interrupciones, coordinar recursos (112/DESA/BVM) y mantener un flujo simple y repetible.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2.1.1 Cuándo aplicar (criterio operativo)</w:t>
      </w:r>
    </w:p>
    <w:p>
      <w:r>
        <w:t>Inicia RCP en adulto si cumple **TODAS** las siguientes condiciones:</w:t>
      </w:r>
    </w:p>
    <w:p>
      <w:pPr>
        <w:pStyle w:val="ListNumber"/>
      </w:pPr>
      <w:r>
        <w:t>**No responde** (a voz/tacto).</w:t>
      </w:r>
    </w:p>
    <w:p>
      <w:pPr>
        <w:pStyle w:val="ListNumber"/>
      </w:pPr>
      <w:r>
        <w:t>**No respira normal** (ausencia de respiración o boqueadas agónicas).</w:t>
      </w:r>
    </w:p>
    <w:p>
      <w:pPr>
        <w:pStyle w:val="ListNumber"/>
      </w:pPr>
      <w:r>
        <w:t>**No hay signos evidentes de vida.**</w:t>
      </w:r>
    </w:p>
    <w:p>
      <w:r>
        <w:t>**Regla de oro TES:**</w:t>
      </w:r>
    </w:p>
    <w:p>
      <w:pPr>
        <w:pStyle w:val="ListBullet"/>
      </w:pPr>
      <w:r>
        <w:t>Si hay duda con la respiración: trátalo como PCR y empieza compresiones.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4.1.2 Seguridad, escena y mando</w:t>
      </w:r>
    </w:p>
    <w:p>
      <w:r>
        <w:t>**Seguridad:**</w:t>
      </w:r>
    </w:p>
    <w:p>
      <w:pPr>
        <w:pStyle w:val="ListBullet"/>
      </w:pPr>
      <w:r>
        <w:t>Tráfico.</w:t>
      </w:r>
    </w:p>
    <w:p>
      <w:pPr>
        <w:pStyle w:val="ListBullet"/>
      </w:pPr>
      <w:r>
        <w:t>Electricidad.</w:t>
      </w:r>
    </w:p>
    <w:p>
      <w:pPr>
        <w:pStyle w:val="ListBullet"/>
      </w:pPr>
      <w:r>
        <w:t>Fuego.</w:t>
      </w:r>
    </w:p>
    <w:p>
      <w:pPr>
        <w:pStyle w:val="ListBullet"/>
      </w:pPr>
      <w:r>
        <w:t>Violencia.</w:t>
      </w:r>
    </w:p>
    <w:p>
      <w:pPr>
        <w:pStyle w:val="ListBullet"/>
      </w:pPr>
      <w:r>
        <w:t>Bio-riesgo.</w:t>
      </w:r>
    </w:p>
    <w:p>
      <w:r>
        <w:t>**Toma de mando:**</w:t>
      </w:r>
    </w:p>
    <w:p>
      <w:pPr>
        <w:pStyle w:val="ListBullet"/>
      </w:pPr>
      <w:r>
        <w:t>TES 1 o primero en llegar toma el mando.</w:t>
      </w:r>
    </w:p>
    <w:p>
      <w:pPr>
        <w:pStyle w:val="ListBullet"/>
      </w:pPr>
      <w:r>
        <w:t>Órdenes cortas (ver guiones 4.1.9).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2.1.3 Activación rápida del sistema (112 + DESA + material)</w:t>
      </w:r>
    </w:p>
    <w:p>
      <w:pPr>
        <w:pStyle w:val="Heading3"/>
      </w:pPr>
      <w:r>
        <w:t>Órdenes operativas</w:t>
      </w:r>
    </w:p>
    <w:p>
      <w:r>
        <w:t>**Con equipo disponible:**</w:t>
      </w:r>
    </w:p>
    <w:p>
      <w:pPr>
        <w:pStyle w:val="ListBullet"/>
      </w:pPr>
      <w:r>
        <w:t>"Tú llama al 112 y vuelve."</w:t>
      </w:r>
    </w:p>
    <w:p>
      <w:pPr>
        <w:pStyle w:val="ListBullet"/>
      </w:pPr>
      <w:r>
        <w:t>"Tú trae el DESA."</w:t>
      </w:r>
    </w:p>
    <w:p>
      <w:pPr>
        <w:pStyle w:val="ListBullet"/>
      </w:pPr>
      <w:r>
        <w:t>"Tú trae BVM + O2 + cánulas." (conecta con 3.3 BVM)</w:t>
      </w:r>
    </w:p>
    <w:p>
      <w:r>
        <w:t>**Si estás solo y no hay DESA cerca:**</w:t>
      </w:r>
    </w:p>
    <w:p>
      <w:pPr>
        <w:pStyle w:val="ListBullet"/>
      </w:pPr>
      <w:r>
        <w:t>112 en manos libres y empieza RCP ya.</w:t>
      </w:r>
    </w:p>
    <w:p>
      <w:pPr>
        <w:pStyle w:val="ListBullet"/>
      </w:pPr>
      <w:r>
        <w:t>No demorar RCP por buscar DESA.</w:t>
      </w:r>
    </w:p>
    <w:p>
      <w:r>
        <w:t>**Técnica:**</w:t>
      </w:r>
    </w:p>
    <w:p>
      <w:pPr>
        <w:pStyle w:val="ListNumber"/>
      </w:pPr>
      <w:r>
        <w:t>Evaluar si estás solo o con equipo.</w:t>
      </w:r>
    </w:p>
    <w:p>
      <w:pPr>
        <w:pStyle w:val="ListNumber"/>
      </w:pPr>
      <w:r>
        <w:t>Si hay equipo: asignar roles inmediatamente.</w:t>
      </w:r>
    </w:p>
    <w:p>
      <w:pPr>
        <w:pStyle w:val="ListNumber"/>
      </w:pPr>
      <w:r>
        <w:t>Si estás solo: activar 112 en manos libres y empezar RCP.</w:t>
      </w:r>
    </w:p>
    <w:p>
      <w:pPr>
        <w:pStyle w:val="ListNumber"/>
      </w:pPr>
      <w:r>
        <w:t>No demorar RCP por buscar material.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4.1.4 Árbol de Decisión Binaria (SVB Adulto)</w:t>
      </w:r>
    </w:p>
    <w:p>
      <w:r>
        <w:t>**Nota:** (Compresiones 100–120/min y profundidad 5–6 cm).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4.1.5 Técnica de compresiones (C de C-A-B)</w:t>
      </w:r>
    </w:p>
    <w:p>
      <w:r>
        <w:t>**Posición:**</w:t>
      </w:r>
    </w:p>
    <w:p>
      <w:pPr>
        <w:pStyle w:val="ListBullet"/>
      </w:pPr>
      <w:r>
        <w:t>Víctima en superficie firme.</w:t>
      </w:r>
    </w:p>
    <w:p>
      <w:pPr>
        <w:pStyle w:val="ListBullet"/>
      </w:pPr>
      <w:r>
        <w:t>Talón de la mano en el centro del pecho (mitad inferior del esternón).</w:t>
      </w:r>
    </w:p>
    <w:p>
      <w:pPr>
        <w:pStyle w:val="ListBullet"/>
      </w:pPr>
      <w:r>
        <w:t>Brazos rectos, hombros encima de las manos.</w:t>
      </w:r>
    </w:p>
    <w:p>
      <w:r>
        <w:t>**Parámetros de calidad:**</w:t>
      </w:r>
    </w:p>
    <w:p>
      <w:r>
        <w:t>**Ritmo:**</w:t>
      </w:r>
    </w:p>
    <w:p>
      <w:pPr>
        <w:pStyle w:val="ListBullet"/>
      </w:pPr>
      <w:r>
        <w:t>**100–120/min.**</w:t>
      </w:r>
    </w:p>
    <w:p>
      <w:pPr>
        <w:pStyle w:val="ListBullet"/>
      </w:pPr>
      <w:r>
        <w:t>Contar en voz alta: "uno, dos, tres..." hasta "treinta".</w:t>
      </w:r>
    </w:p>
    <w:p>
      <w:r>
        <w:t>**Profundidad:**</w:t>
      </w:r>
    </w:p>
    <w:p>
      <w:pPr>
        <w:pStyle w:val="ListBullet"/>
      </w:pPr>
      <w:r>
        <w:t>**5–6 cm** (evitar &gt;6 cm).</w:t>
      </w:r>
    </w:p>
    <w:p>
      <w:pPr>
        <w:pStyle w:val="ListBullet"/>
      </w:pPr>
      <w:r>
        <w:t>Profundidad suficiente para comprimir el corazón.</w:t>
      </w:r>
    </w:p>
    <w:p>
      <w:pPr>
        <w:pStyle w:val="ListBullet"/>
      </w:pPr>
      <w:r>
        <w:t>Evitar compresiones excesivas (&gt;6 cm).</w:t>
      </w:r>
    </w:p>
    <w:p>
      <w:r>
        <w:t>**Recoil completo:**</w:t>
      </w:r>
    </w:p>
    <w:p>
      <w:pPr>
        <w:pStyle w:val="ListBullet"/>
      </w:pPr>
      <w:r>
        <w:t>No "apoyarse" en el tórax.</w:t>
      </w:r>
    </w:p>
    <w:p>
      <w:pPr>
        <w:pStyle w:val="ListBullet"/>
      </w:pPr>
      <w:r>
        <w:t>Permitir retroalimentación completa del tórax tras cada compresión.</w:t>
      </w:r>
    </w:p>
    <w:p>
      <w:pPr>
        <w:pStyle w:val="ListBullet"/>
      </w:pPr>
      <w:r>
        <w:t>"Sube del todo" tras cada compresión.</w:t>
      </w:r>
    </w:p>
    <w:p>
      <w:r>
        <w:t>**Interrupciones mínimas:**</w:t>
      </w:r>
    </w:p>
    <w:p>
      <w:pPr>
        <w:pStyle w:val="ListBullet"/>
      </w:pPr>
      <w:r>
        <w:t>Pausas solo para ventilaciones/desfibrilación/seguridad.</w:t>
      </w:r>
    </w:p>
    <w:p>
      <w:pPr>
        <w:pStyle w:val="ListBullet"/>
      </w:pPr>
      <w:r>
        <w:t>Minimizar interrupciones al máximo.</w:t>
      </w:r>
    </w:p>
    <w:p>
      <w:pPr>
        <w:pStyle w:val="ListBullet"/>
      </w:pPr>
      <w:r>
        <w:t>No interrumpir por más de 10 segundos.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Regla TES de oro</w:t>
      </w:r>
    </w:p>
    <w:p>
      <w:r>
        <w:t>**Si te cansas: cambia cada 2 min (o antes si baja la calidad).**</w:t>
      </w:r>
    </w:p>
    <w:p>
      <w:r>
        <w:t>**Aplicación:**</w:t>
      </w:r>
    </w:p>
    <w:p>
      <w:pPr>
        <w:pStyle w:val="ListBullet"/>
      </w:pPr>
      <w:r>
        <w:t>Cambiar de reanimador cada 2 minutos.</w:t>
      </w:r>
    </w:p>
    <w:p>
      <w:pPr>
        <w:pStyle w:val="ListBullet"/>
      </w:pPr>
      <w:r>
        <w:t>Si la calidad baja antes de 2 minutos, cambiar antes.</w:t>
      </w:r>
    </w:p>
    <w:p>
      <w:pPr>
        <w:pStyle w:val="ListBullet"/>
      </w:pPr>
      <w:r>
        <w:t>Coordinar cambio con equipo (ver Capítulo 4.5).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4.1.6 Ventilaciones (A y B operativos)</w:t>
      </w:r>
    </w:p>
    <w:p>
      <w:r>
        <w:t>**Opción estándar (recomendada si estás entrenado y tienes material):**</w:t>
      </w:r>
    </w:p>
    <w:p>
      <w:pPr>
        <w:pStyle w:val="ListBullet"/>
      </w:pPr>
      <w:r>
        <w:t>**Relación:** 30 compresiones : 2 ventilaciones.</w:t>
      </w:r>
    </w:p>
    <w:p>
      <w:pPr>
        <w:pStyle w:val="ListBullet"/>
      </w:pPr>
      <w:r>
        <w:t>Cada ventilación: ~1 segundo, solo hasta ver elevación torácica (sin hiperventilar).</w:t>
      </w:r>
    </w:p>
    <w:p>
      <w:pPr>
        <w:pStyle w:val="ListBullet"/>
      </w:pPr>
      <w:r>
        <w:t>Con BVM: seguir capítulo 3.3 (sello, cánula, O2, volumen justo).</w:t>
      </w:r>
    </w:p>
    <w:p>
      <w:r>
        <w:t>**Si NO puedes/quieres ventilar (o sin material):**</w:t>
      </w:r>
    </w:p>
    <w:p>
      <w:pPr>
        <w:pStyle w:val="ListBullet"/>
      </w:pPr>
      <w:r>
        <w:t>RCP solo con compresiones continuas (mejor que parar).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4.1.7 Integración con DESA (enlace a 4.4)</w:t>
      </w:r>
    </w:p>
    <w:p>
      <w:r>
        <w:t>En cuanto llegue el DESA:</w:t>
      </w:r>
    </w:p>
    <w:p>
      <w:pPr>
        <w:pStyle w:val="ListBullet"/>
      </w:pPr>
      <w:r>
        <w:t>Encender y seguir instrucciones.</w:t>
      </w:r>
    </w:p>
    <w:p>
      <w:pPr>
        <w:pStyle w:val="ListBullet"/>
      </w:pPr>
      <w:r>
        <w:t>Parches sin parar compresiones (salvo lo imprescindible).</w:t>
      </w:r>
    </w:p>
    <w:p>
      <w:pPr>
        <w:pStyle w:val="ListBullet"/>
      </w:pPr>
      <w:r>
        <w:t>"¡Apartarse!" solo en: análisis, descarga.</w:t>
      </w:r>
    </w:p>
    <w:p>
      <w:pPr>
        <w:pStyle w:val="ListBullet"/>
      </w:pPr>
      <w:r>
        <w:t>Reanudar compresiones inmediatamente tras descarga o "no descarga".</w:t>
      </w:r>
    </w:p>
    <w:p>
      <w:r>
        <w:t>(Procedimiento completo: 4.4 – Uso del DESA)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4.1.8 Secuencia operativa "en bucle" (lo que repites)</w:t>
      </w:r>
    </w:p>
    <w:p>
      <w:r>
        <w:t>**Bucle de 2 minutos:**</w:t>
      </w:r>
    </w:p>
    <w:p>
      <w:pPr>
        <w:pStyle w:val="ListBullet"/>
      </w:pPr>
      <w:r>
        <w:t>30:2 (o compresiones continuas)</w:t>
      </w:r>
    </w:p>
    <w:p>
      <w:pPr>
        <w:pStyle w:val="ListBullet"/>
      </w:pPr>
      <w:r>
        <w:t>DESA cuando corresponda</w:t>
      </w:r>
    </w:p>
    <w:p>
      <w:pPr>
        <w:pStyle w:val="ListBullet"/>
      </w:pPr>
      <w:r>
        <w:t>Cambio de reanimador (si hay)</w:t>
      </w:r>
    </w:p>
    <w:p>
      <w:pPr>
        <w:pStyle w:val="ListBullet"/>
      </w:pPr>
      <w:r>
        <w:t>Reevaluación rápida si: se mueve, respira normal, abre ojos / habla</w:t>
      </w:r>
    </w:p>
    <w:p>
      <w:r>
        <w:t>**Parar RCP solo si:**</w:t>
      </w:r>
    </w:p>
    <w:p>
      <w:pPr>
        <w:pStyle w:val="ListBullet"/>
      </w:pPr>
      <w:r>
        <w:t>ROSC claro (respira normal y responde)</w:t>
      </w:r>
    </w:p>
    <w:p>
      <w:pPr>
        <w:pStyle w:val="ListBullet"/>
      </w:pPr>
      <w:r>
        <w:t>Agotamiento extremo sin relevo</w:t>
      </w:r>
    </w:p>
    <w:p>
      <w:pPr>
        <w:pStyle w:val="ListBullet"/>
      </w:pPr>
      <w:r>
        <w:t>Orden médica/autoridad competente</w:t>
      </w:r>
    </w:p>
    <w:p>
      <w:pPr>
        <w:pStyle w:val="ListBullet"/>
      </w:pPr>
      <w:r>
        <w:t>Peligro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4.1.9 Guiones de comunicación operativa (TES)</w:t>
      </w:r>
    </w:p>
    <w:p>
      <w:r>
        <w:t>**Mando inicial:**</w:t>
      </w:r>
    </w:p>
    <w:p>
      <w:pPr>
        <w:pStyle w:val="ListBullet"/>
      </w:pPr>
      <w:r>
        <w:t>"Yo llevo el mando. Tú 112. Tú DESA. Tú BVM y oxígeno."</w:t>
      </w:r>
    </w:p>
    <w:p>
      <w:r>
        <w:t>**Confirmación PCR:**</w:t>
      </w:r>
    </w:p>
    <w:p>
      <w:pPr>
        <w:pStyle w:val="ListBullet"/>
      </w:pPr>
      <w:r>
        <w:t>"No responde y no respira normal: es una PCR. Empiezo compresiones."</w:t>
      </w:r>
    </w:p>
    <w:p>
      <w:r>
        <w:t>**Control de calidad:**</w:t>
      </w:r>
    </w:p>
    <w:p>
      <w:pPr>
        <w:pStyle w:val="ListBullet"/>
      </w:pPr>
      <w:r>
        <w:t>"Ritmo 100–120, profundo 5–6, suelta del todo."</w:t>
      </w:r>
    </w:p>
    <w:p>
      <w:pPr>
        <w:pStyle w:val="ListBullet"/>
      </w:pPr>
      <w:r>
        <w:t>"Cambio en 3…2…1… ¡cambio!"</w:t>
      </w:r>
    </w:p>
    <w:p>
      <w:r>
        <w:t>**DESA:**</w:t>
      </w:r>
    </w:p>
    <w:p>
      <w:pPr>
        <w:pStyle w:val="ListBullet"/>
      </w:pPr>
      <w:r>
        <w:t>"Coloca parches sin parar compresiones."</w:t>
      </w:r>
    </w:p>
    <w:p>
      <w:pPr>
        <w:pStyle w:val="ListBullet"/>
      </w:pPr>
      <w:r>
        <w:t>"¡Nadie toca! Analiza."</w:t>
      </w:r>
    </w:p>
    <w:p>
      <w:pPr>
        <w:pStyle w:val="ListBullet"/>
      </w:pPr>
      <w:r>
        <w:t>"¡Descarga! Reanudo compresiones ya."</w:t>
      </w:r>
    </w:p>
    <w:p>
      <w:r>
        <w:t>**Con familiares:**</w:t>
      </w:r>
    </w:p>
    <w:p>
      <w:pPr>
        <w:pStyle w:val="ListBullet"/>
      </w:pPr>
      <w:r>
        <w:t>"Ahora lo más importante es el masaje cardíaco. Estamos actuando y ya viene ayuda."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4.1.10 Errores críticos (con corrección y prevención)</w:t>
      </w:r>
    </w:p>
    <w:p>
      <w:pPr>
        <w:pStyle w:val="ListNumber"/>
      </w:pPr>
      <w:r>
        <w:t>**Parar por duda de respiración**</w:t>
      </w:r>
    </w:p>
    <w:p>
      <w:pPr>
        <w:pStyle w:val="ListBullet"/>
      </w:pPr>
      <w:r>
        <w:t>Corrección: si no respira normal → RCP.</w:t>
      </w:r>
    </w:p>
    <w:p>
      <w:pPr>
        <w:pStyle w:val="ListNumber"/>
      </w:pPr>
      <w:r>
        <w:t>**Compresiones poco profundas / lentas**</w:t>
      </w:r>
    </w:p>
    <w:p>
      <w:pPr>
        <w:pStyle w:val="ListBullet"/>
      </w:pPr>
      <w:r>
        <w:t>Corrección: 5–6 cm y 100–120/min.</w:t>
      </w:r>
    </w:p>
    <w:p>
      <w:pPr>
        <w:pStyle w:val="ListNumber"/>
      </w:pPr>
      <w:r>
        <w:t>**No permitir recoil (apoyarse)**</w:t>
      </w:r>
    </w:p>
    <w:p>
      <w:pPr>
        <w:pStyle w:val="ListBullet"/>
      </w:pPr>
      <w:r>
        <w:t>Corrección: "sube del todo" tras cada compresión.</w:t>
      </w:r>
    </w:p>
    <w:p>
      <w:pPr>
        <w:pStyle w:val="ListNumber"/>
      </w:pPr>
      <w:r>
        <w:t>**Ventilar demasiado fuerte/rápido (distensión gástrica, aspiración)**</w:t>
      </w:r>
    </w:p>
    <w:p>
      <w:pPr>
        <w:pStyle w:val="ListBullet"/>
      </w:pPr>
      <w:r>
        <w:t>Corrección: 1 s, solo elevación torácica.</w:t>
      </w:r>
    </w:p>
    <w:p>
      <w:pPr>
        <w:pStyle w:val="ListNumber"/>
      </w:pPr>
      <w:r>
        <w:t>**Interrupciones largas por DESA**</w:t>
      </w:r>
    </w:p>
    <w:p>
      <w:pPr>
        <w:pStyle w:val="ListBullet"/>
      </w:pPr>
      <w:r>
        <w:t>Corrección: compresiones durante colocación; pausa solo en análisis/descarga.</w:t>
      </w:r>
    </w:p>
    <w:p>
      <w:pPr>
        <w:pStyle w:val="ListNumber"/>
      </w:pPr>
      <w:r>
        <w:t>**No pedir ayuda / no delegar**</w:t>
      </w:r>
    </w:p>
    <w:p>
      <w:pPr>
        <w:pStyle w:val="ListBullet"/>
      </w:pPr>
      <w:r>
        <w:t>Prevención: órdenes claras en los primeros 15–30 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4.1.11 Puntos clave TES e integración con el Bloque 4</w:t>
      </w:r>
    </w:p>
    <w:p>
      <w:r>
        <w:t>**2.0 Reconocimiento PCR** → esta secuencia es su ejecución directa.</w:t>
      </w:r>
    </w:p>
    <w:p>
      <w:r>
        <w:t>**2.5 BVM** → si hay 2 intervinientes, ventilar con BVM mejora eficacia.</w:t>
      </w:r>
    </w:p>
    <w:p>
      <w:r>
        <w:t>**4.4 DESA** → desfibrilación precoz + compresiones de calidad.</w:t>
      </w:r>
    </w:p>
    <w:p>
      <w:r>
        <w:t>**2.9 Dos intervinientes** → mejora rotación, calidad y coordinación.</w:t>
      </w:r>
    </w:p>
    <w:p>
      <w:r>
        <w:t>**4.9 PLS** → si respira normal pero inconsciente.</w:t>
      </w:r>
    </w:p>
    <w:p>
      <w:r>
        <w:t>**Checklist mental TES (3 palabras):**</w:t>
      </w:r>
    </w:p>
    <w:p>
      <w:r>
        <w:t>**Rápido – Profundo – Continuo.**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2.0 (Reconocimiento PCR) - Identificación de PCR</w:t>
      </w:r>
    </w:p>
    <w:p>
      <w:pPr>
        <w:pStyle w:val="ListBullet"/>
      </w:pPr>
      <w:r>
        <w:t>1.2 (ABCDE Operativo) - Evaluación primaria</w:t>
      </w:r>
    </w:p>
    <w:p>
      <w:pPr>
        <w:pStyle w:val="ListBullet"/>
      </w:pPr>
      <w:r>
        <w:t>2.5 (Ventilación BVM) - Técnica de ventilación</w:t>
      </w:r>
    </w:p>
    <w:p>
      <w:r>
        <w:t>**Capítulos relacionados:**</w:t>
      </w:r>
    </w:p>
    <w:p>
      <w:pPr>
        <w:pStyle w:val="ListBullet"/>
      </w:pPr>
      <w:r>
        <w:t>2.0 (Reconocimiento PCR) - Ejecución directa tras reconocimiento</w:t>
      </w:r>
    </w:p>
    <w:p>
      <w:pPr>
        <w:pStyle w:val="ListBullet"/>
      </w:pPr>
      <w:r>
        <w:t>2.4 (Uso del DESA) - Desfibrilación precoz</w:t>
      </w:r>
    </w:p>
    <w:p>
      <w:pPr>
        <w:pStyle w:val="ListBullet"/>
      </w:pPr>
      <w:r>
        <w:t>2.5 (Ventilación BVM) - Ventilación con BVM mejora eficacia</w:t>
      </w:r>
    </w:p>
    <w:p>
      <w:pPr>
        <w:pStyle w:val="ListBullet"/>
      </w:pPr>
      <w:r>
        <w:t>2.8 (Posiciones de Seguridad) - PLS si respira normal pero inconsciente</w:t>
      </w:r>
    </w:p>
    <w:p>
      <w:r>
        <w:t>**Capítulos siguientes:**</w:t>
      </w:r>
    </w:p>
    <w:p>
      <w:pPr>
        <w:pStyle w:val="ListBullet"/>
      </w:pPr>
      <w:r>
        <w:t>2.2-2.3 (RCP Pediátrica/Lactantes) - RCP en diferentes edades</w:t>
      </w:r>
    </w:p>
    <w:p>
      <w:pPr>
        <w:pStyle w:val="ListBullet"/>
      </w:pPr>
      <w:r>
        <w:t>2.4 (Uso del DESA) - Desfibrilación precoz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**Parar por duda de respiración**</w:t>
            </w:r>
          </w:p>
        </w:tc>
        <w:tc>
          <w:tcPr>
            <w:tcW w:type="dxa" w:w="2880"/>
          </w:tcPr>
          <w:p>
            <w:r>
              <w:t>Retraso en iniciar RCP, pérdida de tiempo crítico</w:t>
            </w:r>
          </w:p>
        </w:tc>
        <w:tc>
          <w:tcPr>
            <w:tcW w:type="dxa" w:w="2880"/>
          </w:tcPr>
          <w:p>
            <w:r>
              <w:t>Si no respira normal → RCP. "Si dudas, comprime"</w:t>
            </w:r>
          </w:p>
        </w:tc>
      </w:tr>
      <w:tr>
        <w:tc>
          <w:tcPr>
            <w:tcW w:type="dxa" w:w="2880"/>
          </w:tcPr>
          <w:p>
            <w:r>
              <w:t>**Compresiones poco profundas (&lt;5 cm) o lentas (&lt;100/min)**</w:t>
            </w:r>
          </w:p>
        </w:tc>
        <w:tc>
          <w:tcPr>
            <w:tcW w:type="dxa" w:w="2880"/>
          </w:tcPr>
          <w:p>
            <w:r>
              <w:t>RCP ineficaz, no proporciona circulación adecuada</w:t>
            </w:r>
          </w:p>
        </w:tc>
        <w:tc>
          <w:tcPr>
            <w:tcW w:type="dxa" w:w="2880"/>
          </w:tcPr>
          <w:p>
            <w:r>
              <w:t>Verificar profundidad (5-6 cm) y ritmo (100-120/min)</w:t>
            </w:r>
          </w:p>
        </w:tc>
      </w:tr>
      <w:tr>
        <w:tc>
          <w:tcPr>
            <w:tcW w:type="dxa" w:w="2880"/>
          </w:tcPr>
          <w:p>
            <w:r>
              <w:t>**No permitir recoil completo (apoyarse en tórax)**</w:t>
            </w:r>
          </w:p>
        </w:tc>
        <w:tc>
          <w:tcPr>
            <w:tcW w:type="dxa" w:w="2880"/>
          </w:tcPr>
          <w:p>
            <w:r>
              <w:t>No permite llenado cardíaco, RCP ineficaz</w:t>
            </w:r>
          </w:p>
        </w:tc>
        <w:tc>
          <w:tcPr>
            <w:tcW w:type="dxa" w:w="2880"/>
          </w:tcPr>
          <w:p>
            <w:r>
              <w:t>"Sube del todo" tras cada compresión. Permitir retroalimentación completa</w:t>
            </w:r>
          </w:p>
        </w:tc>
      </w:tr>
      <w:tr>
        <w:tc>
          <w:tcPr>
            <w:tcW w:type="dxa" w:w="2880"/>
          </w:tcPr>
          <w:p>
            <w:r>
              <w:t>**Ventilar demasiado fuerte/rápido**</w:t>
            </w:r>
          </w:p>
        </w:tc>
        <w:tc>
          <w:tcPr>
            <w:tcW w:type="dxa" w:w="2880"/>
          </w:tcPr>
          <w:p>
            <w:r>
              <w:t>Distensión gástrica, aspiración, reduce retorno venoso</w:t>
            </w:r>
          </w:p>
        </w:tc>
        <w:tc>
          <w:tcPr>
            <w:tcW w:type="dxa" w:w="2880"/>
          </w:tcPr>
          <w:p>
            <w:r>
              <w:t>Ventilaciones de 1 segundo, solo elevación torácica</w:t>
            </w:r>
          </w:p>
        </w:tc>
      </w:tr>
      <w:tr>
        <w:tc>
          <w:tcPr>
            <w:tcW w:type="dxa" w:w="2880"/>
          </w:tcPr>
          <w:p>
            <w:r>
              <w:t>**Interrupciones largas por DESA**</w:t>
            </w:r>
          </w:p>
        </w:tc>
        <w:tc>
          <w:tcPr>
            <w:tcW w:type="dxa" w:w="2880"/>
          </w:tcPr>
          <w:p>
            <w:r>
              <w:t>Pérdida de tiempo crítico, RCP ineficaz</w:t>
            </w:r>
          </w:p>
        </w:tc>
        <w:tc>
          <w:tcPr>
            <w:tcW w:type="dxa" w:w="2880"/>
          </w:tcPr>
          <w:p>
            <w:r>
              <w:t>Compresiones durante colocación de parches. Pausa solo en análisis/descarga</w:t>
            </w:r>
          </w:p>
        </w:tc>
      </w:tr>
      <w:tr>
        <w:tc>
          <w:tcPr>
            <w:tcW w:type="dxa" w:w="2880"/>
          </w:tcPr>
          <w:p>
            <w:r>
              <w:t>**No pedir ayuda / no delegar**</w:t>
            </w:r>
          </w:p>
        </w:tc>
        <w:tc>
          <w:tcPr>
            <w:tcW w:type="dxa" w:w="2880"/>
          </w:tcPr>
          <w:p>
            <w:r>
              <w:t>Quedarse solo, RCP insostenible</w:t>
            </w:r>
          </w:p>
        </w:tc>
        <w:tc>
          <w:tcPr>
            <w:tcW w:type="dxa" w:w="2880"/>
          </w:tcPr>
          <w:p>
            <w:r>
              <w:t>Órdenes claras en los primeros 15-30 segundos. Asignar roles inmediatamente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RCP iniciada en &lt;30-60 segundos desde la llegada</w:t>
      </w:r>
    </w:p>
    <w:p>
      <w:pPr>
        <w:pStyle w:val="ListBullet"/>
      </w:pPr>
      <w:r>
        <w:t>✅ Compresiones de calidad (profundidad 5-6 cm, ritmo 100-120/min, recoil completo)</w:t>
      </w:r>
    </w:p>
    <w:p>
      <w:pPr>
        <w:pStyle w:val="ListBullet"/>
      </w:pPr>
      <w:r>
        <w:t>✅ Ventilaciones efectivas (1 segundo, solo elevación torácica)</w:t>
      </w:r>
    </w:p>
    <w:p>
      <w:pPr>
        <w:pStyle w:val="ListBullet"/>
      </w:pPr>
      <w:r>
        <w:t>✅ Interrupciones mínimas (&lt;10 segundos, solo para análisis/descarga DESA)</w:t>
      </w:r>
    </w:p>
    <w:p>
      <w:pPr>
        <w:pStyle w:val="ListBullet"/>
      </w:pPr>
      <w:r>
        <w:t>✅ Ayuda solicitada y roles asignados en primeros 15-30 segundos</w:t>
      </w:r>
    </w:p>
    <w:p>
      <w:pPr>
        <w:pStyle w:val="ListBullet"/>
      </w:pPr>
      <w:r>
        <w:t>✅ Cambio de reanimador cada 2 minutos (o antes si baja calidad)</w:t>
      </w:r>
    </w:p>
    <w:p>
      <w:r>
        <w:t>**Señales de Alerta:**</w:t>
      </w:r>
    </w:p>
    <w:p>
      <w:pPr>
        <w:pStyle w:val="ListBullet"/>
      </w:pPr>
      <w:r>
        <w:t>❌ Compresiones poco profundas o lentas → RCP ineficaz</w:t>
      </w:r>
    </w:p>
    <w:p>
      <w:pPr>
        <w:pStyle w:val="ListBullet"/>
      </w:pPr>
      <w:r>
        <w:t>❌ No permitir recoil completo → No permite llenado cardíaco</w:t>
      </w:r>
    </w:p>
    <w:p>
      <w:pPr>
        <w:pStyle w:val="ListBullet"/>
      </w:pPr>
      <w:r>
        <w:t>❌ Ventilaciones demasiado fuertes/rápidas → Distensión gástrica, aspiración</w:t>
      </w:r>
    </w:p>
    <w:p>
      <w:pPr>
        <w:pStyle w:val="ListBullet"/>
      </w:pPr>
      <w:r>
        <w:t>❌ Interrupciones largas → Pérdida de tiempo crítico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2.0 (Reconocimiento PCR) - Identificación de PCR</w:t>
      </w:r>
    </w:p>
    <w:p>
      <w:pPr>
        <w:pStyle w:val="ListBullet"/>
      </w:pPr>
      <w:r>
        <w:t>1.2 (ABCDE Operativo) - Evaluación primaria</w:t>
      </w:r>
    </w:p>
    <w:p>
      <w:pPr>
        <w:pStyle w:val="ListBullet"/>
      </w:pPr>
      <w:r>
        <w:t>2.5 (Ventilación BVM) - Técnica de ventilación</w:t>
      </w:r>
    </w:p>
    <w:p>
      <w:r>
        <w:t>**Capítulos Relacionados (Consultar junto):**</w:t>
      </w:r>
    </w:p>
    <w:p>
      <w:pPr>
        <w:pStyle w:val="ListBullet"/>
      </w:pPr>
      <w:r>
        <w:t>2.0 (Reconocimiento PCR) - Ejecución directa tras reconocimiento</w:t>
      </w:r>
    </w:p>
    <w:p>
      <w:pPr>
        <w:pStyle w:val="ListBullet"/>
      </w:pPr>
      <w:r>
        <w:t>2.4 (Uso del DESA) - Desfibrilación precoz</w:t>
      </w:r>
    </w:p>
    <w:p>
      <w:pPr>
        <w:pStyle w:val="ListBullet"/>
      </w:pPr>
      <w:r>
        <w:t>2.5 (Ventilación BVM) - Ventilación con BVM mejora eficacia</w:t>
      </w:r>
    </w:p>
    <w:p>
      <w:pPr>
        <w:pStyle w:val="ListBullet"/>
      </w:pPr>
      <w:r>
        <w:t>2.8 (Posiciones de Seguridad) - PLS si respira normal pero inconsciente</w:t>
      </w:r>
    </w:p>
    <w:p>
      <w:r>
        <w:t>**Capítulos Siguientes (Leer después):**</w:t>
      </w:r>
    </w:p>
    <w:p>
      <w:pPr>
        <w:pStyle w:val="ListBullet"/>
      </w:pPr>
      <w:r>
        <w:t>2.2-2.3 (RCP Pediátrica/Lactantes) - RCP en diferentes edades</w:t>
      </w:r>
    </w:p>
    <w:p>
      <w:pPr>
        <w:pStyle w:val="ListBullet"/>
      </w:pPr>
      <w:r>
        <w:t>2.4 (Uso del DESA) - Desfibrilación precoz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4.1.12 Cierre del capítulo</w:t>
      </w:r>
    </w:p>
    <w:p>
      <w:r>
        <w:t>Este capítulo se integra con:</w:t>
      </w:r>
    </w:p>
    <w:p>
      <w:pPr>
        <w:pStyle w:val="ListBullet"/>
      </w:pPr>
      <w:r>
        <w:t>**2.0 – Reconocimiento de la Parada Cardiorrespiratoria (PCR)** (esta secuencia es su ejecución directa)</w:t>
      </w:r>
    </w:p>
    <w:p>
      <w:pPr>
        <w:pStyle w:val="ListBullet"/>
      </w:pPr>
      <w:r>
        <w:t>**2.5 – Bolsa-Válvula-Mascarilla (BVM)** (si hay 2 intervinientes, ventilar con BVM mejora eficacia)</w:t>
      </w:r>
    </w:p>
    <w:p>
      <w:pPr>
        <w:pStyle w:val="ListBullet"/>
      </w:pPr>
      <w:r>
        <w:t>**2.4 – Uso del DESA** (desfibrilación precoz + compresiones de calidad)</w:t>
      </w:r>
    </w:p>
    <w:p>
      <w:pPr>
        <w:pStyle w:val="ListBullet"/>
      </w:pPr>
      <w:r>
        <w:t>**2.8 – Posiciones de Seguridad** (PLS si respira normal pero inconsciente)</w:t>
      </w:r>
    </w:p>
    <w:p>
      <w:r>
        <w:t>**Transición:**</w:t>
      </w:r>
    </w:p>
    <w:p>
      <w:pPr>
        <w:pStyle w:val="ListBullet"/>
      </w:pPr>
      <w:r>
        <w:t>Este capítulo proporciona técnicas operativas de **RCP básica en adultos con secuencia C-A-B**.</w:t>
      </w:r>
    </w:p>
    <w:p>
      <w:pPr>
        <w:pStyle w:val="ListBullet"/>
      </w:pPr>
      <w:r>
        <w:t>El siguiente capítulo desarrolla **RCP básica en pediatría** (2.2) y **RCP básica en lactantes** (2.3).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**Checklist mental TES (3 palabras): Rápido – Profundo – Continuo.**</w:t>
      </w:r>
    </w:p>
    <w:p>
      <w:pPr>
        <w:pStyle w:val="ListBullet"/>
      </w:pPr>
      <w:r>
        <w:t>**Si hay duda con la respiración: trátalo como PCR y empieza compresiones.**</w:t>
      </w:r>
    </w:p>
    <w:p>
      <w:pPr>
        <w:pStyle w:val="ListBullet"/>
      </w:pPr>
      <w:r>
        <w:t>**Si te cansas: cambia cada 2 min (o antes si baja la calidad).**</w:t>
      </w:r>
    </w:p>
    <w:p>
      <w:pPr>
        <w:pStyle w:val="ListBullet"/>
      </w:pPr>
      <w:r>
        <w:t>**RCP solo con compresiones continuas es mejor que parar.**</w:t>
      </w:r>
    </w:p>
    <w:p>
      <w:pPr>
        <w:pStyle w:val="ListBullet"/>
      </w:pPr>
      <w:r>
        <w:t>**Órdenes claras en los primeros 15–30 segundos.**</w:t>
      </w:r>
    </w:p>
    <w:p>
      <w:r>
        <w:t>**Principios No Negociables:**</w:t>
      </w:r>
    </w:p>
    <w:p>
      <w:pPr>
        <w:pStyle w:val="ListBullet"/>
      </w:pPr>
      <w:r>
        <w:t>**NUNCA parar** por duda de respiración (si hay duda, iniciar RCP)</w:t>
      </w:r>
    </w:p>
    <w:p>
      <w:pPr>
        <w:pStyle w:val="ListBullet"/>
      </w:pPr>
      <w:r>
        <w:t>**NUNCA hacer** compresiones poco profundas (&lt;5 cm) o lentas (&lt;100/min)</w:t>
      </w:r>
    </w:p>
    <w:p>
      <w:pPr>
        <w:pStyle w:val="ListBullet"/>
      </w:pPr>
      <w:r>
        <w:t>**NUNCA omitir** recoil completo (no apoyarse en el tórax)</w:t>
      </w:r>
    </w:p>
    <w:p>
      <w:pPr>
        <w:pStyle w:val="ListBullet"/>
      </w:pPr>
      <w:r>
        <w:t>**NUNCA ventilar** demasiado fuerte/rápido (1 segundo, solo elevación torácica)</w:t>
      </w:r>
    </w:p>
    <w:p>
      <w:pPr>
        <w:pStyle w:val="ListBullet"/>
      </w:pPr>
      <w:r>
        <w:t>**NUNCA interrumpir** por más de 10 segundos (excepto análisis/descarga DESA)</w:t>
      </w:r>
    </w:p>
    <w:p>
      <w:pPr>
        <w:pStyle w:val="ListBullet"/>
      </w:pPr>
      <w:r>
        <w:t>**NUNCA omitir** pedir ayuda / delegar (órdenes claras en primeros 15–30 segundos)</w:t>
      </w:r>
    </w:p>
    <w:p>
      <w:pPr>
        <w:pStyle w:val="ListBullet"/>
      </w:pPr>
      <w:r>
        <w:t>**SIEMPRE iniciar** RCP en &lt;30–60 segundos desde la llegada</w:t>
      </w:r>
    </w:p>
    <w:p>
      <w:pPr>
        <w:pStyle w:val="ListBullet"/>
      </w:pPr>
      <w:r>
        <w:t>**SIEMPRE verificar** profundidad (5–6 cm) y ritmo (100–120/min)</w:t>
      </w:r>
    </w:p>
    <w:p>
      <w:pPr>
        <w:pStyle w:val="ListBullet"/>
      </w:pPr>
      <w:r>
        <w:t>**SIEMPRE permitir** recoil completo tras cada compresión</w:t>
      </w:r>
    </w:p>
    <w:p>
      <w:pPr>
        <w:pStyle w:val="ListBullet"/>
      </w:pPr>
      <w:r>
        <w:t>**SIEMPRE ventilar** 1 segundo por ventilación, solo hasta elevación torácica</w:t>
      </w:r>
    </w:p>
    <w:p>
      <w:pPr>
        <w:pStyle w:val="ListBullet"/>
      </w:pPr>
      <w:r>
        <w:t>**SIEMPRE continuar** compresiones durante colocación de parches DESA</w:t>
      </w:r>
    </w:p>
    <w:p>
      <w:pPr>
        <w:pStyle w:val="ListBullet"/>
      </w:pPr>
      <w:r>
        <w:t>**SIEMPRE pedir** ayuda y asignar roles en los primeros 15–30 segundos</w:t>
      </w:r>
    </w:p>
    <w:p>
      <w:pPr>
        <w:pStyle w:val="ListBullet"/>
      </w:pPr>
      <w:r>
        <w:t>**SIEMPRE cambiar** de reanimador cada 2 minutos (o antes si baja la calidad)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2.2 – RCP Básica en Pediatría</w:t>
      </w:r>
    </w:p>
    <w:p>
      <w:pPr>
        <w:pStyle w:val="Heading1"/>
      </w:pPr>
      <w:r>
        <w:t>2.2 – RCP Básica en Pediatría</w:t>
      </w:r>
    </w:p>
    <w:p>
      <w:pPr>
        <w:pStyle w:val="Heading2"/>
      </w:pPr>
      <w:r>
        <w:t>Manual TES Digital – Reanimación Cardiopulmonar básica de alta calidad en pediatría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2.2.1 Objetivo operativo</w:t>
      </w:r>
    </w:p>
    <w:p>
      <w:r>
        <w:t>Realizar una Reanimación Cardiopulmonar (RCP) básica de alta calidad en un niño (de 1 año hasta la pubertad) en parada cardiorrespiratoria (PCR), priorizando la oxigenación y ventilación junto con compresiones efectivas, dada la etiología predominantemente respiratoria/hipóxica.</w:t>
      </w:r>
    </w:p>
    <w:p>
      <w:r>
        <w:t>Este capítulo se centra en **RCP básica pediátrica de alta calidad**, no en RCP avanzada ni en lactantes (&lt;1 año).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2.2.2 Alcance y límites</w:t>
      </w:r>
    </w:p>
    <w:p>
      <w:pPr>
        <w:pStyle w:val="Heading3"/>
      </w:pPr>
      <w:r>
        <w:t>Alcance del capítulo</w:t>
      </w:r>
    </w:p>
    <w:p>
      <w:r>
        <w:t>**Aplicable a:**</w:t>
      </w:r>
    </w:p>
    <w:p>
      <w:pPr>
        <w:pStyle w:val="ListBullet"/>
      </w:pPr>
      <w:r>
        <w:t>Pacientes pediátricos desde **1 año de edad hasta el inicio de la pubertad** (aproximadamente 12-14 años, o presencia de mamas en niñas).</w:t>
      </w:r>
    </w:p>
    <w:p>
      <w:pPr>
        <w:pStyle w:val="ListBullet"/>
      </w:pPr>
      <w:r>
        <w:t>PCR de cualquier origen en entorno extrahospitalario.</w:t>
      </w:r>
    </w:p>
    <w:p>
      <w:pPr>
        <w:pStyle w:val="ListBullet"/>
      </w:pPr>
      <w:r>
        <w:t>RCP básica con compresiones y ventilaciones.</w:t>
      </w:r>
    </w:p>
    <w:p>
      <w:pPr>
        <w:pStyle w:val="Heading3"/>
      </w:pPr>
      <w:r>
        <w:t>Límites del capítulo</w:t>
      </w:r>
    </w:p>
    <w:p>
      <w:r>
        <w:t>**Este capítulo NO cubre:**</w:t>
      </w:r>
    </w:p>
    <w:p>
      <w:pPr>
        <w:pStyle w:val="ListBullet"/>
      </w:pPr>
      <w:r>
        <w:t>Lactantes (&lt;1 año) - ver Capítulo 4.3.</w:t>
      </w:r>
    </w:p>
    <w:p>
      <w:pPr>
        <w:pStyle w:val="ListBullet"/>
      </w:pPr>
      <w:r>
        <w:t>RCP avanzada (competencia médica).</w:t>
      </w:r>
    </w:p>
    <w:p>
      <w:pPr>
        <w:pStyle w:val="ListBullet"/>
      </w:pPr>
      <w:r>
        <w:t>Manejo de vía aérea avanzada (competencia médica).</w:t>
      </w:r>
    </w:p>
    <w:p>
      <w:pPr>
        <w:pStyle w:val="ListBullet"/>
      </w:pPr>
      <w:r>
        <w:t>Fármacos en RCP (competencia médica).</w:t>
      </w:r>
    </w:p>
    <w:p>
      <w:r>
        <w:t>**Este capítulo SÍ cubre:**</w:t>
      </w:r>
    </w:p>
    <w:p>
      <w:pPr>
        <w:pStyle w:val="ListBullet"/>
      </w:pPr>
      <w:r>
        <w:t>RCP básica pediátrica (compresiones y ventilaciones).</w:t>
      </w:r>
    </w:p>
    <w:p>
      <w:pPr>
        <w:pStyle w:val="ListBullet"/>
      </w:pPr>
      <w:r>
        <w:t>Uso de DESA/DEA pediátrico.</w:t>
      </w:r>
    </w:p>
    <w:p>
      <w:pPr>
        <w:pStyle w:val="ListBullet"/>
      </w:pPr>
      <w:r>
        <w:t>Ventilación con bolsa-válvula-mascarilla.</w:t>
      </w:r>
    </w:p>
    <w:p>
      <w:r>
        <w:t>**Nota importante:**</w:t>
      </w:r>
    </w:p>
    <w:p>
      <w:pPr>
        <w:pStyle w:val="ListBullet"/>
      </w:pPr>
      <w:r>
        <w:t>Para lactantes (&lt;1 año), consultar Capítulo 2.3.</w:t>
      </w:r>
    </w:p>
    <w:p>
      <w:pPr>
        <w:pStyle w:val="ListBullet"/>
      </w:pPr>
      <w:r>
        <w:t>Este protocolo es para PCR de cualquier origen en entorno extrahospitalario.</w:t>
      </w:r>
    </w:p>
    <w:p>
      <w:r>
        <w:t>**Integración:**</w:t>
      </w:r>
    </w:p>
    <w:p>
      <w:pPr>
        <w:pStyle w:val="ListBullet"/>
      </w:pPr>
      <w:r>
        <w:t>Se integra con reconocimiento de PCR (2.0).</w:t>
      </w:r>
    </w:p>
    <w:p>
      <w:pPr>
        <w:pStyle w:val="ListBullet"/>
      </w:pPr>
      <w:r>
        <w:t>Se integra con RCP básica adulto (2.1).</w:t>
      </w:r>
    </w:p>
    <w:p>
      <w:pPr>
        <w:pStyle w:val="ListBullet"/>
      </w:pPr>
      <w:r>
        <w:t>Se relaciona con RCP en lactantes (2.3).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2.2.3 Principios TES</w:t>
      </w:r>
    </w:p>
    <w:p>
      <w:pPr>
        <w:pStyle w:val="Heading3"/>
      </w:pPr>
      <w:r>
        <w:t>En pediatría, la PCR suele ser secundaria a hipoxia</w:t>
      </w:r>
    </w:p>
    <w:p>
      <w:r>
        <w:t>**Principio:**</w:t>
      </w:r>
    </w:p>
    <w:p>
      <w:pPr>
        <w:pStyle w:val="ListBullet"/>
      </w:pPr>
      <w:r>
        <w:t>En pediatría, la PCR suele ser **secundaria a hipoxia**.</w:t>
      </w:r>
    </w:p>
    <w:p>
      <w:pPr>
        <w:pStyle w:val="ListBullet"/>
      </w:pPr>
      <w:r>
        <w:t>La ventilación es tan crítica como las compresiones.</w:t>
      </w:r>
    </w:p>
    <w:p>
      <w:pPr>
        <w:pStyle w:val="ListBullet"/>
      </w:pPr>
      <w:r>
        <w:t>La oxigenación y ventilación son prioritarias junto con compresiones efectivas.</w:t>
      </w:r>
    </w:p>
    <w:p>
      <w:r>
        <w:t>**Aplicación:**</w:t>
      </w:r>
    </w:p>
    <w:p>
      <w:pPr>
        <w:pStyle w:val="ListBullet"/>
      </w:pPr>
      <w:r>
        <w:t>Priorizar ventilación de alta calidad.</w:t>
      </w:r>
    </w:p>
    <w:p>
      <w:pPr>
        <w:pStyle w:val="ListBullet"/>
      </w:pPr>
      <w:r>
        <w:t>No descuidar ventilaciones por compresiones.</w:t>
      </w:r>
    </w:p>
    <w:p>
      <w:pPr>
        <w:pStyle w:val="ListBullet"/>
      </w:pPr>
      <w:r>
        <w:t>"Ventila y comprime". Ambos son igual de importantes.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Activar recursos rápido, pero con matices</w:t>
      </w:r>
    </w:p>
    <w:p>
      <w:r>
        <w:t>**Principio:**</w:t>
      </w:r>
    </w:p>
    <w:p>
      <w:pPr>
        <w:pStyle w:val="ListBullet"/>
      </w:pPr>
      <w:r>
        <w:t>**Si el colapso es presenciado y súbito** (ej. arritmia): activa inmediatamente.</w:t>
      </w:r>
    </w:p>
    <w:p>
      <w:pPr>
        <w:pStyle w:val="ListBullet"/>
      </w:pPr>
      <w:r>
        <w:t>**Si es no presenciado o por asfixia:** realiza **2 minutos de RCP (5 ciclos) antes de abandonar al paciente** para activar recursos si estás solo.</w:t>
      </w:r>
    </w:p>
    <w:p>
      <w:r>
        <w:t>**Aplicación:**</w:t>
      </w:r>
    </w:p>
    <w:p>
      <w:pPr>
        <w:pStyle w:val="ListBullet"/>
      </w:pPr>
      <w:r>
        <w:t>Evaluar si colapso fue presenciado y súbito.</w:t>
      </w:r>
    </w:p>
    <w:p>
      <w:pPr>
        <w:pStyle w:val="ListBullet"/>
      </w:pPr>
      <w:r>
        <w:t>Si presenciado súbito: activar recursos inmediatamente.</w:t>
      </w:r>
    </w:p>
    <w:p>
      <w:pPr>
        <w:pStyle w:val="ListBullet"/>
      </w:pPr>
      <w:r>
        <w:t>Si no presenciado o por asfixia: 2 minutos de RCP primero si estás solo.</w:t>
      </w:r>
    </w:p>
    <w:p>
      <w:pPr>
        <w:pStyle w:val="ListBullet"/>
      </w:pPr>
      <w:r>
        <w:t>Si hay más de un interviniente: uno inicia RCP, otro activa recursos.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Comprime con una o dos manos según el tamaño del niño</w:t>
      </w:r>
    </w:p>
    <w:p>
      <w:r>
        <w:t>**Principio:**</w:t>
      </w:r>
    </w:p>
    <w:p>
      <w:pPr>
        <w:pStyle w:val="ListBullet"/>
      </w:pPr>
      <w:r>
        <w:t>**Comprime con una o dos manos según el tamaño del niño.**</w:t>
      </w:r>
    </w:p>
    <w:p>
      <w:pPr>
        <w:pStyle w:val="ListBullet"/>
      </w:pPr>
      <w:r>
        <w:t>La profundidad es proporcional al tamaño corporal.</w:t>
      </w:r>
    </w:p>
    <w:p>
      <w:pPr>
        <w:pStyle w:val="ListBullet"/>
      </w:pPr>
      <w:r>
        <w:t>Profundidad = 1/3 del diámetro anteroposterior del tórax.</w:t>
      </w:r>
    </w:p>
    <w:p>
      <w:r>
        <w:t>**Aplicación:**</w:t>
      </w:r>
    </w:p>
    <w:p>
      <w:pPr>
        <w:pStyle w:val="ListBullet"/>
      </w:pPr>
      <w:r>
        <w:t>Para niños pequeños: usar una mano (o dos si necesitas más fuerza).</w:t>
      </w:r>
    </w:p>
    <w:p>
      <w:pPr>
        <w:pStyle w:val="ListBullet"/>
      </w:pPr>
      <w:r>
        <w:t>Para niños grandes/púberes: usar dos manos como en adulto.</w:t>
      </w:r>
    </w:p>
    <w:p>
      <w:pPr>
        <w:pStyle w:val="ListBullet"/>
      </w:pPr>
      <w:r>
        <w:t>Ajustar profundidad según tamaño corporal.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Minimizar el estrés</w:t>
      </w:r>
    </w:p>
    <w:p>
      <w:r>
        <w:t>**Principio:**</w:t>
      </w:r>
    </w:p>
    <w:p>
      <w:pPr>
        <w:pStyle w:val="ListBullet"/>
      </w:pPr>
      <w:r>
        <w:t>Trabaja con calma y precisión.</w:t>
      </w:r>
    </w:p>
    <w:p>
      <w:pPr>
        <w:pStyle w:val="ListBullet"/>
      </w:pPr>
      <w:r>
        <w:t>Un niño tiene mayor reserva de recuperación neurológica si la RCP es de calidad.</w:t>
      </w:r>
    </w:p>
    <w:p>
      <w:pPr>
        <w:pStyle w:val="ListBullet"/>
      </w:pPr>
      <w:r>
        <w:t>Mantén la calma. Un niño depende de tu técnica precisa.</w:t>
      </w:r>
    </w:p>
    <w:p>
      <w:r>
        <w:t>**Aplicación:**</w:t>
      </w:r>
    </w:p>
    <w:p>
      <w:pPr>
        <w:pStyle w:val="ListBullet"/>
      </w:pPr>
      <w:r>
        <w:t>Mantener calma durante RCP.</w:t>
      </w:r>
    </w:p>
    <w:p>
      <w:pPr>
        <w:pStyle w:val="ListBullet"/>
      </w:pPr>
      <w:r>
        <w:t>Trabajar con precisión.</w:t>
      </w:r>
    </w:p>
    <w:p>
      <w:pPr>
        <w:pStyle w:val="ListBullet"/>
      </w:pPr>
      <w:r>
        <w:t>Cambiar de reanimador cada 2 minutos para evitar fatiga.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2.2.4 Material implicado</w:t>
      </w:r>
    </w:p>
    <w:p>
      <w:pPr>
        <w:pStyle w:val="Heading3"/>
      </w:pPr>
      <w:r>
        <w:t>Dispositivos de ventilación</w:t>
      </w:r>
    </w:p>
    <w:p>
      <w:r>
        <w:t>**Dispositivo de barrera pediátrico:**</w:t>
      </w:r>
    </w:p>
    <w:p>
      <w:pPr>
        <w:pStyle w:val="ListBullet"/>
      </w:pPr>
      <w:r>
        <w:t>Mascarilla facial con válvula.</w:t>
      </w:r>
    </w:p>
    <w:p>
      <w:pPr>
        <w:pStyle w:val="ListBullet"/>
      </w:pPr>
      <w:r>
        <w:t>Talla adecuada para el niño.</w:t>
      </w:r>
    </w:p>
    <w:p>
      <w:r>
        <w:t>**Bolsa autoinflable (Ambu) pediátrica:**</w:t>
      </w:r>
    </w:p>
    <w:p>
      <w:pPr>
        <w:pStyle w:val="ListBullet"/>
      </w:pPr>
      <w:r>
        <w:t>Preferible para ventilación con oxígeno.</w:t>
      </w:r>
    </w:p>
    <w:p>
      <w:pPr>
        <w:pStyle w:val="ListBullet"/>
      </w:pPr>
      <w:r>
        <w:t>Talla adecuada para el niño.</w:t>
      </w:r>
    </w:p>
    <w:p>
      <w:pPr>
        <w:pStyle w:val="ListBullet"/>
      </w:pPr>
      <w:r>
        <w:t>Conectada a oxígeno a 15 L/min.</w:t>
      </w:r>
    </w:p>
    <w:p>
      <w:r>
        <w:t>**Máscara de oxígeno de alta concentración:**</w:t>
      </w:r>
    </w:p>
    <w:p>
      <w:pPr>
        <w:pStyle w:val="ListBullet"/>
      </w:pPr>
      <w:r>
        <w:t>Para ventilar durante RCP.</w:t>
      </w:r>
    </w:p>
    <w:p>
      <w:pPr>
        <w:pStyle w:val="ListBullet"/>
      </w:pPr>
      <w:r>
        <w:t>Alta concentración de oxígeno.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Dispositivo de desfibrilación</w:t>
      </w:r>
    </w:p>
    <w:p>
      <w:r>
        <w:t>**DESA/DEA:**</w:t>
      </w:r>
    </w:p>
    <w:p>
      <w:pPr>
        <w:pStyle w:val="ListBullet"/>
      </w:pPr>
      <w:r>
        <w:t>Con parches pediátricos (preferible).</w:t>
      </w:r>
    </w:p>
    <w:p>
      <w:pPr>
        <w:pStyle w:val="ListBullet"/>
      </w:pPr>
      <w:r>
        <w:t>O atenuador de energía.</w:t>
      </w:r>
    </w:p>
    <w:p>
      <w:pPr>
        <w:pStyle w:val="ListBullet"/>
      </w:pPr>
      <w:r>
        <w:t>Si no hay parches pediátricos: usar parches de adulto.</w:t>
      </w:r>
    </w:p>
    <w:p>
      <w:r>
        <w:t>**Nota:** El DESA es seguro y debe usarse. Aplica parches pediátricos si los hay (menor energía). Si no, usa los de adulto.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Material adicional</w:t>
      </w:r>
    </w:p>
    <w:p>
      <w:r>
        <w:t>**Guantes:**</w:t>
      </w:r>
    </w:p>
    <w:p>
      <w:pPr>
        <w:pStyle w:val="ListBullet"/>
      </w:pPr>
      <w:r>
        <w:t>Protección durante RCP.</w:t>
      </w:r>
    </w:p>
    <w:p>
      <w:pPr>
        <w:pStyle w:val="ListBullet"/>
      </w:pPr>
      <w:r>
        <w:t>Prevención de exposición a riesgo biológico.</w:t>
      </w:r>
    </w:p>
    <w:p>
      <w:r>
        <w:t>**Unidad de aspiración:**</w:t>
      </w:r>
    </w:p>
    <w:p>
      <w:pPr>
        <w:pStyle w:val="ListBullet"/>
      </w:pPr>
      <w:r>
        <w:t>Para manejo de vómito (frecuente en pediatría).</w:t>
      </w:r>
    </w:p>
    <w:p>
      <w:pPr>
        <w:pStyle w:val="ListBullet"/>
      </w:pPr>
      <w:r>
        <w:t>Tener a mano o prepararse para limpiar rápidamente.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2.2.5 Indicaciones operativas</w:t>
      </w:r>
    </w:p>
    <w:p>
      <w:r>
        <w:t>Niño inconsciente que no respira o solo presenta boqueadas (respiración agónica).</w:t>
      </w:r>
    </w:p>
    <w:p>
      <w:r>
        <w:t>**Incluye:**</w:t>
      </w:r>
    </w:p>
    <w:p>
      <w:pPr>
        <w:pStyle w:val="ListBullet"/>
      </w:pPr>
      <w:r>
        <w:t>Colapso súbito presenciado.</w:t>
      </w:r>
    </w:p>
    <w:p>
      <w:pPr>
        <w:pStyle w:val="ListBullet"/>
      </w:pPr>
      <w:r>
        <w:t>Niño encontrado inconsciente.</w:t>
      </w:r>
    </w:p>
    <w:p>
      <w:r>
        <w:t>**Criterio:**</w:t>
      </w:r>
    </w:p>
    <w:p>
      <w:pPr>
        <w:pStyle w:val="ListBullet"/>
      </w:pPr>
      <w:r>
        <w:t>Inconsciente + no respira normalmente = iniciar RCP.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2.2.6 Precauciones y situaciones complejas</w:t>
      </w:r>
    </w:p>
    <w:p>
      <w:pPr>
        <w:pStyle w:val="Heading3"/>
      </w:pPr>
      <w:r>
        <w:t>Niño con dispositivo médico (traqueostomía, VP shunt)</w:t>
      </w:r>
    </w:p>
    <w:p>
      <w:r>
        <w:t>**Precaución:**</w:t>
      </w:r>
    </w:p>
    <w:p>
      <w:pPr>
        <w:pStyle w:val="ListBullet"/>
      </w:pPr>
      <w:r>
        <w:t>Niño con traqueostomía: ventila a través del estoma si está presente.</w:t>
      </w:r>
    </w:p>
    <w:p>
      <w:pPr>
        <w:pStyle w:val="ListBullet"/>
      </w:pPr>
      <w:r>
        <w:t>Niño con VP shunt: no interrumpas RCP por el shunt.</w:t>
      </w:r>
    </w:p>
    <w:p>
      <w:r>
        <w:t>**Aplicación:**</w:t>
      </w:r>
    </w:p>
    <w:p>
      <w:pPr>
        <w:pStyle w:val="ListBullet"/>
      </w:pPr>
      <w:r>
        <w:t>Evaluar si hay traqueostomía o VP shunt.</w:t>
      </w:r>
    </w:p>
    <w:p>
      <w:pPr>
        <w:pStyle w:val="ListBullet"/>
      </w:pPr>
      <w:r>
        <w:t>Si traqueostomía: ventilar a través del estoma.</w:t>
      </w:r>
    </w:p>
    <w:p>
      <w:pPr>
        <w:pStyle w:val="ListBullet"/>
      </w:pPr>
      <w:r>
        <w:t>Si VP shunt: continuar RCP sin interrumpir por el shunt.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Sospecha de maltrato</w:t>
      </w:r>
    </w:p>
    <w:p>
      <w:r>
        <w:t>**Precaución:**</w:t>
      </w:r>
    </w:p>
    <w:p>
      <w:pPr>
        <w:pStyle w:val="ListBullet"/>
      </w:pPr>
      <w:r>
        <w:t>Sospecha de maltrato puede estar presente.</w:t>
      </w:r>
    </w:p>
    <w:p>
      <w:pPr>
        <w:pStyle w:val="ListBullet"/>
      </w:pPr>
      <w:r>
        <w:t>Necesidad de documentación objetiva.</w:t>
      </w:r>
    </w:p>
    <w:p>
      <w:r>
        <w:t>**Aplicación:**</w:t>
      </w:r>
    </w:p>
    <w:p>
      <w:pPr>
        <w:pStyle w:val="ListBullet"/>
      </w:pPr>
      <w:r>
        <w:t>Realiza RCP sin demora.</w:t>
      </w:r>
    </w:p>
    <w:p>
      <w:pPr>
        <w:pStyle w:val="ListBullet"/>
      </w:pPr>
      <w:r>
        <w:t>Documenta objetivamente hallazgos (equimosis, lesiones) sin hacer acusaciones en escena.</w:t>
      </w:r>
    </w:p>
    <w:p>
      <w:pPr>
        <w:pStyle w:val="ListBullet"/>
      </w:pPr>
      <w:r>
        <w:t>No omitir RCP por sospecha de maltrato.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Niño con necesidades especiales (parálisis, escoliosis severa)</w:t>
      </w:r>
    </w:p>
    <w:p>
      <w:r>
        <w:t>**Precaución:**</w:t>
      </w:r>
    </w:p>
    <w:p>
      <w:pPr>
        <w:pStyle w:val="ListBullet"/>
      </w:pPr>
      <w:r>
        <w:t>Niño con parálisis o escoliosis severa puede tener anatomía alterada.</w:t>
      </w:r>
    </w:p>
    <w:p>
      <w:pPr>
        <w:pStyle w:val="ListBullet"/>
      </w:pPr>
      <w:r>
        <w:t>Necesidad de adaptar punto de compresión.</w:t>
      </w:r>
    </w:p>
    <w:p>
      <w:r>
        <w:t>**Aplicación:**</w:t>
      </w:r>
    </w:p>
    <w:p>
      <w:pPr>
        <w:pStyle w:val="ListBullet"/>
      </w:pPr>
      <w:r>
        <w:t>Adapta el punto de compresión al centro del tórax, entre los pezones.</w:t>
      </w:r>
    </w:p>
    <w:p>
      <w:pPr>
        <w:pStyle w:val="ListBullet"/>
      </w:pPr>
      <w:r>
        <w:t>Puede no ser el esternón estándar.</w:t>
      </w:r>
    </w:p>
    <w:p>
      <w:pPr>
        <w:pStyle w:val="ListBullet"/>
      </w:pPr>
      <w:r>
        <w:t>Ajustar según anatomía del niño.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PCR en contexto de ahogamiento/intoxicación</w:t>
      </w:r>
    </w:p>
    <w:p>
      <w:r>
        <w:t>**Precaución:**</w:t>
      </w:r>
    </w:p>
    <w:p>
      <w:pPr>
        <w:pStyle w:val="ListBullet"/>
      </w:pPr>
      <w:r>
        <w:t>PCR secundaria a asfixia (ahogamiento, intoxicación).</w:t>
      </w:r>
    </w:p>
    <w:p>
      <w:pPr>
        <w:pStyle w:val="ListBullet"/>
      </w:pPr>
      <w:r>
        <w:t>Necesidad de priorizar aún más la ventilación.</w:t>
      </w:r>
    </w:p>
    <w:p>
      <w:r>
        <w:t>**Aplicación:**</w:t>
      </w:r>
    </w:p>
    <w:p>
      <w:pPr>
        <w:pStyle w:val="ListBullet"/>
      </w:pPr>
      <w:r>
        <w:t>Prioriza aún más la ventilación.</w:t>
      </w:r>
    </w:p>
    <w:p>
      <w:pPr>
        <w:pStyle w:val="ListBullet"/>
      </w:pPr>
      <w:r>
        <w:t>Inicia **5 ventilaciones de rescate antes de las compresiones** si el colapso es claramente secundario a asfixia (ahogamiento presenciado).</w:t>
      </w:r>
    </w:p>
    <w:p>
      <w:pPr>
        <w:pStyle w:val="ListBullet"/>
      </w:pPr>
      <w:r>
        <w:t>Luego: continuar con secuencia estándar C-A-B.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2.2.7 Preparación previa</w:t>
      </w:r>
    </w:p>
    <w:p>
      <w:pPr>
        <w:pStyle w:val="Heading3"/>
      </w:pPr>
      <w:r>
        <w:t>Seguridad: Asegurar escena</w:t>
      </w:r>
    </w:p>
    <w:p>
      <w:r>
        <w:t>**Procedimiento:**</w:t>
      </w:r>
    </w:p>
    <w:p>
      <w:pPr>
        <w:pStyle w:val="ListBullet"/>
      </w:pPr>
      <w:r>
        <w:t>Asegurar que la escena es segura.</w:t>
      </w:r>
    </w:p>
    <w:p>
      <w:pPr>
        <w:pStyle w:val="ListBullet"/>
      </w:pPr>
      <w:r>
        <w:t>Evaluar riesgos antes de aproximarte.</w:t>
      </w:r>
    </w:p>
    <w:p>
      <w:pPr>
        <w:pStyle w:val="ListBullet"/>
      </w:pPr>
      <w:r>
        <w:t>No poner en riesgo tu seguridad.</w:t>
      </w:r>
    </w:p>
    <w:p>
      <w:r>
        <w:t>**Técnica:**</w:t>
      </w:r>
    </w:p>
    <w:p>
      <w:pPr>
        <w:pStyle w:val="ListNumber"/>
      </w:pPr>
      <w:r>
        <w:t>Evaluar seguridad de la escena.</w:t>
      </w:r>
    </w:p>
    <w:p>
      <w:pPr>
        <w:pStyle w:val="ListNumber"/>
      </w:pPr>
      <w:r>
        <w:t>Identificar riesgos.</w:t>
      </w:r>
    </w:p>
    <w:p>
      <w:pPr>
        <w:pStyle w:val="ListNumber"/>
      </w:pPr>
      <w:r>
        <w:t>Asegurar que es seguro aproximarte.</w:t>
      </w:r>
    </w:p>
    <w:p>
      <w:pPr>
        <w:pStyle w:val="ListNumber"/>
      </w:pPr>
      <w:r>
        <w:t>Luego: proceder con evaluación.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Evaluar respuesta: Toque suave, hablar en voz alta</w:t>
      </w:r>
    </w:p>
    <w:p>
      <w:r>
        <w:t>**Procedimiento:**</w:t>
      </w:r>
    </w:p>
    <w:p>
      <w:pPr>
        <w:pStyle w:val="ListBullet"/>
      </w:pPr>
      <w:r>
        <w:t>Toque suave.</w:t>
      </w:r>
    </w:p>
    <w:p>
      <w:pPr>
        <w:pStyle w:val="ListBullet"/>
      </w:pPr>
      <w:r>
        <w:t>Hablar en voz alta.</w:t>
      </w:r>
    </w:p>
    <w:p>
      <w:pPr>
        <w:pStyle w:val="ListBullet"/>
      </w:pPr>
      <w:r>
        <w:t>Si no responde, grita pidiendo ayuda.</w:t>
      </w:r>
    </w:p>
    <w:p>
      <w:r>
        <w:t>**Técnica:**</w:t>
      </w:r>
    </w:p>
    <w:p>
      <w:pPr>
        <w:pStyle w:val="ListNumber"/>
      </w:pPr>
      <w:r>
        <w:t>Toque suave al niño.</w:t>
      </w:r>
    </w:p>
    <w:p>
      <w:pPr>
        <w:pStyle w:val="ListNumber"/>
      </w:pPr>
      <w:r>
        <w:t>Hablar en voz alta: "¿Te encuentras bien?".</w:t>
      </w:r>
    </w:p>
    <w:p>
      <w:pPr>
        <w:pStyle w:val="ListNumber"/>
      </w:pPr>
      <w:r>
        <w:t>Evaluar respuesta.</w:t>
      </w:r>
    </w:p>
    <w:p>
      <w:pPr>
        <w:pStyle w:val="ListNumber"/>
      </w:pPr>
      <w:r>
        <w:t>Si no responde: gritar pidiendo ayuda.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Posicionar: Colocar boca arriba sobre superficie firme</w:t>
      </w:r>
    </w:p>
    <w:p>
      <w:r>
        <w:t>**Procedimiento:**</w:t>
      </w:r>
    </w:p>
    <w:p>
      <w:pPr>
        <w:pStyle w:val="ListBullet"/>
      </w:pPr>
      <w:r>
        <w:t>Colocar al niño boca arriba sobre superficie firme y plana.</w:t>
      </w:r>
    </w:p>
    <w:p>
      <w:pPr>
        <w:pStyle w:val="ListBullet"/>
      </w:pPr>
      <w:r>
        <w:t>Si es un niño pequeño, puedes usar una mesa si es más firme que el suelo.</w:t>
      </w:r>
    </w:p>
    <w:p>
      <w:r>
        <w:t>**Técnica:**</w:t>
      </w:r>
    </w:p>
    <w:p>
      <w:pPr>
        <w:pStyle w:val="ListNumber"/>
      </w:pPr>
      <w:r>
        <w:t>Colocar al niño boca arriba.</w:t>
      </w:r>
    </w:p>
    <w:p>
      <w:pPr>
        <w:pStyle w:val="ListNumber"/>
      </w:pPr>
      <w:r>
        <w:t>Superficie firme y plana.</w:t>
      </w:r>
    </w:p>
    <w:p>
      <w:pPr>
        <w:pStyle w:val="ListNumber"/>
      </w:pPr>
      <w:r>
        <w:t>Si niño pequeño: considerar usar mesa si es más firme que el suelo.</w:t>
      </w:r>
    </w:p>
    <w:p>
      <w:pPr>
        <w:pStyle w:val="ListNumber"/>
      </w:pPr>
      <w:r>
        <w:t>Luego: proceder con RCP.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Exponer tórax: Retirar o cortar ropa</w:t>
      </w:r>
    </w:p>
    <w:p>
      <w:r>
        <w:t>**Procedimiento:**</w:t>
      </w:r>
    </w:p>
    <w:p>
      <w:pPr>
        <w:pStyle w:val="ListBullet"/>
      </w:pPr>
      <w:r>
        <w:t>Retirar o cortar ropa del tórax.</w:t>
      </w:r>
    </w:p>
    <w:p>
      <w:pPr>
        <w:pStyle w:val="ListBullet"/>
      </w:pPr>
      <w:r>
        <w:t>Exponer tórax para compresiones y colocación de parches DESA.</w:t>
      </w:r>
    </w:p>
    <w:p>
      <w:r>
        <w:t>**Técnica:**</w:t>
      </w:r>
    </w:p>
    <w:p>
      <w:pPr>
        <w:pStyle w:val="ListNumber"/>
      </w:pPr>
      <w:r>
        <w:t>Retirar o cortar ropa del tórax.</w:t>
      </w:r>
    </w:p>
    <w:p>
      <w:pPr>
        <w:pStyle w:val="ListNumber"/>
      </w:pPr>
      <w:r>
        <w:t>Exponer tórax completamente.</w:t>
      </w:r>
    </w:p>
    <w:p>
      <w:pPr>
        <w:pStyle w:val="ListNumber"/>
      </w:pPr>
      <w:r>
        <w:t>Luego: proceder con compresiones.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2.2.8 Procedimiento paso a paso (Secuencia C-A-B)</w:t>
      </w:r>
    </w:p>
    <w:p>
      <w:pPr>
        <w:pStyle w:val="Heading3"/>
      </w:pPr>
      <w:r>
        <w:t>Activación de Recursos (Decisión Crítica)</w:t>
      </w:r>
    </w:p>
    <w:p>
      <w:r>
        <w:t>**Procedimiento:**</w:t>
      </w:r>
    </w:p>
    <w:p>
      <w:pPr>
        <w:pStyle w:val="ListBullet"/>
      </w:pPr>
      <w:r>
        <w:t>Decidir cuándo activar recursos según situación.</w:t>
      </w:r>
    </w:p>
    <w:p>
      <w:r>
        <w:t>**Si estás SOLO y el colapso NO fue presenciado por ti:**</w:t>
      </w:r>
    </w:p>
    <w:p>
      <w:pPr>
        <w:pStyle w:val="ListBullet"/>
      </w:pPr>
      <w:r>
        <w:t>Realiza **2 minutos (5 ciclos) de RCP** primero.</w:t>
      </w:r>
    </w:p>
    <w:p>
      <w:pPr>
        <w:pStyle w:val="ListBullet"/>
      </w:pPr>
      <w:r>
        <w:t>Luego activa el sistema/pide el DESA.</w:t>
      </w:r>
    </w:p>
    <w:p>
      <w:r>
        <w:t>**Si estás SOLO y el colapso FUE presenciado súbito** (ej. desplome en el patio):</w:t>
      </w:r>
    </w:p>
    <w:p>
      <w:pPr>
        <w:pStyle w:val="ListBullet"/>
      </w:pPr>
      <w:r>
        <w:t>Activa el sistema/pide el DESA inmediatamente.</w:t>
      </w:r>
    </w:p>
    <w:p>
      <w:pPr>
        <w:pStyle w:val="ListBullet"/>
      </w:pPr>
      <w:r>
        <w:t>Luego inicia RCP.</w:t>
      </w:r>
    </w:p>
    <w:p>
      <w:r>
        <w:t>**Si hay MÁS de un interviniente:**</w:t>
      </w:r>
    </w:p>
    <w:p>
      <w:pPr>
        <w:pStyle w:val="ListBullet"/>
      </w:pPr>
      <w:r>
        <w:t>Uno inicia RCP inmediatamente.</w:t>
      </w:r>
    </w:p>
    <w:p>
      <w:pPr>
        <w:pStyle w:val="ListBullet"/>
      </w:pPr>
      <w:r>
        <w:t>El otro activa el sistema y trae el equipo.</w:t>
      </w:r>
    </w:p>
    <w:p>
      <w:r>
        <w:t>**Técnica:**</w:t>
      </w:r>
    </w:p>
    <w:p>
      <w:pPr>
        <w:pStyle w:val="ListNumber"/>
      </w:pPr>
      <w:r>
        <w:t>Evaluar situación (solo/múltiples intervinientes, presenciado/no presenciado).</w:t>
      </w:r>
    </w:p>
    <w:p>
      <w:pPr>
        <w:pStyle w:val="ListNumber"/>
      </w:pPr>
      <w:r>
        <w:t>Decidir cuándo activar recursos según situación.</w:t>
      </w:r>
    </w:p>
    <w:p>
      <w:pPr>
        <w:pStyle w:val="ListNumber"/>
      </w:pPr>
      <w:r>
        <w:t>Activar recursos según decisión.</w:t>
      </w:r>
    </w:p>
    <w:p>
      <w:pPr>
        <w:pStyle w:val="ListNumber"/>
      </w:pPr>
      <w:r>
        <w:t>Iniciar RCP.</w:t>
      </w:r>
    </w:p>
    <w:p>
      <w:r>
        <w:t>**Principio:**</w:t>
      </w:r>
    </w:p>
    <w:p>
      <w:pPr>
        <w:pStyle w:val="ListBullet"/>
      </w:pPr>
      <w:r>
        <w:t>Si estás solo y no viste caer, 2 minutos de RCP primero. Prioriza la oxigenación antes de dejar solo al paciente.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 – COMPRESIONES</w:t>
      </w:r>
    </w:p>
    <w:p>
      <w:pPr>
        <w:pStyle w:val="Heading4"/>
      </w:pPr>
      <w:r>
        <w:t>Posición</w:t>
      </w:r>
    </w:p>
    <w:p>
      <w:r>
        <w:t>**Procedimiento:**</w:t>
      </w:r>
    </w:p>
    <w:p>
      <w:pPr>
        <w:pStyle w:val="ListBullet"/>
      </w:pPr>
      <w:r>
        <w:t>Arrodíllate al lado del niño, a la altura del tórax.</w:t>
      </w:r>
    </w:p>
    <w:p>
      <w:pPr>
        <w:pStyle w:val="ListBullet"/>
      </w:pPr>
      <w:r>
        <w:t>Posición estable para compresiones.</w:t>
      </w:r>
    </w:p>
    <w:p>
      <w:r>
        <w:t>**Técnica:**</w:t>
      </w:r>
    </w:p>
    <w:p>
      <w:pPr>
        <w:pStyle w:val="ListNumber"/>
      </w:pPr>
      <w:r>
        <w:t>Arrodillarse al lado del niño.</w:t>
      </w:r>
    </w:p>
    <w:p>
      <w:pPr>
        <w:pStyle w:val="ListNumber"/>
      </w:pPr>
      <w:r>
        <w:t>A la altura del tórax.</w:t>
      </w:r>
    </w:p>
    <w:p>
      <w:pPr>
        <w:pStyle w:val="ListNumber"/>
      </w:pPr>
      <w:r>
        <w:t>Posición estable.</w:t>
      </w:r>
    </w:p>
    <w:p>
      <w:pPr>
        <w:pStyle w:val="ListNumber"/>
      </w:pPr>
      <w:r>
        <w:t>Luego: proceder con compresiones.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4"/>
      </w:pPr>
      <w:r>
        <w:t>Punto de compresión</w:t>
      </w:r>
    </w:p>
    <w:p>
      <w:r>
        <w:t>**Procedimiento:**</w:t>
      </w:r>
    </w:p>
    <w:p>
      <w:pPr>
        <w:pStyle w:val="ListBullet"/>
      </w:pPr>
      <w:r>
        <w:t>**Centro del pecho, mitad inferior del esternón.**</w:t>
      </w:r>
    </w:p>
    <w:p>
      <w:pPr>
        <w:pStyle w:val="ListBullet"/>
      </w:pPr>
      <w:r>
        <w:t>Usa el punto entre los pezones como guía.</w:t>
      </w:r>
    </w:p>
    <w:p>
      <w:pPr>
        <w:pStyle w:val="ListBullet"/>
      </w:pPr>
      <w:r>
        <w:t>Para niños con necesidades especiales: adapta al centro del tórax, entre los pezones (puede no ser el esternón estándar).</w:t>
      </w:r>
    </w:p>
    <w:p>
      <w:r>
        <w:t>**Técnica:**</w:t>
      </w:r>
    </w:p>
    <w:p>
      <w:pPr>
        <w:pStyle w:val="ListNumber"/>
      </w:pPr>
      <w:r>
        <w:t>Localizar punto entre los pezones.</w:t>
      </w:r>
    </w:p>
    <w:p>
      <w:pPr>
        <w:pStyle w:val="ListNumber"/>
      </w:pPr>
      <w:r>
        <w:t>Colocar manos en centro del pecho, mitad inferior del esternón.</w:t>
      </w:r>
    </w:p>
    <w:p>
      <w:pPr>
        <w:pStyle w:val="ListNumber"/>
      </w:pPr>
      <w:r>
        <w:t>Verificar que punto es correcto.</w:t>
      </w:r>
    </w:p>
    <w:p>
      <w:pPr>
        <w:pStyle w:val="ListNumber"/>
      </w:pPr>
      <w:r>
        <w:t>Luego: proceder con compresiones.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4"/>
      </w:pPr>
      <w:r>
        <w:t>Técnica de manos</w:t>
      </w:r>
    </w:p>
    <w:p>
      <w:r>
        <w:t>**Procedimiento:**</w:t>
      </w:r>
    </w:p>
    <w:p>
      <w:pPr>
        <w:pStyle w:val="ListBullet"/>
      </w:pPr>
      <w:r>
        <w:t>**Para niños pequeños (aprox. 1-puber temprana):**</w:t>
      </w:r>
    </w:p>
    <w:p>
      <w:pPr>
        <w:pStyle w:val="ListBullet"/>
      </w:pPr>
      <w:r>
        <w:t>Usa **una mano** (el talón) o **dos manos** si necesitas más fuerza para alcanzar la profundidad.</w:t>
      </w:r>
    </w:p>
    <w:p>
      <w:pPr>
        <w:pStyle w:val="ListBullet"/>
      </w:pPr>
      <w:r>
        <w:t>**Para niños grandes/púberes:**</w:t>
      </w:r>
    </w:p>
    <w:p>
      <w:pPr>
        <w:pStyle w:val="ListBullet"/>
      </w:pPr>
      <w:r>
        <w:t>Usa **dos manos** como en adulto.</w:t>
      </w:r>
    </w:p>
    <w:p>
      <w:r>
        <w:t>**Técnica:**</w:t>
      </w:r>
    </w:p>
    <w:p>
      <w:pPr>
        <w:pStyle w:val="ListNumber"/>
      </w:pPr>
      <w:r>
        <w:t>Evaluar tamaño del niño.</w:t>
      </w:r>
    </w:p>
    <w:p>
      <w:pPr>
        <w:pStyle w:val="ListNumber"/>
      </w:pPr>
      <w:r>
        <w:t>Seleccionar técnica de manos según tamaño.</w:t>
      </w:r>
    </w:p>
    <w:p>
      <w:pPr>
        <w:pStyle w:val="ListNumber"/>
      </w:pPr>
      <w:r>
        <w:t>Colocar manos correctamente.</w:t>
      </w:r>
    </w:p>
    <w:p>
      <w:pPr>
        <w:pStyle w:val="ListNumber"/>
      </w:pPr>
      <w:r>
        <w:t>Luego: proceder con compresiones.</w:t>
      </w:r>
    </w:p>
    <w:p>
      <w:r>
        <w:t>**Precaución:**</w:t>
      </w:r>
    </w:p>
    <w:p>
      <w:pPr>
        <w:pStyle w:val="ListBullet"/>
      </w:pPr>
      <w:r>
        <w:t>Usar técnica de adulto en niño pequeño (dos manos excesivas): riesgo de daño visceral. Ajusta la fuerza.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4"/>
      </w:pPr>
      <w:r>
        <w:t>Profundidad</w:t>
      </w:r>
    </w:p>
    <w:p>
      <w:r>
        <w:t>**Procedimiento:**</w:t>
      </w:r>
    </w:p>
    <w:p>
      <w:pPr>
        <w:pStyle w:val="ListBullet"/>
      </w:pPr>
      <w:r>
        <w:t>**Al menos 1/3 del diámetro anteroposterior del tórax.**</w:t>
      </w:r>
    </w:p>
    <w:p>
      <w:pPr>
        <w:pStyle w:val="ListBullet"/>
      </w:pPr>
      <w:r>
        <w:t>Aproximadamente **5 cm** en la mayoría de niños, pero guíate por la proporción.</w:t>
      </w:r>
    </w:p>
    <w:p>
      <w:pPr>
        <w:pStyle w:val="ListBullet"/>
      </w:pPr>
      <w:r>
        <w:t>Profundidad = 1/3 del tórax. Visualiza y aplica. No es una cifra fija, es proporcional.</w:t>
      </w:r>
    </w:p>
    <w:p>
      <w:r>
        <w:t>**Técnica:**</w:t>
      </w:r>
    </w:p>
    <w:p>
      <w:pPr>
        <w:pStyle w:val="ListNumber"/>
      </w:pPr>
      <w:r>
        <w:t>Visualizar profundidad necesaria (1/3 del tórax).</w:t>
      </w:r>
    </w:p>
    <w:p>
      <w:pPr>
        <w:pStyle w:val="ListNumber"/>
      </w:pPr>
      <w:r>
        <w:t>Aplicar compresiones con profundidad adecuada.</w:t>
      </w:r>
    </w:p>
    <w:p>
      <w:pPr>
        <w:pStyle w:val="ListNumber"/>
      </w:pPr>
      <w:r>
        <w:t>Verificar que profundidad es adecuada.</w:t>
      </w:r>
    </w:p>
    <w:p>
      <w:pPr>
        <w:pStyle w:val="ListNumber"/>
      </w:pPr>
      <w:r>
        <w:t>Ajustar si es necesario.</w:t>
      </w:r>
    </w:p>
    <w:p>
      <w:r>
        <w:t>**Precaución:**</w:t>
      </w:r>
    </w:p>
    <w:p>
      <w:pPr>
        <w:pStyle w:val="ListBullet"/>
      </w:pPr>
      <w:r>
        <w:t>Compresiones demasiado superficiales (&lt;1/3 del tórax): inefectivas.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4"/>
      </w:pPr>
      <w:r>
        <w:t>Frecuencia</w:t>
      </w:r>
    </w:p>
    <w:p>
      <w:r>
        <w:t>**Procedimiento:**</w:t>
      </w:r>
    </w:p>
    <w:p>
      <w:pPr>
        <w:pStyle w:val="ListBullet"/>
      </w:pPr>
      <w:r>
        <w:t>**100-120 compresiones por minuto.**</w:t>
      </w:r>
    </w:p>
    <w:p>
      <w:pPr>
        <w:pStyle w:val="ListBullet"/>
      </w:pPr>
      <w:r>
        <w:t>Mantener ritmo constante.</w:t>
      </w:r>
    </w:p>
    <w:p>
      <w:r>
        <w:t>**Técnica:**</w:t>
      </w:r>
    </w:p>
    <w:p>
      <w:pPr>
        <w:pStyle w:val="ListNumber"/>
      </w:pPr>
      <w:r>
        <w:t>Mantener frecuencia de 100-120 compresiones por minuto.</w:t>
      </w:r>
    </w:p>
    <w:p>
      <w:pPr>
        <w:pStyle w:val="ListNumber"/>
      </w:pPr>
      <w:r>
        <w:t>Mantener ritmo constante.</w:t>
      </w:r>
    </w:p>
    <w:p>
      <w:pPr>
        <w:pStyle w:val="ListNumber"/>
      </w:pPr>
      <w:r>
        <w:t>No acelerar ni ralentizar.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4"/>
      </w:pPr>
      <w:r>
        <w:t>Retroalimentación</w:t>
      </w:r>
    </w:p>
    <w:p>
      <w:r>
        <w:t>**Procedimiento:**</w:t>
      </w:r>
    </w:p>
    <w:p>
      <w:pPr>
        <w:pStyle w:val="ListBullet"/>
      </w:pPr>
      <w:r>
        <w:t>Permite la retroalimentación completa del tórax tras cada compresión.</w:t>
      </w:r>
    </w:p>
    <w:p>
      <w:pPr>
        <w:pStyle w:val="ListBullet"/>
      </w:pPr>
      <w:r>
        <w:t>No mantener presión sobre el tórax entre compresiones.</w:t>
      </w:r>
    </w:p>
    <w:p>
      <w:r>
        <w:t>**Técnica:**</w:t>
      </w:r>
    </w:p>
    <w:p>
      <w:pPr>
        <w:pStyle w:val="ListNumber"/>
      </w:pPr>
      <w:r>
        <w:t>Permitir retroalimentación completa tras cada compresión.</w:t>
      </w:r>
    </w:p>
    <w:p>
      <w:pPr>
        <w:pStyle w:val="ListNumber"/>
      </w:pPr>
      <w:r>
        <w:t>No mantener presión entre compresiones.</w:t>
      </w:r>
    </w:p>
    <w:p>
      <w:pPr>
        <w:pStyle w:val="ListNumber"/>
      </w:pPr>
      <w:r>
        <w:t>Verificar que tórax se descomprime completamente.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4"/>
      </w:pPr>
      <w:r>
        <w:t>Interrupción mínima</w:t>
      </w:r>
    </w:p>
    <w:p>
      <w:r>
        <w:t>**Procedimiento:**</w:t>
      </w:r>
    </w:p>
    <w:p>
      <w:pPr>
        <w:pStyle w:val="ListBullet"/>
      </w:pPr>
      <w:r>
        <w:t>Minimizar interrupciones en compresiones.</w:t>
      </w:r>
    </w:p>
    <w:p>
      <w:pPr>
        <w:pStyle w:val="ListBullet"/>
      </w:pPr>
      <w:r>
        <w:t>Solo interrumpir para ventilaciones o análisis del DESA.</w:t>
      </w:r>
    </w:p>
    <w:p>
      <w:r>
        <w:t>**Técnica:**</w:t>
      </w:r>
    </w:p>
    <w:p>
      <w:pPr>
        <w:pStyle w:val="ListNumber"/>
      </w:pPr>
      <w:r>
        <w:t>Minimizar interrupciones.</w:t>
      </w:r>
    </w:p>
    <w:p>
      <w:pPr>
        <w:pStyle w:val="ListNumber"/>
      </w:pPr>
      <w:r>
        <w:t>Solo interrumpir para ventilaciones.</w:t>
      </w:r>
    </w:p>
    <w:p>
      <w:pPr>
        <w:pStyle w:val="ListNumber"/>
      </w:pPr>
      <w:r>
        <w:t>Solo interrumpir cuando DESA ordena "Analizando".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 – VÍA AÉREA</w:t>
      </w:r>
    </w:p>
    <w:p>
      <w:r>
        <w:t>**Procedimiento:**</w:t>
      </w:r>
    </w:p>
    <w:p>
      <w:pPr>
        <w:pStyle w:val="ListBullet"/>
      </w:pPr>
      <w:r>
        <w:t>Tras 30 compresiones (o 15 si son 2 reanimadores), abre la vía aérea con **maniobra frente-mentón**.</w:t>
      </w:r>
    </w:p>
    <w:p>
      <w:pPr>
        <w:pStyle w:val="ListBullet"/>
      </w:pPr>
      <w:r>
        <w:t>En sospecha de trauma, usa **tracción mandibular**.</w:t>
      </w:r>
    </w:p>
    <w:p>
      <w:r>
        <w:t>**Técnica:**</w:t>
      </w:r>
    </w:p>
    <w:p>
      <w:pPr>
        <w:pStyle w:val="ListNumber"/>
      </w:pPr>
      <w:r>
        <w:t>Tras compresiones, abrir vía aérea.</w:t>
      </w:r>
    </w:p>
    <w:p>
      <w:pPr>
        <w:pStyle w:val="ListNumber"/>
      </w:pPr>
      <w:r>
        <w:t>Usar maniobra frente-mentón (o tracción mandibular si trauma).</w:t>
      </w:r>
    </w:p>
    <w:p>
      <w:pPr>
        <w:pStyle w:val="ListNumber"/>
      </w:pPr>
      <w:r>
        <w:t>Verificar que vía aérea está abierta.</w:t>
      </w:r>
    </w:p>
    <w:p>
      <w:pPr>
        <w:pStyle w:val="ListNumber"/>
      </w:pPr>
      <w:r>
        <w:t>Luego: proceder con ventilaciones.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B – RESPIRACIONES</w:t>
      </w:r>
    </w:p>
    <w:p>
      <w:pPr>
        <w:pStyle w:val="Heading4"/>
      </w:pPr>
      <w:r>
        <w:t>Uso de bolsa-válvula-mascarilla</w:t>
      </w:r>
    </w:p>
    <w:p>
      <w:r>
        <w:t>**Procedimiento:**</w:t>
      </w:r>
    </w:p>
    <w:p>
      <w:pPr>
        <w:pStyle w:val="ListBullet"/>
      </w:pPr>
      <w:r>
        <w:t>Usa mascarilla de bolsa-válvula (Ambu) conectada a oxígeno a 15 L/min, o dispositivo de barrera.</w:t>
      </w:r>
    </w:p>
    <w:p>
      <w:pPr>
        <w:pStyle w:val="ListBullet"/>
      </w:pPr>
      <w:r>
        <w:t>Sella la mascarilla sobre boca y nariz.</w:t>
      </w:r>
    </w:p>
    <w:p>
      <w:pPr>
        <w:pStyle w:val="ListBullet"/>
      </w:pPr>
      <w:r>
        <w:t>Da **2 ventilaciones**, cada una de **1 segundo de duración**, observando la elevación del tórax.</w:t>
      </w:r>
    </w:p>
    <w:p>
      <w:r>
        <w:t>**Técnica:**</w:t>
      </w:r>
    </w:p>
    <w:p>
      <w:pPr>
        <w:pStyle w:val="ListNumber"/>
      </w:pPr>
      <w:r>
        <w:t>Conectar bolsa-válvula a oxígeno a 15 L/min.</w:t>
      </w:r>
    </w:p>
    <w:p>
      <w:pPr>
        <w:pStyle w:val="ListNumber"/>
      </w:pPr>
      <w:r>
        <w:t>Sellar mascarilla sobre boca y nariz.</w:t>
      </w:r>
    </w:p>
    <w:p>
      <w:pPr>
        <w:pStyle w:val="ListNumber"/>
      </w:pPr>
      <w:r>
        <w:t>Dar 2 ventilaciones, cada una de 1 segundo.</w:t>
      </w:r>
    </w:p>
    <w:p>
      <w:pPr>
        <w:pStyle w:val="ListNumber"/>
      </w:pPr>
      <w:r>
        <w:t>Observar elevación del tórax.</w:t>
      </w:r>
    </w:p>
    <w:p>
      <w:pPr>
        <w:pStyle w:val="ListNumber"/>
      </w:pPr>
      <w:r>
        <w:t>Verificar que ventilaciones son efectivas.</w:t>
      </w:r>
    </w:p>
    <w:p>
      <w:r>
        <w:t>**Precauciones:**</w:t>
      </w:r>
    </w:p>
    <w:p>
      <w:pPr>
        <w:pStyle w:val="ListBullet"/>
      </w:pPr>
      <w:r>
        <w:t>No sellar bien la mascarilla sobre boca Y nariz en niños pequeños: fugas que hacen inútil la ventilación.</w:t>
      </w:r>
    </w:p>
    <w:p>
      <w:pPr>
        <w:pStyle w:val="ListBullet"/>
      </w:pPr>
      <w:r>
        <w:t>Ventilaciones con volumen excesivo o demasiado rápidas: provocan distensión gástrica, reducen el retorno venoso y aumentan el riesgo de vómito.</w:t>
      </w:r>
    </w:p>
    <w:p>
      <w:pPr>
        <w:pStyle w:val="ListBullet"/>
      </w:pPr>
      <w:r>
        <w:t>No utilizar oxígeno suplementario con la bolsa-válvula: en pediatría, la hipoxia es la causa principal. Ventilar con aire ambiente es subóptimo.</w:t>
      </w:r>
    </w:p>
    <w:p>
      <w:r>
        <w:t>**Principio:**</w:t>
      </w:r>
    </w:p>
    <w:p>
      <w:pPr>
        <w:pStyle w:val="ListBullet"/>
      </w:pPr>
      <w:r>
        <w:t>"Ventila y comprime". Ambos son igual de importantes. La calidad de la ventilación se mide por la elevación del tórax.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4"/>
      </w:pPr>
      <w:r>
        <w:t>Ratio compresión-ventilación</w:t>
      </w:r>
    </w:p>
    <w:p>
      <w:r>
        <w:t>**Procedimiento:**</w:t>
      </w:r>
    </w:p>
    <w:p>
      <w:pPr>
        <w:pStyle w:val="ListBullet"/>
      </w:pPr>
      <w:r>
        <w:t>**Un solo reanimador:** **30:2** (30 compresiones : 2 ventilaciones).</w:t>
      </w:r>
    </w:p>
    <w:p>
      <w:pPr>
        <w:pStyle w:val="ListBullet"/>
      </w:pPr>
      <w:r>
        <w:t>**Dos reanimadores (ideal):** **15:2** (15 compresiones : 2 ventilaciones).</w:t>
      </w:r>
    </w:p>
    <w:p>
      <w:pPr>
        <w:pStyle w:val="ListBullet"/>
      </w:pPr>
      <w:r>
        <w:t>El que ventila se posiciona en la cabeza.</w:t>
      </w:r>
    </w:p>
    <w:p>
      <w:r>
        <w:t>**Técnica:**</w:t>
      </w:r>
    </w:p>
    <w:p>
      <w:pPr>
        <w:pStyle w:val="ListNumber"/>
      </w:pPr>
      <w:r>
        <w:t>Determinar número de reanimadores.</w:t>
      </w:r>
    </w:p>
    <w:p>
      <w:pPr>
        <w:pStyle w:val="ListNumber"/>
      </w:pPr>
      <w:r>
        <w:t>Aplicar ratio según número de reanimadores:</w:t>
      </w:r>
    </w:p>
    <w:p>
      <w:pPr>
        <w:pStyle w:val="ListBullet"/>
      </w:pPr>
      <w:r>
        <w:t>1 reanimador: 30:2</w:t>
      </w:r>
    </w:p>
    <w:p>
      <w:pPr>
        <w:pStyle w:val="ListBullet"/>
      </w:pPr>
      <w:r>
        <w:t>2 reanimadores: 15:2</w:t>
      </w:r>
    </w:p>
    <w:p>
      <w:pPr>
        <w:pStyle w:val="ListNumber"/>
      </w:pPr>
      <w:r>
        <w:t>Coordinar entre reanimadores si hay 2.</w:t>
      </w:r>
    </w:p>
    <w:p>
      <w:pPr>
        <w:pStyle w:val="ListNumber"/>
      </w:pPr>
      <w:r>
        <w:t>Continuar con ratio correcto.</w:t>
      </w:r>
    </w:p>
    <w:p>
      <w:r>
        <w:t>**Principio:**</w:t>
      </w:r>
    </w:p>
    <w:p>
      <w:pPr>
        <w:pStyle w:val="ListBullet"/>
      </w:pPr>
      <w:r>
        <w:t>Ratio 15:2 con dos intervinientes. Es el estándar de calidad en equipo. Coordinación es clave.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CICLO CONTINUO</w:t>
      </w:r>
    </w:p>
    <w:p>
      <w:r>
        <w:t>**Procedimiento:**</w:t>
      </w:r>
    </w:p>
    <w:p>
      <w:pPr>
        <w:pStyle w:val="ListBullet"/>
      </w:pPr>
      <w:r>
        <w:t>Continuar ciclos de compresiones y ventilaciones.</w:t>
      </w:r>
    </w:p>
    <w:p>
      <w:pPr>
        <w:pStyle w:val="ListBullet"/>
      </w:pPr>
      <w:r>
        <w:t>**Cambiar de reanimador cada 2 minutos** para evitar fatiga.</w:t>
      </w:r>
    </w:p>
    <w:p>
      <w:pPr>
        <w:pStyle w:val="ListBullet"/>
      </w:pPr>
      <w:r>
        <w:t>Al llegar el DESA: **APAGA el dispositivo de ventilación (Ambu) durante el análisis** para evitar interferencias por movimiento de aire. Aplica parches pediátricos. Sigue sus indicaciones.</w:t>
      </w:r>
    </w:p>
    <w:p>
      <w:r>
        <w:t>**Técnica:**</w:t>
      </w:r>
    </w:p>
    <w:p>
      <w:pPr>
        <w:pStyle w:val="ListNumber"/>
      </w:pPr>
      <w:r>
        <w:t>Continuar ciclos de compresiones y ventilaciones.</w:t>
      </w:r>
    </w:p>
    <w:p>
      <w:pPr>
        <w:pStyle w:val="ListNumber"/>
      </w:pPr>
      <w:r>
        <w:t>Cambiar de reanimador cada 2 minutos.</w:t>
      </w:r>
    </w:p>
    <w:p>
      <w:pPr>
        <w:pStyle w:val="ListNumber"/>
      </w:pPr>
      <w:r>
        <w:t>Al llegar DESA: apagar Ambu durante análisis.</w:t>
      </w:r>
    </w:p>
    <w:p>
      <w:pPr>
        <w:pStyle w:val="ListNumber"/>
      </w:pPr>
      <w:r>
        <w:t>Aplicar parches pediátricos (o de adulto si no hay pediátricos).</w:t>
      </w:r>
    </w:p>
    <w:p>
      <w:pPr>
        <w:pStyle w:val="ListNumber"/>
      </w:pPr>
      <w:r>
        <w:t>Seguir indicaciones del DESA.</w:t>
      </w:r>
    </w:p>
    <w:p>
      <w:pPr>
        <w:pStyle w:val="ListNumber"/>
      </w:pPr>
      <w:r>
        <w:t>Reiniciar RCP inmediatamente después de descarga si es necesaria.</w:t>
      </w:r>
    </w:p>
    <w:p>
      <w:r>
        <w:t>**Precaución:**</w:t>
      </w:r>
    </w:p>
    <w:p>
      <w:pPr>
        <w:pStyle w:val="ListBullet"/>
      </w:pPr>
      <w:r>
        <w:t>Interrumpir las compresiones para colocar el DESA: los parches se colocan durante la RCP. Solo se para cuando el dispositivo ordena "Analizando".</w:t>
      </w:r>
    </w:p>
    <w:p>
      <w:r>
        <w:t>**Principio:**</w:t>
      </w:r>
    </w:p>
    <w:p>
      <w:pPr>
        <w:pStyle w:val="ListBullet"/>
      </w:pPr>
      <w:r>
        <w:t>Mantén la calma. Un niño depende de tu técnica precisa. La fatiga llega rápido; cambia cada 2 minutos.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2.2.9 Errores críticos</w:t>
      </w:r>
    </w:p>
    <w:p>
      <w:pPr>
        <w:pStyle w:val="Heading3"/>
      </w:pPr>
      <w:r>
        <w:t>ERROR #1: Usar técnica de adulto en niño pequeño (dos manos excesivas)</w:t>
      </w:r>
    </w:p>
    <w:p>
      <w:r>
        <w:t>**Error:**</w:t>
      </w:r>
    </w:p>
    <w:p>
      <w:pPr>
        <w:pStyle w:val="ListBullet"/>
      </w:pPr>
      <w:r>
        <w:t>❌ Usar técnica de adulto en niño pequeño (dos manos excesivas).</w:t>
      </w:r>
    </w:p>
    <w:p>
      <w:pPr>
        <w:pStyle w:val="ListBullet"/>
      </w:pPr>
      <w:r>
        <w:t>**Consecuencia:** Riesgo de daño visceral. Ajusta la fuerza.</w:t>
      </w:r>
    </w:p>
    <w:p>
      <w:r>
        <w:t>**Corrección:**</w:t>
      </w:r>
    </w:p>
    <w:p>
      <w:pPr>
        <w:pStyle w:val="ListBullet"/>
      </w:pPr>
      <w:r>
        <w:t>Para niños pequeños: usar una mano (o dos si necesitas más fuerza para alcanzar profundidad).</w:t>
      </w:r>
    </w:p>
    <w:p>
      <w:pPr>
        <w:pStyle w:val="ListBullet"/>
      </w:pPr>
      <w:r>
        <w:t>Ajustar fuerza según tamaño del niño.</w:t>
      </w:r>
    </w:p>
    <w:p>
      <w:pPr>
        <w:pStyle w:val="ListBullet"/>
      </w:pPr>
      <w:r>
        <w:t>No usar dos manos excesivas en niños pequeños.</w:t>
      </w:r>
    </w:p>
    <w:p>
      <w:r>
        <w:t>**Prevención:**</w:t>
      </w:r>
    </w:p>
    <w:p>
      <w:pPr>
        <w:pStyle w:val="ListBullet"/>
      </w:pPr>
      <w:r>
        <w:t>Evaluar tamaño del niño.</w:t>
      </w:r>
    </w:p>
    <w:p>
      <w:pPr>
        <w:pStyle w:val="ListBullet"/>
      </w:pPr>
      <w:r>
        <w:t>Seleccionar técnica de manos según tamaño.</w:t>
      </w:r>
    </w:p>
    <w:p>
      <w:pPr>
        <w:pStyle w:val="ListBullet"/>
      </w:pPr>
      <w:r>
        <w:t>Ajustar fuerza según tamaño.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#2: Compresiones demasiado superficiales (&lt;1/3 del tórax)</w:t>
      </w:r>
    </w:p>
    <w:p>
      <w:r>
        <w:t>**Error:**</w:t>
      </w:r>
    </w:p>
    <w:p>
      <w:pPr>
        <w:pStyle w:val="ListBullet"/>
      </w:pPr>
      <w:r>
        <w:t>❌ Compresiones demasiado superficiales (&lt;1/3 del tórax).</w:t>
      </w:r>
    </w:p>
    <w:p>
      <w:pPr>
        <w:pStyle w:val="ListBullet"/>
      </w:pPr>
      <w:r>
        <w:t>**Consecuencia:** Inefectivas. No proporcionan circulación adecuada.</w:t>
      </w:r>
    </w:p>
    <w:p>
      <w:r>
        <w:t>**Corrección:**</w:t>
      </w:r>
    </w:p>
    <w:p>
      <w:pPr>
        <w:pStyle w:val="ListBullet"/>
      </w:pPr>
      <w:r>
        <w:t>Profundidad = al menos 1/3 del diámetro anteroposterior del tórax.</w:t>
      </w:r>
    </w:p>
    <w:p>
      <w:pPr>
        <w:pStyle w:val="ListBullet"/>
      </w:pPr>
      <w:r>
        <w:t>Visualizar y aplicar profundidad proporcional.</w:t>
      </w:r>
    </w:p>
    <w:p>
      <w:pPr>
        <w:pStyle w:val="ListBullet"/>
      </w:pPr>
      <w:r>
        <w:t>Verificar que profundidad es adecuada.</w:t>
      </w:r>
    </w:p>
    <w:p>
      <w:r>
        <w:t>**Prevención:**</w:t>
      </w:r>
    </w:p>
    <w:p>
      <w:pPr>
        <w:pStyle w:val="ListBullet"/>
      </w:pPr>
      <w:r>
        <w:t>Visualizar profundidad necesaria (1/3 del tórax).</w:t>
      </w:r>
    </w:p>
    <w:p>
      <w:pPr>
        <w:pStyle w:val="ListBullet"/>
      </w:pPr>
      <w:r>
        <w:t>Aplicar compresiones con profundidad adecuada.</w:t>
      </w:r>
    </w:p>
    <w:p>
      <w:pPr>
        <w:pStyle w:val="ListBullet"/>
      </w:pPr>
      <w:r>
        <w:t>Verificar que profundidad es adecuada.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#3: Ventilaciones con volumen excesivo o demasiado rápidas</w:t>
      </w:r>
    </w:p>
    <w:p>
      <w:r>
        <w:t>**Error:**</w:t>
      </w:r>
    </w:p>
    <w:p>
      <w:pPr>
        <w:pStyle w:val="ListBullet"/>
      </w:pPr>
      <w:r>
        <w:t>❌ Ventilaciones con volumen excesivo o demasiado rápidas.</w:t>
      </w:r>
    </w:p>
    <w:p>
      <w:pPr>
        <w:pStyle w:val="ListBullet"/>
      </w:pPr>
      <w:r>
        <w:t>**Consecuencia:** Provocan distensión gástrica, reducen el retorno venoso y aumentan el riesgo de vómito.</w:t>
      </w:r>
    </w:p>
    <w:p>
      <w:r>
        <w:t>**Corrección:**</w:t>
      </w:r>
    </w:p>
    <w:p>
      <w:pPr>
        <w:pStyle w:val="ListBullet"/>
      </w:pPr>
      <w:r>
        <w:t>Ventilaciones de 1 segundo de duración cada una.</w:t>
      </w:r>
    </w:p>
    <w:p>
      <w:pPr>
        <w:pStyle w:val="ListBullet"/>
      </w:pPr>
      <w:r>
        <w:t>Volumen suficiente para elevar el tórax (no excesivo).</w:t>
      </w:r>
    </w:p>
    <w:p>
      <w:pPr>
        <w:pStyle w:val="ListBullet"/>
      </w:pPr>
      <w:r>
        <w:t>Observar elevación del tórax para verificar volumen adecuado.</w:t>
      </w:r>
    </w:p>
    <w:p>
      <w:r>
        <w:t>**Prevención:**</w:t>
      </w:r>
    </w:p>
    <w:p>
      <w:pPr>
        <w:pStyle w:val="ListBullet"/>
      </w:pPr>
      <w:r>
        <w:t>Dar ventilaciones de 1 segundo cada una.</w:t>
      </w:r>
    </w:p>
    <w:p>
      <w:pPr>
        <w:pStyle w:val="ListBullet"/>
      </w:pPr>
      <w:r>
        <w:t>Observar elevación del tórax.</w:t>
      </w:r>
    </w:p>
    <w:p>
      <w:pPr>
        <w:pStyle w:val="ListBullet"/>
      </w:pPr>
      <w:r>
        <w:t>No exceder volumen ni velocidad.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#4: No sellar bien la mascarilla sobre boca Y nariz en niños pequeños</w:t>
      </w:r>
    </w:p>
    <w:p>
      <w:r>
        <w:t>**Error:**</w:t>
      </w:r>
    </w:p>
    <w:p>
      <w:pPr>
        <w:pStyle w:val="ListBullet"/>
      </w:pPr>
      <w:r>
        <w:t>❌ No sellar bien la mascarilla sobre boca Y nariz en niños pequeños.</w:t>
      </w:r>
    </w:p>
    <w:p>
      <w:pPr>
        <w:pStyle w:val="ListBullet"/>
      </w:pPr>
      <w:r>
        <w:t>**Consecuencia:** Fugas que hacen inútil la ventilación.</w:t>
      </w:r>
    </w:p>
    <w:p>
      <w:r>
        <w:t>**Corrección:**</w:t>
      </w:r>
    </w:p>
    <w:p>
      <w:pPr>
        <w:pStyle w:val="ListBullet"/>
      </w:pPr>
      <w:r>
        <w:t>Sellar mascarilla sobre boca Y nariz.</w:t>
      </w:r>
    </w:p>
    <w:p>
      <w:pPr>
        <w:pStyle w:val="ListBullet"/>
      </w:pPr>
      <w:r>
        <w:t>Verificar que no hay fugas.</w:t>
      </w:r>
    </w:p>
    <w:p>
      <w:pPr>
        <w:pStyle w:val="ListBullet"/>
      </w:pPr>
      <w:r>
        <w:t>Ajustar sellado si es necesario.</w:t>
      </w:r>
    </w:p>
    <w:p>
      <w:r>
        <w:t>**Prevención:**</w:t>
      </w:r>
    </w:p>
    <w:p>
      <w:pPr>
        <w:pStyle w:val="ListBullet"/>
      </w:pPr>
      <w:r>
        <w:t>Sellar mascarilla correctamente sobre boca y nariz.</w:t>
      </w:r>
    </w:p>
    <w:p>
      <w:pPr>
        <w:pStyle w:val="ListBullet"/>
      </w:pPr>
      <w:r>
        <w:t>Verificar que no hay fugas.</w:t>
      </w:r>
    </w:p>
    <w:p>
      <w:pPr>
        <w:pStyle w:val="ListBullet"/>
      </w:pPr>
      <w:r>
        <w:t>Ajustar si es necesario.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#5: Demorar la activación de recursos en una PCR no presenciada (sola)</w:t>
      </w:r>
    </w:p>
    <w:p>
      <w:r>
        <w:t>**Error:**</w:t>
      </w:r>
    </w:p>
    <w:p>
      <w:pPr>
        <w:pStyle w:val="ListBullet"/>
      </w:pPr>
      <w:r>
        <w:t>❌ Demorar la activación de recursos en una PCR no presenciada (sola).</w:t>
      </w:r>
    </w:p>
    <w:p>
      <w:pPr>
        <w:pStyle w:val="ListBullet"/>
      </w:pPr>
      <w:r>
        <w:t>**Consecuencia:** Perder la oportunidad de desfibrilación temprana si es un ritmo desfibrilable.</w:t>
      </w:r>
    </w:p>
    <w:p>
      <w:r>
        <w:t>**Corrección:**</w:t>
      </w:r>
    </w:p>
    <w:p>
      <w:pPr>
        <w:pStyle w:val="ListBullet"/>
      </w:pPr>
      <w:r>
        <w:t>Si estás solo y colapso no fue presenciado: realizar 2 minutos (5 ciclos) de RCP primero, luego activar recursos.</w:t>
      </w:r>
    </w:p>
    <w:p>
      <w:pPr>
        <w:pStyle w:val="ListBullet"/>
      </w:pPr>
      <w:r>
        <w:t>Si estás solo y colapso fue presenciado súbito: activar recursos inmediatamente.</w:t>
      </w:r>
    </w:p>
    <w:p>
      <w:pPr>
        <w:pStyle w:val="ListBullet"/>
      </w:pPr>
      <w:r>
        <w:t>Si hay más de un interviniente: uno inicia RCP, otro activa recursos.</w:t>
      </w:r>
    </w:p>
    <w:p>
      <w:r>
        <w:t>**Prevención:**</w:t>
      </w:r>
    </w:p>
    <w:p>
      <w:pPr>
        <w:pStyle w:val="ListBullet"/>
      </w:pPr>
      <w:r>
        <w:t>Evaluar situación (solo/múltiples, presenciado/no presenciado).</w:t>
      </w:r>
    </w:p>
    <w:p>
      <w:pPr>
        <w:pStyle w:val="ListBullet"/>
      </w:pPr>
      <w:r>
        <w:t>Activar recursos según situación.</w:t>
      </w:r>
    </w:p>
    <w:p>
      <w:pPr>
        <w:pStyle w:val="ListBullet"/>
      </w:pPr>
      <w:r>
        <w:t>No demorar activación innecesariamente.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#6: No utilizar oxígeno suplementario con la bolsa-válvula</w:t>
      </w:r>
    </w:p>
    <w:p>
      <w:r>
        <w:t>**Error:**</w:t>
      </w:r>
    </w:p>
    <w:p>
      <w:pPr>
        <w:pStyle w:val="ListBullet"/>
      </w:pPr>
      <w:r>
        <w:t>❌ No utilizar oxígeno suplementario con la bolsa-válvula.</w:t>
      </w:r>
    </w:p>
    <w:p>
      <w:pPr>
        <w:pStyle w:val="ListBullet"/>
      </w:pPr>
      <w:r>
        <w:t>**Consecuencia:** En pediatría, la hipoxia es la causa principal. Ventilar con aire ambiente es subóptimo.</w:t>
      </w:r>
    </w:p>
    <w:p>
      <w:r>
        <w:t>**Corrección:**</w:t>
      </w:r>
    </w:p>
    <w:p>
      <w:pPr>
        <w:pStyle w:val="ListBullet"/>
      </w:pPr>
      <w:r>
        <w:t>Conectar bolsa-válvula a oxígeno a 15 L/min.</w:t>
      </w:r>
    </w:p>
    <w:p>
      <w:pPr>
        <w:pStyle w:val="ListBullet"/>
      </w:pPr>
      <w:r>
        <w:t>Usar oxígeno suplementario siempre que sea posible.</w:t>
      </w:r>
    </w:p>
    <w:p>
      <w:pPr>
        <w:pStyle w:val="ListBullet"/>
      </w:pPr>
      <w:r>
        <w:t>No ventilar solo con aire ambiente.</w:t>
      </w:r>
    </w:p>
    <w:p>
      <w:r>
        <w:t>**Prevención:**</w:t>
      </w:r>
    </w:p>
    <w:p>
      <w:pPr>
        <w:pStyle w:val="ListBullet"/>
      </w:pPr>
      <w:r>
        <w:t>Conectar bolsa-válvula a oxígeno a 15 L/min.</w:t>
      </w:r>
    </w:p>
    <w:p>
      <w:pPr>
        <w:pStyle w:val="ListBullet"/>
      </w:pPr>
      <w:r>
        <w:t>Verificar que oxígeno está conectado y fluyendo.</w:t>
      </w:r>
    </w:p>
    <w:p>
      <w:pPr>
        <w:pStyle w:val="ListBullet"/>
      </w:pPr>
      <w:r>
        <w:t>Usar oxígeno suplementario siempre.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#7: Interrumpir las compresiones para colocar el DESA</w:t>
      </w:r>
    </w:p>
    <w:p>
      <w:r>
        <w:t>**Error:**</w:t>
      </w:r>
    </w:p>
    <w:p>
      <w:pPr>
        <w:pStyle w:val="ListBullet"/>
      </w:pPr>
      <w:r>
        <w:t>❌ Interrumpir las compresiones para colocar el DESA.</w:t>
      </w:r>
    </w:p>
    <w:p>
      <w:pPr>
        <w:pStyle w:val="ListBullet"/>
      </w:pPr>
      <w:r>
        <w:t>**Consecuencia:** Pérdida de tiempo crítico. Los parches se colocan durante la RCP.</w:t>
      </w:r>
    </w:p>
    <w:p>
      <w:r>
        <w:t>**Corrección:**</w:t>
      </w:r>
    </w:p>
    <w:p>
      <w:pPr>
        <w:pStyle w:val="ListBullet"/>
      </w:pPr>
      <w:r>
        <w:t>Los parches se colocan durante la RCP.</w:t>
      </w:r>
    </w:p>
    <w:p>
      <w:pPr>
        <w:pStyle w:val="ListBullet"/>
      </w:pPr>
      <w:r>
        <w:t>Solo se para cuando el dispositivo ordena "Analizando".</w:t>
      </w:r>
    </w:p>
    <w:p>
      <w:pPr>
        <w:pStyle w:val="ListBullet"/>
      </w:pPr>
      <w:r>
        <w:t>Continuar compresiones mientras se colocan parches.</w:t>
      </w:r>
    </w:p>
    <w:p>
      <w:r>
        <w:t>**Prevención:**</w:t>
      </w:r>
    </w:p>
    <w:p>
      <w:pPr>
        <w:pStyle w:val="ListBullet"/>
      </w:pPr>
      <w:r>
        <w:t>Colocar parches durante RCP (sin interrumpir compresiones).</w:t>
      </w:r>
    </w:p>
    <w:p>
      <w:pPr>
        <w:pStyle w:val="ListBullet"/>
      </w:pPr>
      <w:r>
        <w:t>Solo parar cuando DESA ordena "Analizando".</w:t>
      </w:r>
    </w:p>
    <w:p>
      <w:pPr>
        <w:pStyle w:val="ListBullet"/>
      </w:pPr>
      <w:r>
        <w:t>Reiniciar compresiones inmediatamente después de análisis/descarga.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2.2.10 Puntos clave TES</w:t>
      </w:r>
    </w:p>
    <w:p>
      <w:pPr>
        <w:pStyle w:val="ListBullet"/>
      </w:pPr>
      <w:r>
        <w:t>**"Ventila y comprime".** Ambos son igual de importantes. La calidad de la ventilación se mide por la elevación del tórax.</w:t>
      </w:r>
    </w:p>
    <w:p>
      <w:pPr>
        <w:pStyle w:val="ListBullet"/>
      </w:pPr>
      <w:r>
        <w:t>**Ratio 15:2 con dos intervinientes.** Es el estándar de calidad en equipo. Coordinación es clave.</w:t>
      </w:r>
    </w:p>
    <w:p>
      <w:pPr>
        <w:pStyle w:val="ListBullet"/>
      </w:pPr>
      <w:r>
        <w:t>**Profundidad = 1/3 del tórax.** Visualiza y aplica. No es una cifra fija, es proporcional.</w:t>
      </w:r>
    </w:p>
    <w:p>
      <w:pPr>
        <w:pStyle w:val="ListBullet"/>
      </w:pPr>
      <w:r>
        <w:t>**Si estás solo y no viste caer, 2 minutos de RCP primero.** Prioriza la oxigenación antes de dejar solo al paciente.</w:t>
      </w:r>
    </w:p>
    <w:p>
      <w:pPr>
        <w:pStyle w:val="ListBullet"/>
      </w:pPr>
      <w:r>
        <w:t>**El DESA es seguro y debe usarse.** Aplica parches pediátricos si los hay (menor energía). Si no, usa los de adulto.</w:t>
      </w:r>
    </w:p>
    <w:p>
      <w:pPr>
        <w:pStyle w:val="ListBullet"/>
      </w:pPr>
      <w:r>
        <w:t>**Mantén la calma.** Un niño depende de tu técnica precisa. La fatiga llega rápido; cambia cada 2 minutos.</w:t>
      </w:r>
    </w:p>
    <w:p>
      <w:pPr>
        <w:pStyle w:val="ListBullet"/>
      </w:pPr>
      <w:r>
        <w:t>**El vómito es frecuente.** Ten una unidad de aspiración a mano o prepárate para limpiar rápidamente y recolocar.</w:t>
      </w:r>
    </w:p>
    <w:p>
      <w:pPr>
        <w:pStyle w:val="ListBullet"/>
      </w:pPr>
      <w:r>
        <w:t>**En pediatría, la PCR suele ser secundaria a hipoxia.** La ventilación es tan crítica como las compresiones.</w:t>
      </w:r>
    </w:p>
    <w:p>
      <w:pPr>
        <w:pStyle w:val="ListBullet"/>
      </w:pPr>
      <w:r>
        <w:t>**Comprime con una o dos manos según el tamaño del niño.** La profundidad es proporcional al tamaño corporal.</w:t>
      </w:r>
    </w:p>
    <w:p>
      <w:pPr>
        <w:pStyle w:val="ListBullet"/>
      </w:pPr>
      <w:r>
        <w:t>**Profundidad: Al menos 1/3 del diámetro anteroposterior del tórax.** Aproximadamente 5 cm en la mayoría de niños, pero guíate por la proporción.</w:t>
      </w:r>
    </w:p>
    <w:p>
      <w:pPr>
        <w:pStyle w:val="ListBullet"/>
      </w:pPr>
      <w:r>
        <w:t>**Frecuencia: 100-120 compresiones por minuto.**</w:t>
      </w:r>
    </w:p>
    <w:p>
      <w:pPr>
        <w:pStyle w:val="ListBullet"/>
      </w:pPr>
      <w:r>
        <w:t>**Ventilaciones: 1 segundo cada una, observando elevación del tórax.**</w:t>
      </w:r>
    </w:p>
    <w:p>
      <w:pPr>
        <w:pStyle w:val="ListBullet"/>
      </w:pPr>
      <w:r>
        <w:t>**Cambiar de reanimador cada 2 minutos** para evitar fatiga.</w:t>
      </w:r>
    </w:p>
    <w:p>
      <w:pPr>
        <w:pStyle w:val="ListBullet"/>
      </w:pPr>
      <w:r>
        <w:t>**APAGA el dispositivo de ventilación (Ambu) durante el análisis del DESA** para evitar interferencias.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2.0 (Reconocimiento PCR) - Identificación de PCR</w:t>
      </w:r>
    </w:p>
    <w:p>
      <w:pPr>
        <w:pStyle w:val="ListBullet"/>
      </w:pPr>
      <w:r>
        <w:t>2.1 (RCP Adultos) - Técnicas base adaptadas</w:t>
      </w:r>
    </w:p>
    <w:p>
      <w:pPr>
        <w:pStyle w:val="ListBullet"/>
      </w:pPr>
      <w:r>
        <w:t>2.5 (Ventilación BVM) - Técnica de ventilación pediátrica</w:t>
      </w:r>
    </w:p>
    <w:p>
      <w:r>
        <w:t>**Capítulos relacionados:**</w:t>
      </w:r>
    </w:p>
    <w:p>
      <w:pPr>
        <w:pStyle w:val="ListBullet"/>
      </w:pPr>
      <w:r>
        <w:t>2.0 (Reconocimiento PCR) - Reconocimiento previo</w:t>
      </w:r>
    </w:p>
    <w:p>
      <w:pPr>
        <w:pStyle w:val="ListBullet"/>
      </w:pPr>
      <w:r>
        <w:t>2.1 (RCP Adultos) - Técnicas similares adaptadas</w:t>
      </w:r>
    </w:p>
    <w:p>
      <w:pPr>
        <w:pStyle w:val="ListBullet"/>
      </w:pPr>
      <w:r>
        <w:t>2.3 (RCP Lactantes) - Continuidad con menores de 1 año</w:t>
      </w:r>
    </w:p>
    <w:p>
      <w:pPr>
        <w:pStyle w:val="ListBullet"/>
      </w:pPr>
      <w:r>
        <w:t>2.4 (Uso del DESA) - Uso de desfibrilador con parches pediátricos</w:t>
      </w:r>
    </w:p>
    <w:p>
      <w:r>
        <w:t>**Capítulos siguientes:**</w:t>
      </w:r>
    </w:p>
    <w:p>
      <w:pPr>
        <w:pStyle w:val="ListBullet"/>
      </w:pPr>
      <w:r>
        <w:t>2.3 (RCP Lactantes) - Continuidad con menores de 1 año</w:t>
      </w:r>
    </w:p>
    <w:p>
      <w:pPr>
        <w:pStyle w:val="ListBullet"/>
      </w:pPr>
      <w:r>
        <w:t>2.4 (Uso del DESA) - Desfibrilación con parches pediátricos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**Usar técnica de adulto en niño pequeño (dos manos excesivas)**</w:t>
            </w:r>
          </w:p>
        </w:tc>
        <w:tc>
          <w:tcPr>
            <w:tcW w:type="dxa" w:w="2880"/>
          </w:tcPr>
          <w:p>
            <w:r>
              <w:t>Riesgo de daño visceral</w:t>
            </w:r>
          </w:p>
        </w:tc>
        <w:tc>
          <w:tcPr>
            <w:tcW w:type="dxa" w:w="2880"/>
          </w:tcPr>
          <w:p>
            <w:r>
              <w:t>Para niños pequeños: usar una mano (o dos si necesitas más fuerza). Ajustar fuerza según tamaño</w:t>
            </w:r>
          </w:p>
        </w:tc>
      </w:tr>
      <w:tr>
        <w:tc>
          <w:tcPr>
            <w:tcW w:type="dxa" w:w="2880"/>
          </w:tcPr>
          <w:p>
            <w:r>
              <w:t>**Compresiones demasiado superficiales (&lt;1/3 del tórax)**</w:t>
            </w:r>
          </w:p>
        </w:tc>
        <w:tc>
          <w:tcPr>
            <w:tcW w:type="dxa" w:w="2880"/>
          </w:tcPr>
          <w:p>
            <w:r>
              <w:t>Inefectivas, no proporcionan circulación adecuada</w:t>
            </w:r>
          </w:p>
        </w:tc>
        <w:tc>
          <w:tcPr>
            <w:tcW w:type="dxa" w:w="2880"/>
          </w:tcPr>
          <w:p>
            <w:r>
              <w:t>Profundidad = al menos 1/3 del diámetro anteroposterior del tórax. Visualizar y aplicar</w:t>
            </w:r>
          </w:p>
        </w:tc>
      </w:tr>
      <w:tr>
        <w:tc>
          <w:tcPr>
            <w:tcW w:type="dxa" w:w="2880"/>
          </w:tcPr>
          <w:p>
            <w:r>
              <w:t>**Ventilaciones con volumen excesivo o demasiado rápidas**</w:t>
            </w:r>
          </w:p>
        </w:tc>
        <w:tc>
          <w:tcPr>
            <w:tcW w:type="dxa" w:w="2880"/>
          </w:tcPr>
          <w:p>
            <w:r>
              <w:t>Distensión gástrica, reduce retorno venoso, riesgo de vómito</w:t>
            </w:r>
          </w:p>
        </w:tc>
        <w:tc>
          <w:tcPr>
            <w:tcW w:type="dxa" w:w="2880"/>
          </w:tcPr>
          <w:p>
            <w:r>
              <w:t>Ventilaciones de 1 segundo cada una. Volumen suficiente para elevar tórax (no excesivo)</w:t>
            </w:r>
          </w:p>
        </w:tc>
      </w:tr>
      <w:tr>
        <w:tc>
          <w:tcPr>
            <w:tcW w:type="dxa" w:w="2880"/>
          </w:tcPr>
          <w:p>
            <w:r>
              <w:t>**No sellar bien mascarilla sobre boca Y nariz en niños pequeños**</w:t>
            </w:r>
          </w:p>
        </w:tc>
        <w:tc>
          <w:tcPr>
            <w:tcW w:type="dxa" w:w="2880"/>
          </w:tcPr>
          <w:p>
            <w:r>
              <w:t>Fugas que hacen inútil la ventilación</w:t>
            </w:r>
          </w:p>
        </w:tc>
        <w:tc>
          <w:tcPr>
            <w:tcW w:type="dxa" w:w="2880"/>
          </w:tcPr>
          <w:p>
            <w:r>
              <w:t>Sellar mascarilla sobre boca Y nariz. Verificar que no hay fugas</w:t>
            </w:r>
          </w:p>
        </w:tc>
      </w:tr>
      <w:tr>
        <w:tc>
          <w:tcPr>
            <w:tcW w:type="dxa" w:w="2880"/>
          </w:tcPr>
          <w:p>
            <w:r>
              <w:t>**Demorar activación de recursos en PCR no presenciada (sola)**</w:t>
            </w:r>
          </w:p>
        </w:tc>
        <w:tc>
          <w:tcPr>
            <w:tcW w:type="dxa" w:w="2880"/>
          </w:tcPr>
          <w:p>
            <w:r>
              <w:t>Pérdida de oportunidad de desfibrilación temprana</w:t>
            </w:r>
          </w:p>
        </w:tc>
        <w:tc>
          <w:tcPr>
            <w:tcW w:type="dxa" w:w="2880"/>
          </w:tcPr>
          <w:p>
            <w:r>
              <w:t>Si solo y colapso no presenciado: 2 minutos de RCP primero, luego activar. Si presenciado súbito: activar inmediatamente</w:t>
            </w:r>
          </w:p>
        </w:tc>
      </w:tr>
      <w:tr>
        <w:tc>
          <w:tcPr>
            <w:tcW w:type="dxa" w:w="2880"/>
          </w:tcPr>
          <w:p>
            <w:r>
              <w:t>**No utilizar oxígeno suplementario con bolsa-válvula**</w:t>
            </w:r>
          </w:p>
        </w:tc>
        <w:tc>
          <w:tcPr>
            <w:tcW w:type="dxa" w:w="2880"/>
          </w:tcPr>
          <w:p>
            <w:r>
              <w:t>En pediatría, hipoxia es causa principal. Ventilar con aire ambiente es subóptimo</w:t>
            </w:r>
          </w:p>
        </w:tc>
        <w:tc>
          <w:tcPr>
            <w:tcW w:type="dxa" w:w="2880"/>
          </w:tcPr>
          <w:p>
            <w:r>
              <w:t>Conectar bolsa-válvula a oxígeno a 15 L/min. Usar oxígeno suplementario siempre</w:t>
            </w:r>
          </w:p>
        </w:tc>
      </w:tr>
      <w:tr>
        <w:tc>
          <w:tcPr>
            <w:tcW w:type="dxa" w:w="2880"/>
          </w:tcPr>
          <w:p>
            <w:r>
              <w:t>**Interrumpir compresiones para colocar DESA**</w:t>
            </w:r>
          </w:p>
        </w:tc>
        <w:tc>
          <w:tcPr>
            <w:tcW w:type="dxa" w:w="2880"/>
          </w:tcPr>
          <w:p>
            <w:r>
              <w:t>Pérdida de tiempo crítico</w:t>
            </w:r>
          </w:p>
        </w:tc>
        <w:tc>
          <w:tcPr>
            <w:tcW w:type="dxa" w:w="2880"/>
          </w:tcPr>
          <w:p>
            <w:r>
              <w:t>Colocar parches durante RCP (sin interrumpir). Solo parar cuando DESA ordena "Analizando"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RCP iniciada rápidamente (activación de recursos según situación)</w:t>
      </w:r>
    </w:p>
    <w:p>
      <w:pPr>
        <w:pStyle w:val="ListBullet"/>
      </w:pPr>
      <w:r>
        <w:t>✅ Compresiones de calidad (profundidad 1/3 del tórax, ritmo 100-120/min, técnica adecuada al tamaño)</w:t>
      </w:r>
    </w:p>
    <w:p>
      <w:pPr>
        <w:pStyle w:val="ListBullet"/>
      </w:pPr>
      <w:r>
        <w:t>✅ Ventilaciones efectivas (1 segundo, elevación torácica, sellado correcto boca Y nariz)</w:t>
      </w:r>
    </w:p>
    <w:p>
      <w:pPr>
        <w:pStyle w:val="ListBullet"/>
      </w:pPr>
      <w:r>
        <w:t>✅ Oxígeno suplementario utilizado (15 L/min)</w:t>
      </w:r>
    </w:p>
    <w:p>
      <w:pPr>
        <w:pStyle w:val="ListBullet"/>
      </w:pPr>
      <w:r>
        <w:t>✅ Ratio correcto aplicado (30:2 un reanimador, 15:2 dos reanimadores)</w:t>
      </w:r>
    </w:p>
    <w:p>
      <w:pPr>
        <w:pStyle w:val="ListBullet"/>
      </w:pPr>
      <w:r>
        <w:t>✅ Cambio de reanimador cada 2 minutos</w:t>
      </w:r>
    </w:p>
    <w:p>
      <w:r>
        <w:t>**Señales de Alerta:**</w:t>
      </w:r>
    </w:p>
    <w:p>
      <w:pPr>
        <w:pStyle w:val="ListBullet"/>
      </w:pPr>
      <w:r>
        <w:t>❌ Técnica de adulto en niño pequeño → Riesgo de daño visceral</w:t>
      </w:r>
    </w:p>
    <w:p>
      <w:pPr>
        <w:pStyle w:val="ListBullet"/>
      </w:pPr>
      <w:r>
        <w:t>❌ Compresiones demasiado superficiales → Inefectivas</w:t>
      </w:r>
    </w:p>
    <w:p>
      <w:pPr>
        <w:pStyle w:val="ListBullet"/>
      </w:pPr>
      <w:r>
        <w:t>❌ Ventilaciones demasiado fuertes/rápidas → Distensión gástrica, aspiración</w:t>
      </w:r>
    </w:p>
    <w:p>
      <w:pPr>
        <w:pStyle w:val="ListBullet"/>
      </w:pPr>
      <w:r>
        <w:t>❌ No sellar bien mascarilla → Fugas, ventilación inútil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2.0 (Reconocimiento PCR) - Identificación de PCR</w:t>
      </w:r>
    </w:p>
    <w:p>
      <w:pPr>
        <w:pStyle w:val="ListBullet"/>
      </w:pPr>
      <w:r>
        <w:t>2.1 (RCP Adultos) - Técnicas base adaptadas</w:t>
      </w:r>
    </w:p>
    <w:p>
      <w:pPr>
        <w:pStyle w:val="ListBullet"/>
      </w:pPr>
      <w:r>
        <w:t>2.5 (Ventilación BVM) - Técnica de ventilación pediátrica</w:t>
      </w:r>
    </w:p>
    <w:p>
      <w:r>
        <w:t>**Capítulos Relacionados (Consultar junto):**</w:t>
      </w:r>
    </w:p>
    <w:p>
      <w:pPr>
        <w:pStyle w:val="ListBullet"/>
      </w:pPr>
      <w:r>
        <w:t>2.0 (Reconocimiento PCR) - Reconocimiento previo</w:t>
      </w:r>
    </w:p>
    <w:p>
      <w:pPr>
        <w:pStyle w:val="ListBullet"/>
      </w:pPr>
      <w:r>
        <w:t>2.1 (RCP Adultos) - Técnicas similares adaptadas</w:t>
      </w:r>
    </w:p>
    <w:p>
      <w:pPr>
        <w:pStyle w:val="ListBullet"/>
      </w:pPr>
      <w:r>
        <w:t>2.3 (RCP Lactantes) - Continuidad con menores de 1 año</w:t>
      </w:r>
    </w:p>
    <w:p>
      <w:pPr>
        <w:pStyle w:val="ListBullet"/>
      </w:pPr>
      <w:r>
        <w:t>2.4 (Uso del DESA) - Uso de desfibrilador con parches pediátricos</w:t>
      </w:r>
    </w:p>
    <w:p>
      <w:r>
        <w:t>**Capítulos Siguientes (Leer después):**</w:t>
      </w:r>
    </w:p>
    <w:p>
      <w:pPr>
        <w:pStyle w:val="ListBullet"/>
      </w:pPr>
      <w:r>
        <w:t>2.3 (RCP Lactantes) - Continuidad con menores de 1 año</w:t>
      </w:r>
    </w:p>
    <w:p>
      <w:pPr>
        <w:pStyle w:val="ListBullet"/>
      </w:pPr>
      <w:r>
        <w:t>2.4 (Uso del DESA) - Desfibrilación con parches pediátricos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2.2.11 Cierre del capítulo</w:t>
      </w:r>
    </w:p>
    <w:p>
      <w:r>
        <w:t>Este capítulo se integra con:</w:t>
      </w:r>
    </w:p>
    <w:p>
      <w:pPr>
        <w:pStyle w:val="ListBullet"/>
      </w:pPr>
      <w:r>
        <w:t>**2.0 – Reconocimiento de la Parada Cardiorrespiratoria (PCR)** (reconocimiento previo)</w:t>
      </w:r>
    </w:p>
    <w:p>
      <w:pPr>
        <w:pStyle w:val="ListBullet"/>
      </w:pPr>
      <w:r>
        <w:t>**2.1 – RCP Básica en Adulto** (técnicas similares adaptadas)</w:t>
      </w:r>
    </w:p>
    <w:p>
      <w:pPr>
        <w:pStyle w:val="ListBullet"/>
      </w:pPr>
      <w:r>
        <w:t>**2.3 – RCP Básica en Lactantes** (continuidad con menores de 1 año)</w:t>
      </w:r>
    </w:p>
    <w:p>
      <w:pPr>
        <w:pStyle w:val="ListBullet"/>
      </w:pPr>
      <w:r>
        <w:t>**2.4 – Uso del DESA** (uso de desfibrilador con parches pediátricos)</w:t>
      </w:r>
    </w:p>
    <w:p>
      <w:r>
        <w:t>**Transición:**</w:t>
      </w:r>
    </w:p>
    <w:p>
      <w:pPr>
        <w:pStyle w:val="ListBullet"/>
      </w:pPr>
      <w:r>
        <w:t>Este capítulo proporciona técnicas operativas de **RCP básica pediátrica de alta calidad**.</w:t>
      </w:r>
    </w:p>
    <w:p>
      <w:pPr>
        <w:pStyle w:val="ListBullet"/>
      </w:pPr>
      <w:r>
        <w:t>El capítulo siguiente desarrolla **RCP básica en lactantes (2.3)**.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En pediatría, la PCR suele ser secundaria a hipoxia. La ventilación es tan crítica como las compresiones.</w:t>
      </w:r>
    </w:p>
    <w:p>
      <w:pPr>
        <w:pStyle w:val="ListBullet"/>
      </w:pPr>
      <w:r>
        <w:t>**"Ventila y comprime".** Ambos son igual de importantes.</w:t>
      </w:r>
    </w:p>
    <w:p>
      <w:pPr>
        <w:pStyle w:val="ListBullet"/>
      </w:pPr>
      <w:r>
        <w:t>**Profundidad = 1/3 del tórax.** Visualiza y aplica. No es una cifra fija, es proporcional.</w:t>
      </w:r>
    </w:p>
    <w:p>
      <w:pPr>
        <w:pStyle w:val="ListBullet"/>
      </w:pPr>
      <w:r>
        <w:t>**Si estás solo y no viste caer, 2 minutos de RCP primero.** Prioriza la oxigenación antes de dejar solo al paciente.</w:t>
      </w:r>
    </w:p>
    <w:p>
      <w:pPr>
        <w:pStyle w:val="ListBullet"/>
      </w:pPr>
      <w:r>
        <w:t>**El DESA es seguro y debe usarse.** Aplica parches pediátricos si los hay (menor energía). Si no, usa los de adulto.</w:t>
      </w:r>
    </w:p>
    <w:p>
      <w:pPr>
        <w:pStyle w:val="ListBullet"/>
      </w:pPr>
      <w:r>
        <w:t>**Mantén la calma.** Un niño depende de tu técnica precisa. La fatiga llega rápido; cambia cada 2 minutos.</w:t>
      </w:r>
    </w:p>
    <w:p>
      <w:pPr>
        <w:pStyle w:val="ListBullet"/>
      </w:pPr>
      <w:r>
        <w:t>**El vómito es frecuente.** Ten una unidad de aspiración a mano o prepárate para limpiar rápidamente y recolocar.</w:t>
      </w:r>
    </w:p>
    <w:p>
      <w:r>
        <w:t>**Principios No Negociables:**</w:t>
      </w:r>
    </w:p>
    <w:p>
      <w:pPr>
        <w:pStyle w:val="ListBullet"/>
      </w:pPr>
      <w:r>
        <w:t>**NUNCA usar** técnica de adulto en niño pequeño (dos manos excesivas)</w:t>
      </w:r>
    </w:p>
    <w:p>
      <w:pPr>
        <w:pStyle w:val="ListBullet"/>
      </w:pPr>
      <w:r>
        <w:t>**NUNCA hacer** compresiones demasiado superficiales (&lt;1/3 del tórax)</w:t>
      </w:r>
    </w:p>
    <w:p>
      <w:pPr>
        <w:pStyle w:val="ListBullet"/>
      </w:pPr>
      <w:r>
        <w:t>**NUNCA dar** ventilaciones con volumen excesivo o demasiado rápidas</w:t>
      </w:r>
    </w:p>
    <w:p>
      <w:pPr>
        <w:pStyle w:val="ListBullet"/>
      </w:pPr>
      <w:r>
        <w:t>**NUNCA omitir** sellado correcto de mascarilla sobre boca Y nariz</w:t>
      </w:r>
    </w:p>
    <w:p>
      <w:pPr>
        <w:pStyle w:val="ListBullet"/>
      </w:pPr>
      <w:r>
        <w:t>**NUNCA omitir** oxígeno suplementario con bolsa-válvula</w:t>
      </w:r>
    </w:p>
    <w:p>
      <w:pPr>
        <w:pStyle w:val="ListBullet"/>
      </w:pPr>
      <w:r>
        <w:t>**NUNCA interrumpir** compresiones para colocar DESA (solo cuando ordena "Analizando")</w:t>
      </w:r>
    </w:p>
    <w:p>
      <w:pPr>
        <w:pStyle w:val="ListBullet"/>
      </w:pPr>
      <w:r>
        <w:t>**SIEMPRE usar** técnica de manos adecuada al tamaño del niño</w:t>
      </w:r>
    </w:p>
    <w:p>
      <w:pPr>
        <w:pStyle w:val="ListBullet"/>
      </w:pPr>
      <w:r>
        <w:t>**SIEMPRE aplicar** profundidad proporcional (1/3 del tórax)</w:t>
      </w:r>
    </w:p>
    <w:p>
      <w:pPr>
        <w:pStyle w:val="ListBullet"/>
      </w:pPr>
      <w:r>
        <w:t>**SIEMPRE dar** ventilaciones de 1 segundo, observando elevación del tórax</w:t>
      </w:r>
    </w:p>
    <w:p>
      <w:pPr>
        <w:pStyle w:val="ListBullet"/>
      </w:pPr>
      <w:r>
        <w:t>**SIEMPRE sellar** mascarilla correctamente sobre boca y nariz</w:t>
      </w:r>
    </w:p>
    <w:p>
      <w:pPr>
        <w:pStyle w:val="ListBullet"/>
      </w:pPr>
      <w:r>
        <w:t>**SIEMPRE usar** oxígeno suplementario (15 L/min) con bolsa-válvula</w:t>
      </w:r>
    </w:p>
    <w:p>
      <w:pPr>
        <w:pStyle w:val="ListBullet"/>
      </w:pPr>
      <w:r>
        <w:t>**SIEMPRE cambiar** de reanimador cada 2 minutos</w:t>
      </w:r>
    </w:p>
    <w:p>
      <w:pPr>
        <w:pStyle w:val="ListBullet"/>
      </w:pPr>
      <w:r>
        <w:t>**SIEMPRE activar** recursos según situación (solo/múltiples, presenciado/no presenciado)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2.3 – RCP Básica en Lactantes: Técnicas Específicas</w:t>
      </w:r>
    </w:p>
    <w:p>
      <w:pPr>
        <w:pStyle w:val="Heading1"/>
      </w:pPr>
      <w:r>
        <w:t>2.3 – RCP Básica en Lactantes: Técnicas Específicas</w:t>
      </w:r>
    </w:p>
    <w:p>
      <w:pPr>
        <w:pStyle w:val="Heading2"/>
      </w:pPr>
      <w:r>
        <w:t>Manual TES Digital – Reanimación Cardiopulmonar básica de alta calidad en lactantes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**Objetivo TES:** Iniciar RCP de alta calidad en lactante (&lt;1 año) en &lt;30–60 segundos desde la llegada, priorizando ventilación (hipoxia como causa principal), minimizar interrupciones, coordinar recursos y mantener técnica precisa adaptada al tamaño.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2.3.1 Cuándo aplicar (criterio operativo)</w:t>
      </w:r>
    </w:p>
    <w:p>
      <w:r>
        <w:t>Inicia RCP en lactante si cumple **TODAS** las siguientes condiciones:</w:t>
      </w:r>
    </w:p>
    <w:p>
      <w:pPr>
        <w:pStyle w:val="ListNumber"/>
      </w:pPr>
      <w:r>
        <w:t>**No responde** (a estímulos suaves, voz).</w:t>
      </w:r>
    </w:p>
    <w:p>
      <w:pPr>
        <w:pStyle w:val="ListNumber"/>
      </w:pPr>
      <w:r>
        <w:t>**No respira normal** (ausencia de respiración o boqueadas agónicas).</w:t>
      </w:r>
    </w:p>
    <w:p>
      <w:pPr>
        <w:pStyle w:val="ListNumber"/>
      </w:pPr>
      <w:r>
        <w:t>**No hay signos evidentes de vida.**</w:t>
      </w:r>
    </w:p>
    <w:p>
      <w:r>
        <w:t>**Criterio de edad:**</w:t>
      </w:r>
    </w:p>
    <w:p>
      <w:pPr>
        <w:pStyle w:val="ListBullet"/>
      </w:pPr>
      <w:r>
        <w:t>Lactante: desde el nacimiento hasta **1 año de edad**.</w:t>
      </w:r>
    </w:p>
    <w:p>
      <w:pPr>
        <w:pStyle w:val="ListBullet"/>
      </w:pPr>
      <w:r>
        <w:t>Signos: sin dientes o pocos dientes, proporciones corporales de bebé, tamaño pequeño.</w:t>
      </w:r>
    </w:p>
    <w:p>
      <w:r>
        <w:t>**Regla de oro TES:**</w:t>
      </w:r>
    </w:p>
    <w:p>
      <w:pPr>
        <w:pStyle w:val="ListBullet"/>
      </w:pPr>
      <w:r>
        <w:t>Si hay duda con la respiración: trátalo como PCR y empieza compresiones.</w:t>
      </w:r>
    </w:p>
    <w:p>
      <w:pPr>
        <w:pStyle w:val="ListBullet"/>
      </w:pPr>
      <w:r>
        <w:t>En lactantes, la hipoxia es la causa principal de PCR. Prioriza ventilación.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2.3.2 Seguridad, escena y mando</w:t>
      </w:r>
    </w:p>
    <w:p>
      <w:r>
        <w:t>**Seguridad:**</w:t>
      </w:r>
    </w:p>
    <w:p>
      <w:pPr>
        <w:pStyle w:val="ListBullet"/>
      </w:pPr>
      <w:r>
        <w:t>Tráfico.</w:t>
      </w:r>
    </w:p>
    <w:p>
      <w:pPr>
        <w:pStyle w:val="ListBullet"/>
      </w:pPr>
      <w:r>
        <w:t>Electricidad.</w:t>
      </w:r>
    </w:p>
    <w:p>
      <w:pPr>
        <w:pStyle w:val="ListBullet"/>
      </w:pPr>
      <w:r>
        <w:t>Fuego.</w:t>
      </w:r>
    </w:p>
    <w:p>
      <w:pPr>
        <w:pStyle w:val="ListBullet"/>
      </w:pPr>
      <w:r>
        <w:t>Violencia.</w:t>
      </w:r>
    </w:p>
    <w:p>
      <w:pPr>
        <w:pStyle w:val="ListBullet"/>
      </w:pPr>
      <w:r>
        <w:t>Bio-riesgo.</w:t>
      </w:r>
    </w:p>
    <w:p>
      <w:pPr>
        <w:pStyle w:val="ListBullet"/>
      </w:pPr>
      <w:r>
        <w:t>Ambiente seguro para lactante.</w:t>
      </w:r>
    </w:p>
    <w:p>
      <w:r>
        <w:t>**Toma de mando:**</w:t>
      </w:r>
    </w:p>
    <w:p>
      <w:pPr>
        <w:pStyle w:val="ListBullet"/>
      </w:pPr>
      <w:r>
        <w:t>TES 1 o primero en llegar toma el mando.</w:t>
      </w:r>
    </w:p>
    <w:p>
      <w:pPr>
        <w:pStyle w:val="ListBullet"/>
      </w:pPr>
      <w:r>
        <w:t>Órdenes cortas (ver guiones 4.3.9).</w:t>
      </w:r>
    </w:p>
    <w:p>
      <w:pPr>
        <w:pStyle w:val="ListBullet"/>
      </w:pPr>
      <w:r>
        <w:t>Coordinación inmediata del equipo.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2.3.3 Activación rápida del sistema (112 + DESA + material)</w:t>
      </w:r>
    </w:p>
    <w:p>
      <w:r>
        <w:t>**Órdenes operativas:**</w:t>
      </w:r>
    </w:p>
    <w:p>
      <w:pPr>
        <w:pStyle w:val="ListBullet"/>
      </w:pPr>
      <w:r>
        <w:t>"Tú llama al 112 y vuelve."</w:t>
      </w:r>
    </w:p>
    <w:p>
      <w:pPr>
        <w:pStyle w:val="ListBullet"/>
      </w:pPr>
      <w:r>
        <w:t>"Tú trae el DESA con parches pediátricos."</w:t>
      </w:r>
    </w:p>
    <w:p>
      <w:pPr>
        <w:pStyle w:val="ListBullet"/>
      </w:pPr>
      <w:r>
        <w:t>"Tú trae BVM pediátrica + O2 + cánulas." (conecta con 3.3 BVM)</w:t>
      </w:r>
    </w:p>
    <w:p>
      <w:r>
        <w:t>**Si estás solo y el colapso NO fue presenciado por ti:**</w:t>
      </w:r>
    </w:p>
    <w:p>
      <w:pPr>
        <w:pStyle w:val="ListBullet"/>
      </w:pPr>
      <w:r>
        <w:t>Realiza **2 minutos (5 ciclos) de RCP** primero.</w:t>
      </w:r>
    </w:p>
    <w:p>
      <w:pPr>
        <w:pStyle w:val="ListBullet"/>
      </w:pPr>
      <w:r>
        <w:t>Luego activa el sistema/pide el DESA.</w:t>
      </w:r>
    </w:p>
    <w:p>
      <w:r>
        <w:t>**Si estás solo y el colapso FUE presenciado súbito:**</w:t>
      </w:r>
    </w:p>
    <w:p>
      <w:pPr>
        <w:pStyle w:val="ListBullet"/>
      </w:pPr>
      <w:r>
        <w:t>Activa el sistema/pide el DESA inmediatamente.</w:t>
      </w:r>
    </w:p>
    <w:p>
      <w:pPr>
        <w:pStyle w:val="ListBullet"/>
      </w:pPr>
      <w:r>
        <w:t>Luego inicia RCP.</w:t>
      </w:r>
    </w:p>
    <w:p>
      <w:r>
        <w:t>**Si hay MÁS de un interviniente:**</w:t>
      </w:r>
    </w:p>
    <w:p>
      <w:pPr>
        <w:pStyle w:val="ListBullet"/>
      </w:pPr>
      <w:r>
        <w:t>Uno inicia RCP inmediatamente.</w:t>
      </w:r>
    </w:p>
    <w:p>
      <w:pPr>
        <w:pStyle w:val="ListBullet"/>
      </w:pPr>
      <w:r>
        <w:t>El otro activa el sistema y trae el equipo.</w:t>
      </w:r>
    </w:p>
    <w:p>
      <w:r>
        <w:t>**Principio:**</w:t>
      </w:r>
    </w:p>
    <w:p>
      <w:pPr>
        <w:pStyle w:val="ListBullet"/>
      </w:pPr>
      <w:r>
        <w:t>Si estás solo y no viste caer, 2 minutos de RCP primero. Prioriza la oxigenación antes de dejar solo al lactante.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2.3.4 Árbol de Decisión Binaria (SVB Lactante)</w:t>
      </w:r>
    </w:p>
    <w:p>
      <w:r>
        <w:t>**Nota:** (Compresiones 100–120/min, profundidad 1/3 del tórax ≈ 4 cm, ratio 15:2 con dos reanimadores, 30:2 si solo).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2.3.5 Técnica de compresiones (C de C-A-B)</w:t>
      </w:r>
    </w:p>
    <w:p>
      <w:r>
        <w:t>**Posición:**</w:t>
      </w:r>
    </w:p>
    <w:p>
      <w:pPr>
        <w:pStyle w:val="ListBullet"/>
      </w:pPr>
      <w:r>
        <w:t>Lactante en superficie firme y plana.</w:t>
      </w:r>
    </w:p>
    <w:p>
      <w:pPr>
        <w:pStyle w:val="ListBullet"/>
      </w:pPr>
      <w:r>
        <w:t>Si es muy pequeño, puedes usar una mesa si es más firme que el suelo.</w:t>
      </w:r>
    </w:p>
    <w:p>
      <w:pPr>
        <w:pStyle w:val="ListBullet"/>
      </w:pPr>
      <w:r>
        <w:t>Arrodíllate al lado del lactante, a la altura del tórax.</w:t>
      </w:r>
    </w:p>
    <w:p>
      <w:r>
        <w:t>**Punto de compresión:**</w:t>
      </w:r>
    </w:p>
    <w:p>
      <w:pPr>
        <w:pStyle w:val="ListBullet"/>
      </w:pPr>
      <w:r>
        <w:t>**Centro del pecho, mitad inferior del esternón.**</w:t>
      </w:r>
    </w:p>
    <w:p>
      <w:pPr>
        <w:pStyle w:val="ListBullet"/>
      </w:pPr>
      <w:r>
        <w:t>Usa el punto entre los pezones como guía.</w:t>
      </w:r>
    </w:p>
    <w:p>
      <w:pPr>
        <w:pStyle w:val="ListBullet"/>
      </w:pPr>
      <w:r>
        <w:t>Justo por debajo de la línea intermamilar.</w:t>
      </w:r>
    </w:p>
    <w:p>
      <w:r>
        <w:t>**Técnica de manos (dos opciones):**</w:t>
      </w:r>
    </w:p>
    <w:p>
      <w:r>
        <w:t>**Opción 1: Dos dedos (índice y medio)**</w:t>
      </w:r>
    </w:p>
    <w:p>
      <w:pPr>
        <w:pStyle w:val="ListBullet"/>
      </w:pPr>
      <w:r>
        <w:t>Coloca dos dedos (índice y medio) en el centro del pecho.</w:t>
      </w:r>
    </w:p>
    <w:p>
      <w:pPr>
        <w:pStyle w:val="ListBullet"/>
      </w:pPr>
      <w:r>
        <w:t>Justo por debajo de la línea intermamilar.</w:t>
      </w:r>
    </w:p>
    <w:p>
      <w:pPr>
        <w:pStyle w:val="ListBullet"/>
      </w:pPr>
      <w:r>
        <w:t>Usa esta técnica si estás solo o si el lactante es muy pequeño.</w:t>
      </w:r>
    </w:p>
    <w:p>
      <w:r>
        <w:t>**Opción 2: Dos pulgares (técnica de abrazar) - PREFERIDA si hay dos reanimadores**</w:t>
      </w:r>
    </w:p>
    <w:p>
      <w:pPr>
        <w:pStyle w:val="ListBullet"/>
      </w:pPr>
      <w:r>
        <w:t>Rodea el tórax del lactante con ambas manos.</w:t>
      </w:r>
    </w:p>
    <w:p>
      <w:pPr>
        <w:pStyle w:val="ListBullet"/>
      </w:pPr>
      <w:r>
        <w:t>Coloca los pulgares lado a lado en el centro del pecho (mitad inferior del esternón).</w:t>
      </w:r>
    </w:p>
    <w:p>
      <w:pPr>
        <w:pStyle w:val="ListBullet"/>
      </w:pPr>
      <w:r>
        <w:t>Envuelve los dedos alrededor del tórax para dar soporte.</w:t>
      </w:r>
    </w:p>
    <w:p>
      <w:pPr>
        <w:pStyle w:val="ListBullet"/>
      </w:pPr>
      <w:r>
        <w:t>Esta técnica proporciona más fuerza y estabilidad.</w:t>
      </w:r>
    </w:p>
    <w:p>
      <w:r>
        <w:t>**Parámetros de calidad:**</w:t>
      </w:r>
    </w:p>
    <w:p>
      <w:pPr>
        <w:pStyle w:val="ListBullet"/>
      </w:pPr>
      <w:r>
        <w:t>**Ritmo:** 100–120/min.</w:t>
      </w:r>
    </w:p>
    <w:p>
      <w:pPr>
        <w:pStyle w:val="ListBullet"/>
      </w:pPr>
      <w:r>
        <w:t>**Profundidad:** Al menos **1/3 del diámetro anteroposterior del tórax.** Aproximadamente **4 cm** en la mayoría de lactantes, pero guíate por la proporción.</w:t>
      </w:r>
    </w:p>
    <w:p>
      <w:pPr>
        <w:pStyle w:val="ListBullet"/>
      </w:pPr>
      <w:r>
        <w:t>**Recoil completo:** Permite la retroalimentación completa del tórax tras cada compresión.</w:t>
      </w:r>
    </w:p>
    <w:p>
      <w:pPr>
        <w:pStyle w:val="ListBullet"/>
      </w:pPr>
      <w:r>
        <w:t>**Interrupciones mínimas:** Pausas solo para ventilaciones/desfibrilación/seguridad.</w:t>
      </w:r>
    </w:p>
    <w:p>
      <w:r>
        <w:t>**Regla TES de oro:**</w:t>
      </w:r>
    </w:p>
    <w:p>
      <w:pPr>
        <w:pStyle w:val="ListBullet"/>
      </w:pPr>
      <w:r>
        <w:t>Si te cansas: cambia cada 2 min (o antes si baja la calidad).</w:t>
      </w:r>
    </w:p>
    <w:p>
      <w:pPr>
        <w:pStyle w:val="ListBullet"/>
      </w:pPr>
      <w:r>
        <w:t>La técnica de dos pulgares es más eficaz si hay dos reanimadores.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2.3.6 Ventilaciones (A y B operativos)</w:t>
      </w:r>
    </w:p>
    <w:p>
      <w:r>
        <w:t>**Opción estándar (recomendada):**</w:t>
      </w:r>
    </w:p>
    <w:p>
      <w:r>
        <w:t>**Relación:**</w:t>
      </w:r>
    </w:p>
    <w:p>
      <w:pPr>
        <w:pStyle w:val="ListBullet"/>
      </w:pPr>
      <w:r>
        <w:t>**Un solo reanimador:** **30:2** (30 compresiones : 2 ventilaciones).</w:t>
      </w:r>
    </w:p>
    <w:p>
      <w:pPr>
        <w:pStyle w:val="ListBullet"/>
      </w:pPr>
      <w:r>
        <w:t>**Dos reanimadores (ideal):** **15:2** (15 compresiones : 2 ventilaciones). El que ventila se posiciona en la cabeza.</w:t>
      </w:r>
    </w:p>
    <w:p>
      <w:r>
        <w:t>**Técnica de ventilación:**</w:t>
      </w:r>
    </w:p>
    <w:p>
      <w:pPr>
        <w:pStyle w:val="ListBullet"/>
      </w:pPr>
      <w:r>
        <w:t>Cada ventilación: **~1 segundo**, solo hasta ver elevación torácica (sin hiperventilar).</w:t>
      </w:r>
    </w:p>
    <w:p>
      <w:pPr>
        <w:pStyle w:val="ListBullet"/>
      </w:pPr>
      <w:r>
        <w:t>Con BVM pediátrica: seguir capítulo 3.3 (sello sobre boca Y nariz, cánula si necesario, O2, volumen justo).</w:t>
      </w:r>
    </w:p>
    <w:p>
      <w:pPr>
        <w:pStyle w:val="ListBullet"/>
      </w:pPr>
      <w:r>
        <w:t>**Sellar bien la mascarilla sobre boca Y nariz** en lactantes pequeños.</w:t>
      </w:r>
    </w:p>
    <w:p>
      <w:r>
        <w:t>**Procedimiento:**</w:t>
      </w:r>
    </w:p>
    <w:p>
      <w:pPr>
        <w:pStyle w:val="ListNumber"/>
      </w:pPr>
      <w:r>
        <w:t>Tras compresiones (30 o 15 según número de reanimadores), abrir vía aérea (frente-mentón en posición neutra).</w:t>
      </w:r>
    </w:p>
    <w:p>
      <w:pPr>
        <w:pStyle w:val="ListNumber"/>
      </w:pPr>
      <w:r>
        <w:t>Colocar BVM pediátrica sobre boca Y nariz.</w:t>
      </w:r>
    </w:p>
    <w:p>
      <w:pPr>
        <w:pStyle w:val="ListNumber"/>
      </w:pPr>
      <w:r>
        <w:t>Sellar bien (sin fugas).</w:t>
      </w:r>
    </w:p>
    <w:p>
      <w:pPr>
        <w:pStyle w:val="ListNumber"/>
      </w:pPr>
      <w:r>
        <w:t>Ventilar 2 veces, cada una de ~1 segundo.</w:t>
      </w:r>
    </w:p>
    <w:p>
      <w:pPr>
        <w:pStyle w:val="ListNumber"/>
      </w:pPr>
      <w:r>
        <w:t>Observar elevación torácica (sin hiperventilar).</w:t>
      </w:r>
    </w:p>
    <w:p>
      <w:pPr>
        <w:pStyle w:val="ListNumber"/>
      </w:pPr>
      <w:r>
        <w:t>Reiniciar compresiones inmediatamente.</w:t>
      </w:r>
    </w:p>
    <w:p>
      <w:r>
        <w:t>**Precaución:**</w:t>
      </w:r>
    </w:p>
    <w:p>
      <w:pPr>
        <w:pStyle w:val="ListBullet"/>
      </w:pPr>
      <w:r>
        <w:t>Ventilaciones con volumen excesivo o demasiado rápidas: provocan distensión gástrica, reducen el retorno venoso y aumentan el riesgo de vómito.</w:t>
      </w:r>
    </w:p>
    <w:p>
      <w:pPr>
        <w:pStyle w:val="ListBullet"/>
      </w:pPr>
      <w:r>
        <w:t>No sellar bien la mascarilla sobre boca Y nariz: fugas que hacen inútil la ventilación.</w:t>
      </w:r>
    </w:p>
    <w:p>
      <w:pPr>
        <w:pStyle w:val="ListBullet"/>
      </w:pPr>
      <w:r>
        <w:t>Corrección: 1 segundo, solo elevación torácica, sellar bien boca Y nariz.</w:t>
      </w:r>
    </w:p>
    <w:p>
      <w:r>
        <w:t>**Principio:**</w:t>
      </w:r>
    </w:p>
    <w:p>
      <w:pPr>
        <w:pStyle w:val="ListBullet"/>
      </w:pPr>
      <w:r>
        <w:t>"Ventila y comprime". Ambos son igual de importantes. La calidad de la ventilación se mide por la elevación del tórax.</w:t>
      </w:r>
    </w:p>
    <w:p>
      <w:pPr>
        <w:pStyle w:val="ListBullet"/>
      </w:pPr>
      <w:r>
        <w:t>En lactantes, la hipoxia es la causa principal. Ventilar con aire ambiente es subóptimo. Usar oxígeno suplementario.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2.3.7 Integración con DESA (enlace a 4.4)</w:t>
      </w:r>
    </w:p>
    <w:p>
      <w:r>
        <w:t>En cuanto llegue el DESA:</w:t>
      </w:r>
    </w:p>
    <w:p>
      <w:pPr>
        <w:pStyle w:val="ListBullet"/>
      </w:pPr>
      <w:r>
        <w:t>Encender y seguir instrucciones.</w:t>
      </w:r>
    </w:p>
    <w:p>
      <w:pPr>
        <w:pStyle w:val="ListBullet"/>
      </w:pPr>
      <w:r>
        <w:t>Usar **parches pediátricos** (preferible) o atenuador de energía.</w:t>
      </w:r>
    </w:p>
    <w:p>
      <w:pPr>
        <w:pStyle w:val="ListBullet"/>
      </w:pPr>
      <w:r>
        <w:t>Si no hay parches pediátricos: usar parches de adulto (el DESA es seguro).</w:t>
      </w:r>
    </w:p>
    <w:p>
      <w:pPr>
        <w:pStyle w:val="ListBullet"/>
      </w:pPr>
      <w:r>
        <w:t>Parches sin parar compresiones (salvo lo imprescindible).</w:t>
      </w:r>
    </w:p>
    <w:p>
      <w:pPr>
        <w:pStyle w:val="ListBullet"/>
      </w:pPr>
      <w:r>
        <w:t>"¡Apartarse!" solo en: análisis, descarga.</w:t>
      </w:r>
    </w:p>
    <w:p>
      <w:pPr>
        <w:pStyle w:val="ListBullet"/>
      </w:pPr>
      <w:r>
        <w:t>Reanudar compresiones inmediatamente tras descarga o "no descarga".</w:t>
      </w:r>
    </w:p>
    <w:p>
      <w:r>
        <w:t>**Colocación de parches en lactantes:**</w:t>
      </w:r>
    </w:p>
    <w:p>
      <w:pPr>
        <w:pStyle w:val="ListBullet"/>
      </w:pPr>
      <w:r>
        <w:t>**Colocación Anterior-Posterior (preferida):**</w:t>
      </w:r>
    </w:p>
    <w:p>
      <w:pPr>
        <w:pStyle w:val="ListBullet"/>
      </w:pPr>
      <w:r>
        <w:t>Parche Anterior: En el centro del pecho (esternón).</w:t>
      </w:r>
    </w:p>
    <w:p>
      <w:pPr>
        <w:pStyle w:val="ListBullet"/>
      </w:pPr>
      <w:r>
        <w:t>Parche Posterior: En la espalda, entre las escápulas.</w:t>
      </w:r>
    </w:p>
    <w:p>
      <w:pPr>
        <w:pStyle w:val="ListBullet"/>
      </w:pPr>
      <w:r>
        <w:t>O colocación estándar (si parches de adulto): igual que en pediatría.</w:t>
      </w:r>
    </w:p>
    <w:p>
      <w:r>
        <w:t>**Precaución:**</w:t>
      </w:r>
    </w:p>
    <w:p>
      <w:pPr>
        <w:pStyle w:val="ListBullet"/>
      </w:pPr>
      <w:r>
        <w:t>Interrumpir las compresiones para colocar el DESA: Los parches se colocan durante la RCP. Solo se para cuando el dispositivo ordena "Analizando".</w:t>
      </w:r>
    </w:p>
    <w:p>
      <w:pPr>
        <w:pStyle w:val="ListBullet"/>
      </w:pPr>
      <w:r>
        <w:t>**APAGA el dispositivo de ventilación (Ambu) durante el análisis** para evitar interferencias por movimiento de aire.</w:t>
      </w:r>
    </w:p>
    <w:p>
      <w:r>
        <w:t>(Procedimiento completo: 4.4 – Uso del DESA)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2.3.8 Secuencia operativa "en bucle" (lo que repites)</w:t>
      </w:r>
    </w:p>
    <w:p>
      <w:r>
        <w:t>**Bucle de 2 minutos:**</w:t>
      </w:r>
    </w:p>
    <w:p>
      <w:pPr>
        <w:pStyle w:val="ListBullet"/>
      </w:pPr>
      <w:r>
        <w:t>30:2 (un reanimador) o 15:2 (dos reanimadores)</w:t>
      </w:r>
    </w:p>
    <w:p>
      <w:pPr>
        <w:pStyle w:val="ListBullet"/>
      </w:pPr>
      <w:r>
        <w:t>DESA cuando corresponda</w:t>
      </w:r>
    </w:p>
    <w:p>
      <w:pPr>
        <w:pStyle w:val="ListBullet"/>
      </w:pPr>
      <w:r>
        <w:t>Cambio de reanimador (si hay)</w:t>
      </w:r>
    </w:p>
    <w:p>
      <w:pPr>
        <w:pStyle w:val="ListBullet"/>
      </w:pPr>
      <w:r>
        <w:t>Reevaluación rápida si: se mueve, respira normal, abre ojos / llora</w:t>
      </w:r>
    </w:p>
    <w:p>
      <w:r>
        <w:t>**Parar RCP solo si:**</w:t>
      </w:r>
    </w:p>
    <w:p>
      <w:pPr>
        <w:pStyle w:val="ListBullet"/>
      </w:pPr>
      <w:r>
        <w:t>ROSC claro (respira normal y responde)</w:t>
      </w:r>
    </w:p>
    <w:p>
      <w:pPr>
        <w:pStyle w:val="ListBullet"/>
      </w:pPr>
      <w:r>
        <w:t>Agotamiento extremo sin relevo</w:t>
      </w:r>
    </w:p>
    <w:p>
      <w:pPr>
        <w:pStyle w:val="ListBullet"/>
      </w:pPr>
      <w:r>
        <w:t>Orden médica/autoridad competente</w:t>
      </w:r>
    </w:p>
    <w:p>
      <w:pPr>
        <w:pStyle w:val="ListBullet"/>
      </w:pPr>
      <w:r>
        <w:t>Peligro</w:t>
      </w:r>
    </w:p>
    <w:p>
      <w:r>
        <w:t>**Ciclo continuo:**</w:t>
      </w:r>
    </w:p>
    <w:p>
      <w:pPr>
        <w:pStyle w:val="ListBullet"/>
      </w:pPr>
      <w:r>
        <w:t>Continuar ciclos de compresiones y ventilaciones.</w:t>
      </w:r>
    </w:p>
    <w:p>
      <w:pPr>
        <w:pStyle w:val="ListBullet"/>
      </w:pPr>
      <w:r>
        <w:t>**Cambiar de reanimador cada 2 minutos** para evitar fatiga.</w:t>
      </w:r>
    </w:p>
    <w:p>
      <w:pPr>
        <w:pStyle w:val="ListBullet"/>
      </w:pPr>
      <w:r>
        <w:t>Al llegar el DESA: **APAGA el dispositivo de ventilación (Ambu) durante el análisis** para evitar interferencias por movimiento de aire. Aplica parches pediátricos. Sigue sus indicaciones.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2.3.9 Guiones de comunicación operativa (TES)</w:t>
      </w:r>
    </w:p>
    <w:p>
      <w:r>
        <w:t>**Mando inicial:**</w:t>
      </w:r>
    </w:p>
    <w:p>
      <w:pPr>
        <w:pStyle w:val="ListBullet"/>
      </w:pPr>
      <w:r>
        <w:t>"Yo llevo el mando. Tú 112. Tú DESA pediátrico. Tú BVM pediátrica y oxígeno."</w:t>
      </w:r>
    </w:p>
    <w:p>
      <w:r>
        <w:t>**Confirmación PCR:**</w:t>
      </w:r>
    </w:p>
    <w:p>
      <w:pPr>
        <w:pStyle w:val="ListBullet"/>
      </w:pPr>
      <w:r>
        <w:t>"Lactante no responde y no respira normal: es una PCR. Empiezo compresiones."</w:t>
      </w:r>
    </w:p>
    <w:p>
      <w:r>
        <w:t>**Control de calidad:**</w:t>
      </w:r>
    </w:p>
    <w:p>
      <w:pPr>
        <w:pStyle w:val="ListBullet"/>
      </w:pPr>
      <w:r>
        <w:t>"Ritmo 100–120, profundo 1/3 del tórax, suelta del todo."</w:t>
      </w:r>
    </w:p>
    <w:p>
      <w:pPr>
        <w:pStyle w:val="ListBullet"/>
      </w:pPr>
      <w:r>
        <w:t>"Ventilación: 1 segundo, solo elevación torácica."</w:t>
      </w:r>
    </w:p>
    <w:p>
      <w:pPr>
        <w:pStyle w:val="ListBullet"/>
      </w:pPr>
      <w:r>
        <w:t>"Cambio en 3…2…1… ¡cambio!"</w:t>
      </w:r>
    </w:p>
    <w:p>
      <w:r>
        <w:t>**DESA:**</w:t>
      </w:r>
    </w:p>
    <w:p>
      <w:pPr>
        <w:pStyle w:val="ListBullet"/>
      </w:pPr>
      <w:r>
        <w:t>"Coloca parches pediátricos sin parar compresiones."</w:t>
      </w:r>
    </w:p>
    <w:p>
      <w:pPr>
        <w:pStyle w:val="ListBullet"/>
      </w:pPr>
      <w:r>
        <w:t>"APAGA el Ambu durante el análisis."</w:t>
      </w:r>
    </w:p>
    <w:p>
      <w:pPr>
        <w:pStyle w:val="ListBullet"/>
      </w:pPr>
      <w:r>
        <w:t>"¡Nadie toca! Analiza."</w:t>
      </w:r>
    </w:p>
    <w:p>
      <w:pPr>
        <w:pStyle w:val="ListBullet"/>
      </w:pPr>
      <w:r>
        <w:t>"¡Descarga! Reanudo compresiones ya."</w:t>
      </w:r>
    </w:p>
    <w:p>
      <w:r>
        <w:t>**Con familiares/padres:**</w:t>
      </w:r>
    </w:p>
    <w:p>
      <w:pPr>
        <w:pStyle w:val="ListBullet"/>
      </w:pPr>
      <w:r>
        <w:t>"Ahora lo más importante es el masaje cardíaco y la respiración. Estamos actuando y ya viene ayuda."</w:t>
      </w:r>
    </w:p>
    <w:p>
      <w:pPr>
        <w:pStyle w:val="ListBullet"/>
      </w:pPr>
      <w:r>
        <w:t>"Necesito espacio para trabajar. Por favor, manténgase alejado."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2.3.10 Errores críticos (con corrección y prevención)</w:t>
      </w:r>
    </w:p>
    <w:p>
      <w:pPr>
        <w:pStyle w:val="ListNumber"/>
      </w:pPr>
      <w:r>
        <w:t>**Usar técnica de adulto o pediátrica en lactante (dos manos excesivas)**</w:t>
      </w:r>
    </w:p>
    <w:p>
      <w:pPr>
        <w:pStyle w:val="ListBullet"/>
      </w:pPr>
      <w:r>
        <w:t>Corrección: usar dos dedos o dos pulgares. Ajusta la fuerza.</w:t>
      </w:r>
    </w:p>
    <w:p>
      <w:pPr>
        <w:pStyle w:val="ListNumber"/>
      </w:pPr>
      <w:r>
        <w:t>**Compresiones demasiado superficiales (&lt;1/3 del tórax)**</w:t>
      </w:r>
    </w:p>
    <w:p>
      <w:pPr>
        <w:pStyle w:val="ListBullet"/>
      </w:pPr>
      <w:r>
        <w:t>Corrección: al menos 1/3 del diámetro anteroposterior del tórax (≈4 cm).</w:t>
      </w:r>
    </w:p>
    <w:p>
      <w:pPr>
        <w:pStyle w:val="ListNumber"/>
      </w:pPr>
      <w:r>
        <w:t>**Ventilaciones con volumen excesivo o demasiado rápidas (distensión gástrica, aspiración)**</w:t>
      </w:r>
    </w:p>
    <w:p>
      <w:pPr>
        <w:pStyle w:val="ListBullet"/>
      </w:pPr>
      <w:r>
        <w:t>Corrección: 1 segundo, solo elevación torácica.</w:t>
      </w:r>
    </w:p>
    <w:p>
      <w:pPr>
        <w:pStyle w:val="ListNumber"/>
      </w:pPr>
      <w:r>
        <w:t>**No sellar bien la mascarilla sobre boca Y nariz en lactantes pequeños**</w:t>
      </w:r>
    </w:p>
    <w:p>
      <w:pPr>
        <w:pStyle w:val="ListBullet"/>
      </w:pPr>
      <w:r>
        <w:t>Corrección: sellar bien boca Y nariz. Sin fugas.</w:t>
      </w:r>
    </w:p>
    <w:p>
      <w:pPr>
        <w:pStyle w:val="ListNumber"/>
      </w:pPr>
      <w:r>
        <w:t>**Demorar la activación de recursos en una PCR no presenciada (sola)**</w:t>
      </w:r>
    </w:p>
    <w:p>
      <w:pPr>
        <w:pStyle w:val="ListBullet"/>
      </w:pPr>
      <w:r>
        <w:t>Corrección: si estás solo y no viste caer, 2 minutos de RCP primero, luego activa.</w:t>
      </w:r>
    </w:p>
    <w:p>
      <w:pPr>
        <w:pStyle w:val="ListNumber"/>
      </w:pPr>
      <w:r>
        <w:t>**No utilizar oxígeno suplementario con la bolsa-válvula**</w:t>
      </w:r>
    </w:p>
    <w:p>
      <w:pPr>
        <w:pStyle w:val="ListBullet"/>
      </w:pPr>
      <w:r>
        <w:t>Corrección: en lactantes, la hipoxia es la causa principal. Ventilar con aire ambiente es subóptimo. Usar oxígeno.</w:t>
      </w:r>
    </w:p>
    <w:p>
      <w:pPr>
        <w:pStyle w:val="ListNumber"/>
      </w:pPr>
      <w:r>
        <w:t>**Interrumpir las compresiones para colocar el DESA**</w:t>
      </w:r>
    </w:p>
    <w:p>
      <w:pPr>
        <w:pStyle w:val="ListBullet"/>
      </w:pPr>
      <w:r>
        <w:t>Corrección: los parches se colocan durante la RCP. Solo se para cuando el dispositivo ordena "Analizando".</w:t>
      </w:r>
    </w:p>
    <w:p>
      <w:pPr>
        <w:pStyle w:val="ListNumber"/>
      </w:pPr>
      <w:r>
        <w:t>**No apagar el dispositivo de ventilación durante el análisis del DESA**</w:t>
      </w:r>
    </w:p>
    <w:p>
      <w:pPr>
        <w:pStyle w:val="ListBullet"/>
      </w:pPr>
      <w:r>
        <w:t>Corrección: APAGA el Ambu durante el análisis para evitar interferencias por movimiento de aire.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2.3.11 Puntos clave TES e integración con el Bloque 4</w:t>
      </w:r>
    </w:p>
    <w:p>
      <w:r>
        <w:t>**2.0 Reconocimiento PCR** → esta secuencia es su ejecución directa para lactantes.</w:t>
      </w:r>
    </w:p>
    <w:p>
      <w:r>
        <w:t>**3.3 BVM** → usar BVM pediátrica, sellar bien boca Y nariz, oxígeno suplementario.</w:t>
      </w:r>
    </w:p>
    <w:p>
      <w:r>
        <w:t>**2.1 RCP Adultos** → técnica diferente (dos dedos/pulgares vs. dos manos).</w:t>
      </w:r>
    </w:p>
    <w:p>
      <w:r>
        <w:t>**4.2 RCP Pediatría** → lactantes requieren técnica específica (dos dedos/pulgares).</w:t>
      </w:r>
    </w:p>
    <w:p>
      <w:r>
        <w:t>**4.4 DESA** → usar parches pediátricos (preferible) o atenuador de energía.</w:t>
      </w:r>
    </w:p>
    <w:p>
      <w:r>
        <w:t>**4.5 Dos intervinientes** → ratio 15:2 ideal en lactantes, mejora calidad.</w:t>
      </w:r>
    </w:p>
    <w:p>
      <w:r>
        <w:t>**Checklist mental TES (3 palabras):**</w:t>
      </w:r>
    </w:p>
    <w:p>
      <w:r>
        <w:t>**Rápido – Profundo – Ventilar.**</w:t>
      </w:r>
    </w:p>
    <w:p>
      <w:r>
        <w:t>**Rápido:**</w:t>
      </w:r>
    </w:p>
    <w:p>
      <w:pPr>
        <w:pStyle w:val="ListBullet"/>
      </w:pPr>
      <w:r>
        <w:t>Iniciar RCP en &lt;30–60 segundos desde la llegada.</w:t>
      </w:r>
    </w:p>
    <w:p>
      <w:pPr>
        <w:pStyle w:val="ListBullet"/>
      </w:pPr>
      <w:r>
        <w:t>Minimizar interrupciones.</w:t>
      </w:r>
    </w:p>
    <w:p>
      <w:pPr>
        <w:pStyle w:val="ListBullet"/>
      </w:pPr>
      <w:r>
        <w:t>Coordinar recursos inmediatamente.</w:t>
      </w:r>
    </w:p>
    <w:p>
      <w:r>
        <w:t>**Profundo:**</w:t>
      </w:r>
    </w:p>
    <w:p>
      <w:pPr>
        <w:pStyle w:val="ListBullet"/>
      </w:pPr>
      <w:r>
        <w:t>Compresiones de 1/3 del tórax (≈4 cm).</w:t>
      </w:r>
    </w:p>
    <w:p>
      <w:pPr>
        <w:pStyle w:val="ListBullet"/>
      </w:pPr>
      <w:r>
        <w:t>Ritmo de 100–120/min.</w:t>
      </w:r>
    </w:p>
    <w:p>
      <w:pPr>
        <w:pStyle w:val="ListBullet"/>
      </w:pPr>
      <w:r>
        <w:t>Recoil completo.</w:t>
      </w:r>
    </w:p>
    <w:p>
      <w:r>
        <w:t>**Ventilar:**</w:t>
      </w:r>
    </w:p>
    <w:p>
      <w:pPr>
        <w:pStyle w:val="ListBullet"/>
      </w:pPr>
      <w:r>
        <w:t>Ventilaciones de alta calidad (1 segundo, elevación torácica).</w:t>
      </w:r>
    </w:p>
    <w:p>
      <w:pPr>
        <w:pStyle w:val="ListBullet"/>
      </w:pPr>
      <w:r>
        <w:t>Ratio 15:2 con dos reanimadores (ideal).</w:t>
      </w:r>
    </w:p>
    <w:p>
      <w:pPr>
        <w:pStyle w:val="ListBullet"/>
      </w:pPr>
      <w:r>
        <w:t>Oxígeno suplementario.</w:t>
      </w:r>
    </w:p>
    <w:p>
      <w:pPr>
        <w:pStyle w:val="ListBullet"/>
      </w:pPr>
      <w:r>
        <w:t>Sellar bien boca Y nariz.</w:t>
      </w:r>
    </w:p>
    <w:p>
      <w:r>
        <w:t>**Principios específicos para lactantes:**</w:t>
      </w:r>
    </w:p>
    <w:p>
      <w:pPr>
        <w:pStyle w:val="ListBullet"/>
      </w:pPr>
      <w:r>
        <w:t>En lactantes, la PCR suele ser **secundaria a hipoxia**. La ventilación es tan crítica como las compresiones.</w:t>
      </w:r>
    </w:p>
    <w:p>
      <w:pPr>
        <w:pStyle w:val="ListBullet"/>
      </w:pPr>
      <w:r>
        <w:t>**Técnica de dos pulgares (abrazar)** es preferida si hay dos reanimadores.</w:t>
      </w:r>
    </w:p>
    <w:p>
      <w:pPr>
        <w:pStyle w:val="ListBullet"/>
      </w:pPr>
      <w:r>
        <w:t>**Ratio 15:2 con dos reanimadores** es el estándar de calidad en equipo.</w:t>
      </w:r>
    </w:p>
    <w:p>
      <w:pPr>
        <w:pStyle w:val="ListBullet"/>
      </w:pPr>
      <w:r>
        <w:t>**Profundidad = 1/3 del tórax.** Visualiza y aplica. No es una cifra fija, es proporcional.</w:t>
      </w:r>
    </w:p>
    <w:p>
      <w:pPr>
        <w:pStyle w:val="ListBullet"/>
      </w:pPr>
      <w:r>
        <w:t>**Si estás solo y no viste caer, 2 minutos de RCP primero.** Prioriza la oxigenación antes de dejar solo al lactante.</w:t>
      </w:r>
    </w:p>
    <w:p>
      <w:pPr>
        <w:pStyle w:val="ListBullet"/>
      </w:pPr>
      <w:r>
        <w:t>**El DESA es seguro y debe usarse.** Aplica parches pediátricos si los hay (menor energía). Si no, usa los de adulto.</w:t>
      </w:r>
    </w:p>
    <w:p>
      <w:pPr>
        <w:pStyle w:val="ListBullet"/>
      </w:pPr>
      <w:r>
        <w:t>**Mantén la calma.** Un lactante depende de tu técnica precisa. La fatiga llega rápido; cambia cada 2 minutos.</w:t>
      </w:r>
    </w:p>
    <w:p>
      <w:pPr>
        <w:pStyle w:val="ListBullet"/>
      </w:pPr>
      <w:r>
        <w:t>**El vómito es frecuente.** Ten una unidad de aspiración a mano o prepárate para limpiar rápidamente y recolocar.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2.3.12 Cierre del capítulo</w:t>
      </w:r>
    </w:p>
    <w:p>
      <w:r>
        <w:t>Este capítulo se integra con:</w:t>
      </w:r>
    </w:p>
    <w:p>
      <w:pPr>
        <w:pStyle w:val="ListBullet"/>
      </w:pPr>
      <w:r>
        <w:t>**4.0 – Reconocimiento de la Parada Cardiorrespiratoria (PCR)** (esta secuencia es su ejecución directa para lactantes)</w:t>
      </w:r>
    </w:p>
    <w:p>
      <w:pPr>
        <w:pStyle w:val="ListBullet"/>
      </w:pPr>
      <w:r>
        <w:t>**3.3 – Bolsa-Válvula-Mascarilla (BVM)** (usar BVM pediátrica, sellar bien boca Y nariz, oxígeno suplementario)</w:t>
      </w:r>
    </w:p>
    <w:p>
      <w:pPr>
        <w:pStyle w:val="ListBullet"/>
      </w:pPr>
      <w:r>
        <w:t>**4.1 – RCP Básica en Adultos** (técnica diferente: dos dedos/pulgares vs. dos manos)</w:t>
      </w:r>
    </w:p>
    <w:p>
      <w:pPr>
        <w:pStyle w:val="ListBullet"/>
      </w:pPr>
      <w:r>
        <w:t>**4.2 – RCP Básica en Pediatría** (lactantes requieren técnica específica: dos dedos/pulgares)</w:t>
      </w:r>
    </w:p>
    <w:p>
      <w:pPr>
        <w:pStyle w:val="ListBullet"/>
      </w:pPr>
      <w:r>
        <w:t>**4.4 – Uso del DESA** (usar parches pediátricos o atenuador de energía)</w:t>
      </w:r>
    </w:p>
    <w:p>
      <w:pPr>
        <w:pStyle w:val="ListBullet"/>
      </w:pPr>
      <w:r>
        <w:t>**4.5 – RCP con Dos Intervinientes** (ratio 15:2 ideal en lactantes, mejora calidad)</w:t>
      </w:r>
    </w:p>
    <w:p>
      <w:r>
        <w:t>**Transición:**</w:t>
      </w:r>
    </w:p>
    <w:p>
      <w:pPr>
        <w:pStyle w:val="ListBullet"/>
      </w:pPr>
      <w:r>
        <w:t>Este capítulo proporciona técnicas operativas de **RCP básica en lactantes (&lt;1 año) con técnicas específicas**.</w:t>
      </w:r>
    </w:p>
    <w:p>
      <w:pPr>
        <w:pStyle w:val="ListBullet"/>
      </w:pPr>
      <w:r>
        <w:t>Este capítulo completa la serie de RCP básica (adultos 4.1, pediatría 4.2, lactantes 4.3).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**Checklist mental TES (3 palabras): Rápido – Profundo – Ventilar.**</w:t>
      </w:r>
    </w:p>
    <w:p>
      <w:pPr>
        <w:pStyle w:val="ListBullet"/>
      </w:pPr>
      <w:r>
        <w:t>**Si hay duda con la respiración: trátalo como PCR y empieza compresiones.**</w:t>
      </w:r>
    </w:p>
    <w:p>
      <w:pPr>
        <w:pStyle w:val="ListBullet"/>
      </w:pPr>
      <w:r>
        <w:t>**Si te cansas: cambia cada 2 min (o antes si baja la calidad).**</w:t>
      </w:r>
    </w:p>
    <w:p>
      <w:pPr>
        <w:pStyle w:val="ListBullet"/>
      </w:pPr>
      <w:r>
        <w:t>**En lactantes, la hipoxia es la causa principal. Prioriza ventilación.**</w:t>
      </w:r>
    </w:p>
    <w:p>
      <w:pPr>
        <w:pStyle w:val="ListBullet"/>
      </w:pPr>
      <w:r>
        <w:t>**Técnica de dos pulgares (abrazar) es preferida si hay dos reanimadores.**</w:t>
      </w:r>
    </w:p>
    <w:p>
      <w:pPr>
        <w:pStyle w:val="ListBullet"/>
      </w:pPr>
      <w:r>
        <w:t>**Ratio 15:2 con dos reanimadores es el estándar de calidad en equipo.**</w:t>
      </w:r>
    </w:p>
    <w:p>
      <w:pPr>
        <w:pStyle w:val="ListBullet"/>
      </w:pPr>
      <w:r>
        <w:t>**Profundidad = 1/3 del tórax.** Visualiza y aplica. No es una cifra fija, es proporcional.</w:t>
      </w:r>
    </w:p>
    <w:p>
      <w:pPr>
        <w:pStyle w:val="ListBullet"/>
      </w:pPr>
      <w:r>
        <w:t>**Si estás solo y no viste caer, 2 minutos de RCP primero.** Prioriza la oxigenación antes de dejar solo al lactante.</w:t>
      </w:r>
    </w:p>
    <w:p>
      <w:r>
        <w:t>**Principios No Negociables:**</w:t>
      </w:r>
    </w:p>
    <w:p>
      <w:pPr>
        <w:pStyle w:val="ListBullet"/>
      </w:pPr>
      <w:r>
        <w:t>**NUNCA usar** técnica de adulto o pediátrica en lactante (dos manos excesivas)</w:t>
      </w:r>
    </w:p>
    <w:p>
      <w:pPr>
        <w:pStyle w:val="ListBullet"/>
      </w:pPr>
      <w:r>
        <w:t>**NUNCA hacer** compresiones demasiado superficiales (&lt;1/3 del tórax)</w:t>
      </w:r>
    </w:p>
    <w:p>
      <w:pPr>
        <w:pStyle w:val="ListBullet"/>
      </w:pPr>
      <w:r>
        <w:t>**NUNCA ventilar** con volumen excesivo o demasiado rápido (1 segundo, solo elevación torácica)</w:t>
      </w:r>
    </w:p>
    <w:p>
      <w:pPr>
        <w:pStyle w:val="ListBullet"/>
      </w:pPr>
      <w:r>
        <w:t>**NUNCA omitir** sellar bien la mascarilla sobre boca Y nariz</w:t>
      </w:r>
    </w:p>
    <w:p>
      <w:pPr>
        <w:pStyle w:val="ListBullet"/>
      </w:pPr>
      <w:r>
        <w:t>**NUNCA demorar** activación de recursos en PCR no presenciada si estás solo (2 minutos de RCP primero)</w:t>
      </w:r>
    </w:p>
    <w:p>
      <w:pPr>
        <w:pStyle w:val="ListBullet"/>
      </w:pPr>
      <w:r>
        <w:t>**NUNCA omitir** usar oxígeno suplementario con la bolsa-válvula</w:t>
      </w:r>
    </w:p>
    <w:p>
      <w:pPr>
        <w:pStyle w:val="ListBullet"/>
      </w:pPr>
      <w:r>
        <w:t>**NUNCA interrumpir** compresiones para colocar DESA (solo durante análisis)</w:t>
      </w:r>
    </w:p>
    <w:p>
      <w:pPr>
        <w:pStyle w:val="ListBullet"/>
      </w:pPr>
      <w:r>
        <w:t>**NUNCA omitir** apagar el dispositivo de ventilación durante análisis del DESA</w:t>
      </w:r>
    </w:p>
    <w:p>
      <w:pPr>
        <w:pStyle w:val="ListBullet"/>
      </w:pPr>
      <w:r>
        <w:t>**SIEMPRE usar** dos dedos o dos pulgares (técnica de abrazar si hay dos reanimadores)</w:t>
      </w:r>
    </w:p>
    <w:p>
      <w:pPr>
        <w:pStyle w:val="ListBullet"/>
      </w:pPr>
      <w:r>
        <w:t>**SIEMPRE verificar** profundidad (1/3 del tórax ≈4 cm) y ritmo (100–120/min)</w:t>
      </w:r>
    </w:p>
    <w:p>
      <w:pPr>
        <w:pStyle w:val="ListBullet"/>
      </w:pPr>
      <w:r>
        <w:t>**SIEMPRE ventilar** 1 segundo por ventilación, solo hasta elevación torácica</w:t>
      </w:r>
    </w:p>
    <w:p>
      <w:pPr>
        <w:pStyle w:val="ListBullet"/>
      </w:pPr>
      <w:r>
        <w:t>**SIEMPRE sellar** bien la mascarilla sobre boca Y nariz</w:t>
      </w:r>
    </w:p>
    <w:p>
      <w:pPr>
        <w:pStyle w:val="ListBullet"/>
      </w:pPr>
      <w:r>
        <w:t>**SIEMPRE usar** oxígeno suplementario con la bolsa-válvula</w:t>
      </w:r>
    </w:p>
    <w:p>
      <w:pPr>
        <w:pStyle w:val="ListBullet"/>
      </w:pPr>
      <w:r>
        <w:t>**SIEMPRE usar** ratio 15:2 con dos reanimadores (ideal en lactantes)</w:t>
      </w:r>
    </w:p>
    <w:p>
      <w:pPr>
        <w:pStyle w:val="ListBullet"/>
      </w:pPr>
      <w:r>
        <w:t>**SIEMPRE cambiar** de reanimador cada 2 minutos (o antes si baja la calidad)</w:t>
      </w:r>
    </w:p>
    <w:p>
      <w:pPr>
        <w:pStyle w:val="ListBullet"/>
      </w:pPr>
      <w:r>
        <w:t>**SIEMPRE apagar** el dispositivo de ventilación durante análisis del DESA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2.4 – Uso del DESA: procedimiento operativo paso a paso</w:t>
      </w:r>
    </w:p>
    <w:p>
      <w:pPr>
        <w:pStyle w:val="Heading1"/>
      </w:pPr>
      <w:r>
        <w:t>2.4 – Uso del DESA: procedimiento operativo paso a paso</w:t>
      </w:r>
    </w:p>
    <w:p>
      <w:pPr>
        <w:pStyle w:val="Heading2"/>
      </w:pPr>
      <w:r>
        <w:t>Manual TES Digital – Uso seguro y eficaz del Desfibrilador Externo Semiautomático</w:t>
      </w:r>
    </w:p>
    <w:p>
      <w:r>
        <w:t>**Versión:** 1.0</w:t>
      </w:r>
    </w:p>
    <w:p>
      <w:r>
        <w:t>**Fecha:**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2.4.1 Objetivo operativo</w:t>
      </w:r>
    </w:p>
    <w:p>
      <w:r>
        <w:t>Utilizar el Desfibrilador Externo Semiautomático (DESA) de forma segura y eficaz en un paciente en parada cardiorrespiratoria (PCR), para analizar el ritmo cardiaco y administrar una descarga eléctrica si está indicada, integrando su uso con la RCP de alta calidad.</w:t>
      </w:r>
    </w:p>
    <w:p>
      <w:r>
        <w:t>Este capítulo se centra en **uso operativo del DESA**, no en desfibrilador manual monitorizado.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2.4.2 Alcance y límites</w:t>
      </w:r>
    </w:p>
    <w:p>
      <w:pPr>
        <w:pStyle w:val="Heading3"/>
      </w:pPr>
      <w:r>
        <w:t>Alcance del capítulo</w:t>
      </w:r>
    </w:p>
    <w:p>
      <w:r>
        <w:t>**Aplicable a:**</w:t>
      </w:r>
    </w:p>
    <w:p>
      <w:pPr>
        <w:pStyle w:val="ListBullet"/>
      </w:pPr>
      <w:r>
        <w:t>Uso de DESA/DEA en pacientes adultos y pediátricos (con atenuador) en PCR en el entorno prehospitalario.</w:t>
      </w:r>
    </w:p>
    <w:p>
      <w:pPr>
        <w:pStyle w:val="ListBullet"/>
      </w:pPr>
      <w:r>
        <w:t>Análisis de ritmo cardiaco y administración de descarga eléctrica si está indicada.</w:t>
      </w:r>
    </w:p>
    <w:p>
      <w:pPr>
        <w:pStyle w:val="ListBullet"/>
      </w:pPr>
      <w:r>
        <w:t>Integración del DESA con RCP de alta calidad.</w:t>
      </w:r>
    </w:p>
    <w:p>
      <w:pPr>
        <w:pStyle w:val="Heading3"/>
      </w:pPr>
      <w:r>
        <w:t>Límites del capítulo</w:t>
      </w:r>
    </w:p>
    <w:p>
      <w:r>
        <w:t>**Este capítulo NO cubre:**</w:t>
      </w:r>
    </w:p>
    <w:p>
      <w:pPr>
        <w:pStyle w:val="ListBullet"/>
      </w:pPr>
      <w:r>
        <w:t>Uso de desfibrilador manual monitorizado (competencia médica).</w:t>
      </w:r>
    </w:p>
    <w:p>
      <w:pPr>
        <w:pStyle w:val="ListBullet"/>
      </w:pPr>
      <w:r>
        <w:t>Interpretación avanzada de ritmos (competencia médica).</w:t>
      </w:r>
    </w:p>
    <w:p>
      <w:pPr>
        <w:pStyle w:val="ListBullet"/>
      </w:pPr>
      <w:r>
        <w:t>Manejo de fármacos en RCP (competencia médica).</w:t>
      </w:r>
    </w:p>
    <w:p>
      <w:r>
        <w:t>**Este capítulo SÍ cubre:**</w:t>
      </w:r>
    </w:p>
    <w:p>
      <w:pPr>
        <w:pStyle w:val="ListBullet"/>
      </w:pPr>
      <w:r>
        <w:t>Uso operativo del DESA/DEA.</w:t>
      </w:r>
    </w:p>
    <w:p>
      <w:pPr>
        <w:pStyle w:val="ListBullet"/>
      </w:pPr>
      <w:r>
        <w:t>Colocación de parches.</w:t>
      </w:r>
    </w:p>
    <w:p>
      <w:pPr>
        <w:pStyle w:val="ListBullet"/>
      </w:pPr>
      <w:r>
        <w:t>Análisis de ritmo y administración de descarga.</w:t>
      </w:r>
    </w:p>
    <w:p>
      <w:pPr>
        <w:pStyle w:val="ListBullet"/>
      </w:pPr>
      <w:r>
        <w:t>Integración con RCP.</w:t>
      </w:r>
    </w:p>
    <w:p>
      <w:r>
        <w:t>**Nota importante:**</w:t>
      </w:r>
    </w:p>
    <w:p>
      <w:pPr>
        <w:pStyle w:val="ListBullet"/>
      </w:pPr>
      <w:r>
        <w:t>El DESA es un procedimiento complementario y nunca sustituye a la RCP.</w:t>
      </w:r>
    </w:p>
    <w:p>
      <w:pPr>
        <w:pStyle w:val="ListBullet"/>
      </w:pPr>
      <w:r>
        <w:t>La RCP debe interrumpirse lo menos posible.</w:t>
      </w:r>
    </w:p>
    <w:p>
      <w:r>
        <w:t>**Integración:**</w:t>
      </w:r>
    </w:p>
    <w:p>
      <w:pPr>
        <w:pStyle w:val="ListBullet"/>
      </w:pPr>
      <w:r>
        <w:t>Se integra con reconocimiento de PCR (4.0).</w:t>
      </w:r>
    </w:p>
    <w:p>
      <w:pPr>
        <w:pStyle w:val="ListBullet"/>
      </w:pPr>
      <w:r>
        <w:t>Se integra con RCP básica adulto (4.1).</w:t>
      </w:r>
    </w:p>
    <w:p>
      <w:pPr>
        <w:pStyle w:val="ListBullet"/>
      </w:pPr>
      <w:r>
        <w:t>Se integra con RCP básica pediátrica (4.2).</w:t>
      </w:r>
    </w:p>
    <w:p>
      <w:pPr>
        <w:pStyle w:val="ListBullet"/>
      </w:pPr>
      <w:r>
        <w:t>Se integra con RCP básica en lactantes (4.3).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2.4.3 Principios TES</w:t>
      </w:r>
    </w:p>
    <w:p>
      <w:pPr>
        <w:pStyle w:val="Heading3"/>
      </w:pPr>
      <w:r>
        <w:t>El DESA es un instrumento seguro</w:t>
      </w:r>
    </w:p>
    <w:p>
      <w:r>
        <w:t>**Principio:**</w:t>
      </w:r>
    </w:p>
    <w:p>
      <w:pPr>
        <w:pStyle w:val="ListBullet"/>
      </w:pPr>
      <w:r>
        <w:t>El DESA es un instrumento seguro para el operador y el paciente cuando se usa correctamente.</w:t>
      </w:r>
    </w:p>
    <w:p>
      <w:pPr>
        <w:pStyle w:val="ListBullet"/>
      </w:pPr>
      <w:r>
        <w:t>Sigue las indicaciones del dispositivo.</w:t>
      </w:r>
    </w:p>
    <w:p>
      <w:pPr>
        <w:pStyle w:val="ListBullet"/>
      </w:pPr>
      <w:r>
        <w:t>Verifica seguridad antes de cada descarga.</w:t>
      </w:r>
    </w:p>
    <w:p>
      <w:r>
        <w:t>**Aplicación:**</w:t>
      </w:r>
    </w:p>
    <w:p>
      <w:pPr>
        <w:pStyle w:val="ListBullet"/>
      </w:pPr>
      <w:r>
        <w:t>Usar DESA según instrucciones del fabricante.</w:t>
      </w:r>
    </w:p>
    <w:p>
      <w:pPr>
        <w:pStyle w:val="ListBullet"/>
      </w:pPr>
      <w:r>
        <w:t>Verificar seguridad antes de cada descarga.</w:t>
      </w:r>
    </w:p>
    <w:p>
      <w:pPr>
        <w:pStyle w:val="ListBullet"/>
      </w:pPr>
      <w:r>
        <w:t>Seguir indicaciones verbales y visuales del dispositivo.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La desfibrilación temprana es el único tratamiento efectivo</w:t>
      </w:r>
    </w:p>
    <w:p>
      <w:r>
        <w:t>**Principio:**</w:t>
      </w:r>
    </w:p>
    <w:p>
      <w:pPr>
        <w:pStyle w:val="ListBullet"/>
      </w:pPr>
      <w:r>
        <w:t>La desfibrilación temprana es el único tratamiento efectivo para la Fibrilación Ventricular (FV) y la Taquicardia Ventricular (TV) sin pulso.</w:t>
      </w:r>
    </w:p>
    <w:p>
      <w:pPr>
        <w:pStyle w:val="ListBullet"/>
      </w:pPr>
      <w:r>
        <w:t>Cada minuto de retraso reduce las posibilidades de supervivencia.</w:t>
      </w:r>
    </w:p>
    <w:p>
      <w:pPr>
        <w:pStyle w:val="ListBullet"/>
      </w:pPr>
      <w:r>
        <w:t>Activar DESA lo antes posible.</w:t>
      </w:r>
    </w:p>
    <w:p>
      <w:r>
        <w:t>**Aplicación:**</w:t>
      </w:r>
    </w:p>
    <w:p>
      <w:pPr>
        <w:pStyle w:val="ListBullet"/>
      </w:pPr>
      <w:r>
        <w:t>Activar DESA lo antes posible.</w:t>
      </w:r>
    </w:p>
    <w:p>
      <w:pPr>
        <w:pStyle w:val="ListBullet"/>
      </w:pPr>
      <w:r>
        <w:t>No retrasar uso del DESA.</w:t>
      </w:r>
    </w:p>
    <w:p>
      <w:pPr>
        <w:pStyle w:val="ListBullet"/>
      </w:pPr>
      <w:r>
        <w:t>Integrar DESA con RCP de alta calidad.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"Análisis sin movimiento, descarga sin contacto"</w:t>
      </w:r>
    </w:p>
    <w:p>
      <w:r>
        <w:t>**Principio crítico:**</w:t>
      </w:r>
    </w:p>
    <w:p>
      <w:pPr>
        <w:pStyle w:val="ListBullet"/>
      </w:pPr>
      <w:r>
        <w:t>**"Análisis sin movimiento, descarga sin contacto."**</w:t>
      </w:r>
    </w:p>
    <w:p>
      <w:pPr>
        <w:pStyle w:val="ListBullet"/>
      </w:pPr>
      <w:r>
        <w:t>La precisión del análisis y la seguridad durante la descarga son absolutas.</w:t>
      </w:r>
    </w:p>
    <w:p>
      <w:pPr>
        <w:pStyle w:val="ListBullet"/>
      </w:pPr>
      <w:r>
        <w:t>Nadie debe tocar al paciente durante análisis/descarga.</w:t>
      </w:r>
    </w:p>
    <w:p>
      <w:r>
        <w:t>**Aplicación:**</w:t>
      </w:r>
    </w:p>
    <w:p>
      <w:pPr>
        <w:pStyle w:val="ListBullet"/>
      </w:pPr>
      <w:r>
        <w:t>Detener RCP durante análisis.</w:t>
      </w:r>
    </w:p>
    <w:p>
      <w:pPr>
        <w:pStyle w:val="ListBullet"/>
      </w:pPr>
      <w:r>
        <w:t>Verificar que nadie toca al paciente.</w:t>
      </w:r>
    </w:p>
    <w:p>
      <w:pPr>
        <w:pStyle w:val="ListBullet"/>
      </w:pPr>
      <w:r>
        <w:t>Mantener a todos alejados durante descarga.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La RCP debe interrumpirse lo menos posible</w:t>
      </w:r>
    </w:p>
    <w:p>
      <w:r>
        <w:t>**Principio:**</w:t>
      </w:r>
    </w:p>
    <w:p>
      <w:pPr>
        <w:pStyle w:val="ListBullet"/>
      </w:pPr>
      <w:r>
        <w:t>La RCP debe interrumpirse lo menos posible.</w:t>
      </w:r>
    </w:p>
    <w:p>
      <w:pPr>
        <w:pStyle w:val="ListBullet"/>
      </w:pPr>
      <w:r>
        <w:t>Se prepara el DESA durante las compresiones.</w:t>
      </w:r>
    </w:p>
    <w:p>
      <w:pPr>
        <w:pStyle w:val="ListBullet"/>
      </w:pPr>
      <w:r>
        <w:t>Solo se interrumpe para análisis y descarga.</w:t>
      </w:r>
    </w:p>
    <w:p>
      <w:r>
        <w:t>**Aplicación:**</w:t>
      </w:r>
    </w:p>
    <w:p>
      <w:pPr>
        <w:pStyle w:val="ListBullet"/>
      </w:pPr>
      <w:r>
        <w:t>Preparar DESA durante RCP en curso.</w:t>
      </w:r>
    </w:p>
    <w:p>
      <w:pPr>
        <w:pStyle w:val="ListBullet"/>
      </w:pPr>
      <w:r>
        <w:t>Colocar parches durante RCP si es posible.</w:t>
      </w:r>
    </w:p>
    <w:p>
      <w:pPr>
        <w:pStyle w:val="ListBullet"/>
      </w:pPr>
      <w:r>
        <w:t>Interrumpir solo para análisis y descarga.</w:t>
      </w:r>
    </w:p>
    <w:p>
      <w:pPr>
        <w:pStyle w:val="ListBullet"/>
      </w:pPr>
      <w:r>
        <w:t>Reanudar RCP inmediatamente después.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2.4.4 Material implicado</w:t>
      </w:r>
    </w:p>
    <w:p>
      <w:pPr>
        <w:pStyle w:val="Heading3"/>
      </w:pPr>
      <w:r>
        <w:t>Desfibrilador Externo Semiautomático (DESA/DEA)</w:t>
      </w:r>
    </w:p>
    <w:p>
      <w:r>
        <w:t>**Dispositivo:**</w:t>
      </w:r>
    </w:p>
    <w:p>
      <w:pPr>
        <w:pStyle w:val="ListBullet"/>
      </w:pPr>
      <w:r>
        <w:t>DESA/DEA con batería cargada.</w:t>
      </w:r>
    </w:p>
    <w:p>
      <w:pPr>
        <w:pStyle w:val="ListBullet"/>
      </w:pPr>
      <w:r>
        <w:t>Verificar que batería está cargada antes de usar.</w:t>
      </w:r>
    </w:p>
    <w:p>
      <w:pPr>
        <w:pStyle w:val="ListBullet"/>
      </w:pPr>
      <w:r>
        <w:t>Seguir indicaciones verbales y visuales del dispositivo.</w:t>
      </w:r>
    </w:p>
    <w:p>
      <w:r>
        <w:t>**Verificación:**</w:t>
      </w:r>
    </w:p>
    <w:p>
      <w:pPr>
        <w:pStyle w:val="ListBullet"/>
      </w:pPr>
      <w:r>
        <w:t>Verificar que DESA está disponible.</w:t>
      </w:r>
    </w:p>
    <w:p>
      <w:pPr>
        <w:pStyle w:val="ListBullet"/>
      </w:pPr>
      <w:r>
        <w:t>Verificar que batería está cargada.</w:t>
      </w:r>
    </w:p>
    <w:p>
      <w:pPr>
        <w:pStyle w:val="ListBullet"/>
      </w:pPr>
      <w:r>
        <w:t>Verificar que dispositivo funciona correctamente.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Parches de desfibrilación</w:t>
      </w:r>
    </w:p>
    <w:p>
      <w:r>
        <w:t>**Parches de adulto (estándar):**</w:t>
      </w:r>
    </w:p>
    <w:p>
      <w:pPr>
        <w:pStyle w:val="ListBullet"/>
      </w:pPr>
      <w:r>
        <w:t>Parches de desfibrilación de adulto (estándar).</w:t>
      </w:r>
    </w:p>
    <w:p>
      <w:pPr>
        <w:pStyle w:val="ListBullet"/>
      </w:pPr>
      <w:r>
        <w:t>Para pacientes adultos y niños grandes.</w:t>
      </w:r>
    </w:p>
    <w:p>
      <w:r>
        <w:t>**Parches pediátricos/atenuador de energía:**</w:t>
      </w:r>
    </w:p>
    <w:p>
      <w:pPr>
        <w:pStyle w:val="ListBullet"/>
      </w:pPr>
      <w:r>
        <w:t>Para &lt;8 años o &lt;25 kg.</w:t>
      </w:r>
    </w:p>
    <w:p>
      <w:pPr>
        <w:pStyle w:val="ListBullet"/>
      </w:pPr>
      <w:r>
        <w:t>Atenúa energía para uso pediátrico.</w:t>
      </w:r>
    </w:p>
    <w:p>
      <w:pPr>
        <w:pStyle w:val="ListBullet"/>
      </w:pPr>
      <w:r>
        <w:t>Si no hay parches pediátricos: usar parches de adulto.</w:t>
      </w:r>
    </w:p>
    <w:p>
      <w:r>
        <w:t>**Verificación:**</w:t>
      </w:r>
    </w:p>
    <w:p>
      <w:pPr>
        <w:pStyle w:val="ListBullet"/>
      </w:pPr>
      <w:r>
        <w:t>Verificar que parches están disponibles.</w:t>
      </w:r>
    </w:p>
    <w:p>
      <w:pPr>
        <w:pStyle w:val="ListBullet"/>
      </w:pPr>
      <w:r>
        <w:t>Seleccionar parches según edad/tamaño del paciente.</w:t>
      </w:r>
    </w:p>
    <w:p>
      <w:pPr>
        <w:pStyle w:val="ListBullet"/>
      </w:pPr>
      <w:r>
        <w:t>Verificar que parches no están caducados.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Material adicional necesario</w:t>
      </w:r>
    </w:p>
    <w:p>
      <w:r>
        <w:t>**Tijeras de traumas o navaja:**</w:t>
      </w:r>
    </w:p>
    <w:p>
      <w:pPr>
        <w:pStyle w:val="ListBullet"/>
      </w:pPr>
      <w:r>
        <w:t>Para cortar ropa.</w:t>
      </w:r>
    </w:p>
    <w:p>
      <w:pPr>
        <w:pStyle w:val="ListBullet"/>
      </w:pPr>
      <w:r>
        <w:t>Para afeitado rápido si necesario.</w:t>
      </w:r>
    </w:p>
    <w:p>
      <w:r>
        <w:t>**Toalla o gasa:**</w:t>
      </w:r>
    </w:p>
    <w:p>
      <w:pPr>
        <w:pStyle w:val="ListBullet"/>
      </w:pPr>
      <w:r>
        <w:t>Para secar el tórax rápidamente.</w:t>
      </w:r>
    </w:p>
    <w:p>
      <w:pPr>
        <w:pStyle w:val="ListBullet"/>
      </w:pPr>
      <w:r>
        <w:t>Si tórax está muy húmedo (sudor, agua, sangre).</w:t>
      </w:r>
    </w:p>
    <w:p>
      <w:r>
        <w:t>**Maquinilla de afeitar desechable:**</w:t>
      </w:r>
    </w:p>
    <w:p>
      <w:pPr>
        <w:pStyle w:val="ListBullet"/>
      </w:pPr>
      <w:r>
        <w:t>Ideal para afeitar vello torácico excesivo.</w:t>
      </w:r>
    </w:p>
    <w:p>
      <w:pPr>
        <w:pStyle w:val="ListBullet"/>
      </w:pPr>
      <w:r>
        <w:t>Si no hay maquinilla: usar cinta adhesiva del parche viejo para "depilar".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2.4.5 Indicaciones operativas</w:t>
      </w:r>
    </w:p>
    <w:p>
      <w:r>
        <w:t>Paciente en PCR (inconsciente, sin respiración normal).</w:t>
      </w:r>
    </w:p>
    <w:p>
      <w:r>
        <w:t>**Criterio:**</w:t>
      </w:r>
    </w:p>
    <w:p>
      <w:pPr>
        <w:pStyle w:val="ListBullet"/>
      </w:pPr>
      <w:r>
        <w:t>El DESA debe utilizarse en toda PCR extrahospitalaria.</w:t>
      </w:r>
    </w:p>
    <w:p>
      <w:pPr>
        <w:pStyle w:val="ListBullet"/>
      </w:pPr>
      <w:r>
        <w:t>A menos que existan signos evidentes de muerte irreversible.</w:t>
      </w:r>
    </w:p>
    <w:p>
      <w:r>
        <w:t>**Aplicación:**</w:t>
      </w:r>
    </w:p>
    <w:p>
      <w:pPr>
        <w:pStyle w:val="ListBullet"/>
      </w:pPr>
      <w:r>
        <w:t>Usar DESA en toda PCR extrahospitalaria.</w:t>
      </w:r>
    </w:p>
    <w:p>
      <w:pPr>
        <w:pStyle w:val="ListBullet"/>
      </w:pPr>
      <w:r>
        <w:t>No omitir uso del DESA salvo signos evidentes de muerte irreversible.</w:t>
      </w:r>
    </w:p>
    <w:p>
      <w:pPr>
        <w:pStyle w:val="ListBullet"/>
      </w:pPr>
      <w:r>
        <w:t>Integrar con RCP de alta calidad.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2.4.6 Precauciones y situaciones complejas</w:t>
      </w:r>
    </w:p>
    <w:p>
      <w:pPr>
        <w:pStyle w:val="Heading3"/>
      </w:pPr>
      <w:r>
        <w:t>Tórax muy húmedo (sudor, agua, sangre)</w:t>
      </w:r>
    </w:p>
    <w:p>
      <w:r>
        <w:t>**Precaución:**</w:t>
      </w:r>
    </w:p>
    <w:p>
      <w:pPr>
        <w:pStyle w:val="ListBullet"/>
      </w:pPr>
      <w:r>
        <w:t>Tórax muy húmedo (sudor, agua, sangre) impide adhesión de parches.</w:t>
      </w:r>
    </w:p>
    <w:p>
      <w:pPr>
        <w:pStyle w:val="ListBullet"/>
      </w:pPr>
      <w:r>
        <w:t>Los parches no se adhieren y la corriente se dispersa.</w:t>
      </w:r>
    </w:p>
    <w:p>
      <w:r>
        <w:t>**Aplicación:**</w:t>
      </w:r>
    </w:p>
    <w:p>
      <w:pPr>
        <w:pStyle w:val="ListBullet"/>
      </w:pPr>
      <w:r>
        <w:t>Secar rápidamente con una toalla antes de colocar parches.</w:t>
      </w:r>
    </w:p>
    <w:p>
      <w:pPr>
        <w:pStyle w:val="ListBullet"/>
      </w:pPr>
      <w:r>
        <w:t>Verificar que tórax está seco.</w:t>
      </w:r>
    </w:p>
    <w:p>
      <w:pPr>
        <w:pStyle w:val="ListBullet"/>
      </w:pPr>
      <w:r>
        <w:t>Luego: colocar parches.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Excesivo vello torácico</w:t>
      </w:r>
    </w:p>
    <w:p>
      <w:r>
        <w:t>**Precaución:**</w:t>
      </w:r>
    </w:p>
    <w:p>
      <w:pPr>
        <w:pStyle w:val="ListBullet"/>
      </w:pPr>
      <w:r>
        <w:t>Excesivo vello torácico impide la adhesión.</w:t>
      </w:r>
    </w:p>
    <w:p>
      <w:pPr>
        <w:pStyle w:val="ListBullet"/>
      </w:pPr>
      <w:r>
        <w:t>Los parches no se adhieren correctamente.</w:t>
      </w:r>
    </w:p>
    <w:p>
      <w:r>
        <w:t>**Aplicación:**</w:t>
      </w:r>
    </w:p>
    <w:p>
      <w:pPr>
        <w:pStyle w:val="ListBullet"/>
      </w:pPr>
      <w:r>
        <w:t>Rascar los parches fuertemente sobre el vello.</w:t>
      </w:r>
    </w:p>
    <w:p>
      <w:pPr>
        <w:pStyle w:val="ListBullet"/>
      </w:pPr>
      <w:r>
        <w:t>Si no hay adhesión: afeitar RÁPIDAMENTE la zona.</w:t>
      </w:r>
    </w:p>
    <w:p>
      <w:pPr>
        <w:pStyle w:val="ListBullet"/>
      </w:pPr>
      <w:r>
        <w:t>Si no hay maquinilla: usar la cinta adhesiva del parche viejo para "depilar" la zona.</w:t>
      </w:r>
    </w:p>
    <w:p>
      <w:pPr>
        <w:pStyle w:val="ListBullet"/>
      </w:pPr>
      <w:r>
        <w:t>Luego: colocar parches.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Marcapasos o ICD (desfibrilador implantado)</w:t>
      </w:r>
    </w:p>
    <w:p>
      <w:r>
        <w:t>**Precaución:**</w:t>
      </w:r>
    </w:p>
    <w:p>
      <w:pPr>
        <w:pStyle w:val="ListBullet"/>
      </w:pPr>
      <w:r>
        <w:t>Marcapasos o ICD (desfibrilador implantado) presente.</w:t>
      </w:r>
    </w:p>
    <w:p>
      <w:pPr>
        <w:pStyle w:val="ListBullet"/>
      </w:pPr>
      <w:r>
        <w:t>Necesidad de evitar colocar parches sobre el dispositivo.</w:t>
      </w:r>
    </w:p>
    <w:p>
      <w:r>
        <w:t>**Aplicación:**</w:t>
      </w:r>
    </w:p>
    <w:p>
      <w:pPr>
        <w:pStyle w:val="ListBullet"/>
      </w:pPr>
      <w:r>
        <w:t>Colocar el parche al menos **8 cm** alejado del dispositivo.</w:t>
      </w:r>
    </w:p>
    <w:p>
      <w:pPr>
        <w:pStyle w:val="ListBullet"/>
      </w:pPr>
      <w:r>
        <w:t>El bulto suele verse/palparse en el tórax superior izquierdo o abdominal.</w:t>
      </w:r>
    </w:p>
    <w:p>
      <w:pPr>
        <w:pStyle w:val="ListBullet"/>
      </w:pPr>
      <w:r>
        <w:t>Verificar posición antes de colocar parches.</w:t>
      </w:r>
    </w:p>
    <w:p>
      <w:pPr>
        <w:pStyle w:val="ListBullet"/>
      </w:pPr>
      <w:r>
        <w:t>Colocar parches evitando el dispositivo.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Parche medicado (nitro, analgésicos)</w:t>
      </w:r>
    </w:p>
    <w:p>
      <w:r>
        <w:t>**Precaución:**</w:t>
      </w:r>
    </w:p>
    <w:p>
      <w:pPr>
        <w:pStyle w:val="ListBullet"/>
      </w:pPr>
      <w:r>
        <w:t>Parche medicado (nitro, analgésicos) presente.</w:t>
      </w:r>
    </w:p>
    <w:p>
      <w:pPr>
        <w:pStyle w:val="ListBullet"/>
      </w:pPr>
      <w:r>
        <w:t>Necesidad de retirar antes de colocar parches del DESA.</w:t>
      </w:r>
    </w:p>
    <w:p>
      <w:r>
        <w:t>**Aplicación:**</w:t>
      </w:r>
    </w:p>
    <w:p>
      <w:pPr>
        <w:pStyle w:val="ListBullet"/>
      </w:pPr>
      <w:r>
        <w:t>Retirar el parche medicado.</w:t>
      </w:r>
    </w:p>
    <w:p>
      <w:pPr>
        <w:pStyle w:val="ListBullet"/>
      </w:pPr>
      <w:r>
        <w:t>Limpiar la zona con gasa antes de colocar el parche del DESA.</w:t>
      </w:r>
    </w:p>
    <w:p>
      <w:pPr>
        <w:pStyle w:val="ListBullet"/>
      </w:pPr>
      <w:r>
        <w:t>Verificar que zona está limpia.</w:t>
      </w:r>
    </w:p>
    <w:p>
      <w:pPr>
        <w:pStyle w:val="ListBullet"/>
      </w:pPr>
      <w:r>
        <w:t>Luego: colocar parches del DESA.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Paciente sobre superficie conductora</w:t>
      </w:r>
    </w:p>
    <w:p>
      <w:r>
        <w:t>**Precaución:**</w:t>
      </w:r>
    </w:p>
    <w:p>
      <w:pPr>
        <w:pStyle w:val="ListBullet"/>
      </w:pPr>
      <w:r>
        <w:t>Paciente sobre superficie conductora (chapa mojada, rejilla metálica).</w:t>
      </w:r>
    </w:p>
    <w:p>
      <w:pPr>
        <w:pStyle w:val="ListBullet"/>
      </w:pPr>
      <w:r>
        <w:t>Riesgo de dispersión de corriente.</w:t>
      </w:r>
    </w:p>
    <w:p>
      <w:r>
        <w:t>**Aplicación:**</w:t>
      </w:r>
    </w:p>
    <w:p>
      <w:pPr>
        <w:pStyle w:val="ListBullet"/>
      </w:pPr>
      <w:r>
        <w:t>Si es posible, mover ligeramente al paciente (con RCP en curso) a una superficie aislante.</w:t>
      </w:r>
    </w:p>
    <w:p>
      <w:pPr>
        <w:pStyle w:val="ListBullet"/>
      </w:pPr>
      <w:r>
        <w:t>Si no es posible: proceder con precaución extrema.</w:t>
      </w:r>
    </w:p>
    <w:p>
      <w:pPr>
        <w:pStyle w:val="ListBullet"/>
      </w:pPr>
      <w:r>
        <w:t>**Nadie debe tocar al paciente durante el análisis/descarga.**</w:t>
      </w:r>
    </w:p>
    <w:p>
      <w:pPr>
        <w:pStyle w:val="ListBullet"/>
      </w:pPr>
      <w:r>
        <w:t>Verificar que superficie no es conductora si es posible.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2.4.7 Preparación previa</w:t>
      </w:r>
    </w:p>
    <w:p>
      <w:pPr>
        <w:pStyle w:val="Heading3"/>
      </w:pPr>
      <w:r>
        <w:t>Mientras llega el DESA, RCP ininterrumpida</w:t>
      </w:r>
    </w:p>
    <w:p>
      <w:r>
        <w:t>**Procedimiento:**</w:t>
      </w:r>
    </w:p>
    <w:p>
      <w:pPr>
        <w:pStyle w:val="ListBullet"/>
      </w:pPr>
      <w:r>
        <w:t>Mientras llega el DESA, RCP ininterrumpida.</w:t>
      </w:r>
    </w:p>
    <w:p>
      <w:pPr>
        <w:pStyle w:val="ListBullet"/>
      </w:pPr>
      <w:r>
        <w:t>El reanimador que la realiza grita "Continúo RCP" para confirmar.</w:t>
      </w:r>
    </w:p>
    <w:p>
      <w:pPr>
        <w:pStyle w:val="ListBullet"/>
      </w:pPr>
      <w:r>
        <w:t>No interrumpir RCP mientras se espera el DESA.</w:t>
      </w:r>
    </w:p>
    <w:p>
      <w:r>
        <w:t>**Técnica:**</w:t>
      </w:r>
    </w:p>
    <w:p>
      <w:pPr>
        <w:pStyle w:val="ListNumber"/>
      </w:pPr>
      <w:r>
        <w:t>Continuar RCP ininterrumpida mientras se espera DESA.</w:t>
      </w:r>
    </w:p>
    <w:p>
      <w:pPr>
        <w:pStyle w:val="ListNumber"/>
      </w:pPr>
      <w:r>
        <w:t>Reanimador grita "Continúo RCP" para confirmar.</w:t>
      </w:r>
    </w:p>
    <w:p>
      <w:pPr>
        <w:pStyle w:val="ListNumber"/>
      </w:pPr>
      <w:r>
        <w:t>No interrumpir RCP.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Al llegar el DESA a escena</w:t>
      </w:r>
    </w:p>
    <w:p>
      <w:r>
        <w:t>**Procedimiento:**</w:t>
      </w:r>
    </w:p>
    <w:p>
      <w:pPr>
        <w:pStyle w:val="ListBullet"/>
      </w:pPr>
      <w:r>
        <w:t>El interviniente que lo trae lo coloca al lado del paciente.</w:t>
      </w:r>
    </w:p>
    <w:p>
      <w:pPr>
        <w:pStyle w:val="ListBullet"/>
      </w:pPr>
      <w:r>
        <w:t>**En el lado opuesto al reanimador que hace compresiones,** para no interferir.</w:t>
      </w:r>
    </w:p>
    <w:p>
      <w:pPr>
        <w:pStyle w:val="ListBullet"/>
      </w:pPr>
      <w:r>
        <w:t>Preparar DESA para uso.</w:t>
      </w:r>
    </w:p>
    <w:p>
      <w:r>
        <w:t>**Técnica:**</w:t>
      </w:r>
    </w:p>
    <w:p>
      <w:pPr>
        <w:pStyle w:val="ListNumber"/>
      </w:pPr>
      <w:r>
        <w:t>Colocar DESA al lado del paciente.</w:t>
      </w:r>
    </w:p>
    <w:p>
      <w:pPr>
        <w:pStyle w:val="ListNumber"/>
      </w:pPr>
      <w:r>
        <w:t>En el lado opuesto al reanimador que hace compresiones.</w:t>
      </w:r>
    </w:p>
    <w:p>
      <w:pPr>
        <w:pStyle w:val="ListNumber"/>
      </w:pPr>
      <w:r>
        <w:t>Preparar DESA para uso.</w:t>
      </w:r>
    </w:p>
    <w:p>
      <w:pPr>
        <w:pStyle w:val="ListNumber"/>
      </w:pPr>
      <w:r>
        <w:t>No interferir con RCP en curso.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Decisión parches: Valorar edad/tamaño</w:t>
      </w:r>
    </w:p>
    <w:p>
      <w:r>
        <w:t>**Procedimiento:**</w:t>
      </w:r>
    </w:p>
    <w:p>
      <w:pPr>
        <w:pStyle w:val="ListBullet"/>
      </w:pPr>
      <w:r>
        <w:t>Valorar edad/tamaño del paciente.</w:t>
      </w:r>
    </w:p>
    <w:p>
      <w:pPr>
        <w:pStyle w:val="ListBullet"/>
      </w:pPr>
      <w:r>
        <w:t>**Adulto:** parches estándar.</w:t>
      </w:r>
    </w:p>
    <w:p>
      <w:pPr>
        <w:pStyle w:val="ListBullet"/>
      </w:pPr>
      <w:r>
        <w:t>**Niño/Lactante (&lt;8 años o &lt;25 kg):** parches pediátricos con atenuador. Si no hay, usar parches de adulto.</w:t>
      </w:r>
    </w:p>
    <w:p>
      <w:r>
        <w:t>**Técnica:**</w:t>
      </w:r>
    </w:p>
    <w:p>
      <w:pPr>
        <w:pStyle w:val="ListNumber"/>
      </w:pPr>
      <w:r>
        <w:t>Evaluar edad/tamaño del paciente.</w:t>
      </w:r>
    </w:p>
    <w:p>
      <w:pPr>
        <w:pStyle w:val="ListNumber"/>
      </w:pPr>
      <w:r>
        <w:t>Seleccionar parches según edad/tamaño:</w:t>
      </w:r>
    </w:p>
    <w:p>
      <w:pPr>
        <w:pStyle w:val="ListBullet"/>
      </w:pPr>
      <w:r>
        <w:t>Adulto: parches estándar</w:t>
      </w:r>
    </w:p>
    <w:p>
      <w:pPr>
        <w:pStyle w:val="ListBullet"/>
      </w:pPr>
      <w:r>
        <w:t>Niño/Lactante (&lt;8 años o &lt;25 kg): parches pediátricos (o de adulto si no hay)</w:t>
      </w:r>
    </w:p>
    <w:p>
      <w:pPr>
        <w:pStyle w:val="ListNumber"/>
      </w:pPr>
      <w:r>
        <w:t>Verificar que parches están disponibles.</w:t>
      </w:r>
    </w:p>
    <w:p>
      <w:pPr>
        <w:pStyle w:val="ListNumber"/>
      </w:pPr>
      <w:r>
        <w:t>Preparar parches para colocación.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2.4.8 Procedimiento paso a paso</w:t>
      </w:r>
    </w:p>
    <w:p>
      <w:pPr>
        <w:pStyle w:val="Heading3"/>
      </w:pPr>
      <w:r>
        <w:t>Paso 1: Encender el DESA</w:t>
      </w:r>
    </w:p>
    <w:p>
      <w:r>
        <w:t>**Procedimiento:**</w:t>
      </w:r>
    </w:p>
    <w:p>
      <w:pPr>
        <w:pStyle w:val="ListBullet"/>
      </w:pPr>
      <w:r>
        <w:t>Abrir la tapa o pulsar el botón de encendido.</w:t>
      </w:r>
    </w:p>
    <w:p>
      <w:pPr>
        <w:pStyle w:val="ListBullet"/>
      </w:pPr>
      <w:r>
        <w:t>**Seguir las indicaciones verbales y visuales del dispositivo.**</w:t>
      </w:r>
    </w:p>
    <w:p>
      <w:r>
        <w:t>**Técnica:**</w:t>
      </w:r>
    </w:p>
    <w:p>
      <w:pPr>
        <w:pStyle w:val="ListNumber"/>
      </w:pPr>
      <w:r>
        <w:t>Abrir la tapa o pulsar botón de encendido.</w:t>
      </w:r>
    </w:p>
    <w:p>
      <w:pPr>
        <w:pStyle w:val="ListNumber"/>
      </w:pPr>
      <w:r>
        <w:t>Esperar a que dispositivo se encienda.</w:t>
      </w:r>
    </w:p>
    <w:p>
      <w:pPr>
        <w:pStyle w:val="ListNumber"/>
      </w:pPr>
      <w:r>
        <w:t>Seguir indicaciones verbales y visuales del dispositivo.</w:t>
      </w:r>
    </w:p>
    <w:p>
      <w:pPr>
        <w:pStyle w:val="ListNumber"/>
      </w:pPr>
      <w:r>
        <w:t>Escuchar instrucciones del DESA.</w:t>
      </w:r>
    </w:p>
    <w:p>
      <w:r>
        <w:t>**Principio:**</w:t>
      </w:r>
    </w:p>
    <w:p>
      <w:pPr>
        <w:pStyle w:val="ListBullet"/>
      </w:pPr>
      <w:r>
        <w:t>La voz del DESA es la que manda. Sigue sus instrucciones verbales al pie de la letra.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2: Preparar el tórax (durante RCP en curso)</w:t>
      </w:r>
    </w:p>
    <w:p>
      <w:r>
        <w:t>**Procedimiento:**</w:t>
      </w:r>
    </w:p>
    <w:p>
      <w:pPr>
        <w:pStyle w:val="ListBullet"/>
      </w:pPr>
      <w:r>
        <w:t>**Interrumpir RCP por MENOS DE 10 SEGUNDOS** para esta preparación.</w:t>
      </w:r>
    </w:p>
    <w:p>
      <w:pPr>
        <w:pStyle w:val="ListBullet"/>
      </w:pPr>
      <w:r>
        <w:t>El coordinador avisa: "Paramos para preparar tórax, YA".</w:t>
      </w:r>
    </w:p>
    <w:p>
      <w:pPr>
        <w:pStyle w:val="ListBullet"/>
      </w:pPr>
      <w:r>
        <w:t>Exponer completamente el tórax. Cortar la ropa, no desabrochar.</w:t>
      </w:r>
    </w:p>
    <w:p>
      <w:pPr>
        <w:pStyle w:val="ListBullet"/>
      </w:pPr>
      <w:r>
        <w:t>**Verificar y preparar la piel:** Secar, afeitar si es necesario. Verificar que no hay parches médicos o joyas metálicas (retirar joyas si es rápido).</w:t>
      </w:r>
    </w:p>
    <w:p>
      <w:pPr>
        <w:pStyle w:val="ListBullet"/>
      </w:pPr>
      <w:r>
        <w:t>**Retirar el protector de los parches** y tenerlos listos.</w:t>
      </w:r>
    </w:p>
    <w:p>
      <w:r>
        <w:t>**Técnica:**</w:t>
      </w:r>
    </w:p>
    <w:p>
      <w:pPr>
        <w:pStyle w:val="ListNumber"/>
      </w:pPr>
      <w:r>
        <w:t>Coordinador avisa: "Paramos para preparar tórax, YA".</w:t>
      </w:r>
    </w:p>
    <w:p>
      <w:pPr>
        <w:pStyle w:val="ListNumber"/>
      </w:pPr>
      <w:r>
        <w:t>Interrumpir RCP por MENOS DE 10 SEGUNDOS.</w:t>
      </w:r>
    </w:p>
    <w:p>
      <w:pPr>
        <w:pStyle w:val="ListNumber"/>
      </w:pPr>
      <w:r>
        <w:t>Exponer completamente el tórax (cortar ropa, no desabrochar).</w:t>
      </w:r>
    </w:p>
    <w:p>
      <w:pPr>
        <w:pStyle w:val="ListNumber"/>
      </w:pPr>
      <w:r>
        <w:t>Verificar y preparar la piel:</w:t>
      </w:r>
    </w:p>
    <w:p>
      <w:pPr>
        <w:pStyle w:val="ListBullet"/>
      </w:pPr>
      <w:r>
        <w:t>Secar si está húmeda</w:t>
      </w:r>
    </w:p>
    <w:p>
      <w:pPr>
        <w:pStyle w:val="ListBullet"/>
      </w:pPr>
      <w:r>
        <w:t>Afeitar si hay vello excesivo</w:t>
      </w:r>
    </w:p>
    <w:p>
      <w:pPr>
        <w:pStyle w:val="ListBullet"/>
      </w:pPr>
      <w:r>
        <w:t>Verificar que no hay parches médicos o joyas metálicas</w:t>
      </w:r>
    </w:p>
    <w:p>
      <w:pPr>
        <w:pStyle w:val="ListBullet"/>
      </w:pPr>
      <w:r>
        <w:t>Retirar joyas si es rápido</w:t>
      </w:r>
    </w:p>
    <w:p>
      <w:pPr>
        <w:pStyle w:val="ListNumber"/>
      </w:pPr>
      <w:r>
        <w:t>Retirar protector de los parches y tenerlos listos.</w:t>
      </w:r>
    </w:p>
    <w:p>
      <w:pPr>
        <w:pStyle w:val="ListNumber"/>
      </w:pPr>
      <w:r>
        <w:t>Reanudar RCP inmediatamente después de preparación.</w:t>
      </w:r>
    </w:p>
    <w:p>
      <w:r>
        <w:t>**Precaución:**</w:t>
      </w:r>
    </w:p>
    <w:p>
      <w:pPr>
        <w:pStyle w:val="ListBullet"/>
      </w:pPr>
      <w:r>
        <w:t>Interrumpir la RCP por más de 10 segundos para colocar parches: la preparación debe ser rápida y coordinada.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3: Colocar los parches (durante RCP en curso si es posible)</w:t>
      </w:r>
    </w:p>
    <w:p>
      <w:pPr>
        <w:pStyle w:val="Heading4"/>
      </w:pPr>
      <w:r>
        <w:t>Colocación estándar (Adulto y Pediatría con parches de adulto)</w:t>
      </w:r>
    </w:p>
    <w:p>
      <w:r>
        <w:t>**Procedimiento:**</w:t>
      </w:r>
    </w:p>
    <w:p>
      <w:pPr>
        <w:pStyle w:val="ListBullet"/>
      </w:pPr>
      <w:r>
        <w:t>**Parche APICAL:** En el lado izquierdo del paciente, en el **hemitórax izquierdo, sobre las costillas, debajo y a la izquierda del pezón,** con el borde superior al nivel de la axila.</w:t>
      </w:r>
    </w:p>
    <w:p>
      <w:pPr>
        <w:pStyle w:val="ListBullet"/>
      </w:pPr>
      <w:r>
        <w:t>**Parche ESternal:** En el lado derecho del paciente, **debajo de la clavícula derecha, junto al borde derecho del esternón.**</w:t>
      </w:r>
    </w:p>
    <w:p>
      <w:r>
        <w:t>**Técnica:**</w:t>
      </w:r>
    </w:p>
    <w:p>
      <w:pPr>
        <w:pStyle w:val="ListNumber"/>
      </w:pPr>
      <w:r>
        <w:t>Localizar posición para parche APICAL (hemitórax izquierdo, debajo y a la izquierda del pezón, borde superior al nivel de la axila).</w:t>
      </w:r>
    </w:p>
    <w:p>
      <w:pPr>
        <w:pStyle w:val="ListNumber"/>
      </w:pPr>
      <w:r>
        <w:t>Colocar parche APICAL.</w:t>
      </w:r>
    </w:p>
    <w:p>
      <w:pPr>
        <w:pStyle w:val="ListNumber"/>
      </w:pPr>
      <w:r>
        <w:t>Localizar posición para parche ESternal (debajo de la clavícula derecha, junto al borde derecho del esternón).</w:t>
      </w:r>
    </w:p>
    <w:p>
      <w:pPr>
        <w:pStyle w:val="ListNumber"/>
      </w:pPr>
      <w:r>
        <w:t>Colocar parche ESternal.</w:t>
      </w:r>
    </w:p>
    <w:p>
      <w:pPr>
        <w:pStyle w:val="ListNumber"/>
      </w:pPr>
      <w:r>
        <w:t>**Presionar FIRMEMENTE** cada parche durante 5 segundos para asegurar adhesión.</w:t>
      </w:r>
    </w:p>
    <w:p>
      <w:pPr>
        <w:pStyle w:val="ListNumber"/>
      </w:pPr>
      <w:r>
        <w:t>**Conectar el cable** al DESA si no está pre-conectado. Suele encajarse con un clic audible.</w:t>
      </w:r>
    </w:p>
    <w:p>
      <w:r>
        <w:t>**Precaución:**</w:t>
      </w:r>
    </w:p>
    <w:p>
      <w:pPr>
        <w:pStyle w:val="ListBullet"/>
      </w:pPr>
      <w:r>
        <w:t>Colocar el parche esternal demasiado central o sobre el pecho femenino: debe ir junto al borde del esternón, no sobre el pecho. En mujeres, desplazar el pecho para colocar el parche debajo.</w:t>
      </w:r>
    </w:p>
    <w:p>
      <w:pPr>
        <w:pStyle w:val="ListBullet"/>
      </w:pPr>
      <w:r>
        <w:t>No presionar firmemente los parches para su adhesión: se despegan durante la RCP, perdiendo análisis y provocando alarmas.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4"/>
      </w:pPr>
      <w:r>
        <w:t>Colocación Anterior-Posterior (Preferida en Pediatría con parches propios y en adultos con mucho vello/tórax pequeño)</w:t>
      </w:r>
    </w:p>
    <w:p>
      <w:r>
        <w:t>**Procedimiento:**</w:t>
      </w:r>
    </w:p>
    <w:p>
      <w:pPr>
        <w:pStyle w:val="ListBullet"/>
      </w:pPr>
      <w:r>
        <w:t>**Parche Anterior:** En el centro del pecho (esternón).</w:t>
      </w:r>
    </w:p>
    <w:p>
      <w:pPr>
        <w:pStyle w:val="ListBullet"/>
      </w:pPr>
      <w:r>
        <w:t>**Parche Posterior:** En la espalda, entre las escápulas.</w:t>
      </w:r>
    </w:p>
    <w:p>
      <w:r>
        <w:t>**Técnica:**</w:t>
      </w:r>
    </w:p>
    <w:p>
      <w:pPr>
        <w:pStyle w:val="ListNumber"/>
      </w:pPr>
      <w:r>
        <w:t>Localizar posición para parche Anterior (centro del pecho, esternón).</w:t>
      </w:r>
    </w:p>
    <w:p>
      <w:pPr>
        <w:pStyle w:val="ListNumber"/>
      </w:pPr>
      <w:r>
        <w:t>Colocar parche Anterior.</w:t>
      </w:r>
    </w:p>
    <w:p>
      <w:pPr>
        <w:pStyle w:val="ListNumber"/>
      </w:pPr>
      <w:r>
        <w:t>Localizar posición para parche Posterior (espalda, entre las escápulas).</w:t>
      </w:r>
    </w:p>
    <w:p>
      <w:pPr>
        <w:pStyle w:val="ListNumber"/>
      </w:pPr>
      <w:r>
        <w:t>Colocar parche Posterior.</w:t>
      </w:r>
    </w:p>
    <w:p>
      <w:pPr>
        <w:pStyle w:val="ListNumber"/>
      </w:pPr>
      <w:r>
        <w:t>**Presionar FIRMEMENTE** cada parche durante 5 segundos para asegurar adhesión.</w:t>
      </w:r>
    </w:p>
    <w:p>
      <w:pPr>
        <w:pStyle w:val="ListNumber"/>
      </w:pPr>
      <w:r>
        <w:t>**Conectar el cable** al DESA si no está pre-conectado.</w:t>
      </w:r>
    </w:p>
    <w:p>
      <w:r>
        <w:t>**Precaución:**</w:t>
      </w:r>
    </w:p>
    <w:p>
      <w:pPr>
        <w:pStyle w:val="ListBullet"/>
      </w:pPr>
      <w:r>
        <w:t>No presionar firmemente los parches: se despegan durante la RCP.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**Principio:**</w:t>
      </w:r>
    </w:p>
    <w:p>
      <w:pPr>
        <w:pStyle w:val="ListBullet"/>
      </w:pPr>
      <w:r>
        <w:t>Parches bien pegados = análisis fiable. Si se despegan, la RCP se detiene y se recolocan.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4: Analizar el ritmo (RCP DEBE DETENERSE)</w:t>
      </w:r>
    </w:p>
    <w:p>
      <w:r>
        <w:t>**Procedimiento:**</w:t>
      </w:r>
    </w:p>
    <w:p>
      <w:pPr>
        <w:pStyle w:val="ListNumber"/>
      </w:pPr>
      <w:r>
        <w:t>El coordinador ordena: **"ALTO, analizando ritmo. Todos fuera del paciente."**</w:t>
      </w:r>
    </w:p>
    <w:p>
      <w:pPr>
        <w:pStyle w:val="ListNumber"/>
      </w:pPr>
      <w:r>
        <w:t>**Verificación visual y verbal:** Asegurar que **NADIE toca al paciente.** Gritar "¡Todos fuera!".</w:t>
      </w:r>
    </w:p>
    <w:p>
      <w:pPr>
        <w:pStyle w:val="ListNumber"/>
      </w:pPr>
      <w:r>
        <w:t>Pulsar el botón de **"ANALIZAR"** (en algunos dispositivos se inicia automáticamente).</w:t>
      </w:r>
    </w:p>
    <w:p>
      <w:pPr>
        <w:pStyle w:val="ListNumber"/>
      </w:pPr>
      <w:r>
        <w:t>El DESA analizará el ritmo (tardará unos segundos). **Mantener a todos alejados.**</w:t>
      </w:r>
    </w:p>
    <w:p>
      <w:pPr>
        <w:pStyle w:val="ListNumber"/>
      </w:pPr>
      <w:r>
        <w:t>**Posicionamiento del equipo:** El operador del DESA se coloca de cara al paciente, pudiendo ver el tórax y la pantalla. Los demás reanimadores se alejan.</w:t>
      </w:r>
    </w:p>
    <w:p>
      <w:r>
        <w:t>**Técnica:**</w:t>
      </w:r>
    </w:p>
    <w:p>
      <w:pPr>
        <w:pStyle w:val="ListNumber"/>
      </w:pPr>
      <w:r>
        <w:t>Coordinador ordena: "ALTO, analizando ritmo. Todos fuera del paciente.".</w:t>
      </w:r>
    </w:p>
    <w:p>
      <w:pPr>
        <w:pStyle w:val="ListNumber"/>
      </w:pPr>
      <w:r>
        <w:t>Detener RCP.</w:t>
      </w:r>
    </w:p>
    <w:p>
      <w:pPr>
        <w:pStyle w:val="ListNumber"/>
      </w:pPr>
      <w:r>
        <w:t>Verificación visual y verbal: asegurar que NADIE toca al paciente.</w:t>
      </w:r>
    </w:p>
    <w:p>
      <w:pPr>
        <w:pStyle w:val="ListNumber"/>
      </w:pPr>
      <w:r>
        <w:t>Gritar "¡Todos fuera!".</w:t>
      </w:r>
    </w:p>
    <w:p>
      <w:pPr>
        <w:pStyle w:val="ListNumber"/>
      </w:pPr>
      <w:r>
        <w:t>Pulsar botón "ANALIZAR" (o esperar inicio automático).</w:t>
      </w:r>
    </w:p>
    <w:p>
      <w:pPr>
        <w:pStyle w:val="ListNumber"/>
      </w:pPr>
      <w:r>
        <w:t>Mantener a todos alejados durante análisis.</w:t>
      </w:r>
    </w:p>
    <w:p>
      <w:pPr>
        <w:pStyle w:val="ListNumber"/>
      </w:pPr>
      <w:r>
        <w:t>Operador del DESA se coloca de cara al paciente, viendo tórax y pantalla.</w:t>
      </w:r>
    </w:p>
    <w:p>
      <w:pPr>
        <w:pStyle w:val="ListNumber"/>
      </w:pPr>
      <w:r>
        <w:t>Los demás reanimadores se alejan.</w:t>
      </w:r>
    </w:p>
    <w:p>
      <w:r>
        <w:t>**Precaución:**</w:t>
      </w:r>
    </w:p>
    <w:p>
      <w:pPr>
        <w:pStyle w:val="ListBullet"/>
      </w:pPr>
      <w:r>
        <w:t>No asegurar que nadie toca al paciente durante el análisis/descarga: riesgo de descarga para el interviniente y análisis erróneo.</w:t>
      </w:r>
    </w:p>
    <w:p>
      <w:r>
        <w:t>**Principio:**</w:t>
      </w:r>
    </w:p>
    <w:p>
      <w:pPr>
        <w:pStyle w:val="ListBullet"/>
      </w:pPr>
      <w:r>
        <w:t>"Fuera durante análisis y descarga." Es una orden absoluta. Grita y verifica.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5: Seguir las órdenes del DESA</w:t>
      </w:r>
    </w:p>
    <w:p>
      <w:pPr>
        <w:pStyle w:val="Heading4"/>
      </w:pPr>
      <w:r>
        <w:t>"Se recomienda descarga" / "Conmuta a energía XXX J"</w:t>
      </w:r>
    </w:p>
    <w:p>
      <w:r>
        <w:t>**Procedimiento:**</w:t>
      </w:r>
    </w:p>
    <w:p>
      <w:pPr>
        <w:pStyle w:val="ListNumber"/>
      </w:pPr>
      <w:r>
        <w:t>El operador confirma en voz alta: **"DESCARGA RECOMENDADA. Cargando. Todos fuera del paciente."**</w:t>
      </w:r>
    </w:p>
    <w:p>
      <w:pPr>
        <w:pStyle w:val="ListNumber"/>
      </w:pPr>
      <w:r>
        <w:t>**Verificación final de seguridad:** Barrer visualmente con el brazo y gritar: **"Yo me aseguro, tú te aseguras, todos asegurados. ¡DESCARGA!"**</w:t>
      </w:r>
    </w:p>
    <w:p>
      <w:pPr>
        <w:pStyle w:val="ListNumber"/>
      </w:pPr>
      <w:r>
        <w:t>Pulsar el botón de **"DESCARGA"** (parpadeante). Mantener pulsado hasta que se administre.</w:t>
      </w:r>
    </w:p>
    <w:p>
      <w:pPr>
        <w:pStyle w:val="ListNumber"/>
      </w:pPr>
      <w:r>
        <w:t>Tras la descarga, el DESA suele indicar "Inicie RCP".</w:t>
      </w:r>
    </w:p>
    <w:p>
      <w:r>
        <w:t>**Técnica:**</w:t>
      </w:r>
    </w:p>
    <w:p>
      <w:pPr>
        <w:pStyle w:val="ListNumber"/>
      </w:pPr>
      <w:r>
        <w:t>Operador confirma: "DESCARGA RECOMENDADA. Cargando. Todos fuera del paciente.".</w:t>
      </w:r>
    </w:p>
    <w:p>
      <w:pPr>
        <w:pStyle w:val="ListNumber"/>
      </w:pPr>
      <w:r>
        <w:t>Verificación final de seguridad:</w:t>
      </w:r>
    </w:p>
    <w:p>
      <w:pPr>
        <w:pStyle w:val="ListBullet"/>
      </w:pPr>
      <w:r>
        <w:t>Barrer visualmente con el brazo</w:t>
      </w:r>
    </w:p>
    <w:p>
      <w:pPr>
        <w:pStyle w:val="ListBullet"/>
      </w:pPr>
      <w:r>
        <w:t>Gritar: "Yo me aseguro, tú te aseguras, todos asegurados. ¡DESCARGA!"</w:t>
      </w:r>
    </w:p>
    <w:p>
      <w:pPr>
        <w:pStyle w:val="ListNumber"/>
      </w:pPr>
      <w:r>
        <w:t>Verificar que nadie toca al paciente.</w:t>
      </w:r>
    </w:p>
    <w:p>
      <w:pPr>
        <w:pStyle w:val="ListNumber"/>
      </w:pPr>
      <w:r>
        <w:t>Pulsar botón "DESCARGA" (parpadeante).</w:t>
      </w:r>
    </w:p>
    <w:p>
      <w:pPr>
        <w:pStyle w:val="ListNumber"/>
      </w:pPr>
      <w:r>
        <w:t>Mantener pulsado hasta que se administre.</w:t>
      </w:r>
    </w:p>
    <w:p>
      <w:pPr>
        <w:pStyle w:val="ListNumber"/>
      </w:pPr>
      <w:r>
        <w:t>Tras descarga: escuchar indicación del DESA ("Inicie RCP").</w:t>
      </w:r>
    </w:p>
    <w:p>
      <w:r>
        <w:t>**Principio:**</w:t>
      </w:r>
    </w:p>
    <w:p>
      <w:pPr>
        <w:pStyle w:val="ListBullet"/>
      </w:pPr>
      <w:r>
        <w:t>La seguridad es tu responsabilidad. Eres el dueño de la descarga. Si no estás seguro, no pulses el botón.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4"/>
      </w:pPr>
      <w:r>
        <w:t>"No se recomienda descarga" / "Reanude RCP"</w:t>
      </w:r>
    </w:p>
    <w:p>
      <w:r>
        <w:t>**Procedimiento:**</w:t>
      </w:r>
    </w:p>
    <w:p>
      <w:pPr>
        <w:pStyle w:val="ListNumber"/>
      </w:pPr>
      <w:r>
        <w:t>El operador anuncia: **"Sin descarga. Reanudamos RCP inmediatamente."**</w:t>
      </w:r>
    </w:p>
    <w:p>
      <w:pPr>
        <w:pStyle w:val="ListNumber"/>
      </w:pPr>
      <w:r>
        <w:t>**Reiniciar RCP en menos de 5 segundos** desde la interrupción para análisis.</w:t>
      </w:r>
    </w:p>
    <w:p>
      <w:r>
        <w:t>**Técnica:**</w:t>
      </w:r>
    </w:p>
    <w:p>
      <w:pPr>
        <w:pStyle w:val="ListNumber"/>
      </w:pPr>
      <w:r>
        <w:t>Operador anuncia: "Sin descarga. Reanudamos RCP inmediatamente.".</w:t>
      </w:r>
    </w:p>
    <w:p>
      <w:pPr>
        <w:pStyle w:val="ListNumber"/>
      </w:pPr>
      <w:r>
        <w:t>Reiniciar RCP en menos de 5 segundos.</w:t>
      </w:r>
    </w:p>
    <w:p>
      <w:pPr>
        <w:pStyle w:val="ListNumber"/>
      </w:pPr>
      <w:r>
        <w:t>Continuar con compresiones.</w:t>
      </w:r>
    </w:p>
    <w:p>
      <w:r>
        <w:t>**Precaución:**</w:t>
      </w:r>
    </w:p>
    <w:p>
      <w:pPr>
        <w:pStyle w:val="ListBullet"/>
      </w:pPr>
      <w:r>
        <w:t>Retrasar la reanudación de RCP tras la descarga: la RCP debe comenzar en menos de 5 segundos.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6: Reanudar RCP y continuar ciclos</w:t>
      </w:r>
    </w:p>
    <w:p>
      <w:r>
        <w:t>**Procedimiento:**</w:t>
      </w:r>
    </w:p>
    <w:p>
      <w:pPr>
        <w:pStyle w:val="ListNumber"/>
      </w:pPr>
      <w:r>
        <w:t>Inmediatamente tras la descarga (o tras el mensaje "no descarga"), reiniciar compresiones.</w:t>
      </w:r>
    </w:p>
    <w:p>
      <w:pPr>
        <w:pStyle w:val="ListNumber"/>
      </w:pPr>
      <w:r>
        <w:t>**Realizar 2 minutos (aprox. 5 ciclos) de RCP ininterrumpida.** El DESA guiará.</w:t>
      </w:r>
    </w:p>
    <w:p>
      <w:pPr>
        <w:pStyle w:val="ListNumber"/>
      </w:pPr>
      <w:r>
        <w:t>Tras 2 minutos, el DESA pedirá de nuevo "Alto, analizando ritmo". Repetir desde el **Paso 4**.</w:t>
      </w:r>
    </w:p>
    <w:p>
      <w:pPr>
        <w:pStyle w:val="ListNumber"/>
      </w:pPr>
      <w:r>
        <w:t>**Continuar hasta:** Recuperación de signos de vida, llegada de equipo avanzado que tome el control, o agotamiento físico.</w:t>
      </w:r>
    </w:p>
    <w:p>
      <w:r>
        <w:t>**Técnica:**</w:t>
      </w:r>
    </w:p>
    <w:p>
      <w:pPr>
        <w:pStyle w:val="ListNumber"/>
      </w:pPr>
      <w:r>
        <w:t>Inmediatamente tras descarga (o mensaje "no descarga"), reiniciar compresiones.</w:t>
      </w:r>
    </w:p>
    <w:p>
      <w:pPr>
        <w:pStyle w:val="ListNumber"/>
      </w:pPr>
      <w:r>
        <w:t>Realizar 2 minutos (aprox. 5 ciclos) de RCP ininterrumpida.</w:t>
      </w:r>
    </w:p>
    <w:p>
      <w:pPr>
        <w:pStyle w:val="ListNumber"/>
      </w:pPr>
      <w:r>
        <w:t>El DESA guiará con indicaciones verbales.</w:t>
      </w:r>
    </w:p>
    <w:p>
      <w:pPr>
        <w:pStyle w:val="ListNumber"/>
      </w:pPr>
      <w:r>
        <w:t>Tras 2 minutos: DESA pedirá "Alto, analizando ritmo".</w:t>
      </w:r>
    </w:p>
    <w:p>
      <w:pPr>
        <w:pStyle w:val="ListNumber"/>
      </w:pPr>
      <w:r>
        <w:t>Repetir desde Paso 4 (Analizar el ritmo).</w:t>
      </w:r>
    </w:p>
    <w:p>
      <w:pPr>
        <w:pStyle w:val="ListNumber"/>
      </w:pPr>
      <w:r>
        <w:t>Continuar hasta:</w:t>
      </w:r>
    </w:p>
    <w:p>
      <w:pPr>
        <w:pStyle w:val="ListBullet"/>
      </w:pPr>
      <w:r>
        <w:t>Recuperación de signos de vida</w:t>
      </w:r>
    </w:p>
    <w:p>
      <w:pPr>
        <w:pStyle w:val="ListBullet"/>
      </w:pPr>
      <w:r>
        <w:t>Llegada de equipo avanzado que tome el control</w:t>
      </w:r>
    </w:p>
    <w:p>
      <w:pPr>
        <w:pStyle w:val="ListBullet"/>
      </w:pPr>
      <w:r>
        <w:t>Agotamiento físico</w:t>
      </w:r>
    </w:p>
    <w:p>
      <w:r>
        <w:t>**Principio:**</w:t>
      </w:r>
    </w:p>
    <w:p>
      <w:pPr>
        <w:pStyle w:val="ListBullet"/>
      </w:pPr>
      <w:r>
        <w:t>2 minutos de RCP tras cada análisis/descarga. Es el ciclo estándar. Usa un reloj o el cronómetro del DESA.</w:t>
      </w:r>
    </w:p>
    <w:p>
      <w:pPr>
        <w:pStyle w:val="ListBullet"/>
      </w:pPr>
      <w:r>
        <w:t>RCP durante la preparación y entre descargas. Solo se para para analizar y descargar.</w:t>
      </w:r>
    </w:p>
    <w:p>
      <w:r>
        <w:t>**Precaución:**</w:t>
      </w:r>
    </w:p>
    <w:p>
      <w:pPr>
        <w:pStyle w:val="ListBullet"/>
      </w:pPr>
      <w:r>
        <w:t>Apagar el DESA tras una descarga: el dispositivo guiará los ciclos completos de 2 minutos. Solo se apaga si el paciente recupera signos de vida o llega equipo avanzado con desfibrilador manual.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2.4.9 Errores críticos</w:t>
      </w:r>
    </w:p>
    <w:p>
      <w:pPr>
        <w:pStyle w:val="Heading3"/>
      </w:pPr>
      <w:r>
        <w:t>ERROR #1: Interrumpir la RCP por más de 10 segundos para colocar parches</w:t>
      </w:r>
    </w:p>
    <w:p>
      <w:r>
        <w:t>**Error:**</w:t>
      </w:r>
    </w:p>
    <w:p>
      <w:pPr>
        <w:pStyle w:val="ListBullet"/>
      </w:pPr>
      <w:r>
        <w:t>❌ Interrumpir la RCP por más de 10 segundos para colocar parches.</w:t>
      </w:r>
    </w:p>
    <w:p>
      <w:pPr>
        <w:pStyle w:val="ListBullet"/>
      </w:pPr>
      <w:r>
        <w:t>**Consecuencia:** La preparación debe ser rápida y coordinada. Pérdida de tiempo crítico.</w:t>
      </w:r>
    </w:p>
    <w:p>
      <w:r>
        <w:t>**Corrección:**</w:t>
      </w:r>
    </w:p>
    <w:p>
      <w:pPr>
        <w:pStyle w:val="ListBullet"/>
      </w:pPr>
      <w:r>
        <w:t>Preparar tórax en menos de 10 segundos.</w:t>
      </w:r>
    </w:p>
    <w:p>
      <w:pPr>
        <w:pStyle w:val="ListBullet"/>
      </w:pPr>
      <w:r>
        <w:t>Coordinar preparación con equipo.</w:t>
      </w:r>
    </w:p>
    <w:p>
      <w:pPr>
        <w:pStyle w:val="ListBullet"/>
      </w:pPr>
      <w:r>
        <w:t>Reanudar RCP inmediatamente después.</w:t>
      </w:r>
    </w:p>
    <w:p>
      <w:r>
        <w:t>**Prevención:**</w:t>
      </w:r>
    </w:p>
    <w:p>
      <w:pPr>
        <w:pStyle w:val="ListBullet"/>
      </w:pPr>
      <w:r>
        <w:t>Practicar preparación rápida del tórax.</w:t>
      </w:r>
    </w:p>
    <w:p>
      <w:pPr>
        <w:pStyle w:val="ListBullet"/>
      </w:pPr>
      <w:r>
        <w:t>Coordinar con equipo antes de interrumpir RCP.</w:t>
      </w:r>
    </w:p>
    <w:p>
      <w:pPr>
        <w:pStyle w:val="ListBullet"/>
      </w:pPr>
      <w:r>
        <w:t>No exceder 10 segundos de interrupción.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#2: No asegurar que nadie toca al paciente durante el análisis/descarga</w:t>
      </w:r>
    </w:p>
    <w:p>
      <w:r>
        <w:t>**Error:**</w:t>
      </w:r>
    </w:p>
    <w:p>
      <w:pPr>
        <w:pStyle w:val="ListBullet"/>
      </w:pPr>
      <w:r>
        <w:t>❌ No asegurar que nadie toca al paciente durante el análisis/descarga.</w:t>
      </w:r>
    </w:p>
    <w:p>
      <w:pPr>
        <w:pStyle w:val="ListBullet"/>
      </w:pPr>
      <w:r>
        <w:t>**Consecuencia:** Riesgo de descarga para el interviniente y análisis erróneo.</w:t>
      </w:r>
    </w:p>
    <w:p>
      <w:r>
        <w:t>**Corrección:**</w:t>
      </w:r>
    </w:p>
    <w:p>
      <w:pPr>
        <w:pStyle w:val="ListBullet"/>
      </w:pPr>
      <w:r>
        <w:t>Verificar visualmente y verbalmente que nadie toca al paciente.</w:t>
      </w:r>
    </w:p>
    <w:p>
      <w:pPr>
        <w:pStyle w:val="ListBullet"/>
      </w:pPr>
      <w:r>
        <w:t>Gritar "¡Todos fuera!" antes de analizar/descargar.</w:t>
      </w:r>
    </w:p>
    <w:p>
      <w:pPr>
        <w:pStyle w:val="ListBullet"/>
      </w:pPr>
      <w:r>
        <w:t>Barrer visualmente con el brazo antes de descargar.</w:t>
      </w:r>
    </w:p>
    <w:p>
      <w:r>
        <w:t>**Prevención:**</w:t>
      </w:r>
    </w:p>
    <w:p>
      <w:pPr>
        <w:pStyle w:val="ListBullet"/>
      </w:pPr>
      <w:r>
        <w:t>SIEMPRE verificar que nadie toca al paciente.</w:t>
      </w:r>
    </w:p>
    <w:p>
      <w:pPr>
        <w:pStyle w:val="ListBullet"/>
      </w:pPr>
      <w:r>
        <w:t>Gritar "¡Todos fuera!" antes de analizar/descargar.</w:t>
      </w:r>
    </w:p>
    <w:p>
      <w:pPr>
        <w:pStyle w:val="ListBullet"/>
      </w:pPr>
      <w:r>
        <w:t>Verificación final de seguridad antes de descargar.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#3: Colocar parches sobre ropa, joyas o parches médicos</w:t>
      </w:r>
    </w:p>
    <w:p>
      <w:r>
        <w:t>**Error:**</w:t>
      </w:r>
    </w:p>
    <w:p>
      <w:pPr>
        <w:pStyle w:val="ListBullet"/>
      </w:pPr>
      <w:r>
        <w:t>❌ Colocar parches sobre ropa, joyas o parches médicos.</w:t>
      </w:r>
    </w:p>
    <w:p>
      <w:pPr>
        <w:pStyle w:val="ListBullet"/>
      </w:pPr>
      <w:r>
        <w:t>**Consecuencia:** La descarga no será efectiva y puede causar quemaduras.</w:t>
      </w:r>
    </w:p>
    <w:p>
      <w:r>
        <w:t>**Corrección:**</w:t>
      </w:r>
    </w:p>
    <w:p>
      <w:pPr>
        <w:pStyle w:val="ListBullet"/>
      </w:pPr>
      <w:r>
        <w:t>Exponer completamente el tórax.</w:t>
      </w:r>
    </w:p>
    <w:p>
      <w:pPr>
        <w:pStyle w:val="ListBullet"/>
      </w:pPr>
      <w:r>
        <w:t>Retirar joyas si es rápido.</w:t>
      </w:r>
    </w:p>
    <w:p>
      <w:pPr>
        <w:pStyle w:val="ListBullet"/>
      </w:pPr>
      <w:r>
        <w:t>Retirar parches médicos antes de colocar parches del DESA.</w:t>
      </w:r>
    </w:p>
    <w:p>
      <w:pPr>
        <w:pStyle w:val="ListBullet"/>
      </w:pPr>
      <w:r>
        <w:t>Verificar que parches están sobre piel limpia.</w:t>
      </w:r>
    </w:p>
    <w:p>
      <w:r>
        <w:t>**Prevención:**</w:t>
      </w:r>
    </w:p>
    <w:p>
      <w:pPr>
        <w:pStyle w:val="ListBullet"/>
      </w:pPr>
      <w:r>
        <w:t>Exponer completamente el tórax antes de colocar parches.</w:t>
      </w:r>
    </w:p>
    <w:p>
      <w:pPr>
        <w:pStyle w:val="ListBullet"/>
      </w:pPr>
      <w:r>
        <w:t>Retirar joyas y parches médicos.</w:t>
      </w:r>
    </w:p>
    <w:p>
      <w:pPr>
        <w:pStyle w:val="ListBullet"/>
      </w:pPr>
      <w:r>
        <w:t>Verificar que parches están sobre piel limpia.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#4: No usar parches pediátricos en niños pequeños cuando están disponibles</w:t>
      </w:r>
    </w:p>
    <w:p>
      <w:r>
        <w:t>**Error:**</w:t>
      </w:r>
    </w:p>
    <w:p>
      <w:pPr>
        <w:pStyle w:val="ListBullet"/>
      </w:pPr>
      <w:r>
        <w:t>❌ No usar parches pediátricos en niños pequeños cuando están disponibles.</w:t>
      </w:r>
    </w:p>
    <w:p>
      <w:pPr>
        <w:pStyle w:val="ListBullet"/>
      </w:pPr>
      <w:r>
        <w:t>**Consecuencia:** La energía no atenuada puede ser dañina.</w:t>
      </w:r>
    </w:p>
    <w:p>
      <w:r>
        <w:t>**Corrección:**</w:t>
      </w:r>
    </w:p>
    <w:p>
      <w:pPr>
        <w:pStyle w:val="ListBullet"/>
      </w:pPr>
      <w:r>
        <w:t>Usar parches pediátricos en niños &lt;8 años o &lt;25 kg si están disponibles.</w:t>
      </w:r>
    </w:p>
    <w:p>
      <w:pPr>
        <w:pStyle w:val="ListBullet"/>
      </w:pPr>
      <w:r>
        <w:t>Si no hay parches pediátricos: usar parches de adulto.</w:t>
      </w:r>
    </w:p>
    <w:p>
      <w:pPr>
        <w:pStyle w:val="ListBullet"/>
      </w:pPr>
      <w:r>
        <w:t>Verificar edad/tamaño antes de seleccionar parches.</w:t>
      </w:r>
    </w:p>
    <w:p>
      <w:r>
        <w:t>**Prevención:**</w:t>
      </w:r>
    </w:p>
    <w:p>
      <w:pPr>
        <w:pStyle w:val="ListBullet"/>
      </w:pPr>
      <w:r>
        <w:t>Evaluar edad/tamaño del paciente.</w:t>
      </w:r>
    </w:p>
    <w:p>
      <w:pPr>
        <w:pStyle w:val="ListBullet"/>
      </w:pPr>
      <w:r>
        <w:t>Seleccionar parches pediátricos si están disponibles y paciente es &lt;8 años o &lt;25 kg.</w:t>
      </w:r>
    </w:p>
    <w:p>
      <w:pPr>
        <w:pStyle w:val="ListBullet"/>
      </w:pPr>
      <w:r>
        <w:t>Verificar que parches seleccionados son adecuados.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#5: No presionar firmemente los parches para su adhesión</w:t>
      </w:r>
    </w:p>
    <w:p>
      <w:r>
        <w:t>**Error:**</w:t>
      </w:r>
    </w:p>
    <w:p>
      <w:pPr>
        <w:pStyle w:val="ListBullet"/>
      </w:pPr>
      <w:r>
        <w:t>❌ No presionar firmemente los parches para su adhesión.</w:t>
      </w:r>
    </w:p>
    <w:p>
      <w:pPr>
        <w:pStyle w:val="ListBullet"/>
      </w:pPr>
      <w:r>
        <w:t>**Consecuencia:** Se despegan durante la RCP, perdiendo análisis y provocando alarmas.</w:t>
      </w:r>
    </w:p>
    <w:p>
      <w:r>
        <w:t>**Corrección:**</w:t>
      </w:r>
    </w:p>
    <w:p>
      <w:pPr>
        <w:pStyle w:val="ListBullet"/>
      </w:pPr>
      <w:r>
        <w:t>Presionar FIRMEMENTE cada parche durante 5 segundos.</w:t>
      </w:r>
    </w:p>
    <w:p>
      <w:pPr>
        <w:pStyle w:val="ListBullet"/>
      </w:pPr>
      <w:r>
        <w:t>Verificar que parches están bien adheridos.</w:t>
      </w:r>
    </w:p>
    <w:p>
      <w:pPr>
        <w:pStyle w:val="ListBullet"/>
      </w:pPr>
      <w:r>
        <w:t>Si se despegan: detener RCP y recolocar.</w:t>
      </w:r>
    </w:p>
    <w:p>
      <w:r>
        <w:t>**Prevención:**</w:t>
      </w:r>
    </w:p>
    <w:p>
      <w:pPr>
        <w:pStyle w:val="ListBullet"/>
      </w:pPr>
      <w:r>
        <w:t>Presionar FIRMEMENTE cada parche durante 5 segundos.</w:t>
      </w:r>
    </w:p>
    <w:p>
      <w:pPr>
        <w:pStyle w:val="ListBullet"/>
      </w:pPr>
      <w:r>
        <w:t>Verificar adhesión antes de continuar.</w:t>
      </w:r>
    </w:p>
    <w:p>
      <w:pPr>
        <w:pStyle w:val="ListBullet"/>
      </w:pPr>
      <w:r>
        <w:t>Recolocar si se despegan.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#6: Colocar el parche esternal demasiado central o sobre el pecho femenino</w:t>
      </w:r>
    </w:p>
    <w:p>
      <w:r>
        <w:t>**Error:**</w:t>
      </w:r>
    </w:p>
    <w:p>
      <w:pPr>
        <w:pStyle w:val="ListBullet"/>
      </w:pPr>
      <w:r>
        <w:t>❌ Colocar el parche esternal demasiado central o sobre el pecho femenino.</w:t>
      </w:r>
    </w:p>
    <w:p>
      <w:pPr>
        <w:pStyle w:val="ListBullet"/>
      </w:pPr>
      <w:r>
        <w:t>**Consecuencia:** Debe ir junto al borde del esternón, no sobre el pecho. Descarga inefectiva.</w:t>
      </w:r>
    </w:p>
    <w:p>
      <w:r>
        <w:t>**Corrección:**</w:t>
      </w:r>
    </w:p>
    <w:p>
      <w:pPr>
        <w:pStyle w:val="ListBullet"/>
      </w:pPr>
      <w:r>
        <w:t>Colocar parche esternal junto al borde derecho del esternón.</w:t>
      </w:r>
    </w:p>
    <w:p>
      <w:pPr>
        <w:pStyle w:val="ListBullet"/>
      </w:pPr>
      <w:r>
        <w:t>En mujeres: desplazar el pecho para colocar el parche debajo.</w:t>
      </w:r>
    </w:p>
    <w:p>
      <w:pPr>
        <w:pStyle w:val="ListBullet"/>
      </w:pPr>
      <w:r>
        <w:t>No colocar sobre el pecho.</w:t>
      </w:r>
    </w:p>
    <w:p>
      <w:r>
        <w:t>**Prevención:**</w:t>
      </w:r>
    </w:p>
    <w:p>
      <w:pPr>
        <w:pStyle w:val="ListBullet"/>
      </w:pPr>
      <w:r>
        <w:t>Colocar parche esternal junto al borde derecho del esternón.</w:t>
      </w:r>
    </w:p>
    <w:p>
      <w:pPr>
        <w:pStyle w:val="ListBullet"/>
      </w:pPr>
      <w:r>
        <w:t>En mujeres: desplazar pecho y colocar parche debajo.</w:t>
      </w:r>
    </w:p>
    <w:p>
      <w:pPr>
        <w:pStyle w:val="ListBullet"/>
      </w:pPr>
      <w:r>
        <w:t>Verificar posición antes de presionar.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#7: Retrasar la reanudación de RCP tras la descarga</w:t>
      </w:r>
    </w:p>
    <w:p>
      <w:r>
        <w:t>**Error:**</w:t>
      </w:r>
    </w:p>
    <w:p>
      <w:pPr>
        <w:pStyle w:val="ListBullet"/>
      </w:pPr>
      <w:r>
        <w:t>❌ Retrasar la reanudación de RCP tras la descarga.</w:t>
      </w:r>
    </w:p>
    <w:p>
      <w:pPr>
        <w:pStyle w:val="ListBullet"/>
      </w:pPr>
      <w:r>
        <w:t>**Consecuencia:** La RCP debe comenzar en menos de 5 segundos. Pérdida de tiempo crítico.</w:t>
      </w:r>
    </w:p>
    <w:p>
      <w:r>
        <w:t>**Corrección:**</w:t>
      </w:r>
    </w:p>
    <w:p>
      <w:pPr>
        <w:pStyle w:val="ListBullet"/>
      </w:pPr>
      <w:r>
        <w:t>Reiniciar RCP en menos de 5 segundos tras descarga.</w:t>
      </w:r>
    </w:p>
    <w:p>
      <w:pPr>
        <w:pStyle w:val="ListBullet"/>
      </w:pPr>
      <w:r>
        <w:t>No demorar reanudación.</w:t>
      </w:r>
    </w:p>
    <w:p>
      <w:pPr>
        <w:pStyle w:val="ListBullet"/>
      </w:pPr>
      <w:r>
        <w:t>Continuar con compresiones inmediatamente.</w:t>
      </w:r>
    </w:p>
    <w:p>
      <w:r>
        <w:t>**Prevención:**</w:t>
      </w:r>
    </w:p>
    <w:p>
      <w:pPr>
        <w:pStyle w:val="ListBullet"/>
      </w:pPr>
      <w:r>
        <w:t>Reiniciar RCP inmediatamente tras descarga (o mensaje "no descarga").</w:t>
      </w:r>
    </w:p>
    <w:p>
      <w:pPr>
        <w:pStyle w:val="ListBullet"/>
      </w:pPr>
      <w:r>
        <w:t>No demorar más de 5 segundos.</w:t>
      </w:r>
    </w:p>
    <w:p>
      <w:pPr>
        <w:pStyle w:val="ListBullet"/>
      </w:pPr>
      <w:r>
        <w:t>Continuar con compresiones.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ERROR #8: Apagar el DESA tras una descarga</w:t>
      </w:r>
    </w:p>
    <w:p>
      <w:r>
        <w:t>**Error:**</w:t>
      </w:r>
    </w:p>
    <w:p>
      <w:pPr>
        <w:pStyle w:val="ListBullet"/>
      </w:pPr>
      <w:r>
        <w:t>❌ Apagar el DESA tras una descarga.</w:t>
      </w:r>
    </w:p>
    <w:p>
      <w:pPr>
        <w:pStyle w:val="ListBullet"/>
      </w:pPr>
      <w:r>
        <w:t>**Consecuencia:** El dispositivo guiará los ciclos completos de 2 minutos. Pérdida de guía.</w:t>
      </w:r>
    </w:p>
    <w:p>
      <w:r>
        <w:t>**Corrección:**</w:t>
      </w:r>
    </w:p>
    <w:p>
      <w:pPr>
        <w:pStyle w:val="ListBullet"/>
      </w:pPr>
      <w:r>
        <w:t>No apagar el DESA tras una descarga.</w:t>
      </w:r>
    </w:p>
    <w:p>
      <w:pPr>
        <w:pStyle w:val="ListBullet"/>
      </w:pPr>
      <w:r>
        <w:t>Seguir indicaciones del dispositivo.</w:t>
      </w:r>
    </w:p>
    <w:p>
      <w:pPr>
        <w:pStyle w:val="ListBullet"/>
      </w:pPr>
      <w:r>
        <w:t>Solo apagar si paciente recupera signos de vida o llega equipo avanzado con desfibrilador manual.</w:t>
      </w:r>
    </w:p>
    <w:p>
      <w:r>
        <w:t>**Prevención:**</w:t>
      </w:r>
    </w:p>
    <w:p>
      <w:pPr>
        <w:pStyle w:val="ListBullet"/>
      </w:pPr>
      <w:r>
        <w:t>No apagar el DESA tras una descarga.</w:t>
      </w:r>
    </w:p>
    <w:p>
      <w:pPr>
        <w:pStyle w:val="ListBullet"/>
      </w:pPr>
      <w:r>
        <w:t>Seguir indicaciones del dispositivo.</w:t>
      </w:r>
    </w:p>
    <w:p>
      <w:pPr>
        <w:pStyle w:val="ListBullet"/>
      </w:pPr>
      <w:r>
        <w:t>Solo apagar en situaciones específicas (signos de vida, equipo avanzado).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2.4.10 Puntos clave TES</w:t>
      </w:r>
    </w:p>
    <w:p>
      <w:pPr>
        <w:pStyle w:val="ListBullet"/>
      </w:pPr>
      <w:r>
        <w:t>**"Fuera durante análisis y descarga."** Es una orden absoluta. Grita y verifica.</w:t>
      </w:r>
    </w:p>
    <w:p>
      <w:pPr>
        <w:pStyle w:val="ListBullet"/>
      </w:pPr>
      <w:r>
        <w:t>**RCP durante la preparación y entre descargas.** Solo se para para analizar y descargar.</w:t>
      </w:r>
    </w:p>
    <w:p>
      <w:pPr>
        <w:pStyle w:val="ListBullet"/>
      </w:pPr>
      <w:r>
        <w:t>**Parches bien pegados = análisis fiable.** Si se despegan, la RCP se detiene y se recolocan.</w:t>
      </w:r>
    </w:p>
    <w:p>
      <w:pPr>
        <w:pStyle w:val="ListBullet"/>
      </w:pPr>
      <w:r>
        <w:t>**La voz del DESA es la que manda.** Sigue sus instrucciones verbales al pie de la letra.</w:t>
      </w:r>
    </w:p>
    <w:p>
      <w:pPr>
        <w:pStyle w:val="ListBullet"/>
      </w:pPr>
      <w:r>
        <w:t>**Coordina con tu equipo.** Una persona opera el DESA, otra hace RCP, otra registra tiempos.</w:t>
      </w:r>
    </w:p>
    <w:p>
      <w:pPr>
        <w:pStyle w:val="ListBullet"/>
      </w:pPr>
      <w:r>
        <w:t>**2 minutos de RCP tras cada análisis/descarga.** Es el ciclo estándar. Usa un reloj o el cronómetro del DESA.</w:t>
      </w:r>
    </w:p>
    <w:p>
      <w:pPr>
        <w:pStyle w:val="ListBullet"/>
      </w:pPr>
      <w:r>
        <w:t>**Si el paciente recupera signos de vida (respira, se mueve, tose):** PARA RCP, evalúa, colócalo en PLS, monitoriza y prepárate para posible nueva PCR.</w:t>
      </w:r>
    </w:p>
    <w:p>
      <w:pPr>
        <w:pStyle w:val="ListBullet"/>
      </w:pPr>
      <w:r>
        <w:t>**La seguridad es tu responsabilidad.** Eres el dueño de la descarga. Si no estás seguro, no pulses el botón.</w:t>
      </w:r>
    </w:p>
    <w:p>
      <w:pPr>
        <w:pStyle w:val="ListBullet"/>
      </w:pPr>
      <w:r>
        <w:t>**"Análisis sin movimiento, descarga sin contacto."** La precisión del análisis y la seguridad durante la descarga son absolutas.</w:t>
      </w:r>
    </w:p>
    <w:p>
      <w:pPr>
        <w:pStyle w:val="ListBullet"/>
      </w:pPr>
      <w:r>
        <w:t>**La desfibrilación temprana es el único tratamiento efectivo** para la Fibrilación Ventricular (FV) y la Taquicardia Ventricular (TV) sin pulso.</w:t>
      </w:r>
    </w:p>
    <w:p>
      <w:pPr>
        <w:pStyle w:val="ListBullet"/>
      </w:pPr>
      <w:r>
        <w:t>**El DESA es un instrumento seguro** para el operador y el paciente cuando se usa correctamente.</w:t>
      </w:r>
    </w:p>
    <w:p>
      <w:pPr>
        <w:pStyle w:val="ListBullet"/>
      </w:pPr>
      <w:r>
        <w:t>**Preparar DESA durante RCP en curso.** Solo interrumpir para análisis y descarga.</w:t>
      </w:r>
    </w:p>
    <w:p>
      <w:pPr>
        <w:pStyle w:val="ListBullet"/>
      </w:pPr>
      <w:r>
        <w:t>**Interrumpir RCP por MENOS DE 10 SEGUNDOS** para preparar tórax.</w:t>
      </w:r>
    </w:p>
    <w:p>
      <w:pPr>
        <w:pStyle w:val="ListBullet"/>
      </w:pPr>
      <w:r>
        <w:t>**Presionar FIRMEMENTE cada parche durante 5 segundos** para asegurar adhesión.</w:t>
      </w:r>
    </w:p>
    <w:p>
      <w:pPr>
        <w:pStyle w:val="ListBullet"/>
      </w:pPr>
      <w:r>
        <w:t>**Verificación final de seguridad antes de descargar:** "Yo me aseguro, tú te aseguras, todos asegurados. ¡DESCARGA!"</w:t>
      </w:r>
    </w:p>
    <w:p>
      <w:pPr>
        <w:pStyle w:val="ListBullet"/>
      </w:pPr>
      <w:r>
        <w:t>**Reiniciar RCP en menos de 5 segundos** tras descarga o mensaje "no descarga".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2.4.11 Cierre del capítulo</w:t>
      </w:r>
    </w:p>
    <w:p>
      <w:r>
        <w:t>Este capítulo se integra con:</w:t>
      </w:r>
    </w:p>
    <w:p>
      <w:pPr>
        <w:pStyle w:val="ListBullet"/>
      </w:pPr>
      <w:r>
        <w:t>**4.0 – Reconocimiento de la Parada Cardiorrespiratoria (PCR)** (reconocimiento previo)</w:t>
      </w:r>
    </w:p>
    <w:p>
      <w:pPr>
        <w:pStyle w:val="ListBullet"/>
      </w:pPr>
      <w:r>
        <w:t>**4.1 – RCP Básica en Adulto** (integración con RCP)</w:t>
      </w:r>
    </w:p>
    <w:p>
      <w:pPr>
        <w:pStyle w:val="ListBullet"/>
      </w:pPr>
      <w:r>
        <w:t>**4.2 – RCP Básica en Pediatría** (uso de parches pediátricos)</w:t>
      </w:r>
    </w:p>
    <w:p>
      <w:pPr>
        <w:pStyle w:val="ListBullet"/>
      </w:pPr>
      <w:r>
        <w:t>**4.3 – RCP Básica en Lactantes** (uso de parches pediátricos)</w:t>
      </w:r>
    </w:p>
    <w:p>
      <w:r>
        <w:t>**Transición:**</w:t>
      </w:r>
    </w:p>
    <w:p>
      <w:pPr>
        <w:pStyle w:val="ListBullet"/>
      </w:pPr>
      <w:r>
        <w:t>Este capítulo proporciona técnicas operativas de **uso seguro y eficaz del DESA**.</w:t>
      </w:r>
    </w:p>
    <w:p>
      <w:pPr>
        <w:pStyle w:val="ListBullet"/>
      </w:pPr>
      <w:r>
        <w:t>Integra el DESA con RCP de alta calidad para optimizar resultados.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NOTA FINAL DE SEGURIDAD</w:t>
      </w:r>
    </w:p>
    <w:p>
      <w:r>
        <w:t>Este procedimiento es de **uso exclusivo como apoyo** y **NO sustituye**:</w:t>
      </w:r>
    </w:p>
    <w:p>
      <w:pPr>
        <w:pStyle w:val="ListBullet"/>
      </w:pPr>
      <w:r>
        <w:t>❌ La formación reglada del profesional</w:t>
      </w:r>
    </w:p>
    <w:p>
      <w:pPr>
        <w:pStyle w:val="ListBullet"/>
      </w:pPr>
      <w:r>
        <w:t>❌ Los protocolos oficiales de la institución</w:t>
      </w:r>
    </w:p>
    <w:p>
      <w:pPr>
        <w:pStyle w:val="ListBullet"/>
      </w:pPr>
      <w:r>
        <w:t>❌ El criterio clínico del TES o médico</w:t>
      </w:r>
    </w:p>
    <w:p>
      <w:pPr>
        <w:pStyle w:val="ListBullet"/>
      </w:pPr>
      <w:r>
        <w:t>❌ La práctica supervisada y experiencia</w:t>
      </w:r>
    </w:p>
    <w:p>
      <w:r>
        <w:t>**Importante:**</w:t>
      </w:r>
    </w:p>
    <w:p>
      <w:pPr>
        <w:pStyle w:val="ListBullet"/>
      </w:pPr>
      <w:r>
        <w:t>**"Análisis sin movimiento, descarga sin contacto."** La precisión del análisis y la seguridad durante la descarga son absolutas.</w:t>
      </w:r>
    </w:p>
    <w:p>
      <w:pPr>
        <w:pStyle w:val="ListBullet"/>
      </w:pPr>
      <w:r>
        <w:t>**"Fuera durante análisis y descarga."** Es una orden absoluta. Grita y verifica.</w:t>
      </w:r>
    </w:p>
    <w:p>
      <w:pPr>
        <w:pStyle w:val="ListBullet"/>
      </w:pPr>
      <w:r>
        <w:t>**La voz del DESA es la que manda.** Sigue sus instrucciones verbales al pie de la letra.</w:t>
      </w:r>
    </w:p>
    <w:p>
      <w:pPr>
        <w:pStyle w:val="ListBullet"/>
      </w:pPr>
      <w:r>
        <w:t>**La seguridad es tu responsabilidad.** Eres el dueño de la descarga. Si no estás seguro, no pulses el botón.</w:t>
      </w:r>
    </w:p>
    <w:p>
      <w:pPr>
        <w:pStyle w:val="ListBullet"/>
      </w:pPr>
      <w:r>
        <w:t>**RCP durante la preparación y entre descargas.** Solo se para para analizar y descargar.</w:t>
      </w:r>
    </w:p>
    <w:p>
      <w:pPr>
        <w:pStyle w:val="ListBullet"/>
      </w:pPr>
      <w:r>
        <w:t>**2 minutos de RCP tras cada análisis/descarga.** Es el ciclo estándar.</w:t>
      </w:r>
    </w:p>
    <w:p>
      <w:pPr>
        <w:pStyle w:val="ListBullet"/>
      </w:pPr>
      <w:r>
        <w:t>**Si el paciente recupera signos de vida:** PARA RCP, evalúa, colócalo en PLS, monitoriza y prepárate para posible nueva PCR.</w:t>
      </w:r>
    </w:p>
    <w:p>
      <w:r>
        <w:t>**Principios No Negociables:**</w:t>
      </w:r>
    </w:p>
    <w:p>
      <w:pPr>
        <w:pStyle w:val="ListBullet"/>
      </w:pPr>
      <w:r>
        <w:t>**NUNCA interrumpir** RCP por más de 10 segundos para colocar parches</w:t>
      </w:r>
    </w:p>
    <w:p>
      <w:pPr>
        <w:pStyle w:val="ListBullet"/>
      </w:pPr>
      <w:r>
        <w:t>**NUNCA omitir** verificación de que nadie toca al paciente durante análisis/descarga</w:t>
      </w:r>
    </w:p>
    <w:p>
      <w:pPr>
        <w:pStyle w:val="ListBullet"/>
      </w:pPr>
      <w:r>
        <w:t>**NUNCA colocar** parches sobre ropa, joyas o parches médicos</w:t>
      </w:r>
    </w:p>
    <w:p>
      <w:pPr>
        <w:pStyle w:val="ListBullet"/>
      </w:pPr>
      <w:r>
        <w:t>**NUNCA omitir** uso de parches pediátricos en niños pequeños cuando están disponibles</w:t>
      </w:r>
    </w:p>
    <w:p>
      <w:pPr>
        <w:pStyle w:val="ListBullet"/>
      </w:pPr>
      <w:r>
        <w:t>**NUNCA omitir** presionar firmemente los parches para su adhesión</w:t>
      </w:r>
    </w:p>
    <w:p>
      <w:pPr>
        <w:pStyle w:val="ListBullet"/>
      </w:pPr>
      <w:r>
        <w:t>**NUNCA colocar** parche esternal sobre el pecho femenino</w:t>
      </w:r>
    </w:p>
    <w:p>
      <w:pPr>
        <w:pStyle w:val="ListBullet"/>
      </w:pPr>
      <w:r>
        <w:t>**NUNCA retrasar** reanudación de RCP tras descarga (máximo 5 segundos)</w:t>
      </w:r>
    </w:p>
    <w:p>
      <w:pPr>
        <w:pStyle w:val="ListBullet"/>
      </w:pPr>
      <w:r>
        <w:t>**NUNCA apagar** DESA tras una descarga (solo si signos de vida o equipo avanzado)</w:t>
      </w:r>
    </w:p>
    <w:p>
      <w:pPr>
        <w:pStyle w:val="ListBullet"/>
      </w:pPr>
      <w:r>
        <w:t>**SIEMPRE verificar** que nadie toca al paciente antes de analizar/descargar</w:t>
      </w:r>
    </w:p>
    <w:p>
      <w:pPr>
        <w:pStyle w:val="ListBullet"/>
      </w:pPr>
      <w:r>
        <w:t>**SIEMPRE gritar** "¡Todos fuera!" antes de analizar/descargar</w:t>
      </w:r>
    </w:p>
    <w:p>
      <w:pPr>
        <w:pStyle w:val="ListBullet"/>
      </w:pPr>
      <w:r>
        <w:t>**SIEMPRE exponer** completamente el tórax antes de colocar parches</w:t>
      </w:r>
    </w:p>
    <w:p>
      <w:pPr>
        <w:pStyle w:val="ListBullet"/>
      </w:pPr>
      <w:r>
        <w:t>**SIEMPRE presionar** FIRMEMENTE cada parche durante 5 segundos</w:t>
      </w:r>
    </w:p>
    <w:p>
      <w:pPr>
        <w:pStyle w:val="ListBullet"/>
      </w:pPr>
      <w:r>
        <w:t>**SIEMPRE verificar** seguridad antes de descargar</w:t>
      </w:r>
    </w:p>
    <w:p>
      <w:pPr>
        <w:pStyle w:val="ListBullet"/>
      </w:pPr>
      <w:r>
        <w:t>**SIEMPRE reiniciar** RCP en menos de 5 segundos tras descarga</w:t>
      </w:r>
    </w:p>
    <w:p>
      <w:pPr>
        <w:pStyle w:val="ListBullet"/>
      </w:pPr>
      <w:r>
        <w:t>**SIEMPRE seguir** indicaciones verbales y visuales del DESA</w:t>
      </w:r>
    </w:p>
    <w:p>
      <w:r>
        <w:t>**Validación Médica:** Pendiente de validación médica profesional antes de uso en producción.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2024-12-13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2.5 – Ventilación con Bolsa-Válvula-Mascarilla (BVM): Técnica Operativa TES</w:t>
      </w:r>
    </w:p>
    <w:p>
      <w:pPr>
        <w:pStyle w:val="Heading1"/>
      </w:pPr>
      <w:r>
        <w:t>2.5 – Ventilación con Bolsa-Válvula-Mascarilla (BVM): Técnica Operativa TES</w:t>
      </w:r>
    </w:p>
    <w:p>
      <w:pPr>
        <w:pStyle w:val="Heading2"/>
      </w:pPr>
      <w:r>
        <w:t>Manual TES Digital – Ventilación Asistida Básica</w:t>
      </w:r>
    </w:p>
    <w:p>
      <w:r>
        <w:t>**Versión:** 1.0</w:t>
      </w:r>
    </w:p>
    <w:p>
      <w:r>
        <w:t>**Fecha:** 2024-12-19</w:t>
      </w:r>
    </w:p>
    <w:p>
      <w:r>
        <w:t>**Tipo:** Bloque Operativo - Procedimiento TES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Proporcionar ventilación con oxígeno suplementario a pacientes con insuficiencia respiratoria o apnea, manteniendo la oxigenación y ventilación hasta que se pueda establecer una vía aérea avanzada.</w:t>
      </w:r>
    </w:p>
    <w:p>
      <w:r>
        <w:t>**Características:**</w:t>
      </w:r>
    </w:p>
    <w:p>
      <w:pPr>
        <w:pStyle w:val="ListBullet"/>
      </w:pPr>
      <w:r>
        <w:t>✅ Ventilación asistida básica con BVM</w:t>
      </w:r>
    </w:p>
    <w:p>
      <w:pPr>
        <w:pStyle w:val="ListBullet"/>
      </w:pPr>
      <w:r>
        <w:t>✅ Técnica con un y dos reanimadores</w:t>
      </w:r>
    </w:p>
    <w:p>
      <w:pPr>
        <w:pStyle w:val="ListBullet"/>
      </w:pPr>
      <w:r>
        <w:t>✅ Evaluación de efectividad</w:t>
      </w:r>
    </w:p>
    <w:p>
      <w:pPr>
        <w:pStyle w:val="ListBullet"/>
      </w:pPr>
      <w:r>
        <w:t>✅ Solución de problemas</w:t>
      </w:r>
    </w:p>
    <w:p>
      <w:pPr>
        <w:pStyle w:val="ListBullet"/>
      </w:pPr>
      <w:r>
        <w:t>❌ NO ventilación avanzada (ver 3.19)</w:t>
      </w:r>
    </w:p>
    <w:p>
      <w:pPr>
        <w:pStyle w:val="ListBullet"/>
      </w:pPr>
      <w:r>
        <w:t>❌ NO decisiones terapéuticas (criterio médico)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Apnea o respiración ineficaz (boqueadas, frecuencia &lt;10 rpm)</w:t>
      </w:r>
    </w:p>
    <w:p>
      <w:pPr>
        <w:pStyle w:val="ListBullet"/>
      </w:pPr>
      <w:r>
        <w:t>Insuficiencia respiratoria grave (SpO₂ &lt;90% a pesar de oxígeno con mascarilla)</w:t>
      </w:r>
    </w:p>
    <w:p>
      <w:pPr>
        <w:pStyle w:val="ListBullet"/>
      </w:pPr>
      <w:r>
        <w:t>Paciente inconsciente sin reflejo nauseoso (para proteger vía aérea)</w:t>
      </w:r>
    </w:p>
    <w:p>
      <w:pPr>
        <w:pStyle w:val="ListBullet"/>
      </w:pPr>
      <w:r>
        <w:t>Como medida de pre-oxigenación antes de la intubación</w:t>
      </w:r>
    </w:p>
    <w:p>
      <w:pPr>
        <w:pStyle w:val="ListBullet"/>
      </w:pPr>
      <w:r>
        <w:t>Durante la RCP (ciclo 30:2 o ventilaciones continuas si vía aérea avanzada establecida)</w:t>
      </w:r>
    </w:p>
    <w:p>
      <w:r>
        <w:t>**Criterios de activación:**</w:t>
      </w:r>
    </w:p>
    <w:p>
      <w:pPr>
        <w:pStyle w:val="ListBullet"/>
      </w:pPr>
      <w:r>
        <w:t>Apnea o respiración ineficaz</w:t>
      </w:r>
    </w:p>
    <w:p>
      <w:pPr>
        <w:pStyle w:val="ListBullet"/>
      </w:pPr>
      <w:r>
        <w:t>Insuficiencia respiratoria grave</w:t>
      </w:r>
    </w:p>
    <w:p>
      <w:pPr>
        <w:pStyle w:val="ListBullet"/>
      </w:pPr>
      <w:r>
        <w:t>Paciente inconsciente</w:t>
      </w:r>
    </w:p>
    <w:p>
      <w:pPr>
        <w:pStyle w:val="ListBullet"/>
      </w:pPr>
      <w:r>
        <w:t>Pre-oxigenación para intubación</w:t>
      </w:r>
    </w:p>
    <w:p>
      <w:pPr>
        <w:pStyle w:val="ListBullet"/>
      </w:pPr>
      <w:r>
        <w:t>RCP en curso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1.2 (ABCDE Operativo) - Evaluación primaria (B - Breathing)</w:t>
      </w:r>
    </w:p>
    <w:p>
      <w:pPr>
        <w:pStyle w:val="ListBullet"/>
      </w:pPr>
      <w:r>
        <w:t>1.5 (Pulsioxímetro) - Monitorización de SpO₂</w:t>
      </w:r>
    </w:p>
    <w:p>
      <w:pPr>
        <w:pStyle w:val="ListBullet"/>
      </w:pPr>
      <w:r>
        <w:t>3.0-3.1 (Oxigenoterapia) - Fundamentos de oxigenoterapia</w:t>
      </w:r>
    </w:p>
    <w:p>
      <w:r>
        <w:t>**Capítulos relacionados:**</w:t>
      </w:r>
    </w:p>
    <w:p>
      <w:pPr>
        <w:pStyle w:val="ListBullet"/>
      </w:pPr>
      <w:r>
        <w:t>2.6 (Cánulas OPA/NPA) - Mantenimiento de vía aérea</w:t>
      </w:r>
    </w:p>
    <w:p>
      <w:pPr>
        <w:pStyle w:val="ListBullet"/>
      </w:pPr>
      <w:r>
        <w:t>2.7 (Aspiración) - Limpieza de secreciones</w:t>
      </w:r>
    </w:p>
    <w:p>
      <w:pPr>
        <w:pStyle w:val="ListBullet"/>
      </w:pPr>
      <w:r>
        <w:t>2.1-2.3 (RCP) - Aplicación en RCP</w:t>
      </w:r>
    </w:p>
    <w:p>
      <w:pPr>
        <w:pStyle w:val="ListBullet"/>
      </w:pPr>
      <w:r>
        <w:t>3.19 (Vía Aérea Avanzada) - Transición a técnicas avanzadas</w:t>
      </w:r>
    </w:p>
    <w:p>
      <w:r>
        <w:t>**Capítulos siguientes:**</w:t>
      </w:r>
    </w:p>
    <w:p>
      <w:pPr>
        <w:pStyle w:val="ListBullet"/>
      </w:pPr>
      <w:r>
        <w:t>2.6 (Cánulas OPA/NPA) - Mantenimiento de vía aérea</w:t>
      </w:r>
    </w:p>
    <w:p>
      <w:pPr>
        <w:pStyle w:val="ListBullet"/>
      </w:pPr>
      <w:r>
        <w:t>2.7 (Aspiración) - Limpieza de secreciones</w:t>
      </w:r>
    </w:p>
    <w:p>
      <w:pPr>
        <w:pStyle w:val="ListBullet"/>
      </w:pPr>
      <w:r>
        <w:t>3.19 (Vía Aérea Avanzada) - Técnicas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**Indicaciones**</w:t>
      </w:r>
    </w:p>
    <w:p>
      <w:pPr>
        <w:pStyle w:val="ListBullet"/>
      </w:pPr>
      <w:r>
        <w:t>Apnea o respiración ineficaz</w:t>
      </w:r>
    </w:p>
    <w:p>
      <w:pPr>
        <w:pStyle w:val="ListBullet"/>
      </w:pPr>
      <w:r>
        <w:t>Insuficiencia respiratoria grave</w:t>
      </w:r>
    </w:p>
    <w:p>
      <w:pPr>
        <w:pStyle w:val="ListBullet"/>
      </w:pPr>
      <w:r>
        <w:t>Paciente inconsciente</w:t>
      </w:r>
    </w:p>
    <w:p>
      <w:pPr>
        <w:pStyle w:val="ListBullet"/>
      </w:pPr>
      <w:r>
        <w:t>Pre-oxigenación</w:t>
      </w:r>
    </w:p>
    <w:p>
      <w:pPr>
        <w:pStyle w:val="ListBullet"/>
      </w:pPr>
      <w:r>
        <w:t>RCP</w:t>
      </w:r>
    </w:p>
    <w:p>
      <w:pPr>
        <w:pStyle w:val="ListNumber"/>
      </w:pPr>
      <w:r>
        <w:t>**Material Necesario**</w:t>
      </w:r>
    </w:p>
    <w:p>
      <w:pPr>
        <w:pStyle w:val="ListBullet"/>
      </w:pPr>
      <w:r>
        <w:t>Bolsa autoinflable</w:t>
      </w:r>
    </w:p>
    <w:p>
      <w:pPr>
        <w:pStyle w:val="ListBullet"/>
      </w:pPr>
      <w:r>
        <w:t>Mascarilla facial</w:t>
      </w:r>
    </w:p>
    <w:p>
      <w:pPr>
        <w:pStyle w:val="ListBullet"/>
      </w:pPr>
      <w:r>
        <w:t>Válvula unidireccional</w:t>
      </w:r>
    </w:p>
    <w:p>
      <w:pPr>
        <w:pStyle w:val="ListBullet"/>
      </w:pPr>
      <w:r>
        <w:t>Reservorio de oxígeno</w:t>
      </w:r>
    </w:p>
    <w:p>
      <w:pPr>
        <w:pStyle w:val="ListBullet"/>
      </w:pPr>
      <w:r>
        <w:t>Cánulas orofaríngeas/nasofaríngeas</w:t>
      </w:r>
    </w:p>
    <w:p>
      <w:pPr>
        <w:pStyle w:val="ListNumber"/>
      </w:pPr>
      <w:r>
        <w:t>**Técnica de Ventilación**</w:t>
      </w:r>
    </w:p>
    <w:p>
      <w:pPr>
        <w:pStyle w:val="ListBullet"/>
      </w:pPr>
      <w:r>
        <w:t>Con un reanimador (técnica E-C)</w:t>
      </w:r>
    </w:p>
    <w:p>
      <w:pPr>
        <w:pStyle w:val="ListBullet"/>
      </w:pPr>
      <w:r>
        <w:t>Con dos reanimadores (óptima)</w:t>
      </w:r>
    </w:p>
    <w:p>
      <w:pPr>
        <w:pStyle w:val="ListNumber"/>
      </w:pPr>
      <w:r>
        <w:t>**Evaluación de la Efectividad**</w:t>
      </w:r>
    </w:p>
    <w:p>
      <w:pPr>
        <w:pStyle w:val="ListBullet"/>
      </w:pPr>
      <w:r>
        <w:t>Visual (elevación torácica)</w:t>
      </w:r>
    </w:p>
    <w:p>
      <w:pPr>
        <w:pStyle w:val="ListBullet"/>
      </w:pPr>
      <w:r>
        <w:t>Auscultación</w:t>
      </w:r>
    </w:p>
    <w:p>
      <w:pPr>
        <w:pStyle w:val="ListBullet"/>
      </w:pPr>
      <w:r>
        <w:t>Monitorización</w:t>
      </w:r>
    </w:p>
    <w:p>
      <w:pPr>
        <w:pStyle w:val="ListNumber"/>
      </w:pPr>
      <w:r>
        <w:t>**Complicaciones y Solución de Problemas**</w:t>
      </w:r>
    </w:p>
    <w:p>
      <w:pPr>
        <w:pStyle w:val="ListBullet"/>
      </w:pPr>
      <w:r>
        <w:t>Tórax no se eleva</w:t>
      </w:r>
    </w:p>
    <w:p>
      <w:pPr>
        <w:pStyle w:val="ListBullet"/>
      </w:pPr>
      <w:r>
        <w:t>Insuflación gástrica</w:t>
      </w:r>
    </w:p>
    <w:p>
      <w:pPr>
        <w:pStyle w:val="ListBullet"/>
      </w:pPr>
      <w:r>
        <w:t>Hipoventilación/Hiperventilación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**Cuándo usar BVM:** ¿Apnea? ¿Respiración ineficaz? ¿Insuficiencia respiratoria grave?</w:t>
      </w:r>
    </w:p>
    <w:p>
      <w:pPr>
        <w:pStyle w:val="ListBullet"/>
      </w:pPr>
      <w:r>
        <w:t>**Técnica:** ¿Un reanimador (E-C) o dos reanimadores (óptima)?</w:t>
      </w:r>
    </w:p>
    <w:p>
      <w:pPr>
        <w:pStyle w:val="ListBullet"/>
      </w:pPr>
      <w:r>
        <w:t>**Talla de mascarilla:** ¿Correcta para el paciente?</w:t>
      </w:r>
    </w:p>
    <w:p>
      <w:pPr>
        <w:pStyle w:val="ListBullet"/>
      </w:pPr>
      <w:r>
        <w:t>**Posición del paciente:** ¿"Olfateo" o mantener alineación (trauma)?</w:t>
      </w:r>
    </w:p>
    <w:p>
      <w:pPr>
        <w:pStyle w:val="ListBullet"/>
      </w:pPr>
      <w:r>
        <w:t>**Volumen y frecuencia:** ¿Adulto (500-600 mL, 10-12/min) o pediátrico (12-20/min)?</w:t>
      </w:r>
    </w:p>
    <w:p>
      <w:pPr>
        <w:pStyle w:val="ListBullet"/>
      </w:pPr>
      <w:r>
        <w:t>**Evaluación:** ¿Tórax se eleva? ¿SpO₂ mejora? ¿EtCO₂ presente?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**Sellado inadecuado**</w:t>
            </w:r>
          </w:p>
        </w:tc>
        <w:tc>
          <w:tcPr>
            <w:tcW w:type="dxa" w:w="2880"/>
          </w:tcPr>
          <w:p>
            <w:r>
              <w:t>Fugas, ventilación ineficaz</w:t>
            </w:r>
          </w:p>
        </w:tc>
        <w:tc>
          <w:tcPr>
            <w:tcW w:type="dxa" w:w="2880"/>
          </w:tcPr>
          <w:p>
            <w:r>
              <w:t>Usar técnica E-C correcta, considerar dos reanimadores para mejor sellado</w:t>
            </w:r>
          </w:p>
        </w:tc>
      </w:tr>
      <w:tr>
        <w:tc>
          <w:tcPr>
            <w:tcW w:type="dxa" w:w="2880"/>
          </w:tcPr>
          <w:p>
            <w:r>
              <w:t>**Obstrucción vía aérea**</w:t>
            </w:r>
          </w:p>
        </w:tc>
        <w:tc>
          <w:tcPr>
            <w:tcW w:type="dxa" w:w="2880"/>
          </w:tcPr>
          <w:p>
            <w:r>
              <w:t>Tórax no se eleva, ventilación ineficaz</w:t>
            </w:r>
          </w:p>
        </w:tc>
        <w:tc>
          <w:tcPr>
            <w:tcW w:type="dxa" w:w="2880"/>
          </w:tcPr>
          <w:p>
            <w:r>
              <w:t>Aspirar secreciones, usar cánula orofaríngea, asegurar posición correcta</w:t>
            </w:r>
          </w:p>
        </w:tc>
      </w:tr>
      <w:tr>
        <w:tc>
          <w:tcPr>
            <w:tcW w:type="dxa" w:w="2880"/>
          </w:tcPr>
          <w:p>
            <w:r>
              <w:t>**Posición incorrecta**</w:t>
            </w:r>
          </w:p>
        </w:tc>
        <w:tc>
          <w:tcPr>
            <w:tcW w:type="dxa" w:w="2880"/>
          </w:tcPr>
          <w:p>
            <w:r>
              <w:t>Vía aérea no permeable</w:t>
            </w:r>
          </w:p>
        </w:tc>
        <w:tc>
          <w:tcPr>
            <w:tcW w:type="dxa" w:w="2880"/>
          </w:tcPr>
          <w:p>
            <w:r>
              <w:t>Recolocar cabeza en "olfateo" (si no hay trauma) o mantener alineación (trauma)</w:t>
            </w:r>
          </w:p>
        </w:tc>
      </w:tr>
      <w:tr>
        <w:tc>
          <w:tcPr>
            <w:tcW w:type="dxa" w:w="2880"/>
          </w:tcPr>
          <w:p>
            <w:r>
              <w:t>**Presión excesiva**</w:t>
            </w:r>
          </w:p>
        </w:tc>
        <w:tc>
          <w:tcPr>
            <w:tcW w:type="dxa" w:w="2880"/>
          </w:tcPr>
          <w:p>
            <w:r>
              <w:t>Insuflación gástrica, barotrauma</w:t>
            </w:r>
          </w:p>
        </w:tc>
        <w:tc>
          <w:tcPr>
            <w:tcW w:type="dxa" w:w="2880"/>
          </w:tcPr>
          <w:p>
            <w:r>
              <w:t>Ventilar suave y constante, no a golpes. Asegurar apertura óptima de vía aérea</w:t>
            </w:r>
          </w:p>
        </w:tc>
      </w:tr>
      <w:tr>
        <w:tc>
          <w:tcPr>
            <w:tcW w:type="dxa" w:w="2880"/>
          </w:tcPr>
          <w:p>
            <w:r>
              <w:t>**Frecuencia excesiva (hiperventilación)**</w:t>
            </w:r>
          </w:p>
        </w:tc>
        <w:tc>
          <w:tcPr>
            <w:tcW w:type="dxa" w:w="2880"/>
          </w:tcPr>
          <w:p>
            <w:r>
              <w:t>Reduce retorno venoso, empeora RCP</w:t>
            </w:r>
          </w:p>
        </w:tc>
        <w:tc>
          <w:tcPr>
            <w:tcW w:type="dxa" w:w="2880"/>
          </w:tcPr>
          <w:p>
            <w:r>
              <w:t>Respetar frecuencias objetivo: 10-12/min adultos, 12-20/min pediátrico</w:t>
            </w:r>
          </w:p>
        </w:tc>
      </w:tr>
      <w:tr>
        <w:tc>
          <w:tcPr>
            <w:tcW w:type="dxa" w:w="2880"/>
          </w:tcPr>
          <w:p>
            <w:r>
              <w:t>**Frecuencia insuficiente (hipoventilación)**</w:t>
            </w:r>
          </w:p>
        </w:tc>
        <w:tc>
          <w:tcPr>
            <w:tcW w:type="dxa" w:w="2880"/>
          </w:tcPr>
          <w:p>
            <w:r>
              <w:t>Hipoxia, EtCO₂ alto</w:t>
            </w:r>
          </w:p>
        </w:tc>
        <w:tc>
          <w:tcPr>
            <w:tcW w:type="dxa" w:w="2880"/>
          </w:tcPr>
          <w:p>
            <w:r>
              <w:t>Aumentar frecuencia o volumen de ventilación (vigilando no provocar barotrauma)</w:t>
            </w:r>
          </w:p>
        </w:tc>
      </w:tr>
      <w:tr>
        <w:tc>
          <w:tcPr>
            <w:tcW w:type="dxa" w:w="2880"/>
          </w:tcPr>
          <w:p>
            <w:r>
              <w:t>**No pre-oxigenar antes de intubación**</w:t>
            </w:r>
          </w:p>
        </w:tc>
        <w:tc>
          <w:tcPr>
            <w:tcW w:type="dxa" w:w="2880"/>
          </w:tcPr>
          <w:p>
            <w:r>
              <w:t>Desaturación durante intubación</w:t>
            </w:r>
          </w:p>
        </w:tc>
        <w:tc>
          <w:tcPr>
            <w:tcW w:type="dxa" w:w="2880"/>
          </w:tcPr>
          <w:p>
            <w:r>
              <w:t>Pre-oxigenar siempre: 3-5 minutos de ventilación con BVM y O₂ al 100%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CALIDAD/SEGURIDAD</w:t>
      </w:r>
    </w:p>
    <w:p>
      <w:r>
        <w:t>**Métricas de Éxito Operativo:**</w:t>
      </w:r>
    </w:p>
    <w:p>
      <w:pPr>
        <w:pStyle w:val="ListBullet"/>
      </w:pPr>
      <w:r>
        <w:t>✅ Elevación simétrica y adecuada del tórax</w:t>
      </w:r>
    </w:p>
    <w:p>
      <w:pPr>
        <w:pStyle w:val="ListBullet"/>
      </w:pPr>
      <w:r>
        <w:t>✅ Murmullo vesicular bilateral y simétrico</w:t>
      </w:r>
    </w:p>
    <w:p>
      <w:pPr>
        <w:pStyle w:val="ListBullet"/>
      </w:pPr>
      <w:r>
        <w:t>✅ Mejoría de SpO₂</w:t>
      </w:r>
    </w:p>
    <w:p>
      <w:pPr>
        <w:pStyle w:val="ListBullet"/>
      </w:pPr>
      <w:r>
        <w:t>✅ EtCO₂ presente (si se usa capnografía)</w:t>
      </w:r>
    </w:p>
    <w:p>
      <w:pPr>
        <w:pStyle w:val="ListBullet"/>
      </w:pPr>
      <w:r>
        <w:t>✅ Sin insuflación gástrica excesiva</w:t>
      </w:r>
    </w:p>
    <w:p>
      <w:pPr>
        <w:pStyle w:val="ListBullet"/>
      </w:pPr>
      <w:r>
        <w:t>✅ Frecuencia correcta según edad</w:t>
      </w:r>
    </w:p>
    <w:p>
      <w:r>
        <w:t>**Señales de Alerta:**</w:t>
      </w:r>
    </w:p>
    <w:p>
      <w:pPr>
        <w:pStyle w:val="ListBullet"/>
      </w:pPr>
      <w:r>
        <w:t>❌ Tórax no se eleva → **RE-EVALUAR**, verificar sellado, vía aérea, posición</w:t>
      </w:r>
    </w:p>
    <w:p>
      <w:pPr>
        <w:pStyle w:val="ListBullet"/>
      </w:pPr>
      <w:r>
        <w:t>❌ SpO₂ no mejora → Verificar técnica, considerar cánula orofaríngea, aspirar secreciones</w:t>
      </w:r>
    </w:p>
    <w:p>
      <w:pPr>
        <w:pStyle w:val="ListBullet"/>
      </w:pPr>
      <w:r>
        <w:t>❌ Insuflación gástrica grave → Asegurar apertura óptima de vía aérea, considerar descompresión gástrica</w:t>
      </w:r>
    </w:p>
    <w:p>
      <w:pPr>
        <w:pStyle w:val="ListBullet"/>
      </w:pPr>
      <w:r>
        <w:t>❌ Hiperventilación → Respetar frecuencias objetivo, no hiperventilar en RCP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1.2 (ABCDE Operativo) - Evaluación primaria (B - Breathing)</w:t>
      </w:r>
    </w:p>
    <w:p>
      <w:pPr>
        <w:pStyle w:val="ListBullet"/>
      </w:pPr>
      <w:r>
        <w:t>1.5 (Pulsioxímetro) - Monitorización de SpO₂</w:t>
      </w:r>
    </w:p>
    <w:p>
      <w:pPr>
        <w:pStyle w:val="ListBullet"/>
      </w:pPr>
      <w:r>
        <w:t>3.0-3.1 (Oxigenoterapia) - Fundamentos</w:t>
      </w:r>
    </w:p>
    <w:p>
      <w:r>
        <w:t>**Capítulos Relacionados (Consultar junto):**</w:t>
      </w:r>
    </w:p>
    <w:p>
      <w:pPr>
        <w:pStyle w:val="ListBullet"/>
      </w:pPr>
      <w:r>
        <w:t>2.6 (Cánulas OPA/NPA) - Mantenimiento de vía aérea</w:t>
      </w:r>
    </w:p>
    <w:p>
      <w:pPr>
        <w:pStyle w:val="ListBullet"/>
      </w:pPr>
      <w:r>
        <w:t>2.7 (Aspiración) - Limpieza de secreciones</w:t>
      </w:r>
    </w:p>
    <w:p>
      <w:pPr>
        <w:pStyle w:val="ListBullet"/>
      </w:pPr>
      <w:r>
        <w:t>2.1-2.3 (RCP) - Aplicación en RCP</w:t>
      </w:r>
    </w:p>
    <w:p>
      <w:pPr>
        <w:pStyle w:val="ListBullet"/>
      </w:pPr>
      <w:r>
        <w:t>3.19 (Vía Aérea Avanzada) - Transición a técnicas avanzadas</w:t>
      </w:r>
    </w:p>
    <w:p>
      <w:r>
        <w:t>**Capítulos Siguientes (Leer después):**</w:t>
      </w:r>
    </w:p>
    <w:p>
      <w:pPr>
        <w:pStyle w:val="ListBullet"/>
      </w:pPr>
      <w:r>
        <w:t>2.6 (Cánulas OPA/NPA) - Mantenimiento de vía aérea</w:t>
      </w:r>
    </w:p>
    <w:p>
      <w:pPr>
        <w:pStyle w:val="ListBullet"/>
      </w:pPr>
      <w:r>
        <w:t>2.7 (Aspiración) - Limpieza de secreciones</w:t>
      </w:r>
    </w:p>
    <w:p>
      <w:pPr>
        <w:pStyle w:val="ListBullet"/>
      </w:pPr>
      <w:r>
        <w:t>3.19 (Vía Aérea Avanzada) - Técnicas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INDICACIONES</w:t>
      </w:r>
    </w:p>
    <w:p>
      <w:pPr>
        <w:pStyle w:val="ListBullet"/>
      </w:pPr>
      <w:r>
        <w:t>Apnea o respiración ineficaz (boqueadas, frecuencia &lt;10 rpm).</w:t>
      </w:r>
    </w:p>
    <w:p>
      <w:pPr>
        <w:pStyle w:val="ListBullet"/>
      </w:pPr>
      <w:r>
        <w:t>Insuficiencia respiratoria grave (SpO₂ &lt;90% a pesar de oxígeno con mascarilla).</w:t>
      </w:r>
    </w:p>
    <w:p>
      <w:pPr>
        <w:pStyle w:val="ListBullet"/>
      </w:pPr>
      <w:r>
        <w:t>Paciente inconsciente sin reflejo nauseoso (para proteger vía aérea).</w:t>
      </w:r>
    </w:p>
    <w:p>
      <w:pPr>
        <w:pStyle w:val="ListBullet"/>
      </w:pPr>
      <w:r>
        <w:t>Como medida de pre-oxigenación antes de la intubación.</w:t>
      </w:r>
    </w:p>
    <w:p>
      <w:pPr>
        <w:pStyle w:val="ListBullet"/>
      </w:pPr>
      <w:r>
        <w:t>Durante la RCP (ciclo 30:2 o ventilaciones continuas si vía aérea avanzada establecida).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MATERIAL NECESARIO</w:t>
      </w:r>
    </w:p>
    <w:p>
      <w:pPr>
        <w:pStyle w:val="ListBullet"/>
      </w:pPr>
      <w:r>
        <w:t>Bolsa autoinflable de volumen adulto (≈1.5-2L) o pediátrica (≈450mL).</w:t>
      </w:r>
    </w:p>
    <w:p>
      <w:pPr>
        <w:pStyle w:val="ListBullet"/>
      </w:pPr>
      <w:r>
        <w:t>Mascarilla facial transparente de tamaño adecuado (tamaños: neonato, infantil, pequeño adulto, adulto).</w:t>
      </w:r>
    </w:p>
    <w:p>
      <w:pPr>
        <w:pStyle w:val="ListBullet"/>
      </w:pPr>
      <w:r>
        <w:t>Válvula unidireccional (evita reinhalación).</w:t>
      </w:r>
    </w:p>
    <w:p>
      <w:pPr>
        <w:pStyle w:val="ListBullet"/>
      </w:pPr>
      <w:r>
        <w:t>Reservorio de oxígeno.</w:t>
      </w:r>
    </w:p>
    <w:p>
      <w:pPr>
        <w:pStyle w:val="ListBullet"/>
      </w:pPr>
      <w:r>
        <w:t>Fuente de oxígeno a 15 L/min.</w:t>
      </w:r>
    </w:p>
    <w:p>
      <w:pPr>
        <w:pStyle w:val="ListBullet"/>
      </w:pPr>
      <w:r>
        <w:t>Cánulas orofaríngeas (tallas 2-4) y/o nasofaríngeas.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TÉCNICA DE VENTILACIÓN CON UN Y DOS REANIMADORES</w:t>
      </w:r>
    </w:p>
    <w:p>
      <w:pPr>
        <w:pStyle w:val="Heading3"/>
      </w:pPr>
      <w:r>
        <w:t>PREPARACIÓN (AMBOS CASOS)</w:t>
      </w:r>
    </w:p>
    <w:p>
      <w:pPr>
        <w:pStyle w:val="ListNumber"/>
      </w:pPr>
      <w:r>
        <w:t>Conectar la bolsa a la fuente de oxígeno a 15 L/min y al reservorio.</w:t>
      </w:r>
    </w:p>
    <w:p>
      <w:pPr>
        <w:pStyle w:val="ListNumber"/>
      </w:pPr>
      <w:r>
        <w:t>Comprobar que el reservorio se llena completamente.</w:t>
      </w:r>
    </w:p>
    <w:p>
      <w:pPr>
        <w:pStyle w:val="ListNumber"/>
      </w:pPr>
      <w:r>
        <w:t>Elegir mascarilla del tamaño adecuado: Debe cubrir desde el puente de la nariz hasta el surco mentoniano, sin presionar los ojos.</w:t>
      </w:r>
    </w:p>
    <w:p>
      <w:pPr>
        <w:pStyle w:val="ListNumber"/>
      </w:pPr>
      <w:r>
        <w:t>Posicionar al paciente en "olfateo" (si no hay trauma cervical): extensión cervical moderada.</w:t>
      </w:r>
    </w:p>
    <w:p>
      <w:pPr>
        <w:pStyle w:val="Heading3"/>
      </w:pPr>
      <w:r>
        <w:t>VENTILACIÓN CON UN REANIMADOR (TÉCNICA "E-C")</w:t>
      </w:r>
    </w:p>
    <w:p>
      <w:r>
        <w:t>**Posición:** A la cabecera del paciente.</w:t>
      </w:r>
    </w:p>
    <w:p>
      <w:r>
        <w:t>**Mano no dominante:** Formar una "C" con el pulgar e índice para sellar la mascarilla contra la cara. Los otros tres dedos forman una "E" para realizar la maniobra de elevación del mentón (tirar del ángulo mandibular hacia arriba).</w:t>
      </w:r>
    </w:p>
    <w:p>
      <w:r>
        <w:t>**Mano dominante:** Comprime la bolsa suave y uniformemente, observando la elevación del tórax.</w:t>
      </w:r>
    </w:p>
    <w:p>
      <w:r>
        <w:t>**Volumen y frecuencia:**</w:t>
      </w:r>
    </w:p>
    <w:p>
      <w:pPr>
        <w:pStyle w:val="ListBullet"/>
      </w:pPr>
      <w:r>
        <w:t>**Adulto:** Aprox. 500-600 mL por insuflación (volumen suficiente para ver elevarse el tórax), durante 1 segundo. Frecuencia: 10-12 ventilaciones/minuto (cada 5-6 segundos) o según protocolo RCP.</w:t>
      </w:r>
    </w:p>
    <w:p>
      <w:pPr>
        <w:pStyle w:val="ListBullet"/>
      </w:pPr>
      <w:r>
        <w:t>**Niño/Lactante:** Volumen suficiente para ver elevarse el tórax (bolsa más pequeña). Frecuencia: 12-20 ventilaciones/minuto según edad.</w:t>
      </w:r>
    </w:p>
    <w:p>
      <w:pPr>
        <w:pStyle w:val="Heading3"/>
      </w:pPr>
      <w:r>
        <w:t>VENTILACIÓN CON DOS REANIMADORES (ÓPTIMA)</w:t>
      </w:r>
    </w:p>
    <w:p>
      <w:r>
        <w:t>**Reanimador 1 (en cabecera):** Se encarga exclusivamente del sellado de la mascarilla y la apertura de la vía aérea con la técnica E-C a dos manos. Esto mejora drásticamente el sellado y la permeabilidad.</w:t>
      </w:r>
    </w:p>
    <w:p>
      <w:r>
        <w:t>**Reanimador 2 (al lado):** Se encarga exclusivamente de comprimir la bolsa al ritmo adecuado, observando la elevación torácica.</w:t>
      </w:r>
    </w:p>
    <w:p>
      <w:r>
        <w:t>**Ventajas:** Mayor eficacia ventilatoria, menor fatiga, menor insuflación gástrica.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EVALUACIÓN DE LA EFECTIVIDAD</w:t>
      </w:r>
    </w:p>
    <w:p>
      <w:pPr>
        <w:pStyle w:val="Heading3"/>
      </w:pPr>
      <w:r>
        <w:t>VISUAL</w:t>
      </w:r>
    </w:p>
    <w:p>
      <w:r>
        <w:t>Elevación simétrica y adecuada del tórax.</w:t>
      </w:r>
    </w:p>
    <w:p>
      <w:pPr>
        <w:pStyle w:val="Heading3"/>
      </w:pPr>
      <w:r>
        <w:t>AUSCULTACIÓN</w:t>
      </w:r>
    </w:p>
    <w:p>
      <w:r>
        <w:t>Murmullo vesicular bilateral y simétrico.</w:t>
      </w:r>
    </w:p>
    <w:p>
      <w:pPr>
        <w:pStyle w:val="Heading3"/>
      </w:pPr>
      <w:r>
        <w:t>MONITORIZACIÓN</w:t>
      </w:r>
    </w:p>
    <w:p>
      <w:r>
        <w:t>Mejoría de la SpO₂ y, si se usa, de la capnografía (la presencia de CO₂ esplírico confirma la ventilación alveolar).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COMPLICACIONES Y SOLUCIÓN DE PROBLEMAS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PROBLEMA</w:t>
            </w:r>
          </w:p>
        </w:tc>
        <w:tc>
          <w:tcPr>
            <w:tcW w:type="dxa" w:w="2880"/>
          </w:tcPr>
          <w:p>
            <w:r>
              <w:t>POSIBLES CAUSAS</w:t>
            </w:r>
          </w:p>
        </w:tc>
        <w:tc>
          <w:tcPr>
            <w:tcW w:type="dxa" w:w="2880"/>
          </w:tcPr>
          <w:p>
            <w:r>
              <w:t>SOLUCIONES</w:t>
            </w:r>
          </w:p>
        </w:tc>
      </w:tr>
      <w:tr>
        <w:tc>
          <w:tcPr>
            <w:tcW w:type="dxa" w:w="2880"/>
          </w:tcPr>
          <w:p>
            <w:r>
              <w:t>**El tórax no se eleva**</w:t>
            </w:r>
          </w:p>
        </w:tc>
        <w:tc>
          <w:tcPr>
            <w:tcW w:type="dxa" w:w="2880"/>
          </w:tcPr>
          <w:p>
            <w:r>
              <w:t>1. Sellado inadecuado.&lt;br&gt;2. Obstrucción vía aérea.&lt;br&gt;3. Posición incorrecta.</w:t>
            </w:r>
          </w:p>
        </w:tc>
        <w:tc>
          <w:tcPr>
            <w:tcW w:type="dxa" w:w="2880"/>
          </w:tcPr>
          <w:p>
            <w:r>
              <w:t>1. Reajustar mascarilla, usar técnica a dos manos.&lt;br&gt;2. Aspirar secreciones, usar cánula orofaríngea.&lt;br&gt;3. Recolocar cabeza en "olfateo".</w:t>
            </w:r>
          </w:p>
        </w:tc>
      </w:tr>
      <w:tr>
        <w:tc>
          <w:tcPr>
            <w:tcW w:type="dxa" w:w="2880"/>
          </w:tcPr>
          <w:p>
            <w:r>
              <w:t>**Insuficiencia gástrica**</w:t>
            </w:r>
          </w:p>
        </w:tc>
        <w:tc>
          <w:tcPr>
            <w:tcW w:type="dxa" w:w="2880"/>
          </w:tcPr>
          <w:p>
            <w:r>
              <w:t>Presión excesiva, vía aérea no totalmente permeable.</w:t>
            </w:r>
          </w:p>
        </w:tc>
        <w:tc>
          <w:tcPr>
            <w:tcW w:type="dxa" w:w="2880"/>
          </w:tcPr>
          <w:p>
            <w:r>
              <w:t>Asegurar apertura óptima de vía aérea. Ventilar suave y constante, no a golpes. Si es grave, considerar descompresión gástrica.</w:t>
            </w:r>
          </w:p>
        </w:tc>
      </w:tr>
      <w:tr>
        <w:tc>
          <w:tcPr>
            <w:tcW w:type="dxa" w:w="2880"/>
          </w:tcPr>
          <w:p>
            <w:r>
              <w:t>**Hipoventilación (EtCO₂ alto)**</w:t>
            </w:r>
          </w:p>
        </w:tc>
        <w:tc>
          <w:tcPr>
            <w:tcW w:type="dxa" w:w="2880"/>
          </w:tcPr>
          <w:p>
            <w:r>
              <w:t>Frecuencia o volumen insuficiente.</w:t>
            </w:r>
          </w:p>
        </w:tc>
        <w:tc>
          <w:tcPr>
            <w:tcW w:type="dxa" w:w="2880"/>
          </w:tcPr>
          <w:p>
            <w:r>
              <w:t>Aumentar frecuencia o volumen de ventilación (vigilando no provocar barotrauma).</w:t>
            </w:r>
          </w:p>
        </w:tc>
      </w:tr>
      <w:tr>
        <w:tc>
          <w:tcPr>
            <w:tcW w:type="dxa" w:w="2880"/>
          </w:tcPr>
          <w:p>
            <w:r>
              <w:t>**Hiperventilación (EtCO₂ bajo)**</w:t>
            </w:r>
          </w:p>
        </w:tc>
        <w:tc>
          <w:tcPr>
            <w:tcW w:type="dxa" w:w="2880"/>
          </w:tcPr>
          <w:p>
            <w:r>
              <w:t>Frecuencia excesiva (común en RCP).</w:t>
            </w:r>
          </w:p>
        </w:tc>
        <w:tc>
          <w:tcPr>
            <w:tcW w:type="dxa" w:w="2880"/>
          </w:tcPr>
          <w:p>
            <w:r>
              <w:t>Respetar frecuencias objetivo. En RCP, no hiperventilar (reduce retorno venoso).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PUNTOS CRÍTICOS TES</w:t>
      </w:r>
    </w:p>
    <w:p>
      <w:pPr>
        <w:pStyle w:val="ListBullet"/>
      </w:pPr>
      <w:r>
        <w:t>La prioridad es un buen **SELLADO** y una **VÍA AÉREA PERMEABLE**. Sin esto, por mucha fuerza que se haga con la bolsa, el aire no entrará a los pulmones.</w:t>
      </w:r>
    </w:p>
    <w:p>
      <w:pPr>
        <w:pStyle w:val="ListBullet"/>
      </w:pPr>
      <w:r>
        <w:t>**"Ver, Oír y Sentir":** Ver elevarse el tórax, oír la salida de aire, sentir la complianza de la bolsa.</w:t>
      </w:r>
    </w:p>
    <w:p>
      <w:pPr>
        <w:pStyle w:val="ListBullet"/>
      </w:pPr>
      <w:r>
        <w:t>En pacientes con trauma o sospecha de lesión cervical, realizar la maniobra de elevación de la mandíbula sin extensión del cuello.</w:t>
      </w:r>
    </w:p>
    <w:p>
      <w:pPr>
        <w:pStyle w:val="ListBullet"/>
      </w:pPr>
      <w:r>
        <w:t>**Pre-oxigenar siempre antes de intentar una intubación:** 3-5 minutos de ventilación con BVM y O₂ al 100%.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2.6 – Uso de Cánulas de Vías Aéreas (OPA/NPA): Técnica Operativa TES</w:t>
      </w:r>
    </w:p>
    <w:p>
      <w:pPr>
        <w:pStyle w:val="Heading1"/>
      </w:pPr>
      <w:r>
        <w:t>2.6 – Uso de Cánulas de Vías Aéreas (OPA/NPA): Técnica Operativa TES</w:t>
      </w:r>
    </w:p>
    <w:p>
      <w:pPr>
        <w:pStyle w:val="Heading2"/>
      </w:pPr>
      <w:r>
        <w:t>Manual TES Digital – Permeabilización Básica de Vía Aérea</w:t>
      </w:r>
    </w:p>
    <w:p>
      <w:r>
        <w:t>**Versión:** 1.0</w:t>
      </w:r>
    </w:p>
    <w:p>
      <w:r>
        <w:t>**Fecha:** 2024-12-19</w:t>
      </w:r>
    </w:p>
    <w:p>
      <w:r>
        <w:t>**Tipo:** Bloque Operativo - Procedimiento TES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Impedir que la lengua obstruya la orofaringe en pacientes inconscientes sin reflejo nauseoso (OPA) o mantener permeable la vía aérea en pacientes con disminución del nivel de conciencia pero con reflejo nauseoso presente (NPA).</w:t>
      </w:r>
    </w:p>
    <w:p>
      <w:r>
        <w:t>**Características:**</w:t>
      </w:r>
    </w:p>
    <w:p>
      <w:pPr>
        <w:pStyle w:val="ListBullet"/>
      </w:pPr>
      <w:r>
        <w:t>✅ Cánulas orofaríngeas (OPA/Guedel)</w:t>
      </w:r>
    </w:p>
    <w:p>
      <w:pPr>
        <w:pStyle w:val="ListBullet"/>
      </w:pPr>
      <w:r>
        <w:t>✅ Cánulas nasofaríngeas (NPA/Trompeta)</w:t>
      </w:r>
    </w:p>
    <w:p>
      <w:pPr>
        <w:pStyle w:val="ListBullet"/>
      </w:pPr>
      <w:r>
        <w:t>✅ Técnicas de inserción</w:t>
      </w:r>
    </w:p>
    <w:p>
      <w:pPr>
        <w:pStyle w:val="ListBullet"/>
      </w:pPr>
      <w:r>
        <w:t>✅ Comparativa y selección</w:t>
      </w:r>
    </w:p>
    <w:p>
      <w:pPr>
        <w:pStyle w:val="ListBullet"/>
      </w:pPr>
      <w:r>
        <w:t>❌ NO dispositivos avanzados (ver 3.19)</w:t>
      </w:r>
    </w:p>
    <w:p>
      <w:pPr>
        <w:pStyle w:val="ListBullet"/>
      </w:pPr>
      <w:r>
        <w:t>❌ NO decisiones terapéuticas (criterio médico)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Paciente inconsciente sin reflejo nauseoso (OPA)</w:t>
      </w:r>
    </w:p>
    <w:p>
      <w:pPr>
        <w:pStyle w:val="ListBullet"/>
      </w:pPr>
      <w:r>
        <w:t>Paciente con disminución del nivel de conciencia pero con reflejo nauseoso presente (NPA)</w:t>
      </w:r>
    </w:p>
    <w:p>
      <w:pPr>
        <w:pStyle w:val="ListBullet"/>
      </w:pPr>
      <w:r>
        <w:t>Crisis epilépticas post-ictales (NPA)</w:t>
      </w:r>
    </w:p>
    <w:p>
      <w:pPr>
        <w:pStyle w:val="ListBullet"/>
      </w:pPr>
      <w:r>
        <w:t>Ruidos obstructivos (ronquidos, gorgoteo) en paciente inconsciente</w:t>
      </w:r>
    </w:p>
    <w:p>
      <w:pPr>
        <w:pStyle w:val="ListBullet"/>
      </w:pPr>
      <w:r>
        <w:t>Parte del algoritmo de manejo de vía aérea básica</w:t>
      </w:r>
    </w:p>
    <w:p>
      <w:r>
        <w:t>**Criterios de activación:**</w:t>
      </w:r>
    </w:p>
    <w:p>
      <w:pPr>
        <w:pStyle w:val="ListBullet"/>
      </w:pPr>
      <w:r>
        <w:t>Paciente inconsciente con ruidos obstructivos</w:t>
      </w:r>
    </w:p>
    <w:p>
      <w:pPr>
        <w:pStyle w:val="ListBullet"/>
      </w:pPr>
      <w:r>
        <w:t>Evaluación de reflejo nauseoso realizada</w:t>
      </w:r>
    </w:p>
    <w:p>
      <w:pPr>
        <w:pStyle w:val="ListBullet"/>
      </w:pPr>
      <w:r>
        <w:t>Necesidad de mantener vía aérea permeable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1.2 (ABCDE Operativo) - Evaluación primaria (A - Airway)</w:t>
      </w:r>
    </w:p>
    <w:p>
      <w:pPr>
        <w:pStyle w:val="ListBullet"/>
      </w:pPr>
      <w:r>
        <w:t>2.5 (Ventilación BVM) - Integración con ventilación</w:t>
      </w:r>
    </w:p>
    <w:p>
      <w:pPr>
        <w:pStyle w:val="ListBullet"/>
      </w:pPr>
      <w:r>
        <w:t>1.3 (Glasgow Operativo) - Evaluación de nivel de conciencia</w:t>
      </w:r>
    </w:p>
    <w:p>
      <w:r>
        <w:t>**Capítulos relacionados:**</w:t>
      </w:r>
    </w:p>
    <w:p>
      <w:pPr>
        <w:pStyle w:val="ListBullet"/>
      </w:pPr>
      <w:r>
        <w:t>2.5 (Ventilación BVM) - Integración con ventilación</w:t>
      </w:r>
    </w:p>
    <w:p>
      <w:pPr>
        <w:pStyle w:val="ListBullet"/>
      </w:pPr>
      <w:r>
        <w:t>2.7 (Aspiración) - Limpieza de secreciones antes/después</w:t>
      </w:r>
    </w:p>
    <w:p>
      <w:pPr>
        <w:pStyle w:val="ListBullet"/>
      </w:pPr>
      <w:r>
        <w:t>3.19 (Vía Aérea Avanzada) - Transición a técnicas avanzadas</w:t>
      </w:r>
    </w:p>
    <w:p>
      <w:r>
        <w:t>**Capítulos siguientes:**</w:t>
      </w:r>
    </w:p>
    <w:p>
      <w:pPr>
        <w:pStyle w:val="ListBullet"/>
      </w:pPr>
      <w:r>
        <w:t>2.7 (Aspiración) - Limpieza de secreciones</w:t>
      </w:r>
    </w:p>
    <w:p>
      <w:pPr>
        <w:pStyle w:val="ListBullet"/>
      </w:pPr>
      <w:r>
        <w:t>2.8 (Posiciones de Seguridad) - Posición lateral de seguridad</w:t>
      </w:r>
    </w:p>
    <w:p>
      <w:pPr>
        <w:pStyle w:val="ListBullet"/>
      </w:pPr>
      <w:r>
        <w:t>3.19 (Vía Aérea Avanzada) - Técnicas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**Cánula Orofaríngea (OPA/Guedel)**</w:t>
      </w:r>
    </w:p>
    <w:p>
      <w:pPr>
        <w:pStyle w:val="ListBullet"/>
      </w:pPr>
      <w:r>
        <w:t>Indicaciones y contraindicaciones</w:t>
      </w:r>
    </w:p>
    <w:p>
      <w:pPr>
        <w:pStyle w:val="ListBullet"/>
      </w:pPr>
      <w:r>
        <w:t>Técnica de inserción (método directo, con depresor)</w:t>
      </w:r>
    </w:p>
    <w:p>
      <w:pPr>
        <w:pStyle w:val="ListBullet"/>
      </w:pPr>
      <w:r>
        <w:t>Selección de talla</w:t>
      </w:r>
    </w:p>
    <w:p>
      <w:pPr>
        <w:pStyle w:val="ListNumber"/>
      </w:pPr>
      <w:r>
        <w:t>**Cánula Nasofaríngea (NPA/Trompeta)**</w:t>
      </w:r>
    </w:p>
    <w:p>
      <w:pPr>
        <w:pStyle w:val="ListBullet"/>
      </w:pPr>
      <w:r>
        <w:t>Indicaciones y contraindicaciones</w:t>
      </w:r>
    </w:p>
    <w:p>
      <w:pPr>
        <w:pStyle w:val="ListBullet"/>
      </w:pPr>
      <w:r>
        <w:t>Técnica de inserción</w:t>
      </w:r>
    </w:p>
    <w:p>
      <w:pPr>
        <w:pStyle w:val="ListBullet"/>
      </w:pPr>
      <w:r>
        <w:t>Selección de talla</w:t>
      </w:r>
    </w:p>
    <w:p>
      <w:pPr>
        <w:pStyle w:val="ListNumber"/>
      </w:pPr>
      <w:r>
        <w:t>**Comparativa OPA vs. NPA**</w:t>
      </w:r>
    </w:p>
    <w:p>
      <w:pPr>
        <w:pStyle w:val="ListBullet"/>
      </w:pPr>
      <w:r>
        <w:t>Cuándo usar cada una</w:t>
      </w:r>
    </w:p>
    <w:p>
      <w:pPr>
        <w:pStyle w:val="ListBullet"/>
      </w:pPr>
      <w:r>
        <w:t>Ventajas y desventajas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**Selección de dispositivo:** ¿OPA o NPA según reflejo nauseoso?</w:t>
      </w:r>
    </w:p>
    <w:p>
      <w:pPr>
        <w:pStyle w:val="ListBullet"/>
      </w:pPr>
      <w:r>
        <w:t>**Talla correcta:** ¿Medición adecuada antes de inserción?</w:t>
      </w:r>
    </w:p>
    <w:p>
      <w:pPr>
        <w:pStyle w:val="ListBullet"/>
      </w:pPr>
      <w:r>
        <w:t>**Técnica de inserción:** ¿Método directo o con depresor (OPA)? ¿Lubricación adecuada (NPA)?</w:t>
      </w:r>
    </w:p>
    <w:p>
      <w:pPr>
        <w:pStyle w:val="ListBullet"/>
      </w:pPr>
      <w:r>
        <w:t>**Reevaluación:** ¿Paciente recupera reflejo nauseoso? → Retirar OPA inmediatamente</w:t>
      </w:r>
    </w:p>
    <w:p>
      <w:pPr>
        <w:pStyle w:val="ListBullet"/>
      </w:pPr>
      <w:r>
        <w:t>**Integración:** ¿Con BVM? ¿Con aspiración?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**Insertar OPA en paciente consciente o con reflejo nauseoso**</w:t>
            </w:r>
          </w:p>
        </w:tc>
        <w:tc>
          <w:tcPr>
            <w:tcW w:type="dxa" w:w="2880"/>
          </w:tcPr>
          <w:p>
            <w:r>
              <w:t>Vómitos, laringoespasmo, aspiración</w:t>
            </w:r>
          </w:p>
        </w:tc>
        <w:tc>
          <w:tcPr>
            <w:tcW w:type="dxa" w:w="2880"/>
          </w:tcPr>
          <w:p>
            <w:r>
              <w:t>Evaluar reflejo nauseoso primero. Si hay reflejo: usar NPA o no insertar</w:t>
            </w:r>
          </w:p>
        </w:tc>
      </w:tr>
      <w:tr>
        <w:tc>
          <w:tcPr>
            <w:tcW w:type="dxa" w:w="2880"/>
          </w:tcPr>
          <w:p>
            <w:r>
              <w:t>**Forzar inserción de NPA**</w:t>
            </w:r>
          </w:p>
        </w:tc>
        <w:tc>
          <w:tcPr>
            <w:tcW w:type="dxa" w:w="2880"/>
          </w:tcPr>
          <w:p>
            <w:r>
              <w:t>Lesión mucosa, epistaxis, riesgo de penetración intracraneal en fractura base cráneo</w:t>
            </w:r>
          </w:p>
        </w:tc>
        <w:tc>
          <w:tcPr>
            <w:tcW w:type="dxa" w:w="2880"/>
          </w:tcPr>
          <w:p>
            <w:r>
              <w:t>NO FORZAR. Si hay resistencia: retirar, intentar otro orificio nasal o talla más pequeña</w:t>
            </w:r>
          </w:p>
        </w:tc>
      </w:tr>
      <w:tr>
        <w:tc>
          <w:tcPr>
            <w:tcW w:type="dxa" w:w="2880"/>
          </w:tcPr>
          <w:p>
            <w:r>
              <w:t>**Talla incorrecta**</w:t>
            </w:r>
          </w:p>
        </w:tc>
        <w:tc>
          <w:tcPr>
            <w:tcW w:type="dxa" w:w="2880"/>
          </w:tcPr>
          <w:p>
            <w:r>
              <w:t>Inserción incompleta o excesiva, inefectiva</w:t>
            </w:r>
          </w:p>
        </w:tc>
        <w:tc>
          <w:tcPr>
            <w:tcW w:type="dxa" w:w="2880"/>
          </w:tcPr>
          <w:p>
            <w:r>
              <w:t>Medir correctamente: OPA (comisura labial a ángulo mandíbula), NPA (nariz a trago)</w:t>
            </w:r>
          </w:p>
        </w:tc>
      </w:tr>
      <w:tr>
        <w:tc>
          <w:tcPr>
            <w:tcW w:type="dxa" w:w="2880"/>
          </w:tcPr>
          <w:p>
            <w:r>
              <w:t>**No retirar OPA si paciente recupera reflejo nauseoso**</w:t>
            </w:r>
          </w:p>
        </w:tc>
        <w:tc>
          <w:tcPr>
            <w:tcW w:type="dxa" w:w="2880"/>
          </w:tcPr>
          <w:p>
            <w:r>
              <w:t>Vómitos, aspiración, laringoespasmo</w:t>
            </w:r>
          </w:p>
        </w:tc>
        <w:tc>
          <w:tcPr>
            <w:tcW w:type="dxa" w:w="2880"/>
          </w:tcPr>
          <w:p>
            <w:r>
              <w:t>REEVALUAR CONSTANTEMENTE. Si recupera reflejo: RETIRAR INMEDIATAMENTE</w:t>
            </w:r>
          </w:p>
        </w:tc>
      </w:tr>
      <w:tr>
        <w:tc>
          <w:tcPr>
            <w:tcW w:type="dxa" w:w="2880"/>
          </w:tcPr>
          <w:p>
            <w:r>
              <w:t>**Insertar NPA en sospecha de fractura base cráneo**</w:t>
            </w:r>
          </w:p>
        </w:tc>
        <w:tc>
          <w:tcPr>
            <w:tcW w:type="dxa" w:w="2880"/>
          </w:tcPr>
          <w:p>
            <w:r>
              <w:t>Riesgo de penetración intracraneal</w:t>
            </w:r>
          </w:p>
        </w:tc>
        <w:tc>
          <w:tcPr>
            <w:tcW w:type="dxa" w:w="2880"/>
          </w:tcPr>
          <w:p>
            <w:r>
              <w:t>NO usar NPA si hay sospecha de fractura base cráneo (líquido cefalorraquídeo, equimosis periorbitaria)</w:t>
            </w:r>
          </w:p>
        </w:tc>
      </w:tr>
      <w:tr>
        <w:tc>
          <w:tcPr>
            <w:tcW w:type="dxa" w:w="2880"/>
          </w:tcPr>
          <w:p>
            <w:r>
              <w:t>**No lubricar NPA**</w:t>
            </w:r>
          </w:p>
        </w:tc>
        <w:tc>
          <w:tcPr>
            <w:tcW w:type="dxa" w:w="2880"/>
          </w:tcPr>
          <w:p>
            <w:r>
              <w:t>Dificultad de inserción, lesión mucosa</w:t>
            </w:r>
          </w:p>
        </w:tc>
        <w:tc>
          <w:tcPr>
            <w:tcW w:type="dxa" w:w="2880"/>
          </w:tcPr>
          <w:p>
            <w:r>
              <w:t>Lubricar abundantemente con gel hidrosoluble o lidocaína gel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Dispositivo correcto seleccionado según reflejo nauseoso (OPA sin reflejo, NPA con reflejo)</w:t>
      </w:r>
    </w:p>
    <w:p>
      <w:pPr>
        <w:pStyle w:val="ListBullet"/>
      </w:pPr>
      <w:r>
        <w:t>✅ Talla correcta medida y seleccionada</w:t>
      </w:r>
    </w:p>
    <w:p>
      <w:pPr>
        <w:pStyle w:val="ListBullet"/>
      </w:pPr>
      <w:r>
        <w:t>✅ Inserción realizada correctamente (sin forzar)</w:t>
      </w:r>
    </w:p>
    <w:p>
      <w:pPr>
        <w:pStyle w:val="ListBullet"/>
      </w:pPr>
      <w:r>
        <w:t>✅ Vía aérea mejorada (ruidos obstructivos disminuidos)</w:t>
      </w:r>
    </w:p>
    <w:p>
      <w:pPr>
        <w:pStyle w:val="ListBullet"/>
      </w:pPr>
      <w:r>
        <w:t>✅ Reevaluación constante realizada (especialmente reflejo nauseoso)</w:t>
      </w:r>
    </w:p>
    <w:p>
      <w:pPr>
        <w:pStyle w:val="ListBullet"/>
      </w:pPr>
      <w:r>
        <w:t>✅ Retirada inmediata si paciente recupera reflejo (OPA)</w:t>
      </w:r>
    </w:p>
    <w:p>
      <w:r>
        <w:t>**Señales de Alerta:**</w:t>
      </w:r>
    </w:p>
    <w:p>
      <w:pPr>
        <w:pStyle w:val="ListBullet"/>
      </w:pPr>
      <w:r>
        <w:t>❌ Paciente con reflejo nauseoso y OPA insertada → Vómitos, aspiración, RETIRAR INMEDIATAMENTE</w:t>
      </w:r>
    </w:p>
    <w:p>
      <w:pPr>
        <w:pStyle w:val="ListBullet"/>
      </w:pPr>
      <w:r>
        <w:t>❌ Resistencia al insertar NPA → NO FORZAR, retirar e intentar otra opción</w:t>
      </w:r>
    </w:p>
    <w:p>
      <w:pPr>
        <w:pStyle w:val="ListBullet"/>
      </w:pPr>
      <w:r>
        <w:t>❌ Sospecha fractura base cráneo y NPA → NO usar NPA, usar otras técnicas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1.2 (ABCDE Operativo) - Evaluación primaria (A - Airway)</w:t>
      </w:r>
    </w:p>
    <w:p>
      <w:pPr>
        <w:pStyle w:val="ListBullet"/>
      </w:pPr>
      <w:r>
        <w:t>2.5 (Ventilación BVM) - Integración con ventilación</w:t>
      </w:r>
    </w:p>
    <w:p>
      <w:pPr>
        <w:pStyle w:val="ListBullet"/>
      </w:pPr>
      <w:r>
        <w:t>1.3 (Glasgow Operativo) - Evaluación de nivel de conciencia</w:t>
      </w:r>
    </w:p>
    <w:p>
      <w:r>
        <w:t>**Capítulos Relacionados (Consultar junto):**</w:t>
      </w:r>
    </w:p>
    <w:p>
      <w:pPr>
        <w:pStyle w:val="ListBullet"/>
      </w:pPr>
      <w:r>
        <w:t>2.5 (Ventilación BVM) - Integración con ventilación</w:t>
      </w:r>
    </w:p>
    <w:p>
      <w:pPr>
        <w:pStyle w:val="ListBullet"/>
      </w:pPr>
      <w:r>
        <w:t>2.7 (Aspiración) - Limpieza de secreciones antes/después</w:t>
      </w:r>
    </w:p>
    <w:p>
      <w:pPr>
        <w:pStyle w:val="ListBullet"/>
      </w:pPr>
      <w:r>
        <w:t>3.19 (Vía Aérea Avanzada) - Transición a técnicas avanzadas</w:t>
      </w:r>
    </w:p>
    <w:p>
      <w:r>
        <w:t>**Capítulos Siguientes (Leer después):**</w:t>
      </w:r>
    </w:p>
    <w:p>
      <w:pPr>
        <w:pStyle w:val="ListBullet"/>
      </w:pPr>
      <w:r>
        <w:t>2.7 (Aspiración) - Limpieza de secreciones</w:t>
      </w:r>
    </w:p>
    <w:p>
      <w:pPr>
        <w:pStyle w:val="ListBullet"/>
      </w:pPr>
      <w:r>
        <w:t>2.8 (Posiciones de Seguridad) - Posición lateral de seguridad</w:t>
      </w:r>
    </w:p>
    <w:p>
      <w:pPr>
        <w:pStyle w:val="ListBullet"/>
      </w:pPr>
      <w:r>
        <w:t>3.19 (Vía Aérea Avanzada) - Técnicas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CÁNULA OROFARÍNGEA (OPA / Guedel)</w:t>
      </w:r>
    </w:p>
    <w:p>
      <w:pPr>
        <w:pStyle w:val="Heading3"/>
      </w:pPr>
      <w:r>
        <w:t>Objetivo</w:t>
      </w:r>
    </w:p>
    <w:p>
      <w:r>
        <w:t>Impedir que la lengua obstruya la orofaringe en pacientes inconscientes sin reflejo nauseoso.</w:t>
      </w:r>
    </w:p>
    <w:p>
      <w:pPr>
        <w:pStyle w:val="Heading3"/>
      </w:pPr>
      <w:r>
        <w:t>Contraindicaciones ABSOLUTAS</w:t>
      </w:r>
    </w:p>
    <w:p>
      <w:pPr>
        <w:pStyle w:val="ListBullet"/>
      </w:pPr>
      <w:r>
        <w:t>Paciente consciente o con reflejo nauseoso presente (provocará vómitos y laringoespasmo).</w:t>
      </w:r>
    </w:p>
    <w:p>
      <w:pPr>
        <w:pStyle w:val="ListBullet"/>
      </w:pPr>
      <w:r>
        <w:t>Trauma oral/facial severo.</w:t>
      </w:r>
    </w:p>
    <w:p>
      <w:pPr>
        <w:pStyle w:val="Heading3"/>
      </w:pPr>
      <w:r>
        <w:t>Técnica de Inserción</w:t>
      </w:r>
    </w:p>
    <w:p>
      <w:r>
        <w:t>**Seleccionar talla:**</w:t>
      </w:r>
    </w:p>
    <w:p>
      <w:pPr>
        <w:pStyle w:val="ListBullet"/>
      </w:pPr>
      <w:r>
        <w:t>Medir desde la comisura labial hasta el lóbulo de la oreja o el ángulo de la mandíbula.</w:t>
      </w:r>
    </w:p>
    <w:p>
      <w:r>
        <w:t>**Abrir la boca:**</w:t>
      </w:r>
    </w:p>
    <w:p>
      <w:pPr>
        <w:pStyle w:val="ListBullet"/>
      </w:pPr>
      <w:r>
        <w:t>Maniobra cruzada de dedos o presión mandibular.</w:t>
      </w:r>
    </w:p>
    <w:p>
      <w:r>
        <w:t>**Dos métodos:**</w:t>
      </w:r>
    </w:p>
    <w:p>
      <w:r>
        <w:t>**Método Directo (Rotación 180º):**</w:t>
      </w:r>
    </w:p>
    <w:p>
      <w:pPr>
        <w:pStyle w:val="ListNumber"/>
      </w:pPr>
      <w:r>
        <w:t>Introducir la cánula con la curvatura hacia el paladar.</w:t>
      </w:r>
    </w:p>
    <w:p>
      <w:pPr>
        <w:pStyle w:val="ListNumber"/>
      </w:pPr>
      <w:r>
        <w:t>Avanzar hasta la parte posterior de la lengua.</w:t>
      </w:r>
    </w:p>
    <w:p>
      <w:pPr>
        <w:pStyle w:val="ListNumber"/>
      </w:pPr>
      <w:r>
        <w:t>Rotar 180 grados hasta que la punta quede orientada hacia la laringe.</w:t>
      </w:r>
    </w:p>
    <w:p>
      <w:r>
        <w:t>**Método con Depresor Lingual:**</w:t>
      </w:r>
    </w:p>
    <w:p>
      <w:pPr>
        <w:pStyle w:val="ListNumber"/>
      </w:pPr>
      <w:r>
        <w:t>Con un depresor, empujar la lengua hacia abajo.</w:t>
      </w:r>
    </w:p>
    <w:p>
      <w:pPr>
        <w:pStyle w:val="ListNumber"/>
      </w:pPr>
      <w:r>
        <w:t>Introducir la cánula en su curvatura natural (hacia la faringe) hasta el tope.</w:t>
      </w:r>
    </w:p>
    <w:p>
      <w:r>
        <w:t>**Fijación:**</w:t>
      </w:r>
    </w:p>
    <w:p>
      <w:pPr>
        <w:pStyle w:val="ListBullet"/>
      </w:pPr>
      <w:r>
        <w:t>No suele ser necesaria, pero asegurar que los labios no queden atrapados.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CÁNULA NASOFARÍNGEA (NPA / Trompeta)</w:t>
      </w:r>
    </w:p>
    <w:p>
      <w:pPr>
        <w:pStyle w:val="Heading3"/>
      </w:pPr>
      <w:r>
        <w:t>Objetivo</w:t>
      </w:r>
    </w:p>
    <w:p>
      <w:r>
        <w:t>Mantener permeable la vía aérea en pacientes con disminución del nivel de conciencia pero con reflejo nauseoso presente, donde la OPA está contraindicada. Útil en crisis epilépticas.</w:t>
      </w:r>
    </w:p>
    <w:p>
      <w:pPr>
        <w:pStyle w:val="Heading3"/>
      </w:pPr>
      <w:r>
        <w:t>Contraindicaciones</w:t>
      </w:r>
    </w:p>
    <w:p>
      <w:pPr>
        <w:pStyle w:val="ListBullet"/>
      </w:pPr>
      <w:r>
        <w:t>Trauma facial severo o sospecha de fractura de base de cráneo (riesgo de penetración intracraneal).</w:t>
      </w:r>
    </w:p>
    <w:p>
      <w:pPr>
        <w:pStyle w:val="ListBullet"/>
      </w:pPr>
      <w:r>
        <w:t>Epistaxis activa o coagulopatía severa.</w:t>
      </w:r>
    </w:p>
    <w:p>
      <w:pPr>
        <w:pStyle w:val="Heading3"/>
      </w:pPr>
      <w:r>
        <w:t>Técnica de Inserción</w:t>
      </w:r>
    </w:p>
    <w:p>
      <w:r>
        <w:t>**Seleccionar talla:**</w:t>
      </w:r>
    </w:p>
    <w:p>
      <w:pPr>
        <w:pStyle w:val="ListBullet"/>
      </w:pPr>
      <w:r>
        <w:t>Medir desde el orificio nasal hasta el trago de la oreja.</w:t>
      </w:r>
    </w:p>
    <w:p>
      <w:pPr>
        <w:pStyle w:val="ListBullet"/>
      </w:pPr>
      <w:r>
        <w:t>Diámetro similar al del meato nasal del paciente.</w:t>
      </w:r>
    </w:p>
    <w:p>
      <w:r>
        <w:t>**Lubricación:**</w:t>
      </w:r>
    </w:p>
    <w:p>
      <w:pPr>
        <w:pStyle w:val="ListBullet"/>
      </w:pPr>
      <w:r>
        <w:t>Lubricar abundantemente con gel hidrosoluble o lidocaína gel.</w:t>
      </w:r>
    </w:p>
    <w:p>
      <w:r>
        <w:t>**Inserción:**</w:t>
      </w:r>
    </w:p>
    <w:p>
      <w:pPr>
        <w:pStyle w:val="ListNumber"/>
      </w:pPr>
      <w:r>
        <w:t>Introducir por el orificio nasal más patente, con la curvatura hacia el suelo de la nariz.</w:t>
      </w:r>
    </w:p>
    <w:p>
      <w:pPr>
        <w:pStyle w:val="ListNumber"/>
      </w:pPr>
      <w:r>
        <w:t>Avanzar suavemente en dirección posterior (hacia la oreja), no hacia arriba.</w:t>
      </w:r>
    </w:p>
    <w:p>
      <w:pPr>
        <w:pStyle w:val="ListNumber"/>
      </w:pPr>
      <w:r>
        <w:t>Si hay resistencia, NO FORZAR. Retirar e intentar con el otro orificio nasal o una talla más pequeña.</w:t>
      </w:r>
    </w:p>
    <w:p>
      <w:r>
        <w:t>**Comprobación:**</w:t>
      </w:r>
    </w:p>
    <w:p>
      <w:pPr>
        <w:pStyle w:val="ListBullet"/>
      </w:pPr>
      <w:r>
        <w:t>Auscultar respiración a través de la cánula.</w:t>
      </w:r>
    </w:p>
    <w:p>
      <w:pPr>
        <w:pStyle w:val="ListBullet"/>
      </w:pPr>
      <w:r>
        <w:t>Si el paciente tose o se mueve, puede indicar que el reflejo nauseoso está presente pero la NPA suele ser tolerada.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COMPARATIVA OPA vs. NPA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Característica</w:t>
            </w:r>
          </w:p>
        </w:tc>
        <w:tc>
          <w:tcPr>
            <w:tcW w:type="dxa" w:w="2880"/>
          </w:tcPr>
          <w:p>
            <w:r>
              <w:t>OPA</w:t>
            </w:r>
          </w:p>
        </w:tc>
        <w:tc>
          <w:tcPr>
            <w:tcW w:type="dxa" w:w="2880"/>
          </w:tcPr>
          <w:p>
            <w:r>
              <w:t>NPA</w:t>
            </w:r>
          </w:p>
        </w:tc>
      </w:tr>
      <w:tr>
        <w:tc>
          <w:tcPr>
            <w:tcW w:type="dxa" w:w="2880"/>
          </w:tcPr>
          <w:p>
            <w:r>
              <w:t>**Paciente**</w:t>
            </w:r>
          </w:p>
        </w:tc>
        <w:tc>
          <w:tcPr>
            <w:tcW w:type="dxa" w:w="2880"/>
          </w:tcPr>
          <w:p>
            <w:r>
              <w:t>Inconsciente SIN reflejo nauseoso</w:t>
            </w:r>
          </w:p>
        </w:tc>
        <w:tc>
          <w:tcPr>
            <w:tcW w:type="dxa" w:w="2880"/>
          </w:tcPr>
          <w:p>
            <w:r>
              <w:t>Disminución conciencia CON reflejo nauseoso</w:t>
            </w:r>
          </w:p>
        </w:tc>
      </w:tr>
      <w:tr>
        <w:tc>
          <w:tcPr>
            <w:tcW w:type="dxa" w:w="2880"/>
          </w:tcPr>
          <w:p>
            <w:r>
              <w:t>**Trauma facial**</w:t>
            </w:r>
          </w:p>
        </w:tc>
        <w:tc>
          <w:tcPr>
            <w:tcW w:type="dxa" w:w="2880"/>
          </w:tcPr>
          <w:p>
            <w:r>
              <w:t>Contraindicado si oral severo</w:t>
            </w:r>
          </w:p>
        </w:tc>
        <w:tc>
          <w:tcPr>
            <w:tcW w:type="dxa" w:w="2880"/>
          </w:tcPr>
          <w:p>
            <w:r>
              <w:t>Contraindicado si sospecha fractura base cráneo</w:t>
            </w:r>
          </w:p>
        </w:tc>
      </w:tr>
      <w:tr>
        <w:tc>
          <w:tcPr>
            <w:tcW w:type="dxa" w:w="2880"/>
          </w:tcPr>
          <w:p>
            <w:r>
              <w:t>**Tolerancia**</w:t>
            </w:r>
          </w:p>
        </w:tc>
        <w:tc>
          <w:tcPr>
            <w:tcW w:type="dxa" w:w="2880"/>
          </w:tcPr>
          <w:p>
            <w:r>
              <w:t>Nula en paciente consciente</w:t>
            </w:r>
          </w:p>
        </w:tc>
        <w:tc>
          <w:tcPr>
            <w:tcW w:type="dxa" w:w="2880"/>
          </w:tcPr>
          <w:p>
            <w:r>
              <w:t>Mejor tolerada</w:t>
            </w:r>
          </w:p>
        </w:tc>
      </w:tr>
      <w:tr>
        <w:tc>
          <w:tcPr>
            <w:tcW w:type="dxa" w:w="2880"/>
          </w:tcPr>
          <w:p>
            <w:r>
              <w:t>**Inserción**</w:t>
            </w:r>
          </w:p>
        </w:tc>
        <w:tc>
          <w:tcPr>
            <w:tcW w:type="dxa" w:w="2880"/>
          </w:tcPr>
          <w:p>
            <w:r>
              <w:t>Más rápida, pero técnica crítica</w:t>
            </w:r>
          </w:p>
        </w:tc>
        <w:tc>
          <w:tcPr>
            <w:tcW w:type="dxa" w:w="2880"/>
          </w:tcPr>
          <w:p>
            <w:r>
              <w:t>Requiere lubricación, más delicada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PUNTOS CRÍTICOS TES</w:t>
      </w:r>
    </w:p>
    <w:p>
      <w:pPr>
        <w:pStyle w:val="ListBullet"/>
      </w:pPr>
      <w:r>
        <w:t>**NUNCA forzar** la inserción de una NPA. La resistencia indica mala alineación o talla incorrecta.</w:t>
      </w:r>
    </w:p>
    <w:p>
      <w:pPr>
        <w:pStyle w:val="ListBullet"/>
      </w:pPr>
      <w:r>
        <w:t>**REEVALUAR CONSTANTEMENTE.** Si un paciente con OPA recupera el reflejo nauseoso, **RETIRARLA INMEDIATAMENTE**.</w:t>
      </w:r>
    </w:p>
    <w:p>
      <w:pPr>
        <w:pStyle w:val="ListBullet"/>
      </w:pPr>
      <w:r>
        <w:t>Ambas son ayudas mecánicas, **NO protegen la vía aérea de la aspiración.** En paciente inconsciente profundo, considere la necesidad de intubación o dispositivo supraglótico.</w:t>
      </w:r>
    </w:p>
    <w:p>
      <w:pPr>
        <w:pStyle w:val="ListBullet"/>
      </w:pPr>
      <w:r>
        <w:t>Lubricación con lidocaína gel en la NPA puede mejorar la tolerancia en pacientes semiconscientes.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2.7 – Aspiración de Secreciones: Técnica Operativa TES</w:t>
      </w:r>
    </w:p>
    <w:p>
      <w:pPr>
        <w:pStyle w:val="Heading1"/>
      </w:pPr>
      <w:r>
        <w:t>2.7 – Aspiración de Secreciones: Técnica Operativa TES</w:t>
      </w:r>
    </w:p>
    <w:p>
      <w:pPr>
        <w:pStyle w:val="Heading2"/>
      </w:pPr>
      <w:r>
        <w:t>Manual TES Digital – Limpieza de Vía Aérea</w:t>
      </w:r>
    </w:p>
    <w:p>
      <w:r>
        <w:t>**Versión:** 1.0</w:t>
      </w:r>
    </w:p>
    <w:p>
      <w:r>
        <w:t>**Fecha:** 2024-12-19</w:t>
      </w:r>
    </w:p>
    <w:p>
      <w:r>
        <w:t>**Tipo:** Bloque Operativo - Procedimiento TES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Mantener la permeabilidad de la vía aérea mediante la eliminación de secreciones (moco, sangre, vómito) que la obstruyan.</w:t>
      </w:r>
    </w:p>
    <w:p>
      <w:r>
        <w:t>**Características:**</w:t>
      </w:r>
    </w:p>
    <w:p>
      <w:pPr>
        <w:pStyle w:val="ListBullet"/>
      </w:pPr>
      <w:r>
        <w:t>✅ Aspiración orofaríngea (Yankauer)</w:t>
      </w:r>
    </w:p>
    <w:p>
      <w:pPr>
        <w:pStyle w:val="ListBullet"/>
      </w:pPr>
      <w:r>
        <w:t>✅ Aspiración traqueal (sonda flexible)</w:t>
      </w:r>
    </w:p>
    <w:p>
      <w:pPr>
        <w:pStyle w:val="ListBullet"/>
      </w:pPr>
      <w:r>
        <w:t>✅ Técnicas de pre- y post-oxigenación</w:t>
      </w:r>
    </w:p>
    <w:p>
      <w:pPr>
        <w:pStyle w:val="ListBullet"/>
      </w:pPr>
      <w:r>
        <w:t>✅ Precauciones y complicaciones</w:t>
      </w:r>
    </w:p>
    <w:p>
      <w:pPr>
        <w:pStyle w:val="ListBullet"/>
      </w:pPr>
      <w:r>
        <w:t>❌ NO aspiración avanzada (ver 3.19)</w:t>
      </w:r>
    </w:p>
    <w:p>
      <w:pPr>
        <w:pStyle w:val="ListBullet"/>
      </w:pPr>
      <w:r>
        <w:t>❌ NO decisiones terapéuticas (criterio médico)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Paciente con sonidos de burbujeo o gorgoteo en la vía aérea</w:t>
      </w:r>
    </w:p>
    <w:p>
      <w:pPr>
        <w:pStyle w:val="ListBullet"/>
      </w:pPr>
      <w:r>
        <w:t>Imposibilidad de ventilar adecuadamente con BVM por sospecha de obstrucción</w:t>
      </w:r>
    </w:p>
    <w:p>
      <w:pPr>
        <w:pStyle w:val="ListBullet"/>
      </w:pPr>
      <w:r>
        <w:t>Paciente con reflejo de tos inefectivo</w:t>
      </w:r>
    </w:p>
    <w:p>
      <w:pPr>
        <w:pStyle w:val="ListBullet"/>
      </w:pPr>
      <w:r>
        <w:t>Antes de la intubación para mejorar la visualización</w:t>
      </w:r>
    </w:p>
    <w:p>
      <w:pPr>
        <w:pStyle w:val="ListBullet"/>
      </w:pPr>
      <w:r>
        <w:t>Parte de la secuencia RCP si la vía aérea parece obstruida</w:t>
      </w:r>
    </w:p>
    <w:p>
      <w:r>
        <w:t>**Criterios de activación:**</w:t>
      </w:r>
    </w:p>
    <w:p>
      <w:pPr>
        <w:pStyle w:val="ListBullet"/>
      </w:pPr>
      <w:r>
        <w:t>Sonidos obstructivos audibles</w:t>
      </w:r>
    </w:p>
    <w:p>
      <w:pPr>
        <w:pStyle w:val="ListBullet"/>
      </w:pPr>
      <w:r>
        <w:t>Ventilación ineficaz por sospecha de secreciones</w:t>
      </w:r>
    </w:p>
    <w:p>
      <w:pPr>
        <w:pStyle w:val="ListBullet"/>
      </w:pPr>
      <w:r>
        <w:t>Preparación para intubación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1.2 (ABCDE Operativo) - Evaluación primaria (A - Airway)</w:t>
      </w:r>
    </w:p>
    <w:p>
      <w:pPr>
        <w:pStyle w:val="ListBullet"/>
      </w:pPr>
      <w:r>
        <w:t>2.5 (Ventilación BVM) - Integración con ventilación</w:t>
      </w:r>
    </w:p>
    <w:p>
      <w:pPr>
        <w:pStyle w:val="ListBullet"/>
      </w:pPr>
      <w:r>
        <w:t>2.6 (Cánulas OPA/NPA) - Mantenimiento de vía aérea</w:t>
      </w:r>
    </w:p>
    <w:p>
      <w:r>
        <w:t>**Capítulos relacionados:**</w:t>
      </w:r>
    </w:p>
    <w:p>
      <w:pPr>
        <w:pStyle w:val="ListBullet"/>
      </w:pPr>
      <w:r>
        <w:t>2.5 (Ventilación BVM) - Mejora de ventilación tras aspiración</w:t>
      </w:r>
    </w:p>
    <w:p>
      <w:pPr>
        <w:pStyle w:val="ListBullet"/>
      </w:pPr>
      <w:r>
        <w:t>2.6 (Cánulas OPA/NPA) - Mantenimiento de vía aérea</w:t>
      </w:r>
    </w:p>
    <w:p>
      <w:pPr>
        <w:pStyle w:val="ListBullet"/>
      </w:pPr>
      <w:r>
        <w:t>3.19 (Vía Aérea Avanzada) - Preparación para intubación</w:t>
      </w:r>
    </w:p>
    <w:p>
      <w:r>
        <w:t>**Capítulos siguientes:**</w:t>
      </w:r>
    </w:p>
    <w:p>
      <w:pPr>
        <w:pStyle w:val="ListBullet"/>
      </w:pPr>
      <w:r>
        <w:t>2.8 (Posiciones de Seguridad) - Posición lateral de seguridad</w:t>
      </w:r>
    </w:p>
    <w:p>
      <w:pPr>
        <w:pStyle w:val="ListBullet"/>
      </w:pPr>
      <w:r>
        <w:t>3.19 (Vía Aérea Avanzada) - Técnicas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**Material Necesario**</w:t>
      </w:r>
    </w:p>
    <w:p>
      <w:pPr>
        <w:pStyle w:val="ListBullet"/>
      </w:pPr>
      <w:r>
        <w:t>Aspirador (eléctrico/neumático, manual)</w:t>
      </w:r>
    </w:p>
    <w:p>
      <w:pPr>
        <w:pStyle w:val="ListBullet"/>
      </w:pPr>
      <w:r>
        <w:t>Sondas de aspiración (Yankauer, flexibles)</w:t>
      </w:r>
    </w:p>
    <w:p>
      <w:pPr>
        <w:pStyle w:val="ListBullet"/>
      </w:pPr>
      <w:r>
        <w:t>Tallas según edad</w:t>
      </w:r>
    </w:p>
    <w:p>
      <w:pPr>
        <w:pStyle w:val="ListNumber"/>
      </w:pPr>
      <w:r>
        <w:t>**Aspiración Orofaríngea**</w:t>
      </w:r>
    </w:p>
    <w:p>
      <w:pPr>
        <w:pStyle w:val="ListBullet"/>
      </w:pPr>
      <w:r>
        <w:t>Técnica con sonda de Yankauer</w:t>
      </w:r>
    </w:p>
    <w:p>
      <w:pPr>
        <w:pStyle w:val="ListBullet"/>
      </w:pPr>
      <w:r>
        <w:t>Pre-oxigenación</w:t>
      </w:r>
    </w:p>
    <w:p>
      <w:pPr>
        <w:pStyle w:val="ListNumber"/>
      </w:pPr>
      <w:r>
        <w:t>**Aspiración Traqueal**</w:t>
      </w:r>
    </w:p>
    <w:p>
      <w:pPr>
        <w:pStyle w:val="ListBullet"/>
      </w:pPr>
      <w:r>
        <w:t>Técnica con sonda flexible</w:t>
      </w:r>
    </w:p>
    <w:p>
      <w:pPr>
        <w:pStyle w:val="ListBullet"/>
      </w:pPr>
      <w:r>
        <w:t>Paciente intubado o con dispositivo avanzado</w:t>
      </w:r>
    </w:p>
    <w:p>
      <w:pPr>
        <w:pStyle w:val="ListNumber"/>
      </w:pPr>
      <w:r>
        <w:t>**Complicaciones y Precauciones**</w:t>
      </w:r>
    </w:p>
    <w:p>
      <w:pPr>
        <w:pStyle w:val="ListBullet"/>
      </w:pPr>
      <w:r>
        <w:t>Hipoxia</w:t>
      </w:r>
    </w:p>
    <w:p>
      <w:pPr>
        <w:pStyle w:val="ListBullet"/>
      </w:pPr>
      <w:r>
        <w:t>Traumatismo mucosa</w:t>
      </w:r>
    </w:p>
    <w:p>
      <w:pPr>
        <w:pStyle w:val="ListBullet"/>
      </w:pPr>
      <w:r>
        <w:t>Arritmias/Bradicardia</w:t>
      </w:r>
    </w:p>
    <w:p>
      <w:pPr>
        <w:pStyle w:val="ListBullet"/>
      </w:pPr>
      <w:r>
        <w:t>Aumento de la PIC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**Tipo de aspiración:** ¿Orofaríngea (Yankauer) o traqueal (sonda flexible)?</w:t>
      </w:r>
    </w:p>
    <w:p>
      <w:pPr>
        <w:pStyle w:val="ListBullet"/>
      </w:pPr>
      <w:r>
        <w:t>**Pre-oxigenación:** ¿Realizada antes de aspirar?</w:t>
      </w:r>
    </w:p>
    <w:p>
      <w:pPr>
        <w:pStyle w:val="ListBullet"/>
      </w:pPr>
      <w:r>
        <w:t>**Tiempo de aspiración:** ¿Máximo 10-15 segundos (orofaríngea) o 10 segundos (traqueal)?</w:t>
      </w:r>
    </w:p>
    <w:p>
      <w:pPr>
        <w:pStyle w:val="ListBullet"/>
      </w:pPr>
      <w:r>
        <w:t>**Post-oxigenación:** ¿Realizada después de aspirar?</w:t>
      </w:r>
    </w:p>
    <w:p>
      <w:pPr>
        <w:pStyle w:val="ListBullet"/>
      </w:pPr>
      <w:r>
        <w:t>**Talla de sonda:** ¿Adecuada para el paciente?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pre-oxigenar antes de aspirar**</w:t>
            </w:r>
          </w:p>
        </w:tc>
        <w:tc>
          <w:tcPr>
            <w:tcW w:type="dxa" w:w="2880"/>
          </w:tcPr>
          <w:p>
            <w:r>
              <w:t>Hipoxia durante aspiración</w:t>
            </w:r>
          </w:p>
        </w:tc>
        <w:tc>
          <w:tcPr>
            <w:tcW w:type="dxa" w:w="2880"/>
          </w:tcPr>
          <w:p>
            <w:r>
              <w:t>PRE-OXIGENAR SIEMPRE: 30 segundos-1 minuto con BVM y O₂ al 100%</w:t>
            </w:r>
          </w:p>
        </w:tc>
      </w:tr>
      <w:tr>
        <w:tc>
          <w:tcPr>
            <w:tcW w:type="dxa" w:w="2880"/>
          </w:tcPr>
          <w:p>
            <w:r>
              <w:t>**No post-oxigenar después de aspirar**</w:t>
            </w:r>
          </w:p>
        </w:tc>
        <w:tc>
          <w:tcPr>
            <w:tcW w:type="dxa" w:w="2880"/>
          </w:tcPr>
          <w:p>
            <w:r>
              <w:t>Hipoxia mantenida</w:t>
            </w:r>
          </w:p>
        </w:tc>
        <w:tc>
          <w:tcPr>
            <w:tcW w:type="dxa" w:w="2880"/>
          </w:tcPr>
          <w:p>
            <w:r>
              <w:t>POST-OXIGENAR: al menos 30 segundos después de cada pasada</w:t>
            </w:r>
          </w:p>
        </w:tc>
      </w:tr>
      <w:tr>
        <w:tc>
          <w:tcPr>
            <w:tcW w:type="dxa" w:w="2880"/>
          </w:tcPr>
          <w:p>
            <w:r>
              <w:t>**Aspiración demasiado prolongada**</w:t>
            </w:r>
          </w:p>
        </w:tc>
        <w:tc>
          <w:tcPr>
            <w:tcW w:type="dxa" w:w="2880"/>
          </w:tcPr>
          <w:p>
            <w:r>
              <w:t>Hipoxia, traumatismo mucosa</w:t>
            </w:r>
          </w:p>
        </w:tc>
        <w:tc>
          <w:tcPr>
            <w:tcW w:type="dxa" w:w="2880"/>
          </w:tcPr>
          <w:p>
            <w:r>
              <w:t>Tiempo máximo: 10-15 segundos (orofaríngea), 10 segundos (traqueal)</w:t>
            </w:r>
          </w:p>
        </w:tc>
      </w:tr>
      <w:tr>
        <w:tc>
          <w:tcPr>
            <w:tcW w:type="dxa" w:w="2880"/>
          </w:tcPr>
          <w:p>
            <w:r>
              <w:t>**Presión de succión incorrecta**</w:t>
            </w:r>
          </w:p>
        </w:tc>
        <w:tc>
          <w:tcPr>
            <w:tcW w:type="dxa" w:w="2880"/>
          </w:tcPr>
          <w:p>
            <w:r>
              <w:t>Traumatismo mucosa o aspiración ineficaz</w:t>
            </w:r>
          </w:p>
        </w:tc>
        <w:tc>
          <w:tcPr>
            <w:tcW w:type="dxa" w:w="2880"/>
          </w:tcPr>
          <w:p>
            <w:r>
              <w:t>Ajustar presión: Adulto 80-120 mmHg, Niño 60-80 mmHg, Lactante 40-60 mmHg</w:t>
            </w:r>
          </w:p>
        </w:tc>
      </w:tr>
      <w:tr>
        <w:tc>
          <w:tcPr>
            <w:tcW w:type="dxa" w:w="2880"/>
          </w:tcPr>
          <w:p>
            <w:r>
              <w:t>**Aspiración profunda en paciente no intubado**</w:t>
            </w:r>
          </w:p>
        </w:tc>
        <w:tc>
          <w:tcPr>
            <w:tcW w:type="dxa" w:w="2880"/>
          </w:tcPr>
          <w:p>
            <w:r>
              <w:t>Laringoespasmo</w:t>
            </w:r>
          </w:p>
        </w:tc>
        <w:tc>
          <w:tcPr>
            <w:tcW w:type="dxa" w:w="2880"/>
          </w:tcPr>
          <w:p>
            <w:r>
              <w:t>En paciente consciente: animar a toser es mejor. Aspiración superficial</w:t>
            </w:r>
          </w:p>
        </w:tc>
      </w:tr>
      <w:tr>
        <w:tc>
          <w:tcPr>
            <w:tcW w:type="dxa" w:w="2880"/>
          </w:tcPr>
          <w:p>
            <w:r>
              <w:t>**No usar EPI completo**</w:t>
            </w:r>
          </w:p>
        </w:tc>
        <w:tc>
          <w:tcPr>
            <w:tcW w:type="dxa" w:w="2880"/>
          </w:tcPr>
          <w:p>
            <w:r>
              <w:t>Exposición a riesgo biológico</w:t>
            </w:r>
          </w:p>
        </w:tc>
        <w:tc>
          <w:tcPr>
            <w:tcW w:type="dxa" w:w="2880"/>
          </w:tcPr>
          <w:p>
            <w:r>
              <w:t>Colocarse EPI completo (guantes estériles, mascarilla, protección ocular)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Pre-oxigenación realizada antes de aspirar (30 seg-1 min)</w:t>
      </w:r>
    </w:p>
    <w:p>
      <w:pPr>
        <w:pStyle w:val="ListBullet"/>
      </w:pPr>
      <w:r>
        <w:t>✅ Tiempo de aspiración adecuado (máximo 10-15 seg orofaríngea, 10 seg traqueal)</w:t>
      </w:r>
    </w:p>
    <w:p>
      <w:pPr>
        <w:pStyle w:val="ListBullet"/>
      </w:pPr>
      <w:r>
        <w:t>✅ Post-oxigenación realizada después de aspirar (al menos 30 seg)</w:t>
      </w:r>
    </w:p>
    <w:p>
      <w:pPr>
        <w:pStyle w:val="ListBullet"/>
      </w:pPr>
      <w:r>
        <w:t>✅ Presión de succión correcta según edad</w:t>
      </w:r>
    </w:p>
    <w:p>
      <w:pPr>
        <w:pStyle w:val="ListBullet"/>
      </w:pPr>
      <w:r>
        <w:t>✅ Vía aérea mejorada (sonidos obstructivos disminuidos)</w:t>
      </w:r>
    </w:p>
    <w:p>
      <w:pPr>
        <w:pStyle w:val="ListBullet"/>
      </w:pPr>
      <w:r>
        <w:t>✅ EPI completo utilizado</w:t>
      </w:r>
    </w:p>
    <w:p>
      <w:r>
        <w:t>**Señales de Alerta:**</w:t>
      </w:r>
    </w:p>
    <w:p>
      <w:pPr>
        <w:pStyle w:val="ListBullet"/>
      </w:pPr>
      <w:r>
        <w:t>❌ No pre-oxigenar → Hipoxia durante aspiración</w:t>
      </w:r>
    </w:p>
    <w:p>
      <w:pPr>
        <w:pStyle w:val="ListBullet"/>
      </w:pPr>
      <w:r>
        <w:t>❌ Aspiración demasiado prolongada → Hipoxia, traumatismo</w:t>
      </w:r>
    </w:p>
    <w:p>
      <w:pPr>
        <w:pStyle w:val="ListBullet"/>
      </w:pPr>
      <w:r>
        <w:t>❌ Presión excesiva → Traumatismo mucosa</w:t>
      </w:r>
    </w:p>
    <w:p>
      <w:pPr>
        <w:pStyle w:val="ListBullet"/>
      </w:pPr>
      <w:r>
        <w:t>❌ Aspiración profunda en no intubado → Laringoespasmo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1.2 (ABCDE Operativo) - Evaluación primaria (A - Airway)</w:t>
      </w:r>
    </w:p>
    <w:p>
      <w:pPr>
        <w:pStyle w:val="ListBullet"/>
      </w:pPr>
      <w:r>
        <w:t>2.5 (Ventilación BVM) - Integración con ventilación</w:t>
      </w:r>
    </w:p>
    <w:p>
      <w:pPr>
        <w:pStyle w:val="ListBullet"/>
      </w:pPr>
      <w:r>
        <w:t>2.6 (Cánulas OPA/NPA) - Mantenimiento de vía aérea</w:t>
      </w:r>
    </w:p>
    <w:p>
      <w:r>
        <w:t>**Capítulos Relacionados (Consultar junto):**</w:t>
      </w:r>
    </w:p>
    <w:p>
      <w:pPr>
        <w:pStyle w:val="ListBullet"/>
      </w:pPr>
      <w:r>
        <w:t>2.5 (Ventilación BVM) - Mejora de ventilación tras aspiración</w:t>
      </w:r>
    </w:p>
    <w:p>
      <w:pPr>
        <w:pStyle w:val="ListBullet"/>
      </w:pPr>
      <w:r>
        <w:t>2.6 (Cánulas OPA/NPA) - Mantenimiento de vía aérea</w:t>
      </w:r>
    </w:p>
    <w:p>
      <w:pPr>
        <w:pStyle w:val="ListBullet"/>
      </w:pPr>
      <w:r>
        <w:t>3.19 (Vía Aérea Avanzada) - Preparación para intubación</w:t>
      </w:r>
    </w:p>
    <w:p>
      <w:r>
        <w:t>**Capítulos Siguientes (Leer después):**</w:t>
      </w:r>
    </w:p>
    <w:p>
      <w:pPr>
        <w:pStyle w:val="ListBullet"/>
      </w:pPr>
      <w:r>
        <w:t>2.8 (Posiciones de Seguridad) - Posición lateral de seguridad</w:t>
      </w:r>
    </w:p>
    <w:p>
      <w:pPr>
        <w:pStyle w:val="ListBullet"/>
      </w:pPr>
      <w:r>
        <w:t>3.19 (Vía Aérea Avanzada) - Técnicas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MATERIAL NECESARIO</w:t>
      </w:r>
    </w:p>
    <w:p>
      <w:pPr>
        <w:pStyle w:val="Heading3"/>
      </w:pPr>
      <w:r>
        <w:t>Aspirador</w:t>
      </w:r>
    </w:p>
    <w:p>
      <w:r>
        <w:t>**Eléctrico/Neumático:**</w:t>
      </w:r>
    </w:p>
    <w:p>
      <w:pPr>
        <w:pStyle w:val="ListBullet"/>
      </w:pPr>
      <w:r>
        <w:t>De ambulancia, con presión ajustable</w:t>
      </w:r>
    </w:p>
    <w:p>
      <w:pPr>
        <w:pStyle w:val="ListBullet"/>
      </w:pPr>
      <w:r>
        <w:t>Adulto: 80-120 mmHg</w:t>
      </w:r>
    </w:p>
    <w:p>
      <w:pPr>
        <w:pStyle w:val="ListBullet"/>
      </w:pPr>
      <w:r>
        <w:t>Niño: 60-80 mmHg</w:t>
      </w:r>
    </w:p>
    <w:p>
      <w:pPr>
        <w:pStyle w:val="ListBullet"/>
      </w:pPr>
      <w:r>
        <w:t>Lactante: 40-60 mmHg</w:t>
      </w:r>
    </w:p>
    <w:p>
      <w:r>
        <w:t>**Manual (de squeeze):**</w:t>
      </w:r>
    </w:p>
    <w:p>
      <w:pPr>
        <w:pStyle w:val="ListBullet"/>
      </w:pPr>
      <w:r>
        <w:t>Para uso inmediato si no hay otro disponible</w:t>
      </w:r>
    </w:p>
    <w:p>
      <w:pPr>
        <w:pStyle w:val="Heading3"/>
      </w:pPr>
      <w:r>
        <w:t>Sondas de Aspiración</w:t>
      </w:r>
    </w:p>
    <w:p>
      <w:r>
        <w:t>**Sondas estériles (tallas):**</w:t>
      </w:r>
    </w:p>
    <w:p>
      <w:pPr>
        <w:pStyle w:val="ListBullet"/>
      </w:pPr>
      <w:r>
        <w:t>14F adulto grueso</w:t>
      </w:r>
    </w:p>
    <w:p>
      <w:pPr>
        <w:pStyle w:val="ListBullet"/>
      </w:pPr>
      <w:r>
        <w:t>10F adulto fino</w:t>
      </w:r>
    </w:p>
    <w:p>
      <w:pPr>
        <w:pStyle w:val="ListBullet"/>
      </w:pPr>
      <w:r>
        <w:t>8F pediátrico</w:t>
      </w:r>
    </w:p>
    <w:p>
      <w:pPr>
        <w:pStyle w:val="ListBullet"/>
      </w:pPr>
      <w:r>
        <w:t>6F lactante</w:t>
      </w:r>
    </w:p>
    <w:p>
      <w:r>
        <w:t>**Sonda de Yankauer (rígida):**</w:t>
      </w:r>
    </w:p>
    <w:p>
      <w:pPr>
        <w:pStyle w:val="ListBullet"/>
      </w:pPr>
      <w:r>
        <w:t>Para aspiración orofaríngea</w:t>
      </w:r>
    </w:p>
    <w:p>
      <w:pPr>
        <w:pStyle w:val="Heading3"/>
      </w:pPr>
      <w:r>
        <w:t>Material Adicional</w:t>
      </w:r>
    </w:p>
    <w:p>
      <w:pPr>
        <w:pStyle w:val="ListBullet"/>
      </w:pPr>
      <w:r>
        <w:t>Guantes estériles</w:t>
      </w:r>
    </w:p>
    <w:p>
      <w:pPr>
        <w:pStyle w:val="ListBullet"/>
      </w:pPr>
      <w:r>
        <w:t>Mascarilla y protección ocular</w:t>
      </w:r>
    </w:p>
    <w:p>
      <w:pPr>
        <w:pStyle w:val="ListBullet"/>
      </w:pPr>
      <w:r>
        <w:t>Fuente de oxígeno (para pre- y post-oxigenación)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PROCEDIMIENTO PASO A PASO</w:t>
      </w:r>
    </w:p>
    <w:p>
      <w:pPr>
        <w:pStyle w:val="Heading3"/>
      </w:pPr>
      <w:r>
        <w:t>PREPARACIÓN</w:t>
      </w:r>
    </w:p>
    <w:p>
      <w:pPr>
        <w:pStyle w:val="ListNumber"/>
      </w:pPr>
      <w:r>
        <w:t>Conectar y encender el aspirador, ajustar presión según edad.</w:t>
      </w:r>
    </w:p>
    <w:p>
      <w:pPr>
        <w:pStyle w:val="ListNumber"/>
      </w:pPr>
      <w:r>
        <w:t>Conectar la sonda estéril al tubo.</w:t>
      </w:r>
    </w:p>
    <w:p>
      <w:pPr>
        <w:pStyle w:val="ListNumber"/>
      </w:pPr>
      <w:r>
        <w:t>**Pre-oxigenar al paciente** con BVM y O₂ al 100% durante 30 segundos-1 minuto.</w:t>
      </w:r>
    </w:p>
    <w:p>
      <w:pPr>
        <w:pStyle w:val="ListNumber"/>
      </w:pPr>
      <w:r>
        <w:t>Colocarse EPI completo.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ASPIRACIÓN OROFARÍNGEA (con sonda de Yankauer)</w:t>
      </w:r>
    </w:p>
    <w:p>
      <w:pPr>
        <w:pStyle w:val="ListNumber"/>
      </w:pPr>
      <w:r>
        <w:t>Abrir la boca del paciente (técnica cruzada).</w:t>
      </w:r>
    </w:p>
    <w:p>
      <w:pPr>
        <w:pStyle w:val="ListNumber"/>
      </w:pPr>
      <w:r>
        <w:t>Introducir la Yankauer **sin aplicar succión**, hasta la base de la lengua.</w:t>
      </w:r>
    </w:p>
    <w:p>
      <w:pPr>
        <w:pStyle w:val="ListNumber"/>
      </w:pPr>
      <w:r>
        <w:t>Aplicar succión solo al retirar, moviéndola suavemente para recoger secreciones.</w:t>
      </w:r>
    </w:p>
    <w:p>
      <w:pPr>
        <w:pStyle w:val="ListNumber"/>
      </w:pPr>
      <w:r>
        <w:t>Tiempo máximo por pasada: 10-15 segundos.</w:t>
      </w:r>
    </w:p>
    <w:p>
      <w:pPr>
        <w:pStyle w:val="ListNumber"/>
      </w:pPr>
      <w:r>
        <w:t>Post-oxigenar durante al menos 30 segundos.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ASPIRACIÓN TRAQUEAL (con sonda flexible, paciente intubado o con dispositivo avanzado)</w:t>
      </w:r>
    </w:p>
    <w:p>
      <w:pPr>
        <w:pStyle w:val="ListNumber"/>
      </w:pPr>
      <w:r>
        <w:t>Introducir la sonda estéril **sin aplicar succión** hasta que encuentre resistencia (carina).</w:t>
      </w:r>
    </w:p>
    <w:p>
      <w:pPr>
        <w:pStyle w:val="ListNumber"/>
      </w:pPr>
      <w:r>
        <w:t>Retirar 1-2 cm.</w:t>
      </w:r>
    </w:p>
    <w:p>
      <w:pPr>
        <w:pStyle w:val="ListNumber"/>
      </w:pPr>
      <w:r>
        <w:t>Aplicar succión y retirar rotando la sonda.</w:t>
      </w:r>
    </w:p>
    <w:p>
      <w:pPr>
        <w:pStyle w:val="ListNumber"/>
      </w:pPr>
      <w:r>
        <w:t>Tiempo máximo: 10 segundos.</w:t>
      </w:r>
    </w:p>
    <w:p>
      <w:pPr>
        <w:pStyle w:val="ListNumber"/>
      </w:pPr>
      <w:r>
        <w:t>Entre pasadas, **re-oxigenar al paciente** durante al menos 30 segundos.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POST-PROCEDIMIENTO</w:t>
      </w:r>
    </w:p>
    <w:p>
      <w:pPr>
        <w:pStyle w:val="ListNumber"/>
      </w:pPr>
      <w:r>
        <w:t>Reevaluar la vía aérea y la ventilación.</w:t>
      </w:r>
    </w:p>
    <w:p>
      <w:pPr>
        <w:pStyle w:val="ListNumber"/>
      </w:pPr>
      <w:r>
        <w:t>Auscultar de nuevo.</w:t>
      </w:r>
    </w:p>
    <w:p>
      <w:pPr>
        <w:pStyle w:val="ListNumber"/>
      </w:pPr>
      <w:r>
        <w:t>Desechar el material contaminado.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COMPLICACIONES Y PRECAUCIONES</w:t>
      </w:r>
    </w:p>
    <w:p>
      <w:pPr>
        <w:pStyle w:val="Heading3"/>
      </w:pPr>
      <w:r>
        <w:t>Hipoxia</w:t>
      </w:r>
    </w:p>
    <w:p>
      <w:r>
        <w:t>**Causa:** Por interrupción de la oxigenación.</w:t>
      </w:r>
    </w:p>
    <w:p>
      <w:r>
        <w:t>**Prevención:** PRE- y POST-OXIGENAR SIEMPRE.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Traumatismo mucosa</w:t>
      </w:r>
    </w:p>
    <w:p>
      <w:r>
        <w:t>**Causa:** Por succión excesiva o sonda inadecuada.</w:t>
      </w:r>
    </w:p>
    <w:p>
      <w:r>
        <w:t>**Prevención:** Usar presión correcta y no forzar.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Arritmias/Bradicardia</w:t>
      </w:r>
    </w:p>
    <w:p>
      <w:r>
        <w:t>**Causa:** Reflejo vagal por estimulación de carina.</w:t>
      </w:r>
    </w:p>
    <w:p>
      <w:r>
        <w:t>**Prevención:** Ser suave y breve.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Aumento de la PIC</w:t>
      </w:r>
    </w:p>
    <w:p>
      <w:r>
        <w:t>**Causa:** En pacientes con trauma craneal, la tos/estímulo puede aumentar la presión intracraneal.</w:t>
      </w:r>
    </w:p>
    <w:p>
      <w:r>
        <w:t>**Prevención:** Sedar si es necesario y aspiración muy cuidadosa.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PUNTOS CRÍTICOS TES</w:t>
      </w:r>
    </w:p>
    <w:p>
      <w:pPr>
        <w:pStyle w:val="ListBullet"/>
      </w:pPr>
      <w:r>
        <w:t>**"Oxigenar primero, aspirar después, oxigenar de nuevo."** La aspiración es una pausa en la ventilación.</w:t>
      </w:r>
    </w:p>
    <w:p>
      <w:pPr>
        <w:pStyle w:val="ListBullet"/>
      </w:pPr>
      <w:r>
        <w:t>La aspiración profunda en un paciente no intubado puede provocar laringoespasmo.</w:t>
      </w:r>
    </w:p>
    <w:p>
      <w:pPr>
        <w:pStyle w:val="ListBullet"/>
      </w:pPr>
      <w:r>
        <w:t>En paciente consciente, animar a toser es mejor.</w:t>
      </w:r>
    </w:p>
    <w:p>
      <w:pPr>
        <w:pStyle w:val="ListBullet"/>
      </w:pPr>
      <w:r>
        <w:t>En sangrado activo (ej., trauma facial), puede ser necesario aspiración continua mientras se preparan otras medidas (intubación de secuencia rápida).</w:t>
      </w:r>
    </w:p>
    <w:p>
      <w:pPr>
        <w:pStyle w:val="ListBullet"/>
      </w:pPr>
      <w:r>
        <w:t>Lactantes y niños: Son más susceptibles a la hipoxia y la bradicardia. Extrema brevedad y suavidad.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2.8 – Posiciones de Seguridad y Movilización: Técnica Operativa TES</w:t>
      </w:r>
    </w:p>
    <w:p>
      <w:pPr>
        <w:pStyle w:val="Heading1"/>
      </w:pPr>
      <w:r>
        <w:t>2.8 – Posiciones de Seguridad y Movilización: Técnica Operativa TES</w:t>
      </w:r>
    </w:p>
    <w:p>
      <w:pPr>
        <w:pStyle w:val="Heading2"/>
      </w:pPr>
      <w:r>
        <w:t>Manual TES Digital – Posicionamiento y Movilización Segura</w:t>
      </w:r>
    </w:p>
    <w:p>
      <w:r>
        <w:t>**Versión:** 1.0</w:t>
      </w:r>
    </w:p>
    <w:p>
      <w:r>
        <w:t>**Fecha:** 2024-12-19</w:t>
      </w:r>
    </w:p>
    <w:p>
      <w:r>
        <w:t>**Tipo:** Bloque Operativo - Procedimiento TES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Mantener la vía aérea permeable y prevenir la aspiración en pacientes inconscientes con respiración espontánea (Posición Lateral de Seguridad), mejorar la ventilación o el retorno venoso según situación clínica, y realizar movilizaciones urgentes de forma segura.</w:t>
      </w:r>
    </w:p>
    <w:p>
      <w:r>
        <w:t>**Características:**</w:t>
      </w:r>
    </w:p>
    <w:p>
      <w:pPr>
        <w:pStyle w:val="ListBullet"/>
      </w:pPr>
      <w:r>
        <w:t>✅ Posición Lateral de Seguridad (PLS)</w:t>
      </w:r>
    </w:p>
    <w:p>
      <w:pPr>
        <w:pStyle w:val="ListBullet"/>
      </w:pPr>
      <w:r>
        <w:t>✅ Posición Anti-Shock (Trendelenburg)</w:t>
      </w:r>
    </w:p>
    <w:p>
      <w:pPr>
        <w:pStyle w:val="ListBullet"/>
      </w:pPr>
      <w:r>
        <w:t>✅ Posición Semi-Sentada (Fowler)</w:t>
      </w:r>
    </w:p>
    <w:p>
      <w:pPr>
        <w:pStyle w:val="ListBullet"/>
      </w:pPr>
      <w:r>
        <w:t>✅ Técnicas de movilización urgente</w:t>
      </w:r>
    </w:p>
    <w:p>
      <w:pPr>
        <w:pStyle w:val="ListBullet"/>
      </w:pPr>
      <w:r>
        <w:t>❌ NO movilización compleja de trauma (ver Bloque 3)</w:t>
      </w:r>
    </w:p>
    <w:p>
      <w:pPr>
        <w:pStyle w:val="ListBullet"/>
      </w:pPr>
      <w:r>
        <w:t>❌ NO decisiones terapéuticas (criterio médico)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Paciente inconsciente con respiración espontánea (PLS)</w:t>
      </w:r>
    </w:p>
    <w:p>
      <w:pPr>
        <w:pStyle w:val="ListBullet"/>
      </w:pPr>
      <w:r>
        <w:t>Paciente con shock hipovolémico (Trendelenburg)</w:t>
      </w:r>
    </w:p>
    <w:p>
      <w:pPr>
        <w:pStyle w:val="ListBullet"/>
      </w:pPr>
      <w:r>
        <w:t>Paciente con dificultad respiratoria (Fowler)</w:t>
      </w:r>
    </w:p>
    <w:p>
      <w:pPr>
        <w:pStyle w:val="ListBullet"/>
      </w:pPr>
      <w:r>
        <w:t>Necesidad de movilización urgente (zona peligrosa, acceso al paciente)</w:t>
      </w:r>
    </w:p>
    <w:p>
      <w:r>
        <w:t>**Criterios de activación:**</w:t>
      </w:r>
    </w:p>
    <w:p>
      <w:pPr>
        <w:pStyle w:val="ListBullet"/>
      </w:pPr>
      <w:r>
        <w:t>Paciente inconsciente con respiración espontánea</w:t>
      </w:r>
    </w:p>
    <w:p>
      <w:pPr>
        <w:pStyle w:val="ListBullet"/>
      </w:pPr>
      <w:r>
        <w:t>Shock hipovolémico (excepto cardiogénico o trauma craneal)</w:t>
      </w:r>
    </w:p>
    <w:p>
      <w:pPr>
        <w:pStyle w:val="ListBullet"/>
      </w:pPr>
      <w:r>
        <w:t>Dificultad respiratoria</w:t>
      </w:r>
    </w:p>
    <w:p>
      <w:pPr>
        <w:pStyle w:val="ListBullet"/>
      </w:pPr>
      <w:r>
        <w:t>Zona peligrosa o necesidad de acceso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1.2 (ABCDE Operativo) - Evaluación primaria</w:t>
      </w:r>
    </w:p>
    <w:p>
      <w:pPr>
        <w:pStyle w:val="ListBullet"/>
      </w:pPr>
      <w:r>
        <w:t>1.3 (Glasgow Operativo) - Evaluación de nivel de conciencia</w:t>
      </w:r>
    </w:p>
    <w:p>
      <w:pPr>
        <w:pStyle w:val="ListBullet"/>
      </w:pPr>
      <w:r>
        <w:t>2.5-2.7 (Ventilación y Vías Aéreas) - Manejo de vía aérea</w:t>
      </w:r>
    </w:p>
    <w:p>
      <w:r>
        <w:t>**Capítulos relacionados:**</w:t>
      </w:r>
    </w:p>
    <w:p>
      <w:pPr>
        <w:pStyle w:val="ListBullet"/>
      </w:pPr>
      <w:r>
        <w:t>2.5 (Ventilación BVM) - Integración con posicionamiento</w:t>
      </w:r>
    </w:p>
    <w:p>
      <w:pPr>
        <w:pStyle w:val="ListBullet"/>
      </w:pPr>
      <w:r>
        <w:t>3.0-3.4 (Inmovilización) - Movilización de pacientes traumáticos</w:t>
      </w:r>
    </w:p>
    <w:p>
      <w:r>
        <w:t>**Capítulos siguientes:**</w:t>
      </w:r>
    </w:p>
    <w:p>
      <w:pPr>
        <w:pStyle w:val="ListBullet"/>
      </w:pPr>
      <w:r>
        <w:t>3.0-3.4 (Inmovilización) - Técnicas de inmovilización</w:t>
      </w:r>
    </w:p>
    <w:p>
      <w:pPr>
        <w:pStyle w:val="ListBullet"/>
      </w:pPr>
      <w:r>
        <w:t>3.19 (Vía Aérea Avanzada) - Técnicas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**Posición Lateral de Seguridad (PLS)**</w:t>
      </w:r>
    </w:p>
    <w:p>
      <w:pPr>
        <w:pStyle w:val="ListBullet"/>
      </w:pPr>
      <w:r>
        <w:t>Técnica estándar</w:t>
      </w:r>
    </w:p>
    <w:p>
      <w:pPr>
        <w:pStyle w:val="ListBullet"/>
      </w:pPr>
      <w:r>
        <w:t>Variante en sospecha de trauma</w:t>
      </w:r>
    </w:p>
    <w:p>
      <w:pPr>
        <w:pStyle w:val="ListNumber"/>
      </w:pPr>
      <w:r>
        <w:t>**Posición Anti-Shock (Trendelenburg)**</w:t>
      </w:r>
    </w:p>
    <w:p>
      <w:pPr>
        <w:pStyle w:val="ListBullet"/>
      </w:pPr>
      <w:r>
        <w:t>Técnica y precauciones</w:t>
      </w:r>
    </w:p>
    <w:p>
      <w:pPr>
        <w:pStyle w:val="ListBullet"/>
      </w:pPr>
      <w:r>
        <w:t>Contraindicaciones</w:t>
      </w:r>
    </w:p>
    <w:p>
      <w:pPr>
        <w:pStyle w:val="ListNumber"/>
      </w:pPr>
      <w:r>
        <w:t>**Posición Semi-Sentada (Fowler)**</w:t>
      </w:r>
    </w:p>
    <w:p>
      <w:pPr>
        <w:pStyle w:val="ListBullet"/>
      </w:pPr>
      <w:r>
        <w:t>Técnica para dificultad respiratoria</w:t>
      </w:r>
    </w:p>
    <w:p>
      <w:pPr>
        <w:pStyle w:val="ListNumber"/>
      </w:pPr>
      <w:r>
        <w:t>**Técnicas de Movilización Urgente**</w:t>
      </w:r>
    </w:p>
    <w:p>
      <w:pPr>
        <w:pStyle w:val="ListBullet"/>
      </w:pPr>
      <w:r>
        <w:t>Arrastre de emergencia</w:t>
      </w:r>
    </w:p>
    <w:p>
      <w:pPr>
        <w:pStyle w:val="ListBullet"/>
      </w:pPr>
      <w:r>
        <w:t>Movilización en silla</w:t>
      </w:r>
    </w:p>
    <w:p>
      <w:pPr>
        <w:pStyle w:val="ListBullet"/>
      </w:pPr>
      <w:r>
        <w:t>Transferencia a camilla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**Posición adecuada:** ¿PLS? ¿Trendelenburg? ¿Fowler? ¿Plana?</w:t>
      </w:r>
    </w:p>
    <w:p>
      <w:pPr>
        <w:pStyle w:val="ListBullet"/>
      </w:pPr>
      <w:r>
        <w:t>**Trauma cervical:** ¿Sospecha de lesión cervical? → Maniobra de rotación en bloque</w:t>
      </w:r>
    </w:p>
    <w:p>
      <w:pPr>
        <w:pStyle w:val="ListBullet"/>
      </w:pPr>
      <w:r>
        <w:t>**Movilización:** ¿Urgente? ¿Con ayuda? ¿Técnica adecuada?</w:t>
      </w:r>
    </w:p>
    <w:p>
      <w:pPr>
        <w:pStyle w:val="ListBullet"/>
      </w:pPr>
      <w:r>
        <w:t>**Seguridad:** ¿Zona segura? ¿Riesgos durante movilización?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**Dejar paciente inconsciente boca arriba**</w:t>
            </w:r>
          </w:p>
        </w:tc>
        <w:tc>
          <w:tcPr>
            <w:tcW w:type="dxa" w:w="2880"/>
          </w:tcPr>
          <w:p>
            <w:r>
              <w:t>Riesgo de aspiración, obstrucción por lengua</w:t>
            </w:r>
          </w:p>
        </w:tc>
        <w:tc>
          <w:tcPr>
            <w:tcW w:type="dxa" w:w="2880"/>
          </w:tcPr>
          <w:p>
            <w:r>
              <w:t>SIEMPRE PLS en paciente inconsciente no traumático</w:t>
            </w:r>
          </w:p>
        </w:tc>
      </w:tr>
      <w:tr>
        <w:tc>
          <w:tcPr>
            <w:tcW w:type="dxa" w:w="2880"/>
          </w:tcPr>
          <w:p>
            <w:r>
              <w:t>**Usar Trendelenburg en shock cardiogénico o trauma craneal**</w:t>
            </w:r>
          </w:p>
        </w:tc>
        <w:tc>
          <w:tcPr>
            <w:tcW w:type="dxa" w:w="2880"/>
          </w:tcPr>
          <w:p>
            <w:r>
              <w:t>Empeora insuficiencia cardíaca, aumenta PIC</w:t>
            </w:r>
          </w:p>
        </w:tc>
        <w:tc>
          <w:tcPr>
            <w:tcW w:type="dxa" w:w="2880"/>
          </w:tcPr>
          <w:p>
            <w:r>
              <w:t>NO usar Trendelenburg en shock cardiogénico o TCE</w:t>
            </w:r>
          </w:p>
        </w:tc>
      </w:tr>
      <w:tr>
        <w:tc>
          <w:tcPr>
            <w:tcW w:type="dxa" w:w="2880"/>
          </w:tcPr>
          <w:p>
            <w:r>
              <w:t>**No mantener alineación en movilización de trauma**</w:t>
            </w:r>
          </w:p>
        </w:tc>
        <w:tc>
          <w:tcPr>
            <w:tcW w:type="dxa" w:w="2880"/>
          </w:tcPr>
          <w:p>
            <w:r>
              <w:t>Lesión medular, empeoramiento</w:t>
            </w:r>
          </w:p>
        </w:tc>
        <w:tc>
          <w:tcPr>
            <w:tcW w:type="dxa" w:w="2880"/>
          </w:tcPr>
          <w:p>
            <w:r>
              <w:t>Mantener alineación cabeza-cuello-columna. Rotación en bloque</w:t>
            </w:r>
          </w:p>
        </w:tc>
      </w:tr>
      <w:tr>
        <w:tc>
          <w:tcPr>
            <w:tcW w:type="dxa" w:w="2880"/>
          </w:tcPr>
          <w:p>
            <w:r>
              <w:t>**Movilización sin ayuda suficiente**</w:t>
            </w:r>
          </w:p>
        </w:tc>
        <w:tc>
          <w:tcPr>
            <w:tcW w:type="dxa" w:w="2880"/>
          </w:tcPr>
          <w:p>
            <w:r>
              <w:t>Lesión del TES, movilización insegura</w:t>
            </w:r>
          </w:p>
        </w:tc>
        <w:tc>
          <w:tcPr>
            <w:tcW w:type="dxa" w:w="2880"/>
          </w:tcPr>
          <w:p>
            <w:r>
              <w:t>Pedir ayuda siempre que sea posible. Mínimo 4 personas para trauma</w:t>
            </w:r>
          </w:p>
        </w:tc>
      </w:tr>
      <w:tr>
        <w:tc>
          <w:tcPr>
            <w:tcW w:type="dxa" w:w="2880"/>
          </w:tcPr>
          <w:p>
            <w:r>
              <w:t>**No documentar posición**</w:t>
            </w:r>
          </w:p>
        </w:tc>
        <w:tc>
          <w:tcPr>
            <w:tcW w:type="dxa" w:w="2880"/>
          </w:tcPr>
          <w:p>
            <w:r>
              <w:t>Pérdida de información, problemas legales</w:t>
            </w:r>
          </w:p>
        </w:tc>
        <w:tc>
          <w:tcPr>
            <w:tcW w:type="dxa" w:w="2880"/>
          </w:tcPr>
          <w:p>
            <w:r>
              <w:t>Documentar posición en que se encontró y posición en que se deja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Posición adecuada según situación clínica</w:t>
      </w:r>
    </w:p>
    <w:p>
      <w:pPr>
        <w:pStyle w:val="ListBullet"/>
      </w:pPr>
      <w:r>
        <w:t>✅ Vía aérea mantenida permeable (PLS)</w:t>
      </w:r>
    </w:p>
    <w:p>
      <w:pPr>
        <w:pStyle w:val="ListBullet"/>
      </w:pPr>
      <w:r>
        <w:t>✅ Alineación mantenida en trauma (rotación en bloque)</w:t>
      </w:r>
    </w:p>
    <w:p>
      <w:pPr>
        <w:pStyle w:val="ListBullet"/>
      </w:pPr>
      <w:r>
        <w:t>✅ Movilización realizada de forma segura</w:t>
      </w:r>
    </w:p>
    <w:p>
      <w:pPr>
        <w:pStyle w:val="ListBullet"/>
      </w:pPr>
      <w:r>
        <w:t>✅ Ayuda suficiente solicitada</w:t>
      </w:r>
    </w:p>
    <w:p>
      <w:pPr>
        <w:pStyle w:val="ListBullet"/>
      </w:pPr>
      <w:r>
        <w:t>✅ Posición documentada</w:t>
      </w:r>
    </w:p>
    <w:p>
      <w:r>
        <w:t>**Señales de Alerta:**</w:t>
      </w:r>
    </w:p>
    <w:p>
      <w:pPr>
        <w:pStyle w:val="ListBullet"/>
      </w:pPr>
      <w:r>
        <w:t>❌ Paciente inconsciente boca arriba → Riesgo de aspiración, aplicar PLS</w:t>
      </w:r>
    </w:p>
    <w:p>
      <w:pPr>
        <w:pStyle w:val="ListBullet"/>
      </w:pPr>
      <w:r>
        <w:t>❌ Trendelenburg en shock cardiogénico → Empeoramiento, volver a posición plana</w:t>
      </w:r>
    </w:p>
    <w:p>
      <w:pPr>
        <w:pStyle w:val="ListBullet"/>
      </w:pPr>
      <w:r>
        <w:t>❌ Movilización sin alineación en trauma → Riesgo de lesión medular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1.2 (ABCDE Operativo) - Evaluación primaria</w:t>
      </w:r>
    </w:p>
    <w:p>
      <w:pPr>
        <w:pStyle w:val="ListBullet"/>
      </w:pPr>
      <w:r>
        <w:t>1.3 (Glasgow Operativo) - Evaluación de nivel de conciencia</w:t>
      </w:r>
    </w:p>
    <w:p>
      <w:pPr>
        <w:pStyle w:val="ListBullet"/>
      </w:pPr>
      <w:r>
        <w:t>2.5-2.7 (Ventilación y Vías Aéreas) - Manejo de vía aérea</w:t>
      </w:r>
    </w:p>
    <w:p>
      <w:r>
        <w:t>**Capítulos Relacionados (Consultar junto):**</w:t>
      </w:r>
    </w:p>
    <w:p>
      <w:pPr>
        <w:pStyle w:val="ListBullet"/>
      </w:pPr>
      <w:r>
        <w:t>2.5 (Ventilación BVM) - Integración con posicionamiento</w:t>
      </w:r>
    </w:p>
    <w:p>
      <w:pPr>
        <w:pStyle w:val="ListBullet"/>
      </w:pPr>
      <w:r>
        <w:t>3.0-3.4 (Inmovilización) - Movilización de pacientes traumáticos</w:t>
      </w:r>
    </w:p>
    <w:p>
      <w:r>
        <w:t>**Capítulos Siguientes (Leer después):**</w:t>
      </w:r>
    </w:p>
    <w:p>
      <w:pPr>
        <w:pStyle w:val="ListBullet"/>
      </w:pPr>
      <w:r>
        <w:t>3.0-3.4 (Inmovilización) - Técnicas de inmovilización</w:t>
      </w:r>
    </w:p>
    <w:p>
      <w:pPr>
        <w:pStyle w:val="ListBullet"/>
      </w:pPr>
      <w:r>
        <w:t>3.19 (Vía Aérea Avanzada) - Técnicas avanzadas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POSICIÓN LATERAL DE SEGURIDAD (PLS)</w:t>
      </w:r>
    </w:p>
    <w:p>
      <w:pPr>
        <w:pStyle w:val="Heading3"/>
      </w:pPr>
      <w:r>
        <w:t>Objetivo</w:t>
      </w:r>
    </w:p>
    <w:p>
      <w:r>
        <w:t>Mantener la vía aérea permeable y prevenir la aspiración en pacientes inconscientes con respiración espontánea, especialmente en intoxicaciones, crisis post-ictales o mientras se espera ayuda.</w:t>
      </w:r>
    </w:p>
    <w:p>
      <w:pPr>
        <w:pStyle w:val="Heading3"/>
      </w:pPr>
      <w:r>
        <w:t>Técnica (para paciente sin trauma)</w:t>
      </w:r>
    </w:p>
    <w:p>
      <w:pPr>
        <w:pStyle w:val="ListNumber"/>
      </w:pPr>
      <w:r>
        <w:t>Arrodillarse junto al paciente.</w:t>
      </w:r>
    </w:p>
    <w:p>
      <w:pPr>
        <w:pStyle w:val="ListNumber"/>
      </w:pPr>
      <w:r>
        <w:t>Asegurar que respira.</w:t>
      </w:r>
    </w:p>
    <w:p>
      <w:pPr>
        <w:pStyle w:val="ListNumber"/>
      </w:pPr>
      <w:r>
        <w:t>Extender el brazo más cercano a ti por encima de la cabeza del paciente.</w:t>
      </w:r>
    </w:p>
    <w:p>
      <w:pPr>
        <w:pStyle w:val="ListNumber"/>
      </w:pPr>
      <w:r>
        <w:t>Flexionar la pierna más lejana, colocando el pie cerca del glúteo.</w:t>
      </w:r>
    </w:p>
    <w:p>
      <w:pPr>
        <w:pStyle w:val="ListNumber"/>
      </w:pPr>
      <w:r>
        <w:t>Sujetar el hombro y la cadera lejanos, y girar suavemente hacia ti, hasta que quede de lado.</w:t>
      </w:r>
    </w:p>
    <w:p>
      <w:pPr>
        <w:pStyle w:val="ListNumber"/>
      </w:pPr>
      <w:r>
        <w:t>Ajustar posición final:</w:t>
      </w:r>
    </w:p>
    <w:p>
      <w:pPr>
        <w:pStyle w:val="ListBullet"/>
      </w:pPr>
      <w:r>
        <w:t>Cabeza en ligera extensión para mantener vía aérea abierta.</w:t>
      </w:r>
    </w:p>
    <w:p>
      <w:pPr>
        <w:pStyle w:val="ListBullet"/>
      </w:pPr>
      <w:r>
        <w:t>Mano inferior bajo la mejilla para estabilizar la cabeza.</w:t>
      </w:r>
    </w:p>
    <w:p>
      <w:pPr>
        <w:pStyle w:val="ListBullet"/>
      </w:pPr>
      <w:r>
        <w:t>Pierna superior flexionada a 90º para evitar que ruede hacia atrás.</w:t>
      </w:r>
    </w:p>
    <w:p>
      <w:pPr>
        <w:pStyle w:val="ListNumber"/>
      </w:pPr>
      <w:r>
        <w:t>Abrigar y monitorizar constantemente.</w:t>
      </w:r>
    </w:p>
    <w:p>
      <w:pPr>
        <w:pStyle w:val="Heading3"/>
      </w:pPr>
      <w:r>
        <w:t>Variante en Sospecha de Trauma (Maniobra de Rotación en Bloque)</w:t>
      </w:r>
    </w:p>
    <w:p>
      <w:pPr>
        <w:pStyle w:val="ListBullet"/>
      </w:pPr>
      <w:r>
        <w:t>Requiere 4-5 personas.</w:t>
      </w:r>
    </w:p>
    <w:p>
      <w:pPr>
        <w:pStyle w:val="ListBullet"/>
      </w:pPr>
      <w:r>
        <w:t>Un líder estabiliza manualmente cabeza/cuello en eje.</w:t>
      </w:r>
    </w:p>
    <w:p>
      <w:pPr>
        <w:pStyle w:val="ListBullet"/>
      </w:pPr>
      <w:r>
        <w:t>Los demás colocan manos en hombro, cadera y piernas.</w:t>
      </w:r>
    </w:p>
    <w:p>
      <w:pPr>
        <w:pStyle w:val="ListBullet"/>
      </w:pPr>
      <w:r>
        <w:t>Giran en bloque al unísono, manteniendo la alineación columna-cabeza-pelvis.</w:t>
      </w:r>
    </w:p>
    <w:p>
      <w:pPr>
        <w:pStyle w:val="ListBullet"/>
      </w:pPr>
      <w:r>
        <w:t>Colocar inmovilización lateral (manta enrollada) para sostener.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POSICIÓN ANTI-SHOCK (TRENDELENBURG)</w:t>
      </w:r>
    </w:p>
    <w:p>
      <w:pPr>
        <w:pStyle w:val="Heading3"/>
      </w:pPr>
      <w:r>
        <w:t>Objetivo</w:t>
      </w:r>
    </w:p>
    <w:p>
      <w:r>
        <w:t>Aumentar el retorno venoso en pacientes con shock hipovolémico (excepto cardiogénico o trauma craneal).</w:t>
      </w:r>
    </w:p>
    <w:p>
      <w:pPr>
        <w:pStyle w:val="Heading3"/>
      </w:pPr>
      <w:r>
        <w:t>Técnica y Precauciones</w:t>
      </w:r>
    </w:p>
    <w:p>
      <w:pPr>
        <w:pStyle w:val="ListNumber"/>
      </w:pPr>
      <w:r>
        <w:t>Elevar las piernas del paciente unos 30-45 cm (sobre cojines, silla, etc.), manteniendo el tronco plano.</w:t>
      </w:r>
    </w:p>
    <w:p>
      <w:r>
        <w:t>**CONTRAINDICADO en:**</w:t>
      </w:r>
    </w:p>
    <w:p>
      <w:pPr>
        <w:pStyle w:val="ListBullet"/>
      </w:pPr>
      <w:r>
        <w:t>Shock cardiogénico (empeora la insuficiencia cardíaca).</w:t>
      </w:r>
    </w:p>
    <w:p>
      <w:pPr>
        <w:pStyle w:val="ListBullet"/>
      </w:pPr>
      <w:r>
        <w:t>Trauma craneal/TCE (aumenta presión intracraneal).</w:t>
      </w:r>
    </w:p>
    <w:p>
      <w:pPr>
        <w:pStyle w:val="ListBullet"/>
      </w:pPr>
      <w:r>
        <w:t>Dificultad respiratoria (compresión abdominal sobre diafragma).</w:t>
      </w:r>
    </w:p>
    <w:p>
      <w:pPr>
        <w:pStyle w:val="ListBullet"/>
      </w:pPr>
      <w:r>
        <w:t>Fractura de pelvis/cadera/muslo.</w:t>
      </w:r>
    </w:p>
    <w:p>
      <w:r>
        <w:t>**Reevaluar constantemente:** Si el paciente empeora respiratoriamente o no tolera, volver a posición plana.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POSICIÓN SEMI-SENTADA (FOWLER)</w:t>
      </w:r>
    </w:p>
    <w:p>
      <w:pPr>
        <w:pStyle w:val="Heading3"/>
      </w:pPr>
      <w:r>
        <w:t>Objetivo</w:t>
      </w:r>
    </w:p>
    <w:p>
      <w:r>
        <w:t>Mejorar la ventilación en pacientes con dificultad respiratoria (asma, EPOC, edema agudo de pulmón).</w:t>
      </w:r>
    </w:p>
    <w:p>
      <w:pPr>
        <w:pStyle w:val="Heading3"/>
      </w:pPr>
      <w:r>
        <w:t>Técnica</w:t>
      </w:r>
    </w:p>
    <w:p>
      <w:pPr>
        <w:pStyle w:val="ListNumber"/>
      </w:pPr>
      <w:r>
        <w:t>Cabecera elevada a 45-60º.</w:t>
      </w:r>
    </w:p>
    <w:p>
      <w:pPr>
        <w:pStyle w:val="ListNumber"/>
      </w:pPr>
      <w:r>
        <w:t>Rodillas ligeramente flexionadas.</w:t>
      </w:r>
    </w:p>
    <w:p>
      <w:pPr>
        <w:pStyle w:val="ListNumber"/>
      </w:pPr>
      <w:r>
        <w:t>Ideal para paciente consciente con disnea.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TÉCNICAS DE MOVILIZACIÓN URGENTE</w:t>
      </w:r>
    </w:p>
    <w:p>
      <w:pPr>
        <w:pStyle w:val="Heading3"/>
      </w:pPr>
      <w:r>
        <w:t>Principios Generales</w:t>
      </w:r>
    </w:p>
    <w:p>
      <w:pPr>
        <w:pStyle w:val="ListNumber"/>
      </w:pPr>
      <w:r>
        <w:t>Planificar la movilización antes de actuar.</w:t>
      </w:r>
    </w:p>
    <w:p>
      <w:pPr>
        <w:pStyle w:val="ListNumber"/>
      </w:pPr>
      <w:r>
        <w:t>Usar una orden clara ("A la cuenta de tres...").</w:t>
      </w:r>
    </w:p>
    <w:p>
      <w:pPr>
        <w:pStyle w:val="ListNumber"/>
      </w:pPr>
      <w:r>
        <w:t>Mantener alineación cabeza-cuello-columna si hay sospecha de trauma.</w:t>
      </w:r>
    </w:p>
    <w:p>
      <w:pPr>
        <w:pStyle w:val="ListNumber"/>
      </w:pPr>
      <w:r>
        <w:t>Usar el peso del cuerpo y las piernas, no la espalda.</w:t>
      </w:r>
    </w:p>
    <w:p>
      <w:pPr>
        <w:pStyle w:val="Heading3"/>
      </w:pPr>
      <w:r>
        <w:t>Técnicas Básicas TES</w:t>
      </w:r>
    </w:p>
    <w:p>
      <w:r>
        <w:t>**Arrastre de Emergencia (trauma):**</w:t>
      </w:r>
    </w:p>
    <w:p>
      <w:pPr>
        <w:pStyle w:val="ListBullet"/>
      </w:pPr>
      <w:r>
        <w:t>Tirar de la ropa a nivel de los hombros (si camiseta) o axilas, manteniendo la cabeza lo más estable posible.</w:t>
      </w:r>
    </w:p>
    <w:p>
      <w:pPr>
        <w:pStyle w:val="ListBullet"/>
      </w:pPr>
      <w:r>
        <w:t>Último recurso en zona peligrosa.</w:t>
      </w:r>
    </w:p>
    <w:p>
      <w:r>
        <w:t>**Movilización en Silla (paciente no traumático):**</w:t>
      </w:r>
    </w:p>
    <w:p>
      <w:pPr>
        <w:pStyle w:val="ListBullet"/>
      </w:pPr>
      <w:r>
        <w:t>Una persona detrás sujetando bajo axilas, otra sujetando piernas.</w:t>
      </w:r>
    </w:p>
    <w:p>
      <w:r>
        <w:t>**Transferencia a camilla con manta (paciente traumático):**</w:t>
      </w:r>
    </w:p>
    <w:p>
      <w:pPr>
        <w:pStyle w:val="ListBullet"/>
      </w:pPr>
      <w:r>
        <w:t>Mínimo 4 personas, líder en cabeza.</w:t>
      </w:r>
    </w:p>
    <w:p>
      <w:pPr>
        <w:pStyle w:val="ListBullet"/>
      </w:pPr>
      <w:r>
        <w:t>"Rodar en bloque" sobre el costado, colocar manta, rodar de vuelta y deslizar.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PUNTOS CRÍTICOS TES</w:t>
      </w:r>
    </w:p>
    <w:p>
      <w:pPr>
        <w:pStyle w:val="ListBullet"/>
      </w:pPr>
      <w:r>
        <w:t>La posición lateral de seguridad **SALVA VIDAS** en el paciente inconsciente no traumático. **NUNCA dejar boca arriba**.</w:t>
      </w:r>
    </w:p>
    <w:p>
      <w:pPr>
        <w:pStyle w:val="ListBullet"/>
      </w:pPr>
      <w:r>
        <w:t>La posición anti-shock es temporal. Una vez colocadas vías y comenzada fluidoterapia, se puede reevaluar.</w:t>
      </w:r>
    </w:p>
    <w:p>
      <w:pPr>
        <w:pStyle w:val="ListBullet"/>
      </w:pPr>
      <w:r>
        <w:t>La movilización es un procedimiento de riesgo (para el paciente y para ti). **Pide ayuda siempre que sea posible**.</w:t>
      </w:r>
    </w:p>
    <w:p>
      <w:pPr>
        <w:pStyle w:val="ListBullet"/>
      </w:pPr>
      <w:r>
        <w:t>Documentar la posición en la que se encontró y la posición en la que se deja al paciente.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Procedimiento TES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